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4ACC" w:rsidRPr="00D10921" w:rsidRDefault="00EC6695" w:rsidP="00E00425">
      <w:pPr>
        <w:pStyle w:val="NASLOV0"/>
        <w:spacing w:before="2640"/>
        <w:rPr>
          <w:rFonts w:eastAsia="Times New Roman"/>
          <w:sz w:val="48"/>
          <w:szCs w:val="48"/>
          <w:lang w:eastAsia="sl-SI"/>
        </w:rPr>
      </w:pPr>
      <w:bookmarkStart w:id="0" w:name="_Hlk236655867"/>
      <w:bookmarkStart w:id="1" w:name="_Hlk236651874"/>
      <w:bookmarkStart w:id="2" w:name="_GoBack"/>
      <w:bookmarkEnd w:id="2"/>
      <w:r w:rsidRPr="00D10921">
        <w:rPr>
          <w:sz w:val="48"/>
          <w:szCs w:val="48"/>
        </w:rPr>
        <w:t xml:space="preserve">MEDNARODNA KLASIFIKACIJA </w:t>
      </w:r>
      <w:r w:rsidR="00D10921" w:rsidRPr="00D10921">
        <w:rPr>
          <w:sz w:val="48"/>
          <w:szCs w:val="48"/>
        </w:rPr>
        <w:br/>
      </w:r>
      <w:r w:rsidRPr="00D10921">
        <w:rPr>
          <w:sz w:val="48"/>
          <w:szCs w:val="48"/>
        </w:rPr>
        <w:t>PROIZVODOV IN STORITEV</w:t>
      </w:r>
      <w:r w:rsidR="00E00425" w:rsidRPr="00D10921">
        <w:rPr>
          <w:sz w:val="48"/>
          <w:szCs w:val="48"/>
        </w:rPr>
        <w:br/>
      </w:r>
      <w:r w:rsidRPr="00D10921">
        <w:rPr>
          <w:sz w:val="48"/>
          <w:szCs w:val="48"/>
        </w:rPr>
        <w:t>(NICEJSKA KLASIFIKACIJA)</w:t>
      </w:r>
    </w:p>
    <w:p w:rsidR="00E00425" w:rsidRPr="00D10921" w:rsidRDefault="00E00425" w:rsidP="00E00425">
      <w:pPr>
        <w:jc w:val="center"/>
        <w:rPr>
          <w:b/>
          <w:sz w:val="28"/>
          <w:szCs w:val="28"/>
          <w:lang w:val="sl-SI"/>
        </w:rPr>
      </w:pPr>
      <w:r w:rsidRPr="00D10921">
        <w:rPr>
          <w:b/>
          <w:sz w:val="28"/>
          <w:szCs w:val="28"/>
          <w:lang w:val="sl-SI"/>
        </w:rPr>
        <w:t>1</w:t>
      </w:r>
      <w:r w:rsidR="00DA6F54">
        <w:rPr>
          <w:b/>
          <w:sz w:val="28"/>
          <w:szCs w:val="28"/>
          <w:lang w:val="sl-SI"/>
        </w:rPr>
        <w:t>3</w:t>
      </w:r>
      <w:r w:rsidRPr="00D10921">
        <w:rPr>
          <w:b/>
          <w:sz w:val="28"/>
          <w:szCs w:val="28"/>
          <w:lang w:val="sl-SI"/>
        </w:rPr>
        <w:t>. izdaja</w:t>
      </w:r>
    </w:p>
    <w:p w:rsidR="00E00425" w:rsidRDefault="001E0FD4" w:rsidP="00F468AA">
      <w:pPr>
        <w:spacing w:after="2040"/>
        <w:jc w:val="center"/>
        <w:rPr>
          <w:b/>
          <w:sz w:val="28"/>
          <w:szCs w:val="28"/>
          <w:lang w:val="sl-SI"/>
        </w:rPr>
      </w:pPr>
      <w:r w:rsidRPr="006D44F7">
        <w:rPr>
          <w:b/>
          <w:bCs/>
          <w:noProof/>
          <w:sz w:val="22"/>
        </w:rPr>
        <mc:AlternateContent>
          <mc:Choice Requires="wps">
            <w:drawing>
              <wp:anchor distT="0" distB="0" distL="114300" distR="114300" simplePos="0" relativeHeight="251658240" behindDoc="1" locked="0" layoutInCell="1" allowOverlap="1" wp14:anchorId="421CD36B">
                <wp:simplePos x="0" y="0"/>
                <wp:positionH relativeFrom="margin">
                  <wp:align>center</wp:align>
                </wp:positionH>
                <wp:positionV relativeFrom="paragraph">
                  <wp:posOffset>452755</wp:posOffset>
                </wp:positionV>
                <wp:extent cx="5591175" cy="2838450"/>
                <wp:effectExtent l="0" t="0" r="28575" b="19050"/>
                <wp:wrapTight wrapText="bothSides">
                  <wp:wrapPolygon edited="0">
                    <wp:start x="0" y="0"/>
                    <wp:lineTo x="0" y="21600"/>
                    <wp:lineTo x="21637" y="21600"/>
                    <wp:lineTo x="21637"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2838450"/>
                        </a:xfrm>
                        <a:prstGeom prst="rect">
                          <a:avLst/>
                        </a:prstGeom>
                        <a:solidFill>
                          <a:srgbClr val="FFFFFF"/>
                        </a:solidFill>
                        <a:ln w="9525">
                          <a:solidFill>
                            <a:srgbClr val="000000"/>
                          </a:solidFill>
                          <a:miter lim="800000"/>
                          <a:headEnd/>
                          <a:tailEnd/>
                        </a:ln>
                      </wps:spPr>
                      <wps:txbx>
                        <w:txbxContent>
                          <w:p w:rsidR="001E0FD4" w:rsidRPr="00DA6F54" w:rsidRDefault="001E0FD4" w:rsidP="001E0FD4">
                            <w:pPr>
                              <w:widowControl w:val="0"/>
                              <w:autoSpaceDE w:val="0"/>
                              <w:autoSpaceDN w:val="0"/>
                              <w:adjustRightInd w:val="0"/>
                              <w:snapToGrid w:val="0"/>
                              <w:spacing w:before="120" w:after="120" w:line="264" w:lineRule="auto"/>
                              <w:ind w:left="113" w:right="113" w:firstLine="0"/>
                              <w:rPr>
                                <w:rFonts w:cs="Arial"/>
                                <w:color w:val="000000"/>
                                <w:sz w:val="22"/>
                              </w:rPr>
                            </w:pPr>
                            <w:r w:rsidRPr="00DA6F54">
                              <w:rPr>
                                <w:rFonts w:cs="Arial"/>
                                <w:b/>
                                <w:bCs/>
                                <w:sz w:val="22"/>
                                <w:lang w:val="sl-SI"/>
                              </w:rPr>
                              <w:t>Kratko navodilo za uporabo Nicejske klasifikacije in oblikovanje seznama blaga in storitev</w:t>
                            </w:r>
                          </w:p>
                          <w:p w:rsidR="001E0FD4" w:rsidRPr="00DA6F54" w:rsidRDefault="001E0FD4" w:rsidP="001E0FD4">
                            <w:pPr>
                              <w:widowControl w:val="0"/>
                              <w:autoSpaceDE w:val="0"/>
                              <w:autoSpaceDN w:val="0"/>
                              <w:adjustRightInd w:val="0"/>
                              <w:snapToGrid w:val="0"/>
                              <w:spacing w:before="120" w:after="240" w:line="264" w:lineRule="auto"/>
                              <w:ind w:left="113" w:right="113" w:firstLine="0"/>
                              <w:rPr>
                                <w:rFonts w:cs="Arial"/>
                                <w:sz w:val="20"/>
                                <w:szCs w:val="20"/>
                              </w:rPr>
                            </w:pPr>
                            <w:r w:rsidRPr="00DA6F54">
                              <w:rPr>
                                <w:rFonts w:cs="Arial"/>
                                <w:color w:val="000000"/>
                                <w:sz w:val="20"/>
                                <w:szCs w:val="20"/>
                              </w:rPr>
                              <w:t>Slovenski prevod</w:t>
                            </w:r>
                            <w:r>
                              <w:rPr>
                                <w:rFonts w:cs="Arial"/>
                                <w:color w:val="000000"/>
                                <w:sz w:val="20"/>
                                <w:szCs w:val="20"/>
                              </w:rPr>
                              <w:t xml:space="preserve"> Nicejske</w:t>
                            </w:r>
                            <w:r w:rsidRPr="00DA6F54">
                              <w:rPr>
                                <w:rFonts w:cs="Arial"/>
                                <w:color w:val="000000"/>
                                <w:sz w:val="20"/>
                                <w:szCs w:val="20"/>
                              </w:rPr>
                              <w:t xml:space="preserve"> klasifikacije je namenjen prijaviteljem kot pomoč pri oblikovanju lastnega seznama izdelkov ali storitev in razvrščanju izdelkov ali storitev, ki jih bo znamka označevala, </w:t>
                            </w:r>
                            <w:r>
                              <w:rPr>
                                <w:rFonts w:cs="Arial"/>
                                <w:color w:val="000000"/>
                                <w:sz w:val="20"/>
                                <w:szCs w:val="20"/>
                              </w:rPr>
                              <w:br/>
                            </w:r>
                            <w:r w:rsidRPr="00DA6F54">
                              <w:rPr>
                                <w:rFonts w:cs="Arial"/>
                                <w:color w:val="000000"/>
                                <w:sz w:val="20"/>
                                <w:szCs w:val="20"/>
                              </w:rPr>
                              <w:t>v ustrezne razrede.</w:t>
                            </w:r>
                          </w:p>
                          <w:p w:rsidR="001E0FD4" w:rsidRPr="00DA6F54" w:rsidRDefault="001E0FD4" w:rsidP="001E0FD4">
                            <w:pPr>
                              <w:widowControl w:val="0"/>
                              <w:autoSpaceDE w:val="0"/>
                              <w:autoSpaceDN w:val="0"/>
                              <w:adjustRightInd w:val="0"/>
                              <w:snapToGrid w:val="0"/>
                              <w:spacing w:after="240" w:line="264" w:lineRule="auto"/>
                              <w:ind w:left="113" w:firstLine="0"/>
                              <w:rPr>
                                <w:rFonts w:cs="Arial"/>
                                <w:sz w:val="20"/>
                                <w:szCs w:val="20"/>
                              </w:rPr>
                            </w:pPr>
                            <w:r w:rsidRPr="00DA6F54">
                              <w:rPr>
                                <w:rFonts w:cs="Arial"/>
                                <w:color w:val="000000"/>
                                <w:sz w:val="20"/>
                                <w:szCs w:val="20"/>
                              </w:rPr>
                              <w:t>Seznam je obvezna priloga k prijavi za registracijo znamke. Priporočljiva je uporaba poimenovanj izdelkov/storitev, kot se pojavljajo v klasifikaciji, ne pa vključevanje celotnih vsebin posameznih razredov v omenjeni seznam.</w:t>
                            </w:r>
                          </w:p>
                          <w:p w:rsidR="001E0FD4" w:rsidRDefault="001E0FD4" w:rsidP="001E0FD4">
                            <w:pPr>
                              <w:widowControl w:val="0"/>
                              <w:autoSpaceDE w:val="0"/>
                              <w:autoSpaceDN w:val="0"/>
                              <w:adjustRightInd w:val="0"/>
                              <w:snapToGrid w:val="0"/>
                              <w:spacing w:after="240" w:line="264" w:lineRule="auto"/>
                              <w:ind w:left="113" w:firstLine="0"/>
                            </w:pPr>
                            <w:r w:rsidRPr="00DA6F54">
                              <w:rPr>
                                <w:rFonts w:cs="Arial"/>
                                <w:color w:val="000000"/>
                                <w:sz w:val="20"/>
                                <w:szCs w:val="20"/>
                              </w:rPr>
                              <w:t>Primer seznama:</w:t>
                            </w:r>
                            <w:r w:rsidRPr="00DA6F54">
                              <w:rPr>
                                <w:rFonts w:cs="Arial"/>
                                <w:color w:val="000000"/>
                                <w:sz w:val="20"/>
                                <w:szCs w:val="20"/>
                              </w:rPr>
                              <w:br/>
                              <w:t>Razred 09: prenosni telefoni; optične leče; mikrofoni; merilni instrumenti</w:t>
                            </w:r>
                            <w:r w:rsidRPr="00DA6F54">
                              <w:rPr>
                                <w:rFonts w:cs="Arial"/>
                                <w:color w:val="000000"/>
                                <w:sz w:val="20"/>
                                <w:szCs w:val="20"/>
                              </w:rPr>
                              <w:br/>
                              <w:t>Razred 10: igle za medicinske namene; nosilci umetnih zob</w:t>
                            </w:r>
                            <w:r w:rsidRPr="00DA6F54">
                              <w:rPr>
                                <w:rFonts w:cs="Arial"/>
                                <w:color w:val="000000"/>
                                <w:sz w:val="20"/>
                                <w:szCs w:val="20"/>
                              </w:rPr>
                              <w:br/>
                              <w:t>Razred 42: projektiranje računalniških sistemov</w:t>
                            </w:r>
                          </w:p>
                        </w:txbxContent>
                      </wps:txbx>
                      <wps:bodyPr rot="0" vert="horz" wrap="square" lIns="91440" tIns="45720" rIns="91440" bIns="45720" anchor="ctr" anchorCtr="0">
                        <a:noAutofit/>
                      </wps:bodyPr>
                    </wps:wsp>
                  </a:graphicData>
                </a:graphic>
              </wp:anchor>
            </w:drawing>
          </mc:Choice>
          <mc:Fallback>
            <w:pict>
              <v:shapetype w14:anchorId="421CD36B" id="_x0000_t202" coordsize="21600,21600" o:spt="202" path="m,l,21600r21600,l21600,xe">
                <v:stroke joinstyle="miter"/>
                <v:path gradientshapeok="t" o:connecttype="rect"/>
              </v:shapetype>
              <v:shape id="Text Box 2" o:spid="_x0000_s1026" type="#_x0000_t202" style="position:absolute;left:0;text-align:left;margin-left:0;margin-top:35.65pt;width:440.25pt;height:223.5pt;z-index:-25165824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">
                <v:textbox>
                  <w:txbxContent>
                    <w:p w:rsidR="001E0FD4" w:rsidRPr="00DA6F54" w:rsidRDefault="001E0FD4" w:rsidP="001E0FD4">
                      <w:pPr>
                        <w:widowControl w:val="0"/>
                        <w:autoSpaceDE w:val="0"/>
                        <w:autoSpaceDN w:val="0"/>
                        <w:adjustRightInd w:val="0"/>
                        <w:snapToGrid w:val="0"/>
                        <w:spacing w:before="120" w:after="120" w:line="264" w:lineRule="auto"/>
                        <w:ind w:left="113" w:right="113" w:firstLine="0"/>
                        <w:rPr>
                          <w:rFonts w:cs="Arial"/>
                          <w:color w:val="000000"/>
                          <w:sz w:val="22"/>
                        </w:rPr>
                      </w:pPr>
                      <w:r w:rsidRPr="00DA6F54">
                        <w:rPr>
                          <w:rFonts w:cs="Arial"/>
                          <w:b/>
                          <w:bCs/>
                          <w:sz w:val="22"/>
                          <w:lang w:val="sl-SI"/>
                        </w:rPr>
                        <w:t>Kratko navodilo za uporabo Nicejske klasifikacije in oblikovanje seznama blaga in storitev</w:t>
                      </w:r>
                    </w:p>
                    <w:p w:rsidR="001E0FD4" w:rsidRPr="00DA6F54" w:rsidRDefault="001E0FD4" w:rsidP="001E0FD4">
                      <w:pPr>
                        <w:widowControl w:val="0"/>
                        <w:autoSpaceDE w:val="0"/>
                        <w:autoSpaceDN w:val="0"/>
                        <w:adjustRightInd w:val="0"/>
                        <w:snapToGrid w:val="0"/>
                        <w:spacing w:before="120" w:after="240" w:line="264" w:lineRule="auto"/>
                        <w:ind w:left="113" w:right="113" w:firstLine="0"/>
                        <w:rPr>
                          <w:rFonts w:cs="Arial"/>
                          <w:sz w:val="20"/>
                          <w:szCs w:val="20"/>
                        </w:rPr>
                      </w:pPr>
                      <w:r w:rsidRPr="00DA6F54">
                        <w:rPr>
                          <w:rFonts w:cs="Arial"/>
                          <w:color w:val="000000"/>
                          <w:sz w:val="20"/>
                          <w:szCs w:val="20"/>
                        </w:rPr>
                        <w:t>Slovenski prevod</w:t>
                      </w:r>
                      <w:r>
                        <w:rPr>
                          <w:rFonts w:cs="Arial"/>
                          <w:color w:val="000000"/>
                          <w:sz w:val="20"/>
                          <w:szCs w:val="20"/>
                        </w:rPr>
                        <w:t xml:space="preserve"> Nicejske</w:t>
                      </w:r>
                      <w:r w:rsidRPr="00DA6F54">
                        <w:rPr>
                          <w:rFonts w:cs="Arial"/>
                          <w:color w:val="000000"/>
                          <w:sz w:val="20"/>
                          <w:szCs w:val="20"/>
                        </w:rPr>
                        <w:t xml:space="preserve"> klasifikacije je namenjen prijaviteljem kot pomoč pri oblikovanju lastnega seznama izdelkov ali storitev in razvrščanju izdelkov ali storitev, ki jih bo znamka označevala, </w:t>
                      </w:r>
                      <w:r>
                        <w:rPr>
                          <w:rFonts w:cs="Arial"/>
                          <w:color w:val="000000"/>
                          <w:sz w:val="20"/>
                          <w:szCs w:val="20"/>
                        </w:rPr>
                        <w:br/>
                      </w:r>
                      <w:r w:rsidRPr="00DA6F54">
                        <w:rPr>
                          <w:rFonts w:cs="Arial"/>
                          <w:color w:val="000000"/>
                          <w:sz w:val="20"/>
                          <w:szCs w:val="20"/>
                        </w:rPr>
                        <w:t>v ustrezne razrede.</w:t>
                      </w:r>
                    </w:p>
                    <w:p w:rsidR="001E0FD4" w:rsidRPr="00DA6F54" w:rsidRDefault="001E0FD4" w:rsidP="001E0FD4">
                      <w:pPr>
                        <w:widowControl w:val="0"/>
                        <w:autoSpaceDE w:val="0"/>
                        <w:autoSpaceDN w:val="0"/>
                        <w:adjustRightInd w:val="0"/>
                        <w:snapToGrid w:val="0"/>
                        <w:spacing w:after="240" w:line="264" w:lineRule="auto"/>
                        <w:ind w:left="113" w:firstLine="0"/>
                        <w:rPr>
                          <w:rFonts w:cs="Arial"/>
                          <w:sz w:val="20"/>
                          <w:szCs w:val="20"/>
                        </w:rPr>
                      </w:pPr>
                      <w:r w:rsidRPr="00DA6F54">
                        <w:rPr>
                          <w:rFonts w:cs="Arial"/>
                          <w:color w:val="000000"/>
                          <w:sz w:val="20"/>
                          <w:szCs w:val="20"/>
                        </w:rPr>
                        <w:t>Seznam je obvezna priloga k prijavi za registracijo znamke. Priporočljiva je uporaba poimenovanj izdelkov/storitev, kot se pojavljajo v klasifikaciji, ne pa vključevanje celotnih vsebin posameznih razredov v omenjeni seznam.</w:t>
                      </w:r>
                    </w:p>
                    <w:p w:rsidR="001E0FD4" w:rsidRDefault="001E0FD4" w:rsidP="001E0FD4">
                      <w:pPr>
                        <w:widowControl w:val="0"/>
                        <w:autoSpaceDE w:val="0"/>
                        <w:autoSpaceDN w:val="0"/>
                        <w:adjustRightInd w:val="0"/>
                        <w:snapToGrid w:val="0"/>
                        <w:spacing w:after="240" w:line="264" w:lineRule="auto"/>
                        <w:ind w:left="113" w:firstLine="0"/>
                      </w:pPr>
                      <w:r w:rsidRPr="00DA6F54">
                        <w:rPr>
                          <w:rFonts w:cs="Arial"/>
                          <w:color w:val="000000"/>
                          <w:sz w:val="20"/>
                          <w:szCs w:val="20"/>
                        </w:rPr>
                        <w:t>Primer seznama:</w:t>
                      </w:r>
                      <w:r w:rsidRPr="00DA6F54">
                        <w:rPr>
                          <w:rFonts w:cs="Arial"/>
                          <w:color w:val="000000"/>
                          <w:sz w:val="20"/>
                          <w:szCs w:val="20"/>
                        </w:rPr>
                        <w:br/>
                        <w:t>Razred 09: prenosni telefoni; optične leče; mikrofoni; merilni instrumenti</w:t>
                      </w:r>
                      <w:r w:rsidRPr="00DA6F54">
                        <w:rPr>
                          <w:rFonts w:cs="Arial"/>
                          <w:color w:val="000000"/>
                          <w:sz w:val="20"/>
                          <w:szCs w:val="20"/>
                        </w:rPr>
                        <w:br/>
                        <w:t>Razred 10: igle za medicinske namene; nosilci umetnih zob</w:t>
                      </w:r>
                      <w:r w:rsidRPr="00DA6F54">
                        <w:rPr>
                          <w:rFonts w:cs="Arial"/>
                          <w:color w:val="000000"/>
                          <w:sz w:val="20"/>
                          <w:szCs w:val="20"/>
                        </w:rPr>
                        <w:br/>
                        <w:t>Razred 42: projektiranje računalniških sistemov</w:t>
                      </w:r>
                    </w:p>
                  </w:txbxContent>
                </v:textbox>
                <w10:wrap type="tight" anchorx="margin"/>
              </v:shape>
            </w:pict>
          </mc:Fallback>
        </mc:AlternateContent>
      </w:r>
      <w:r w:rsidRPr="00D10921">
        <w:rPr>
          <w:b/>
          <w:sz w:val="28"/>
          <w:szCs w:val="28"/>
          <w:lang w:val="sl-SI"/>
        </w:rPr>
        <w:t xml:space="preserve"> </w:t>
      </w:r>
      <w:r w:rsidR="00E00425" w:rsidRPr="00D10921">
        <w:rPr>
          <w:b/>
          <w:sz w:val="28"/>
          <w:szCs w:val="28"/>
          <w:lang w:val="sl-SI"/>
        </w:rPr>
        <w:t xml:space="preserve">(velja od </w:t>
      </w:r>
      <w:r>
        <w:rPr>
          <w:b/>
          <w:sz w:val="28"/>
          <w:szCs w:val="28"/>
          <w:lang w:val="sl-SI"/>
        </w:rPr>
        <w:t>1</w:t>
      </w:r>
      <w:r w:rsidR="00E00425" w:rsidRPr="00D10921">
        <w:rPr>
          <w:b/>
          <w:sz w:val="28"/>
          <w:szCs w:val="28"/>
          <w:lang w:val="sl-SI"/>
        </w:rPr>
        <w:t>.</w:t>
      </w:r>
      <w:r>
        <w:rPr>
          <w:b/>
          <w:sz w:val="28"/>
          <w:szCs w:val="28"/>
          <w:lang w:val="sl-SI"/>
        </w:rPr>
        <w:t xml:space="preserve"> januarja </w:t>
      </w:r>
      <w:r w:rsidR="00E00425" w:rsidRPr="00D10921">
        <w:rPr>
          <w:b/>
          <w:sz w:val="28"/>
          <w:szCs w:val="28"/>
          <w:lang w:val="sl-SI"/>
        </w:rPr>
        <w:t>20</w:t>
      </w:r>
      <w:r>
        <w:rPr>
          <w:b/>
          <w:sz w:val="28"/>
          <w:szCs w:val="28"/>
          <w:lang w:val="sl-SI"/>
        </w:rPr>
        <w:t>26</w:t>
      </w:r>
      <w:r w:rsidR="00E00425" w:rsidRPr="00D10921">
        <w:rPr>
          <w:b/>
          <w:sz w:val="28"/>
          <w:szCs w:val="28"/>
          <w:lang w:val="sl-SI"/>
        </w:rPr>
        <w:t>)</w:t>
      </w:r>
    </w:p>
    <w:p w:rsidR="00F468AA" w:rsidRDefault="00F468AA" w:rsidP="00DA6F54">
      <w:pPr>
        <w:pStyle w:val="opomba"/>
        <w:spacing w:before="480" w:line="264" w:lineRule="auto"/>
      </w:pPr>
    </w:p>
    <w:p w:rsidR="00EC6695" w:rsidRDefault="001E0FD4" w:rsidP="00F468AA">
      <w:pPr>
        <w:pStyle w:val="opomba"/>
        <w:spacing w:before="720" w:line="264" w:lineRule="auto"/>
        <w:rPr>
          <w:b/>
          <w:bCs w:val="0"/>
          <w:sz w:val="22"/>
        </w:rPr>
      </w:pPr>
      <w:r>
        <w:t>Nicejska k</w:t>
      </w:r>
      <w:r w:rsidR="00DA6F54" w:rsidRPr="00F468AA">
        <w:t>lasifikacija, ki jo je izdal WIPO v angleškem jeziku, je bila sprejeta z Nicejskim sporazumom o mednarodni klasifikaciji</w:t>
      </w:r>
      <w:r w:rsidR="00DA6F54">
        <w:t xml:space="preserve"> proizvodov in storitev zaradi registracije znamk z dne 15. 6. 1957, revidiranim 14. 7. 1967, objavljenem v Uradnem listu SFRJ-MP, št. 51/74 in Uradnem listu RS-MP, št. 9/92.</w:t>
      </w:r>
      <w:r w:rsidR="00EC6695">
        <w:rPr>
          <w:b/>
          <w:bCs w:val="0"/>
          <w:sz w:val="22"/>
        </w:rPr>
        <w:br w:type="page"/>
      </w:r>
    </w:p>
    <w:p w:rsidR="00237A00" w:rsidRPr="00993A45" w:rsidRDefault="000701B5" w:rsidP="00F468AA">
      <w:pPr>
        <w:pStyle w:val="Naslov1"/>
        <w:tabs>
          <w:tab w:val="left" w:pos="5850"/>
        </w:tabs>
        <w:rPr>
          <w:lang w:val="sl-SI" w:eastAsia="sl-SI"/>
        </w:rPr>
      </w:pPr>
      <w:r w:rsidRPr="00993A45">
        <w:rPr>
          <w:lang w:val="sl-SI" w:eastAsia="sl-SI"/>
        </w:rPr>
        <w:lastRenderedPageBreak/>
        <w:t xml:space="preserve">Razred </w:t>
      </w:r>
      <w:r w:rsidR="00993A45">
        <w:rPr>
          <w:lang w:val="sl-SI" w:eastAsia="sl-SI"/>
        </w:rPr>
        <w:t>0</w:t>
      </w:r>
      <w:r w:rsidRPr="00993A45">
        <w:rPr>
          <w:lang w:val="sl-SI" w:eastAsia="sl-SI"/>
        </w:rPr>
        <w:t>1</w:t>
      </w:r>
    </w:p>
    <w:bookmarkEnd w:id="0"/>
    <w:p w:rsidR="000701B5" w:rsidRPr="00237A00" w:rsidRDefault="000701B5" w:rsidP="00237A00">
      <w:pPr>
        <w:pStyle w:val="Naslov2"/>
      </w:pPr>
      <w:r w:rsidRPr="00237A00">
        <w:rPr>
          <w:rStyle w:val="Krepko"/>
          <w:b/>
          <w:bCs/>
        </w:rPr>
        <w:t>Kemikalije za uporabo v industriji, znanosti in fotografiji ter v kmetijstvu, vrtnarstvu in gozdarstvu; nepredelane umetne smole, nepredelana plastika; sredstva za gašenje požarov in preprečevanje požarov; pripravki za kaljenje in spajkanje; snovi za strojenje živalskih kož; lepila za uporabo v industriji; kompost, gnojila in sredstva za gnojenje; biološki pripravki za uporabo v industriji in znanosti.</w:t>
      </w:r>
      <w:r w:rsidRPr="00237A00">
        <w:t xml:space="preserve"> </w:t>
      </w:r>
    </w:p>
    <w:tbl>
      <w:tblPr>
        <w:tblStyle w:val="Tabelamrea"/>
        <w:tblW w:w="0" w:type="auto"/>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535"/>
        <w:gridCol w:w="4526"/>
      </w:tblGrid>
      <w:tr w:rsidR="00993A45" w:rsidRPr="00D85EAF" w:rsidTr="00BF7FFA">
        <w:trPr>
          <w:trHeight w:val="143"/>
          <w:tblHeader/>
        </w:trPr>
        <w:tc>
          <w:tcPr>
            <w:tcW w:w="9394" w:type="dxa"/>
            <w:gridSpan w:val="2"/>
            <w:shd w:val="clear" w:color="auto" w:fill="F2F2F2" w:themeFill="background1" w:themeFillShade="F2"/>
            <w:vAlign w:val="center"/>
          </w:tcPr>
          <w:p w:rsidR="00993A45" w:rsidRPr="004611C8" w:rsidRDefault="00A56CF5" w:rsidP="00E00425">
            <w:pPr>
              <w:pStyle w:val="opomba"/>
              <w:spacing w:after="60"/>
              <w:rPr>
                <w:b/>
              </w:rPr>
            </w:pPr>
            <w:r w:rsidRPr="004611C8">
              <w:rPr>
                <w:b/>
              </w:rPr>
              <w:t>RAZRED 1 - pojasnjevalne opombe</w:t>
            </w:r>
          </w:p>
        </w:tc>
      </w:tr>
      <w:tr w:rsidR="00A45FBA" w:rsidRPr="00D85EAF" w:rsidTr="00BF7FFA">
        <w:trPr>
          <w:trHeight w:val="435"/>
        </w:trPr>
        <w:tc>
          <w:tcPr>
            <w:tcW w:w="9394" w:type="dxa"/>
            <w:gridSpan w:val="2"/>
            <w:shd w:val="clear" w:color="auto" w:fill="F2F2F2" w:themeFill="background1" w:themeFillShade="F2"/>
            <w:vAlign w:val="center"/>
          </w:tcPr>
          <w:p w:rsidR="00A45FBA" w:rsidRPr="00993A45" w:rsidRDefault="00A45FBA" w:rsidP="00E00425">
            <w:pPr>
              <w:pStyle w:val="opomba"/>
              <w:spacing w:after="60"/>
            </w:pPr>
            <w:r w:rsidRPr="00993A45">
              <w:t>Razred 1 vključuje predvsem kemične izdelke za uporabo v industriji, znanosti in kmetijstvu, vključno s tistimi, ki se uporabljajo pri izdelavi proizvodov, uvrščenih v druge razrede.</w:t>
            </w:r>
          </w:p>
        </w:tc>
      </w:tr>
      <w:tr w:rsidR="000701B5" w:rsidRPr="00D85EAF" w:rsidTr="00BF7FFA">
        <w:trPr>
          <w:trHeight w:val="3252"/>
        </w:trPr>
        <w:tc>
          <w:tcPr>
            <w:tcW w:w="4701" w:type="dxa"/>
            <w:shd w:val="clear" w:color="auto" w:fill="F2F2F2" w:themeFill="background1" w:themeFillShade="F2"/>
          </w:tcPr>
          <w:p w:rsidR="000701B5" w:rsidRPr="00993A45" w:rsidRDefault="000701B5" w:rsidP="00E00425">
            <w:pPr>
              <w:pStyle w:val="opomba"/>
            </w:pPr>
            <w:r w:rsidRPr="00993A45">
              <w:t>Ta razred vključuje zlasti:</w:t>
            </w:r>
          </w:p>
          <w:p w:rsidR="000701B5" w:rsidRPr="00993A45" w:rsidRDefault="000701B5" w:rsidP="00E00425">
            <w:pPr>
              <w:pStyle w:val="opombapika"/>
              <w:spacing w:after="50"/>
            </w:pPr>
            <w:r w:rsidRPr="00993A45">
              <w:t>senzibiliziran papir;</w:t>
            </w:r>
          </w:p>
          <w:p w:rsidR="000701B5" w:rsidRPr="00993A45" w:rsidRDefault="000701B5" w:rsidP="00E00425">
            <w:pPr>
              <w:pStyle w:val="opombapika"/>
              <w:spacing w:after="50"/>
            </w:pPr>
            <w:r w:rsidRPr="00993A45">
              <w:t>sestavke za popravilo pnevmatik;</w:t>
            </w:r>
          </w:p>
          <w:p w:rsidR="000701B5" w:rsidRPr="00993A45" w:rsidRDefault="000701B5" w:rsidP="00E00425">
            <w:pPr>
              <w:pStyle w:val="opombapika"/>
              <w:spacing w:after="50"/>
            </w:pPr>
            <w:r w:rsidRPr="00993A45">
              <w:t>sol za konzerviranje, razen za konzerviranje živil;</w:t>
            </w:r>
          </w:p>
          <w:p w:rsidR="000701B5" w:rsidRPr="00993A45" w:rsidRDefault="000701B5" w:rsidP="00E00425">
            <w:pPr>
              <w:pStyle w:val="opombapika"/>
              <w:spacing w:after="50"/>
            </w:pPr>
            <w:r w:rsidRPr="00993A45">
              <w:t>nekatere dodatke za uporabo v živilski industriji, na primer pektin, lecitin, encime in kemične konzervanse;</w:t>
            </w:r>
          </w:p>
          <w:p w:rsidR="000701B5" w:rsidRPr="00993A45" w:rsidRDefault="000701B5" w:rsidP="00E00425">
            <w:pPr>
              <w:pStyle w:val="opombapika"/>
              <w:spacing w:after="50"/>
            </w:pPr>
            <w:r w:rsidRPr="00993A45">
              <w:t>nekatere sestavine za proizvodnjo kozmetičnih in farmacevtskih izdelkov, na primer vitamine, konzervanse, eterična olja in antioksidante;</w:t>
            </w:r>
          </w:p>
          <w:p w:rsidR="000701B5" w:rsidRPr="00993A45" w:rsidRDefault="000701B5" w:rsidP="008C16D9">
            <w:pPr>
              <w:pStyle w:val="opombapika"/>
            </w:pPr>
            <w:r w:rsidRPr="00993A45">
              <w:t>nekatere filtrirne materiale, na primer mineralne snovi, rastlinske snovi in keramične materiale v obliki delcev.</w:t>
            </w:r>
          </w:p>
        </w:tc>
        <w:tc>
          <w:tcPr>
            <w:tcW w:w="4693" w:type="dxa"/>
            <w:shd w:val="clear" w:color="auto" w:fill="F2F2F2" w:themeFill="background1" w:themeFillShade="F2"/>
          </w:tcPr>
          <w:p w:rsidR="000701B5" w:rsidRPr="00993A45" w:rsidRDefault="000701B5" w:rsidP="00E00425">
            <w:pPr>
              <w:pStyle w:val="opomba"/>
            </w:pPr>
            <w:r w:rsidRPr="00993A45">
              <w:t>Ta razred ne vključuje:</w:t>
            </w:r>
          </w:p>
          <w:p w:rsidR="000701B5" w:rsidRPr="00993A45" w:rsidRDefault="000701B5" w:rsidP="008C16D9">
            <w:pPr>
              <w:pStyle w:val="opombapika"/>
            </w:pPr>
            <w:r w:rsidRPr="00993A45">
              <w:t>surovih naravnih smol (razred 2) in polpredelanih umetnih smol (razred 17);</w:t>
            </w:r>
          </w:p>
          <w:p w:rsidR="000701B5" w:rsidRPr="00993A45" w:rsidRDefault="000701B5" w:rsidP="008C16D9">
            <w:pPr>
              <w:pStyle w:val="opombapika"/>
            </w:pPr>
            <w:r w:rsidRPr="00993A45">
              <w:t>kemičnih pripravkov za medicinske ali veterinarske namene (razred 5);</w:t>
            </w:r>
          </w:p>
          <w:p w:rsidR="000701B5" w:rsidRPr="00993A45" w:rsidRDefault="000701B5" w:rsidP="008C16D9">
            <w:pPr>
              <w:pStyle w:val="opombapika"/>
            </w:pPr>
            <w:r w:rsidRPr="00993A45">
              <w:t>fungicidov, herbicidov in pripravkov za uničevanje škodljivcev (razred 5);</w:t>
            </w:r>
          </w:p>
          <w:p w:rsidR="000701B5" w:rsidRPr="00993A45" w:rsidRDefault="000701B5" w:rsidP="008C16D9">
            <w:pPr>
              <w:pStyle w:val="opombapika"/>
            </w:pPr>
            <w:r w:rsidRPr="00993A45">
              <w:t>lepil za pisarniško ali gospodinjsko uporabo (razred 16);</w:t>
            </w:r>
          </w:p>
          <w:p w:rsidR="000701B5" w:rsidRPr="00993A45" w:rsidRDefault="000701B5" w:rsidP="008C16D9">
            <w:pPr>
              <w:pStyle w:val="opombapika"/>
            </w:pPr>
            <w:r w:rsidRPr="00993A45">
              <w:t>tesnilnega kita (razred 17);</w:t>
            </w:r>
          </w:p>
          <w:p w:rsidR="000701B5" w:rsidRPr="00993A45" w:rsidRDefault="000701B5" w:rsidP="008C16D9">
            <w:pPr>
              <w:pStyle w:val="opombapika"/>
            </w:pPr>
            <w:r w:rsidRPr="00993A45">
              <w:t>soli za konzerviranje živil (razred 30);</w:t>
            </w:r>
          </w:p>
          <w:p w:rsidR="000701B5" w:rsidRPr="00993A45" w:rsidRDefault="000701B5" w:rsidP="008C16D9">
            <w:pPr>
              <w:pStyle w:val="opombapika"/>
            </w:pPr>
            <w:r w:rsidRPr="00993A45">
              <w:t>zastirke iz slame (razred 31).</w:t>
            </w:r>
          </w:p>
        </w:tc>
      </w:tr>
      <w:bookmarkEnd w:id="1"/>
    </w:tbl>
    <w:p w:rsidR="000701B5" w:rsidRDefault="000701B5" w:rsidP="00A56CF5">
      <w:pPr>
        <w:spacing w:before="360"/>
      </w:pPr>
    </w:p>
    <w:p w:rsidR="000701B5" w:rsidRDefault="000701B5">
      <w:pPr>
        <w:sectPr w:rsidR="000701B5" w:rsidSect="006D44F7">
          <w:headerReference w:type="default" r:id="rId8"/>
          <w:footerReference w:type="default" r:id="rId9"/>
          <w:type w:val="continuous"/>
          <w:pgSz w:w="11907" w:h="16840" w:code="9"/>
          <w:pgMar w:top="1418" w:right="1418" w:bottom="1418" w:left="1418" w:header="720" w:footer="720" w:gutter="0"/>
          <w:cols w:space="720"/>
          <w:titlePg/>
          <w:docGrid w:linePitch="360"/>
        </w:sectPr>
      </w:pPr>
    </w:p>
    <w:p w:rsidR="00E409C7" w:rsidRPr="00114ACC" w:rsidRDefault="00E409C7" w:rsidP="00A45FBA">
      <w:r w:rsidRPr="00114ACC">
        <w:t>010002</w:t>
      </w:r>
      <w:r w:rsidRPr="00114ACC">
        <w:tab/>
        <w:t>Adhezivi za industrijske namene</w:t>
      </w:r>
    </w:p>
    <w:p w:rsidR="00E409C7" w:rsidRPr="00114ACC" w:rsidRDefault="00E409C7" w:rsidP="00A45FBA">
      <w:pPr>
        <w:rPr>
          <w:lang w:val="fr-FR"/>
        </w:rPr>
      </w:pPr>
      <w:r w:rsidRPr="00114ACC">
        <w:t>010003</w:t>
      </w:r>
      <w:r w:rsidRPr="00114ACC">
        <w:tab/>
      </w:r>
      <w:r w:rsidRPr="00114ACC">
        <w:rPr>
          <w:lang w:val="fr-FR"/>
        </w:rPr>
        <w:t>Sol za konzerviranje, ne za živila</w:t>
      </w:r>
    </w:p>
    <w:p w:rsidR="00E409C7" w:rsidRPr="00114ACC" w:rsidRDefault="00E409C7" w:rsidP="00A45FBA">
      <w:r w:rsidRPr="00114ACC">
        <w:t>010004</w:t>
      </w:r>
      <w:r w:rsidRPr="00114ACC">
        <w:tab/>
        <w:t>Pomožne tekočine, ki se uporabljajo z abrazivi</w:t>
      </w:r>
    </w:p>
    <w:p w:rsidR="00E409C7" w:rsidRPr="00114ACC" w:rsidRDefault="00E409C7" w:rsidP="00A45FBA">
      <w:r w:rsidRPr="00114ACC">
        <w:t>010005</w:t>
      </w:r>
      <w:r w:rsidRPr="00114ACC">
        <w:tab/>
        <w:t>Vulkanizacijski pospeševalci</w:t>
      </w:r>
    </w:p>
    <w:p w:rsidR="00E409C7" w:rsidRPr="00114ACC" w:rsidRDefault="00E409C7" w:rsidP="00A45FBA">
      <w:pPr>
        <w:rPr>
          <w:lang w:val="fr-FR"/>
        </w:rPr>
      </w:pPr>
      <w:r w:rsidRPr="00114ACC">
        <w:t>010006</w:t>
      </w:r>
      <w:r w:rsidRPr="00114ACC">
        <w:tab/>
      </w:r>
      <w:r w:rsidRPr="00114ACC">
        <w:rPr>
          <w:lang w:val="fr-FR"/>
        </w:rPr>
        <w:t>Raztopine proti penjenju za akumulatorje</w:t>
      </w:r>
    </w:p>
    <w:p w:rsidR="00E409C7" w:rsidRPr="00114ACC" w:rsidRDefault="00E409C7" w:rsidP="00A45FBA">
      <w:r w:rsidRPr="00114ACC">
        <w:t>010007</w:t>
      </w:r>
      <w:r w:rsidRPr="00114ACC">
        <w:tab/>
        <w:t>Acetati</w:t>
      </w:r>
    </w:p>
    <w:p w:rsidR="00E409C7" w:rsidRPr="00114ACC" w:rsidRDefault="00E409C7" w:rsidP="00A45FBA">
      <w:r w:rsidRPr="00114ACC">
        <w:t>010008</w:t>
      </w:r>
      <w:r w:rsidRPr="00114ACC">
        <w:tab/>
        <w:t>Celulozni acetat, nepredelan</w:t>
      </w:r>
    </w:p>
    <w:p w:rsidR="00E409C7" w:rsidRPr="00114ACC" w:rsidRDefault="00E409C7" w:rsidP="00A45FBA">
      <w:r w:rsidRPr="00114ACC">
        <w:t>010009</w:t>
      </w:r>
      <w:r w:rsidRPr="00114ACC">
        <w:tab/>
        <w:t>Bakteriološki pripravki za kisanje</w:t>
      </w:r>
    </w:p>
    <w:p w:rsidR="00E409C7" w:rsidRPr="00114ACC" w:rsidRDefault="00E409C7" w:rsidP="00A45FBA">
      <w:r w:rsidRPr="00114ACC">
        <w:t>010010</w:t>
      </w:r>
      <w:r w:rsidRPr="00114ACC">
        <w:tab/>
        <w:t>Acetanhidrid</w:t>
      </w:r>
    </w:p>
    <w:p w:rsidR="00E409C7" w:rsidRPr="00114ACC" w:rsidRDefault="00E409C7" w:rsidP="00A45FBA">
      <w:r w:rsidRPr="00114ACC">
        <w:t>010011</w:t>
      </w:r>
      <w:r w:rsidRPr="00114ACC">
        <w:tab/>
        <w:t>Aceton</w:t>
      </w:r>
    </w:p>
    <w:p w:rsidR="00E409C7" w:rsidRPr="00114ACC" w:rsidRDefault="00E409C7" w:rsidP="00A45FBA">
      <w:r w:rsidRPr="00114ACC">
        <w:t>010012</w:t>
      </w:r>
      <w:r w:rsidRPr="00114ACC">
        <w:tab/>
        <w:t>Acetilen</w:t>
      </w:r>
    </w:p>
    <w:p w:rsidR="00E409C7" w:rsidRPr="00114ACC" w:rsidRDefault="00E409C7" w:rsidP="00A45FBA">
      <w:r w:rsidRPr="00114ACC">
        <w:t>010013</w:t>
      </w:r>
      <w:r w:rsidRPr="00114ACC">
        <w:tab/>
        <w:t>Acetilen tetraklorid</w:t>
      </w:r>
    </w:p>
    <w:p w:rsidR="00E409C7" w:rsidRPr="00114ACC" w:rsidRDefault="00E409C7" w:rsidP="00A45FBA">
      <w:r w:rsidRPr="00114ACC">
        <w:t>010014</w:t>
      </w:r>
      <w:r w:rsidRPr="00114ACC">
        <w:tab/>
        <w:t>Kisline</w:t>
      </w:r>
    </w:p>
    <w:p w:rsidR="00E409C7" w:rsidRPr="00114ACC" w:rsidRDefault="00E409C7" w:rsidP="00A45FBA">
      <w:r w:rsidRPr="00114ACC">
        <w:t>010015</w:t>
      </w:r>
      <w:r w:rsidRPr="00114ACC">
        <w:tab/>
        <w:t>Kemični kondenzacijski pripravki</w:t>
      </w:r>
    </w:p>
    <w:p w:rsidR="00E409C7" w:rsidRPr="00114ACC" w:rsidRDefault="00E409C7" w:rsidP="00A45FBA">
      <w:r w:rsidRPr="00114ACC">
        <w:t>010016</w:t>
      </w:r>
      <w:r w:rsidRPr="00114ACC">
        <w:tab/>
        <w:t>Kislinoodporni kemični kompoziti</w:t>
      </w:r>
    </w:p>
    <w:p w:rsidR="00E409C7" w:rsidRPr="00114ACC" w:rsidRDefault="00E409C7" w:rsidP="00A45FBA">
      <w:r w:rsidRPr="00114ACC">
        <w:t>010017</w:t>
      </w:r>
      <w:r w:rsidRPr="00114ACC">
        <w:tab/>
        <w:t>Pripravki za končno obdelavo jekla</w:t>
      </w:r>
    </w:p>
    <w:p w:rsidR="00E409C7" w:rsidRPr="00114ACC" w:rsidRDefault="00E409C7" w:rsidP="00A45FBA">
      <w:r w:rsidRPr="00114ACC">
        <w:t>010018</w:t>
      </w:r>
      <w:r w:rsidRPr="00114ACC">
        <w:tab/>
        <w:t>Aktinij</w:t>
      </w:r>
    </w:p>
    <w:p w:rsidR="00E409C7" w:rsidRPr="00114ACC" w:rsidRDefault="00E409C7" w:rsidP="00A45FBA">
      <w:r w:rsidRPr="00114ACC">
        <w:t>010019</w:t>
      </w:r>
      <w:r w:rsidRPr="00114ACC">
        <w:tab/>
        <w:t>Kemični aditivi za blato za naftne vrtine</w:t>
      </w:r>
    </w:p>
    <w:p w:rsidR="00E409C7" w:rsidRPr="00114ACC" w:rsidRDefault="00E409C7" w:rsidP="00A45FBA">
      <w:r w:rsidRPr="00114ACC">
        <w:t>010020</w:t>
      </w:r>
      <w:r w:rsidRPr="00114ACC">
        <w:tab/>
        <w:t>Kemični dodatki za gorivo</w:t>
      </w:r>
    </w:p>
    <w:p w:rsidR="00E409C7" w:rsidRPr="00114ACC" w:rsidRDefault="00E409C7" w:rsidP="00A45FBA">
      <w:r w:rsidRPr="00114ACC">
        <w:t>010021</w:t>
      </w:r>
      <w:r w:rsidRPr="00114ACC">
        <w:tab/>
        <w:t>Detergentni dodatki za bencin</w:t>
      </w:r>
    </w:p>
    <w:p w:rsidR="00E409C7" w:rsidRPr="00114ACC" w:rsidRDefault="00E409C7" w:rsidP="00A45FBA">
      <w:r w:rsidRPr="00114ACC">
        <w:t>010022</w:t>
      </w:r>
      <w:r w:rsidRPr="00114ACC">
        <w:tab/>
        <w:t>Lepilni pripravki za kirurške obveze</w:t>
      </w:r>
    </w:p>
    <w:p w:rsidR="00E409C7" w:rsidRPr="00114ACC" w:rsidRDefault="00E409C7" w:rsidP="00A45FBA">
      <w:r w:rsidRPr="00114ACC">
        <w:t>010023</w:t>
      </w:r>
      <w:r w:rsidRPr="00114ACC">
        <w:tab/>
        <w:t>Snovi za mehčanje vode</w:t>
      </w:r>
    </w:p>
    <w:p w:rsidR="00E409C7" w:rsidRPr="00114ACC" w:rsidRDefault="00E409C7" w:rsidP="00A45FBA">
      <w:pPr>
        <w:rPr>
          <w:lang w:val="fr-FR"/>
        </w:rPr>
      </w:pPr>
      <w:r w:rsidRPr="00114ACC">
        <w:t>010024</w:t>
      </w:r>
      <w:r w:rsidRPr="00114ACC">
        <w:tab/>
      </w:r>
      <w:r w:rsidRPr="00114ACC">
        <w:rPr>
          <w:lang w:val="fr-FR"/>
        </w:rPr>
        <w:t>Tragant guma, ki se uporablja v proizvodnji</w:t>
      </w:r>
    </w:p>
    <w:p w:rsidR="00E409C7" w:rsidRPr="00114ACC" w:rsidRDefault="00E409C7" w:rsidP="00A45FBA">
      <w:r w:rsidRPr="00114ACC">
        <w:t>010025</w:t>
      </w:r>
      <w:r w:rsidRPr="00114ACC">
        <w:tab/>
        <w:t>Aktivno oglje</w:t>
      </w:r>
    </w:p>
    <w:p w:rsidR="00E409C7" w:rsidRPr="00114ACC" w:rsidRDefault="00E409C7" w:rsidP="00A45FBA">
      <w:r w:rsidRPr="00114ACC">
        <w:t>010026</w:t>
      </w:r>
      <w:r w:rsidRPr="00114ACC">
        <w:tab/>
        <w:t>Potisni plini za aerosole</w:t>
      </w:r>
    </w:p>
    <w:p w:rsidR="00E409C7" w:rsidRPr="00114ACC" w:rsidRDefault="00E409C7" w:rsidP="00A45FBA">
      <w:r w:rsidRPr="00114ACC">
        <w:t>010027</w:t>
      </w:r>
      <w:r w:rsidRPr="00114ACC">
        <w:tab/>
        <w:t>Reducirna sredstva, ki se uporabljajo v fotografiji</w:t>
      </w:r>
    </w:p>
    <w:p w:rsidR="00E409C7" w:rsidRPr="00114ACC" w:rsidRDefault="00E409C7" w:rsidP="00A45FBA">
      <w:r w:rsidRPr="00114ACC">
        <w:t>010028</w:t>
      </w:r>
      <w:r w:rsidRPr="00114ACC">
        <w:tab/>
        <w:t>Lepila za plakatiranje</w:t>
      </w:r>
    </w:p>
    <w:p w:rsidR="00E409C7" w:rsidRPr="00114ACC" w:rsidRDefault="00E409C7" w:rsidP="00A45FBA">
      <w:r w:rsidRPr="00114ACC">
        <w:t>010029</w:t>
      </w:r>
      <w:r w:rsidRPr="00114ACC">
        <w:tab/>
        <w:t>Agar</w:t>
      </w:r>
    </w:p>
    <w:p w:rsidR="00E409C7" w:rsidRPr="00114ACC" w:rsidRDefault="00E409C7" w:rsidP="00A45FBA">
      <w:r w:rsidRPr="00114ACC">
        <w:t>010030</w:t>
      </w:r>
      <w:r w:rsidRPr="00114ACC">
        <w:tab/>
        <w:t>Aglutinati za beton</w:t>
      </w:r>
    </w:p>
    <w:p w:rsidR="00E409C7" w:rsidRPr="00114ACC" w:rsidRDefault="00E409C7" w:rsidP="00A45FBA">
      <w:r w:rsidRPr="00114ACC">
        <w:t>010031</w:t>
      </w:r>
      <w:r w:rsidRPr="00114ACC">
        <w:tab/>
        <w:t>Kemikalije za poljedelstvo razen fungicidov, herbicidov, insekticidov in sredstev za uničevanje parazitov</w:t>
      </w:r>
    </w:p>
    <w:p w:rsidR="00E409C7" w:rsidRPr="00114ACC" w:rsidRDefault="00E409C7" w:rsidP="00A45FBA">
      <w:r w:rsidRPr="00114ACC">
        <w:t>010032</w:t>
      </w:r>
      <w:r w:rsidRPr="00114ACC">
        <w:tab/>
        <w:t>Zmesi za popravilo zračnic</w:t>
      </w:r>
    </w:p>
    <w:p w:rsidR="00E409C7" w:rsidRPr="00114ACC" w:rsidRDefault="00E409C7" w:rsidP="00A45FBA">
      <w:pPr>
        <w:rPr>
          <w:lang w:val="fr-FR"/>
        </w:rPr>
      </w:pPr>
      <w:r w:rsidRPr="00114ACC">
        <w:t>010033</w:t>
      </w:r>
      <w:r w:rsidRPr="00114ACC">
        <w:tab/>
      </w:r>
      <w:r w:rsidRPr="00114ACC">
        <w:rPr>
          <w:lang w:val="fr-FR"/>
        </w:rPr>
        <w:t>Albumin [živalski ali rastlinski, surovina]</w:t>
      </w:r>
    </w:p>
    <w:p w:rsidR="00E409C7" w:rsidRPr="00114ACC" w:rsidRDefault="00E409C7" w:rsidP="00A45FBA">
      <w:r w:rsidRPr="00114ACC">
        <w:t>010034</w:t>
      </w:r>
      <w:r w:rsidRPr="00114ACC">
        <w:tab/>
        <w:t>Jodirane beljakovine</w:t>
      </w:r>
    </w:p>
    <w:p w:rsidR="00E409C7" w:rsidRPr="00114ACC" w:rsidRDefault="00E409C7" w:rsidP="00A45FBA">
      <w:r w:rsidRPr="00114ACC">
        <w:t>010035</w:t>
      </w:r>
      <w:r w:rsidRPr="00114ACC">
        <w:tab/>
        <w:t>Sladne beljakovine</w:t>
      </w:r>
    </w:p>
    <w:p w:rsidR="00E409C7" w:rsidRPr="00114ACC" w:rsidRDefault="00E409C7" w:rsidP="00A45FBA">
      <w:r w:rsidRPr="00114ACC">
        <w:t>010036</w:t>
      </w:r>
      <w:r w:rsidRPr="00114ACC">
        <w:tab/>
        <w:t>Albuminski papir</w:t>
      </w:r>
    </w:p>
    <w:p w:rsidR="00E409C7" w:rsidRPr="00114ACC" w:rsidRDefault="00E409C7" w:rsidP="00A45FBA">
      <w:r w:rsidRPr="00114ACC">
        <w:t>010037</w:t>
      </w:r>
      <w:r w:rsidRPr="00114ACC">
        <w:tab/>
        <w:t>Alkalije</w:t>
      </w:r>
    </w:p>
    <w:p w:rsidR="00E409C7" w:rsidRPr="00114ACC" w:rsidRDefault="00E409C7" w:rsidP="00A45FBA">
      <w:r w:rsidRPr="00114ACC">
        <w:t>010038</w:t>
      </w:r>
      <w:r w:rsidRPr="00114ACC">
        <w:tab/>
        <w:t>Alkalijski hidroksid</w:t>
      </w:r>
    </w:p>
    <w:p w:rsidR="00E409C7" w:rsidRPr="00114ACC" w:rsidRDefault="00E409C7" w:rsidP="00A45FBA">
      <w:r w:rsidRPr="00114ACC">
        <w:t>010039</w:t>
      </w:r>
      <w:r w:rsidRPr="00114ACC">
        <w:tab/>
        <w:t>Zemljoalkalijske kovine</w:t>
      </w:r>
    </w:p>
    <w:p w:rsidR="00E409C7" w:rsidRPr="00114ACC" w:rsidRDefault="00E409C7" w:rsidP="00A45FBA">
      <w:r w:rsidRPr="00114ACC">
        <w:t>010040</w:t>
      </w:r>
      <w:r w:rsidRPr="00114ACC">
        <w:tab/>
        <w:t>Alkohol za industrijske namene</w:t>
      </w:r>
    </w:p>
    <w:p w:rsidR="00E409C7" w:rsidRPr="00114ACC" w:rsidRDefault="00E409C7" w:rsidP="00A45FBA">
      <w:r w:rsidRPr="00114ACC">
        <w:t>010041</w:t>
      </w:r>
      <w:r w:rsidRPr="00114ACC">
        <w:tab/>
        <w:t>Etil alkohol</w:t>
      </w:r>
    </w:p>
    <w:p w:rsidR="00E409C7" w:rsidRPr="00114ACC" w:rsidRDefault="00E409C7" w:rsidP="00A45FBA">
      <w:r w:rsidRPr="00114ACC">
        <w:t>010042</w:t>
      </w:r>
      <w:r w:rsidRPr="00114ACC">
        <w:tab/>
        <w:t>Aldehidi</w:t>
      </w:r>
    </w:p>
    <w:p w:rsidR="00E409C7" w:rsidRPr="00114ACC" w:rsidRDefault="00E409C7" w:rsidP="00A45FBA">
      <w:r w:rsidRPr="00114ACC">
        <w:t>010043</w:t>
      </w:r>
      <w:r w:rsidRPr="00114ACC">
        <w:tab/>
        <w:t>Morske alge [gnojila]</w:t>
      </w:r>
    </w:p>
    <w:p w:rsidR="00E409C7" w:rsidRPr="00114ACC" w:rsidRDefault="00E409C7" w:rsidP="00A45FBA">
      <w:r w:rsidRPr="00114ACC">
        <w:lastRenderedPageBreak/>
        <w:t>010044</w:t>
      </w:r>
      <w:r w:rsidRPr="00114ACC">
        <w:tab/>
        <w:t>Kemične snovi za konzerviranje živil</w:t>
      </w:r>
    </w:p>
    <w:p w:rsidR="00E409C7" w:rsidRPr="00114ACC" w:rsidRDefault="00E409C7" w:rsidP="00A45FBA">
      <w:r w:rsidRPr="00114ACC">
        <w:t>010045</w:t>
      </w:r>
      <w:r w:rsidRPr="00114ACC">
        <w:tab/>
        <w:t>Kemični pripravki za olajšanje legiranja zlitin</w:t>
      </w:r>
    </w:p>
    <w:p w:rsidR="00E409C7" w:rsidRPr="00114ACC" w:rsidRDefault="00E409C7" w:rsidP="00A45FBA">
      <w:r w:rsidRPr="00114ACC">
        <w:t>010046</w:t>
      </w:r>
      <w:r w:rsidRPr="00114ACC">
        <w:tab/>
        <w:t>Aluminijev oksid</w:t>
      </w:r>
    </w:p>
    <w:p w:rsidR="00E409C7" w:rsidRPr="00114ACC" w:rsidRDefault="00E409C7" w:rsidP="00A45FBA">
      <w:r w:rsidRPr="00114ACC">
        <w:t>010047</w:t>
      </w:r>
      <w:r w:rsidRPr="00114ACC">
        <w:tab/>
        <w:t>Aluminijev galun</w:t>
      </w:r>
    </w:p>
    <w:p w:rsidR="00E409C7" w:rsidRPr="00114ACC" w:rsidRDefault="00E409C7" w:rsidP="00A45FBA">
      <w:r w:rsidRPr="00114ACC">
        <w:t>010048</w:t>
      </w:r>
      <w:r w:rsidRPr="00114ACC">
        <w:tab/>
        <w:t>Aluminijev hidroksid</w:t>
      </w:r>
    </w:p>
    <w:p w:rsidR="00E409C7" w:rsidRPr="00114ACC" w:rsidRDefault="00E409C7" w:rsidP="00A45FBA">
      <w:r w:rsidRPr="00114ACC">
        <w:t>010049</w:t>
      </w:r>
      <w:r w:rsidRPr="00114ACC">
        <w:tab/>
        <w:t>Aluminijevi silikati</w:t>
      </w:r>
    </w:p>
    <w:p w:rsidR="00E409C7" w:rsidRPr="00114ACC" w:rsidRDefault="00E409C7" w:rsidP="00A45FBA">
      <w:r w:rsidRPr="00114ACC">
        <w:t>010050</w:t>
      </w:r>
      <w:r w:rsidRPr="00114ACC">
        <w:tab/>
        <w:t>Aluminijev klorid</w:t>
      </w:r>
    </w:p>
    <w:p w:rsidR="00E409C7" w:rsidRPr="00114ACC" w:rsidRDefault="00E409C7" w:rsidP="00A45FBA">
      <w:r w:rsidRPr="00114ACC">
        <w:t>010051</w:t>
      </w:r>
      <w:r w:rsidRPr="00114ACC">
        <w:tab/>
        <w:t>Aluminijev jodid</w:t>
      </w:r>
    </w:p>
    <w:p w:rsidR="00E409C7" w:rsidRPr="00114ACC" w:rsidRDefault="00E409C7" w:rsidP="00A45FBA">
      <w:r w:rsidRPr="00114ACC">
        <w:t>010052</w:t>
      </w:r>
      <w:r w:rsidRPr="00114ACC">
        <w:tab/>
        <w:t>Galunovec</w:t>
      </w:r>
    </w:p>
    <w:p w:rsidR="00E409C7" w:rsidRPr="00114ACC" w:rsidRDefault="00E409C7" w:rsidP="00A45FBA">
      <w:r w:rsidRPr="00114ACC">
        <w:t>010053</w:t>
      </w:r>
      <w:r w:rsidRPr="00114ACC">
        <w:tab/>
        <w:t>Pripravki za izboljšanje zemlje</w:t>
      </w:r>
    </w:p>
    <w:p w:rsidR="00E409C7" w:rsidRPr="00114ACC" w:rsidRDefault="00E409C7" w:rsidP="00A45FBA">
      <w:r w:rsidRPr="00114ACC">
        <w:t>010054</w:t>
      </w:r>
      <w:r w:rsidRPr="00114ACC">
        <w:tab/>
        <w:t>Americij</w:t>
      </w:r>
    </w:p>
    <w:p w:rsidR="00E409C7" w:rsidRPr="00114ACC" w:rsidRDefault="00E409C7" w:rsidP="00A45FBA">
      <w:r w:rsidRPr="00114ACC">
        <w:t>010055</w:t>
      </w:r>
      <w:r w:rsidRPr="00114ACC">
        <w:tab/>
        <w:t>Škrob za industrijske namene</w:t>
      </w:r>
    </w:p>
    <w:p w:rsidR="00E409C7" w:rsidRPr="00114ACC" w:rsidRDefault="00E409C7" w:rsidP="00A45FBA">
      <w:r w:rsidRPr="00114ACC">
        <w:t>010056</w:t>
      </w:r>
      <w:r w:rsidRPr="00114ACC">
        <w:tab/>
        <w:t>Sredstva za odlepljanje [kemični pripravki za utekočinjene škroba]</w:t>
      </w:r>
    </w:p>
    <w:p w:rsidR="00E409C7" w:rsidRPr="00114ACC" w:rsidRDefault="00E409C7" w:rsidP="00A45FBA">
      <w:r w:rsidRPr="00114ACC">
        <w:t>010057</w:t>
      </w:r>
      <w:r w:rsidRPr="00114ACC">
        <w:tab/>
        <w:t>Salmiak</w:t>
      </w:r>
    </w:p>
    <w:p w:rsidR="00E409C7" w:rsidRPr="00114ACC" w:rsidRDefault="00E409C7" w:rsidP="00A45FBA">
      <w:r w:rsidRPr="00114ACC">
        <w:t>010058</w:t>
      </w:r>
      <w:r w:rsidRPr="00114ACC">
        <w:tab/>
        <w:t>Hlapi klorovodikove kisline</w:t>
      </w:r>
    </w:p>
    <w:p w:rsidR="00E409C7" w:rsidRPr="00114ACC" w:rsidRDefault="00E409C7" w:rsidP="00A45FBA">
      <w:r w:rsidRPr="00114ACC">
        <w:t>010060</w:t>
      </w:r>
      <w:r w:rsidRPr="00114ACC">
        <w:tab/>
        <w:t>Amoniakove soli</w:t>
      </w:r>
    </w:p>
    <w:p w:rsidR="00E409C7" w:rsidRPr="00114ACC" w:rsidRDefault="00E409C7" w:rsidP="00A45FBA">
      <w:r w:rsidRPr="00114ACC">
        <w:t>010061</w:t>
      </w:r>
      <w:r w:rsidRPr="00114ACC">
        <w:tab/>
        <w:t>Amonijak</w:t>
      </w:r>
    </w:p>
    <w:p w:rsidR="00E409C7" w:rsidRPr="00114ACC" w:rsidRDefault="00E409C7" w:rsidP="00A45FBA">
      <w:r w:rsidRPr="00114ACC">
        <w:t>010062</w:t>
      </w:r>
      <w:r w:rsidRPr="00114ACC">
        <w:tab/>
        <w:t>Amonijev aldehid</w:t>
      </w:r>
    </w:p>
    <w:p w:rsidR="00E409C7" w:rsidRPr="00114ACC" w:rsidRDefault="00E409C7" w:rsidP="00A45FBA">
      <w:r w:rsidRPr="00114ACC">
        <w:t>010063</w:t>
      </w:r>
      <w:r w:rsidRPr="00114ACC">
        <w:tab/>
        <w:t>Amonijev galun</w:t>
      </w:r>
    </w:p>
    <w:p w:rsidR="00E409C7" w:rsidRPr="00114ACC" w:rsidRDefault="00E409C7" w:rsidP="00A45FBA">
      <w:r w:rsidRPr="00114ACC">
        <w:t>010064</w:t>
      </w:r>
      <w:r w:rsidRPr="00114ACC">
        <w:tab/>
        <w:t>Amilacetat</w:t>
      </w:r>
    </w:p>
    <w:p w:rsidR="00E409C7" w:rsidRPr="00114ACC" w:rsidRDefault="00E409C7" w:rsidP="00A45FBA">
      <w:r w:rsidRPr="00114ACC">
        <w:t>010065</w:t>
      </w:r>
      <w:r w:rsidRPr="00114ACC">
        <w:tab/>
        <w:t>Amilalkohol</w:t>
      </w:r>
    </w:p>
    <w:p w:rsidR="00E409C7" w:rsidRPr="00114ACC" w:rsidRDefault="00E409C7" w:rsidP="00A45FBA">
      <w:r w:rsidRPr="00114ACC">
        <w:t>010066</w:t>
      </w:r>
      <w:r w:rsidRPr="00114ACC">
        <w:tab/>
        <w:t>Brezvodni amonijak</w:t>
      </w:r>
    </w:p>
    <w:p w:rsidR="00E409C7" w:rsidRPr="00114ACC" w:rsidRDefault="00E409C7" w:rsidP="00A45FBA">
      <w:r w:rsidRPr="00114ACC">
        <w:t>010067</w:t>
      </w:r>
      <w:r w:rsidRPr="00114ACC">
        <w:tab/>
        <w:t>Anhidridi</w:t>
      </w:r>
    </w:p>
    <w:p w:rsidR="00E409C7" w:rsidRPr="00114ACC" w:rsidRDefault="00E409C7" w:rsidP="00A45FBA">
      <w:r w:rsidRPr="00114ACC">
        <w:t>010068</w:t>
      </w:r>
      <w:r w:rsidRPr="00114ACC">
        <w:tab/>
        <w:t>Živalsko oglje</w:t>
      </w:r>
    </w:p>
    <w:p w:rsidR="00E409C7" w:rsidRPr="00114ACC" w:rsidRDefault="00E409C7" w:rsidP="00A45FBA">
      <w:r w:rsidRPr="00114ACC">
        <w:t>010070</w:t>
      </w:r>
      <w:r w:rsidRPr="00114ACC">
        <w:tab/>
        <w:t>Antranilna kislina</w:t>
      </w:r>
    </w:p>
    <w:p w:rsidR="00E409C7" w:rsidRPr="00114ACC" w:rsidRDefault="00E409C7" w:rsidP="00A45FBA">
      <w:r w:rsidRPr="00114ACC">
        <w:t>010071</w:t>
      </w:r>
      <w:r w:rsidRPr="00114ACC">
        <w:tab/>
        <w:t>Antidetonatorji za motorje z notranjim zgorevanjem</w:t>
      </w:r>
    </w:p>
    <w:p w:rsidR="00E409C7" w:rsidRPr="00114ACC" w:rsidRDefault="00E409C7" w:rsidP="00A45FBA">
      <w:r w:rsidRPr="00114ACC">
        <w:t>010072</w:t>
      </w:r>
      <w:r w:rsidRPr="00114ACC">
        <w:tab/>
        <w:t>Antifriz</w:t>
      </w:r>
    </w:p>
    <w:p w:rsidR="00E409C7" w:rsidRPr="00114ACC" w:rsidRDefault="00E409C7" w:rsidP="00A45FBA">
      <w:r w:rsidRPr="00114ACC">
        <w:t>010073</w:t>
      </w:r>
      <w:r w:rsidRPr="00114ACC">
        <w:tab/>
        <w:t>Sredstva proti nastajanju skorje</w:t>
      </w:r>
    </w:p>
    <w:p w:rsidR="00E409C7" w:rsidRPr="00114ACC" w:rsidRDefault="00E409C7" w:rsidP="00A45FBA">
      <w:r w:rsidRPr="00114ACC">
        <w:t>010074</w:t>
      </w:r>
      <w:r w:rsidRPr="00114ACC">
        <w:tab/>
        <w:t>Antimon</w:t>
      </w:r>
    </w:p>
    <w:p w:rsidR="00E409C7" w:rsidRPr="00114ACC" w:rsidRDefault="00E409C7" w:rsidP="00A45FBA">
      <w:r w:rsidRPr="00114ACC">
        <w:t>010075</w:t>
      </w:r>
      <w:r w:rsidRPr="00114ACC">
        <w:tab/>
        <w:t>Antimonov oksid</w:t>
      </w:r>
    </w:p>
    <w:p w:rsidR="00E409C7" w:rsidRPr="00114ACC" w:rsidRDefault="00E409C7" w:rsidP="00A45FBA">
      <w:r w:rsidRPr="00114ACC">
        <w:t>010076</w:t>
      </w:r>
      <w:r w:rsidRPr="00114ACC">
        <w:tab/>
        <w:t>Antimonov sulfid</w:t>
      </w:r>
    </w:p>
    <w:p w:rsidR="00E409C7" w:rsidRPr="00114ACC" w:rsidRDefault="00E409C7" w:rsidP="00A45FBA">
      <w:r w:rsidRPr="00114ACC">
        <w:t>010077</w:t>
      </w:r>
      <w:r w:rsidRPr="00114ACC">
        <w:tab/>
        <w:t>Lepilo za uporabo v tekstilni industriji</w:t>
      </w:r>
    </w:p>
    <w:p w:rsidR="00E409C7" w:rsidRPr="00114ACC" w:rsidRDefault="00E409C7" w:rsidP="00A45FBA">
      <w:r w:rsidRPr="00114ACC">
        <w:t>010078</w:t>
      </w:r>
      <w:r w:rsidRPr="00114ACC">
        <w:tab/>
        <w:t>Gumi arabikum za industrijske namene</w:t>
      </w:r>
    </w:p>
    <w:p w:rsidR="00E409C7" w:rsidRPr="00114ACC" w:rsidRDefault="00E409C7" w:rsidP="00A45FBA">
      <w:pPr>
        <w:rPr>
          <w:lang w:val="fr-FR"/>
        </w:rPr>
      </w:pPr>
      <w:r w:rsidRPr="00114ACC">
        <w:t>010079</w:t>
      </w:r>
      <w:r w:rsidRPr="00114ACC">
        <w:tab/>
      </w:r>
      <w:r w:rsidRPr="00114ACC">
        <w:rPr>
          <w:lang w:val="fr-FR"/>
        </w:rPr>
        <w:t>Glutinski pripravki za cepljenje dreves</w:t>
      </w:r>
    </w:p>
    <w:p w:rsidR="00E409C7" w:rsidRPr="00114ACC" w:rsidRDefault="00E409C7" w:rsidP="00A45FBA">
      <w:r w:rsidRPr="00114ACC">
        <w:t>010080</w:t>
      </w:r>
      <w:r w:rsidRPr="00114ACC">
        <w:tab/>
        <w:t>Polnila za polnjenje drevesnih duplin [gozdarstvo]</w:t>
      </w:r>
    </w:p>
    <w:p w:rsidR="00E409C7" w:rsidRPr="00114ACC" w:rsidRDefault="00E409C7" w:rsidP="00114ACC">
      <w:pPr>
        <w:rPr>
          <w:lang w:val="fr-FR"/>
        </w:rPr>
      </w:pPr>
      <w:r w:rsidRPr="00114ACC">
        <w:t>010081</w:t>
      </w:r>
      <w:r w:rsidRPr="00114ACC">
        <w:tab/>
      </w:r>
      <w:r w:rsidRPr="00114ACC">
        <w:rPr>
          <w:lang w:val="fr-FR"/>
        </w:rPr>
        <w:t>Raztopine srebrovih soli za srebrenje</w:t>
      </w:r>
    </w:p>
    <w:p w:rsidR="00E409C7" w:rsidRPr="00114ACC" w:rsidRDefault="00E409C7" w:rsidP="00114ACC">
      <w:r w:rsidRPr="00114ACC">
        <w:t>010082</w:t>
      </w:r>
      <w:r w:rsidRPr="00114ACC">
        <w:tab/>
        <w:t>Argon</w:t>
      </w:r>
    </w:p>
    <w:p w:rsidR="00E409C7" w:rsidRPr="00114ACC" w:rsidRDefault="00E409C7" w:rsidP="00114ACC">
      <w:r w:rsidRPr="00114ACC">
        <w:t>010083</w:t>
      </w:r>
      <w:r w:rsidRPr="00114ACC">
        <w:tab/>
        <w:t>Svinčev arzenat</w:t>
      </w:r>
    </w:p>
    <w:p w:rsidR="00E409C7" w:rsidRPr="00114ACC" w:rsidRDefault="00E409C7" w:rsidP="00114ACC">
      <w:r w:rsidRPr="00114ACC">
        <w:t>010084</w:t>
      </w:r>
      <w:r w:rsidRPr="00114ACC">
        <w:tab/>
        <w:t>Arzen</w:t>
      </w:r>
    </w:p>
    <w:p w:rsidR="00E409C7" w:rsidRPr="00114ACC" w:rsidRDefault="00E409C7" w:rsidP="00114ACC">
      <w:r w:rsidRPr="00114ACC">
        <w:t>010085</w:t>
      </w:r>
      <w:r w:rsidRPr="00114ACC">
        <w:tab/>
        <w:t>Arzenova kislina</w:t>
      </w:r>
    </w:p>
    <w:p w:rsidR="00E409C7" w:rsidRPr="00114ACC" w:rsidRDefault="00E409C7" w:rsidP="00114ACC">
      <w:r w:rsidRPr="00114ACC">
        <w:t>010086</w:t>
      </w:r>
      <w:r w:rsidRPr="00114ACC">
        <w:tab/>
        <w:t>Astatin</w:t>
      </w:r>
    </w:p>
    <w:p w:rsidR="00E409C7" w:rsidRPr="00114ACC" w:rsidRDefault="00E409C7" w:rsidP="00114ACC">
      <w:r w:rsidRPr="00114ACC">
        <w:t>010087</w:t>
      </w:r>
      <w:r w:rsidRPr="00114ACC">
        <w:tab/>
        <w:t>Gorivo za jedrske reaktorje</w:t>
      </w:r>
    </w:p>
    <w:p w:rsidR="00E409C7" w:rsidRPr="00114ACC" w:rsidRDefault="00E409C7" w:rsidP="00114ACC">
      <w:r w:rsidRPr="00114ACC">
        <w:t>010089</w:t>
      </w:r>
      <w:r w:rsidRPr="00114ACC">
        <w:tab/>
        <w:t>Kemikalije za dekarbonizacijo motorjev</w:t>
      </w:r>
    </w:p>
    <w:p w:rsidR="00E409C7" w:rsidRPr="00114ACC" w:rsidRDefault="00E409C7" w:rsidP="00114ACC">
      <w:r w:rsidRPr="00114ACC">
        <w:t>010090</w:t>
      </w:r>
      <w:r w:rsidRPr="00114ACC">
        <w:tab/>
        <w:t>Samo razvijajoči papir [fotografija]</w:t>
      </w:r>
    </w:p>
    <w:p w:rsidR="00E409C7" w:rsidRPr="00114ACC" w:rsidRDefault="00E409C7" w:rsidP="00114ACC">
      <w:r w:rsidRPr="00114ACC">
        <w:t>010091</w:t>
      </w:r>
      <w:r w:rsidRPr="00114ACC">
        <w:tab/>
        <w:t>Kemikalije za dodajanje intenzivnosti barvam tekstila</w:t>
      </w:r>
    </w:p>
    <w:p w:rsidR="00E409C7" w:rsidRPr="00114ACC" w:rsidRDefault="00E409C7" w:rsidP="00114ACC">
      <w:r w:rsidRPr="00114ACC">
        <w:t>010092</w:t>
      </w:r>
      <w:r w:rsidRPr="00114ACC">
        <w:tab/>
        <w:t>Dušik</w:t>
      </w:r>
    </w:p>
    <w:p w:rsidR="00E409C7" w:rsidRPr="00114ACC" w:rsidRDefault="00E409C7" w:rsidP="00114ACC">
      <w:r w:rsidRPr="00114ACC">
        <w:t>010093</w:t>
      </w:r>
      <w:r w:rsidRPr="00114ACC">
        <w:tab/>
        <w:t>Dušikov monoksid</w:t>
      </w:r>
    </w:p>
    <w:p w:rsidR="00E409C7" w:rsidRPr="00114ACC" w:rsidRDefault="00E409C7" w:rsidP="00114ACC">
      <w:r w:rsidRPr="00114ACC">
        <w:t>010094</w:t>
      </w:r>
      <w:r w:rsidRPr="00114ACC">
        <w:tab/>
        <w:t>Dušikova gnojila</w:t>
      </w:r>
    </w:p>
    <w:p w:rsidR="00E409C7" w:rsidRPr="00114ACC" w:rsidRDefault="00E409C7" w:rsidP="00114ACC">
      <w:r w:rsidRPr="00114ACC">
        <w:t>010095</w:t>
      </w:r>
      <w:r w:rsidRPr="00114ACC">
        <w:tab/>
        <w:t>Dušikova kislina</w:t>
      </w:r>
    </w:p>
    <w:p w:rsidR="00E409C7" w:rsidRPr="00114ACC" w:rsidRDefault="00E409C7" w:rsidP="00114ACC">
      <w:r w:rsidRPr="00114ACC">
        <w:t>010096</w:t>
      </w:r>
      <w:r w:rsidRPr="00114ACC">
        <w:tab/>
        <w:t>Kemikalije za fermentacijo vina</w:t>
      </w:r>
    </w:p>
    <w:p w:rsidR="00E409C7" w:rsidRPr="00114ACC" w:rsidRDefault="00E409C7" w:rsidP="00114ACC">
      <w:r w:rsidRPr="00114ACC">
        <w:t>010097</w:t>
      </w:r>
      <w:r w:rsidRPr="00114ACC">
        <w:tab/>
        <w:t>Fiksirne kopeli [fotografija]</w:t>
      </w:r>
    </w:p>
    <w:p w:rsidR="00E409C7" w:rsidRPr="00114ACC" w:rsidRDefault="00E409C7" w:rsidP="00114ACC">
      <w:r w:rsidRPr="00114ACC">
        <w:t>010098</w:t>
      </w:r>
      <w:r w:rsidRPr="00114ACC">
        <w:tab/>
        <w:t>Kopeli za galvanizacijo</w:t>
      </w:r>
    </w:p>
    <w:p w:rsidR="00E409C7" w:rsidRPr="00114ACC" w:rsidRDefault="00E409C7" w:rsidP="00114ACC">
      <w:r w:rsidRPr="00114ACC">
        <w:t>010099</w:t>
      </w:r>
      <w:r w:rsidRPr="00114ACC">
        <w:tab/>
        <w:t>Razvijalne kopeli [fotografija]</w:t>
      </w:r>
    </w:p>
    <w:p w:rsidR="00E409C7" w:rsidRPr="00114ACC" w:rsidRDefault="00E409C7" w:rsidP="00114ACC">
      <w:r w:rsidRPr="00114ACC">
        <w:t>010100</w:t>
      </w:r>
      <w:r w:rsidRPr="00114ACC">
        <w:tab/>
        <w:t>Natrijev karbonat/soda</w:t>
      </w:r>
    </w:p>
    <w:p w:rsidR="00E409C7" w:rsidRPr="00114ACC" w:rsidRDefault="00E409C7" w:rsidP="00114ACC">
      <w:r w:rsidRPr="00114ACC">
        <w:t>010101</w:t>
      </w:r>
      <w:r w:rsidRPr="00114ACC">
        <w:tab/>
        <w:t>Barij</w:t>
      </w:r>
    </w:p>
    <w:p w:rsidR="00E409C7" w:rsidRPr="00114ACC" w:rsidRDefault="00E409C7" w:rsidP="00114ACC">
      <w:r w:rsidRPr="00114ACC">
        <w:t>010102</w:t>
      </w:r>
      <w:r w:rsidRPr="00114ACC">
        <w:tab/>
        <w:t>Barit</w:t>
      </w:r>
    </w:p>
    <w:p w:rsidR="00E409C7" w:rsidRPr="00114ACC" w:rsidRDefault="00E409C7" w:rsidP="00114ACC">
      <w:r w:rsidRPr="00114ACC">
        <w:t>010103</w:t>
      </w:r>
      <w:r w:rsidRPr="00114ACC">
        <w:tab/>
        <w:t>Z barijem prepojen papir</w:t>
      </w:r>
    </w:p>
    <w:p w:rsidR="00E409C7" w:rsidRPr="00114ACC" w:rsidRDefault="00E409C7" w:rsidP="00114ACC">
      <w:r w:rsidRPr="00114ACC">
        <w:t>010104</w:t>
      </w:r>
      <w:r w:rsidRPr="00114ACC">
        <w:tab/>
        <w:t>Barijeve spojine</w:t>
      </w:r>
    </w:p>
    <w:p w:rsidR="00E409C7" w:rsidRPr="00114ACC" w:rsidRDefault="00E409C7" w:rsidP="00114ACC">
      <w:r w:rsidRPr="00114ACC">
        <w:t>010105</w:t>
      </w:r>
      <w:r w:rsidRPr="00114ACC">
        <w:tab/>
        <w:t>Snovi za preprečevanje raztrganin v ženskih nogavicah</w:t>
      </w:r>
    </w:p>
    <w:p w:rsidR="00E409C7" w:rsidRPr="00114ACC" w:rsidRDefault="00E409C7" w:rsidP="00114ACC">
      <w:r w:rsidRPr="00114ACC">
        <w:t>010106</w:t>
      </w:r>
      <w:r w:rsidRPr="00114ACC">
        <w:tab/>
        <w:t>Baze [kemični pripravki]</w:t>
      </w:r>
    </w:p>
    <w:p w:rsidR="00E409C7" w:rsidRPr="00114ACC" w:rsidRDefault="00E409C7" w:rsidP="00114ACC">
      <w:r w:rsidRPr="00114ACC">
        <w:t>010107</w:t>
      </w:r>
      <w:r w:rsidRPr="00114ACC">
        <w:tab/>
        <w:t>Kemikalije, razen pigmentov, za proizvodnjo emajlov</w:t>
      </w:r>
    </w:p>
    <w:p w:rsidR="00E409C7" w:rsidRPr="00114ACC" w:rsidRDefault="00E409C7" w:rsidP="00114ACC">
      <w:r w:rsidRPr="00114ACC">
        <w:t>010108</w:t>
      </w:r>
      <w:r w:rsidRPr="00114ACC">
        <w:tab/>
        <w:t>Boksit</w:t>
      </w:r>
    </w:p>
    <w:p w:rsidR="00E409C7" w:rsidRPr="00114ACC" w:rsidRDefault="00E409C7" w:rsidP="00114ACC">
      <w:r w:rsidRPr="00114ACC">
        <w:t>010109</w:t>
      </w:r>
      <w:r w:rsidRPr="00114ACC">
        <w:tab/>
        <w:t>Bentonit</w:t>
      </w:r>
    </w:p>
    <w:p w:rsidR="00E409C7" w:rsidRPr="00114ACC" w:rsidRDefault="00E409C7" w:rsidP="00114ACC">
      <w:r w:rsidRPr="00114ACC">
        <w:t>010110</w:t>
      </w:r>
      <w:r w:rsidRPr="00114ACC">
        <w:tab/>
        <w:t>Kisline na osnovi benzena</w:t>
      </w:r>
    </w:p>
    <w:p w:rsidR="00E409C7" w:rsidRPr="00114ACC" w:rsidRDefault="00E409C7" w:rsidP="00114ACC">
      <w:r w:rsidRPr="00114ACC">
        <w:t>010111</w:t>
      </w:r>
      <w:r w:rsidRPr="00114ACC">
        <w:tab/>
        <w:t>Benzenovi derivati</w:t>
      </w:r>
    </w:p>
    <w:p w:rsidR="00E409C7" w:rsidRPr="00114ACC" w:rsidRDefault="00E409C7" w:rsidP="00114ACC">
      <w:r w:rsidRPr="00114ACC">
        <w:t>010112</w:t>
      </w:r>
      <w:r w:rsidRPr="00114ACC">
        <w:tab/>
        <w:t>Benzojeva kislina</w:t>
      </w:r>
    </w:p>
    <w:p w:rsidR="00E409C7" w:rsidRPr="00114ACC" w:rsidRDefault="00E409C7" w:rsidP="00114ACC">
      <w:r w:rsidRPr="00114ACC">
        <w:t>010113</w:t>
      </w:r>
      <w:r w:rsidRPr="00114ACC">
        <w:tab/>
        <w:t>Benzojski sulfamid za industrijske namene</w:t>
      </w:r>
    </w:p>
    <w:p w:rsidR="00E409C7" w:rsidRPr="00114ACC" w:rsidRDefault="00E409C7" w:rsidP="00114ACC">
      <w:r w:rsidRPr="00114ACC">
        <w:t>010114</w:t>
      </w:r>
      <w:r w:rsidRPr="00114ACC">
        <w:tab/>
        <w:t>Saharin za industrijske namene</w:t>
      </w:r>
    </w:p>
    <w:p w:rsidR="00E409C7" w:rsidRPr="00114ACC" w:rsidRDefault="00E409C7" w:rsidP="00114ACC">
      <w:r w:rsidRPr="00114ACC">
        <w:t>010115</w:t>
      </w:r>
      <w:r w:rsidRPr="00114ACC">
        <w:tab/>
        <w:t>Berkelij</w:t>
      </w:r>
    </w:p>
    <w:p w:rsidR="00E409C7" w:rsidRPr="00114ACC" w:rsidRDefault="00E409C7" w:rsidP="00114ACC">
      <w:r w:rsidRPr="00114ACC">
        <w:t>010116</w:t>
      </w:r>
      <w:r w:rsidRPr="00114ACC">
        <w:tab/>
        <w:t>Kemikalije za aeriranje betona</w:t>
      </w:r>
    </w:p>
    <w:p w:rsidR="00E409C7" w:rsidRPr="00114ACC" w:rsidRDefault="00E409C7" w:rsidP="00114ACC">
      <w:r w:rsidRPr="00114ACC">
        <w:t>010117</w:t>
      </w:r>
      <w:r w:rsidRPr="00114ACC">
        <w:tab/>
        <w:t>Zaščitna sredstva za beton, razen barv in olj</w:t>
      </w:r>
    </w:p>
    <w:p w:rsidR="00E409C7" w:rsidRPr="00114ACC" w:rsidRDefault="00E409C7" w:rsidP="00114ACC">
      <w:r w:rsidRPr="00114ACC">
        <w:t>010118</w:t>
      </w:r>
      <w:r w:rsidRPr="00114ACC">
        <w:tab/>
        <w:t>Kositrov diklorid</w:t>
      </w:r>
    </w:p>
    <w:p w:rsidR="00E409C7" w:rsidRPr="00114ACC" w:rsidRDefault="00E409C7" w:rsidP="00114ACC">
      <w:r w:rsidRPr="00114ACC">
        <w:t>010119</w:t>
      </w:r>
      <w:r w:rsidRPr="00114ACC">
        <w:tab/>
        <w:t>Kalijev bikromat</w:t>
      </w:r>
    </w:p>
    <w:p w:rsidR="00E409C7" w:rsidRPr="00114ACC" w:rsidRDefault="00E409C7" w:rsidP="00114ACC">
      <w:r w:rsidRPr="00114ACC">
        <w:t>010120</w:t>
      </w:r>
      <w:r w:rsidRPr="00114ACC">
        <w:tab/>
        <w:t>Natrijev bikromat</w:t>
      </w:r>
    </w:p>
    <w:p w:rsidR="00E409C7" w:rsidRPr="00114ACC" w:rsidRDefault="00E409C7" w:rsidP="00114ACC">
      <w:r w:rsidRPr="00114ACC">
        <w:t>010121</w:t>
      </w:r>
      <w:r w:rsidRPr="00114ACC">
        <w:tab/>
        <w:t>Sredstva za bistrenje piva</w:t>
      </w:r>
    </w:p>
    <w:p w:rsidR="00E409C7" w:rsidRPr="00114ACC" w:rsidRDefault="00E409C7" w:rsidP="00114ACC">
      <w:r w:rsidRPr="00114ACC">
        <w:t>010122</w:t>
      </w:r>
      <w:r w:rsidRPr="00114ACC">
        <w:tab/>
        <w:t>Biokemični katalizatorji</w:t>
      </w:r>
    </w:p>
    <w:p w:rsidR="00E409C7" w:rsidRPr="00114ACC" w:rsidRDefault="00E409C7" w:rsidP="00114ACC">
      <w:r w:rsidRPr="00114ACC">
        <w:t>010123</w:t>
      </w:r>
      <w:r w:rsidRPr="00114ACC">
        <w:tab/>
        <w:t>Kalijev dioksalat</w:t>
      </w:r>
    </w:p>
    <w:p w:rsidR="00E409C7" w:rsidRPr="00114ACC" w:rsidRDefault="00E409C7" w:rsidP="00114ACC">
      <w:r w:rsidRPr="00114ACC">
        <w:t>010124</w:t>
      </w:r>
      <w:r w:rsidRPr="00114ACC">
        <w:tab/>
        <w:t>Manganov dioksid</w:t>
      </w:r>
    </w:p>
    <w:p w:rsidR="00E409C7" w:rsidRPr="00114ACC" w:rsidRDefault="00E409C7" w:rsidP="00114ACC">
      <w:r w:rsidRPr="00114ACC">
        <w:t>010125</w:t>
      </w:r>
      <w:r w:rsidRPr="00114ACC">
        <w:tab/>
        <w:t>Bizmut</w:t>
      </w:r>
    </w:p>
    <w:p w:rsidR="00E409C7" w:rsidRPr="00114ACC" w:rsidRDefault="00E409C7" w:rsidP="00114ACC">
      <w:r w:rsidRPr="00114ACC">
        <w:t>010126</w:t>
      </w:r>
      <w:r w:rsidRPr="00114ACC">
        <w:tab/>
        <w:t>Bazični bizmutov galat</w:t>
      </w:r>
    </w:p>
    <w:p w:rsidR="00E409C7" w:rsidRPr="00114ACC" w:rsidRDefault="00E409C7" w:rsidP="00114ACC">
      <w:pPr>
        <w:rPr>
          <w:lang w:val="fr-FR"/>
        </w:rPr>
      </w:pPr>
      <w:r w:rsidRPr="00114ACC">
        <w:t>010127</w:t>
      </w:r>
      <w:r w:rsidRPr="00114ACC">
        <w:tab/>
      </w:r>
      <w:r w:rsidRPr="00114ACC">
        <w:rPr>
          <w:lang w:val="fr-FR"/>
        </w:rPr>
        <w:t>Vlažilni pripravki, ki se uporabljajo pri beljenju</w:t>
      </w:r>
    </w:p>
    <w:p w:rsidR="00E409C7" w:rsidRPr="00114ACC" w:rsidRDefault="00E409C7" w:rsidP="00114ACC">
      <w:r w:rsidRPr="00114ACC">
        <w:t>010128</w:t>
      </w:r>
      <w:r w:rsidRPr="00114ACC">
        <w:tab/>
        <w:t>Kemikalije za beljenje voska</w:t>
      </w:r>
    </w:p>
    <w:p w:rsidR="00E409C7" w:rsidRPr="00114ACC" w:rsidRDefault="00E409C7" w:rsidP="00114ACC">
      <w:r w:rsidRPr="00114ACC">
        <w:t>010130</w:t>
      </w:r>
      <w:r w:rsidRPr="00114ACC">
        <w:tab/>
        <w:t>Taninski les</w:t>
      </w:r>
    </w:p>
    <w:p w:rsidR="00E409C7" w:rsidRPr="00114ACC" w:rsidRDefault="00E409C7" w:rsidP="00114ACC">
      <w:r w:rsidRPr="00114ACC">
        <w:t>010131</w:t>
      </w:r>
      <w:r w:rsidRPr="00114ACC">
        <w:tab/>
        <w:t>Lesni alkohol</w:t>
      </w:r>
    </w:p>
    <w:p w:rsidR="00E409C7" w:rsidRPr="00114ACC" w:rsidRDefault="00E409C7" w:rsidP="00114ACC">
      <w:r w:rsidRPr="00114ACC">
        <w:t>010132</w:t>
      </w:r>
      <w:r w:rsidRPr="00114ACC">
        <w:tab/>
        <w:t>Lesna kaša</w:t>
      </w:r>
    </w:p>
    <w:p w:rsidR="00E409C7" w:rsidRPr="00114ACC" w:rsidRDefault="00E409C7" w:rsidP="00114ACC">
      <w:r w:rsidRPr="00114ACC">
        <w:t>010133</w:t>
      </w:r>
      <w:r w:rsidRPr="00114ACC">
        <w:tab/>
        <w:t>Ocetna kislina [kislina pri pirolizi lesa]</w:t>
      </w:r>
    </w:p>
    <w:p w:rsidR="00E409C7" w:rsidRPr="00114ACC" w:rsidRDefault="00E409C7" w:rsidP="00114ACC">
      <w:r w:rsidRPr="00114ACC">
        <w:t>010134</w:t>
      </w:r>
      <w:r w:rsidRPr="00114ACC">
        <w:tab/>
        <w:t>Boraks</w:t>
      </w:r>
    </w:p>
    <w:p w:rsidR="00E409C7" w:rsidRPr="00114ACC" w:rsidRDefault="00E409C7" w:rsidP="00114ACC">
      <w:r w:rsidRPr="00114ACC">
        <w:t>010135</w:t>
      </w:r>
      <w:r w:rsidRPr="00114ACC">
        <w:tab/>
        <w:t>Borova kislina za industrijske namene</w:t>
      </w:r>
    </w:p>
    <w:p w:rsidR="00E409C7" w:rsidRPr="00114ACC" w:rsidRDefault="00E409C7" w:rsidP="00114ACC">
      <w:r w:rsidRPr="00114ACC">
        <w:t>010136</w:t>
      </w:r>
      <w:r w:rsidRPr="00114ACC">
        <w:tab/>
        <w:t>Vrtalni mulji</w:t>
      </w:r>
    </w:p>
    <w:p w:rsidR="00E409C7" w:rsidRPr="00114ACC" w:rsidRDefault="00E409C7" w:rsidP="00114ACC">
      <w:r w:rsidRPr="00114ACC">
        <w:t>010137</w:t>
      </w:r>
      <w:r w:rsidRPr="00114ACC">
        <w:tab/>
        <w:t>Pripravki za spajkanje</w:t>
      </w:r>
    </w:p>
    <w:p w:rsidR="00E409C7" w:rsidRPr="00114ACC" w:rsidRDefault="00E409C7" w:rsidP="00114ACC">
      <w:r w:rsidRPr="00114ACC">
        <w:t>010138</w:t>
      </w:r>
      <w:r w:rsidRPr="00114ACC">
        <w:tab/>
        <w:t>Kemikalije, ki se uporabljajo za preprečevanje kondenzacije</w:t>
      </w:r>
    </w:p>
    <w:p w:rsidR="00E409C7" w:rsidRPr="00114ACC" w:rsidRDefault="00E409C7" w:rsidP="00114ACC">
      <w:r w:rsidRPr="00114ACC">
        <w:t>010139</w:t>
      </w:r>
      <w:r w:rsidRPr="00114ACC">
        <w:tab/>
        <w:t>Katehu</w:t>
      </w:r>
    </w:p>
    <w:p w:rsidR="00E409C7" w:rsidRPr="00114ACC" w:rsidRDefault="00E409C7" w:rsidP="00114ACC">
      <w:r w:rsidRPr="00114ACC">
        <w:t>010140</w:t>
      </w:r>
      <w:r w:rsidRPr="00114ACC">
        <w:tab/>
        <w:t>Kainit</w:t>
      </w:r>
    </w:p>
    <w:p w:rsidR="00E409C7" w:rsidRPr="00114ACC" w:rsidRDefault="00E409C7" w:rsidP="00114ACC">
      <w:r w:rsidRPr="00114ACC">
        <w:t>010142</w:t>
      </w:r>
      <w:r w:rsidRPr="00114ACC">
        <w:tab/>
        <w:t>Kalifornij</w:t>
      </w:r>
    </w:p>
    <w:p w:rsidR="00E409C7" w:rsidRPr="00114ACC" w:rsidRDefault="00E409C7" w:rsidP="00114ACC">
      <w:r w:rsidRPr="00114ACC">
        <w:t>010143</w:t>
      </w:r>
      <w:r w:rsidRPr="00114ACC">
        <w:tab/>
        <w:t>Plastifikatorji</w:t>
      </w:r>
    </w:p>
    <w:p w:rsidR="00E409C7" w:rsidRPr="00114ACC" w:rsidRDefault="00E409C7" w:rsidP="00114ACC">
      <w:r w:rsidRPr="00114ACC">
        <w:t>010145</w:t>
      </w:r>
      <w:r w:rsidRPr="00114ACC">
        <w:tab/>
        <w:t>Sredstva za zaščito kavčuka</w:t>
      </w:r>
    </w:p>
    <w:p w:rsidR="00E409C7" w:rsidRPr="00114ACC" w:rsidRDefault="00E409C7" w:rsidP="00114ACC">
      <w:r w:rsidRPr="00114ACC">
        <w:lastRenderedPageBreak/>
        <w:t>010146</w:t>
      </w:r>
      <w:r w:rsidRPr="00114ACC">
        <w:tab/>
        <w:t>Karbonati</w:t>
      </w:r>
    </w:p>
    <w:p w:rsidR="00E409C7" w:rsidRPr="00114ACC" w:rsidRDefault="00E409C7" w:rsidP="00114ACC">
      <w:r w:rsidRPr="00114ACC">
        <w:t>010147</w:t>
      </w:r>
      <w:r w:rsidRPr="00114ACC">
        <w:tab/>
        <w:t>Magnezijev karbonat</w:t>
      </w:r>
    </w:p>
    <w:p w:rsidR="00E409C7" w:rsidRPr="00114ACC" w:rsidRDefault="00E409C7" w:rsidP="00114ACC">
      <w:r w:rsidRPr="00114ACC">
        <w:t>010148</w:t>
      </w:r>
      <w:r w:rsidRPr="00114ACC">
        <w:tab/>
        <w:t>Ogljik</w:t>
      </w:r>
    </w:p>
    <w:p w:rsidR="00E409C7" w:rsidRPr="00114ACC" w:rsidRDefault="00E409C7" w:rsidP="00114ACC">
      <w:r w:rsidRPr="00114ACC">
        <w:t>010149</w:t>
      </w:r>
      <w:r w:rsidRPr="00114ACC">
        <w:tab/>
        <w:t>Ogljikov sulfid</w:t>
      </w:r>
    </w:p>
    <w:p w:rsidR="00E409C7" w:rsidRPr="00114ACC" w:rsidRDefault="00E409C7" w:rsidP="00114ACC">
      <w:r w:rsidRPr="00114ACC">
        <w:t>010150</w:t>
      </w:r>
      <w:r w:rsidRPr="00114ACC">
        <w:tab/>
        <w:t>Ogljikova kislina</w:t>
      </w:r>
    </w:p>
    <w:p w:rsidR="00E409C7" w:rsidRPr="00114ACC" w:rsidRDefault="00E409C7" w:rsidP="00114ACC">
      <w:r w:rsidRPr="00114ACC">
        <w:t>010151</w:t>
      </w:r>
      <w:r w:rsidRPr="00114ACC">
        <w:tab/>
        <w:t>Karbid</w:t>
      </w:r>
    </w:p>
    <w:p w:rsidR="00E409C7" w:rsidRPr="00114ACC" w:rsidRDefault="00E409C7" w:rsidP="00114ACC">
      <w:r w:rsidRPr="00114ACC">
        <w:t>010152</w:t>
      </w:r>
      <w:r w:rsidRPr="00114ACC">
        <w:tab/>
        <w:t>Kalcijev karbid</w:t>
      </w:r>
    </w:p>
    <w:p w:rsidR="00E409C7" w:rsidRPr="00114ACC" w:rsidRDefault="00E409C7" w:rsidP="00114ACC">
      <w:r w:rsidRPr="00114ACC">
        <w:t>010153</w:t>
      </w:r>
      <w:r w:rsidRPr="00114ACC">
        <w:tab/>
        <w:t>Lutecij</w:t>
      </w:r>
    </w:p>
    <w:p w:rsidR="00E409C7" w:rsidRPr="00114ACC" w:rsidRDefault="00E409C7" w:rsidP="00114ACC">
      <w:r w:rsidRPr="00114ACC">
        <w:t>010154</w:t>
      </w:r>
      <w:r w:rsidRPr="00114ACC">
        <w:tab/>
        <w:t>Katalizatorji</w:t>
      </w:r>
    </w:p>
    <w:p w:rsidR="00E409C7" w:rsidRPr="00114ACC" w:rsidRDefault="00E409C7" w:rsidP="00114ACC">
      <w:r w:rsidRPr="00114ACC">
        <w:t>010155</w:t>
      </w:r>
      <w:r w:rsidRPr="00114ACC">
        <w:tab/>
        <w:t>Celuloza</w:t>
      </w:r>
    </w:p>
    <w:p w:rsidR="00E409C7" w:rsidRPr="00114ACC" w:rsidRDefault="00E409C7" w:rsidP="00114ACC">
      <w:r w:rsidRPr="00114ACC">
        <w:t>010156</w:t>
      </w:r>
      <w:r w:rsidRPr="00114ACC">
        <w:tab/>
        <w:t>Papirna kaša</w:t>
      </w:r>
    </w:p>
    <w:p w:rsidR="00E409C7" w:rsidRPr="00114ACC" w:rsidRDefault="00E409C7" w:rsidP="00114ACC">
      <w:r w:rsidRPr="00114ACC">
        <w:t>010157</w:t>
      </w:r>
      <w:r w:rsidRPr="00114ACC">
        <w:tab/>
        <w:t>Viskoza</w:t>
      </w:r>
    </w:p>
    <w:p w:rsidR="00E409C7" w:rsidRPr="00114ACC" w:rsidRDefault="00E409C7" w:rsidP="00114ACC">
      <w:r w:rsidRPr="00114ACC">
        <w:t>010158</w:t>
      </w:r>
      <w:r w:rsidRPr="00114ACC">
        <w:tab/>
        <w:t>Cement [metalurgija]</w:t>
      </w:r>
    </w:p>
    <w:p w:rsidR="00E409C7" w:rsidRPr="00114ACC" w:rsidRDefault="00E409C7" w:rsidP="00114ACC">
      <w:r w:rsidRPr="00114ACC">
        <w:t>010159</w:t>
      </w:r>
      <w:r w:rsidRPr="00114ACC">
        <w:tab/>
        <w:t>Fermij</w:t>
      </w:r>
    </w:p>
    <w:p w:rsidR="00E409C7" w:rsidRPr="00114ACC" w:rsidRDefault="00E409C7" w:rsidP="00114ACC">
      <w:r w:rsidRPr="00114ACC">
        <w:t>010160</w:t>
      </w:r>
      <w:r w:rsidRPr="00114ACC">
        <w:tab/>
        <w:t>Keramične glazure</w:t>
      </w:r>
    </w:p>
    <w:p w:rsidR="00E409C7" w:rsidRPr="00114ACC" w:rsidRDefault="00E409C7" w:rsidP="00114ACC">
      <w:r w:rsidRPr="00114ACC">
        <w:t>010161</w:t>
      </w:r>
      <w:r w:rsidRPr="00114ACC">
        <w:tab/>
        <w:t>Cerij</w:t>
      </w:r>
    </w:p>
    <w:p w:rsidR="00E409C7" w:rsidRPr="00114ACC" w:rsidRDefault="00E409C7" w:rsidP="00114ACC">
      <w:r w:rsidRPr="00114ACC">
        <w:t>010162</w:t>
      </w:r>
      <w:r w:rsidRPr="00114ACC">
        <w:tab/>
        <w:t>Soli redkih zemeljskih kovin</w:t>
      </w:r>
    </w:p>
    <w:p w:rsidR="00E409C7" w:rsidRPr="00114ACC" w:rsidRDefault="00E409C7" w:rsidP="00114ACC">
      <w:r w:rsidRPr="00114ACC">
        <w:t>010163</w:t>
      </w:r>
      <w:r w:rsidRPr="00114ACC">
        <w:tab/>
        <w:t>Cezij</w:t>
      </w:r>
    </w:p>
    <w:p w:rsidR="00E409C7" w:rsidRPr="00114ACC" w:rsidRDefault="00E409C7" w:rsidP="00114ACC">
      <w:r w:rsidRPr="00114ACC">
        <w:t>010164</w:t>
      </w:r>
      <w:r w:rsidRPr="00114ACC">
        <w:tab/>
        <w:t>Ketoni</w:t>
      </w:r>
    </w:p>
    <w:p w:rsidR="00E409C7" w:rsidRPr="00114ACC" w:rsidRDefault="00E409C7" w:rsidP="00114ACC">
      <w:r w:rsidRPr="00114ACC">
        <w:t>010165</w:t>
      </w:r>
      <w:r w:rsidRPr="00114ACC">
        <w:tab/>
        <w:t>Pripravki iz živalskega oglja</w:t>
      </w:r>
    </w:p>
    <w:p w:rsidR="00E409C7" w:rsidRPr="00114ACC" w:rsidRDefault="00E409C7" w:rsidP="00114ACC">
      <w:r w:rsidRPr="00114ACC">
        <w:t>010166</w:t>
      </w:r>
      <w:r w:rsidRPr="00114ACC">
        <w:tab/>
        <w:t>Ogljik za filtre</w:t>
      </w:r>
    </w:p>
    <w:p w:rsidR="00E409C7" w:rsidRPr="00114ACC" w:rsidRDefault="00E409C7" w:rsidP="00114ACC">
      <w:r w:rsidRPr="00114ACC">
        <w:t>010167</w:t>
      </w:r>
      <w:r w:rsidRPr="00114ACC">
        <w:tab/>
        <w:t>Kostno oglje</w:t>
      </w:r>
    </w:p>
    <w:p w:rsidR="00E409C7" w:rsidRPr="00114ACC" w:rsidRDefault="00E409C7" w:rsidP="00114ACC">
      <w:r w:rsidRPr="00114ACC">
        <w:t>010168</w:t>
      </w:r>
      <w:r w:rsidRPr="00114ACC">
        <w:tab/>
        <w:t>Krvno oglje</w:t>
      </w:r>
    </w:p>
    <w:p w:rsidR="00E409C7" w:rsidRPr="00114ACC" w:rsidRDefault="00E409C7" w:rsidP="00114ACC">
      <w:r w:rsidRPr="00114ACC">
        <w:t>010169</w:t>
      </w:r>
      <w:r w:rsidRPr="00114ACC">
        <w:tab/>
        <w:t>Sredstva za zmanjšanje porabe premoga</w:t>
      </w:r>
    </w:p>
    <w:p w:rsidR="00E409C7" w:rsidRPr="00114ACC" w:rsidRDefault="00E409C7" w:rsidP="00114ACC">
      <w:r w:rsidRPr="00114ACC">
        <w:t>010170</w:t>
      </w:r>
      <w:r w:rsidRPr="00114ACC">
        <w:tab/>
        <w:t>Lepilo za obutev</w:t>
      </w:r>
    </w:p>
    <w:p w:rsidR="00E409C7" w:rsidRPr="00114ACC" w:rsidRDefault="00E409C7" w:rsidP="00114ACC">
      <w:r w:rsidRPr="00114ACC">
        <w:t>010171</w:t>
      </w:r>
      <w:r w:rsidRPr="00114ACC">
        <w:tab/>
        <w:t>Kalcijev acetat</w:t>
      </w:r>
    </w:p>
    <w:p w:rsidR="00E409C7" w:rsidRPr="00114ACC" w:rsidRDefault="00E409C7" w:rsidP="00114ACC">
      <w:r w:rsidRPr="00114ACC">
        <w:t>010172</w:t>
      </w:r>
      <w:r w:rsidRPr="00114ACC">
        <w:tab/>
        <w:t>Kalcijev karbonat</w:t>
      </w:r>
    </w:p>
    <w:p w:rsidR="00E409C7" w:rsidRPr="00114ACC" w:rsidRDefault="00E409C7" w:rsidP="00114ACC">
      <w:r w:rsidRPr="00114ACC">
        <w:t>010173</w:t>
      </w:r>
      <w:r w:rsidRPr="00114ACC">
        <w:tab/>
        <w:t>Kalcijev klorid</w:t>
      </w:r>
    </w:p>
    <w:p w:rsidR="00E409C7" w:rsidRPr="00114ACC" w:rsidRDefault="00E409C7" w:rsidP="00114ACC">
      <w:r w:rsidRPr="00114ACC">
        <w:t>010174</w:t>
      </w:r>
      <w:r w:rsidRPr="00114ACC">
        <w:tab/>
        <w:t>Kemikalije za čiščenje dimnikov</w:t>
      </w:r>
    </w:p>
    <w:p w:rsidR="00E409C7" w:rsidRPr="00114ACC" w:rsidRDefault="00E409C7" w:rsidP="00114ACC">
      <w:r w:rsidRPr="00114ACC">
        <w:t>010175</w:t>
      </w:r>
      <w:r w:rsidRPr="00114ACC">
        <w:tab/>
        <w:t>Kemikalije za regeneracijo usnja</w:t>
      </w:r>
    </w:p>
    <w:p w:rsidR="00E409C7" w:rsidRPr="00114ACC" w:rsidRDefault="00E409C7" w:rsidP="00114ACC">
      <w:r w:rsidRPr="00114ACC">
        <w:t>010176</w:t>
      </w:r>
      <w:r w:rsidRPr="00114ACC">
        <w:tab/>
        <w:t>Kemikalije, ki se uporabljajo v industriji</w:t>
      </w:r>
    </w:p>
    <w:p w:rsidR="00E409C7" w:rsidRPr="00114ACC" w:rsidRDefault="00E409C7" w:rsidP="00114ACC">
      <w:r w:rsidRPr="00114ACC">
        <w:t>010177</w:t>
      </w:r>
      <w:r w:rsidRPr="00114ACC">
        <w:tab/>
        <w:t>Kemični pripravki za znanstvene namene, razen za medicinsko ali veterinarsko uporabo</w:t>
      </w:r>
    </w:p>
    <w:p w:rsidR="00E409C7" w:rsidRPr="00114ACC" w:rsidRDefault="00E409C7" w:rsidP="00114ACC">
      <w:r w:rsidRPr="00114ACC">
        <w:t>010178</w:t>
      </w:r>
      <w:r w:rsidRPr="00114ACC">
        <w:tab/>
        <w:t>Kemični reagenti, razen za medicinske ali veterinarske namene</w:t>
      </w:r>
    </w:p>
    <w:p w:rsidR="00E409C7" w:rsidRPr="00114ACC" w:rsidRDefault="00E409C7" w:rsidP="00114ACC">
      <w:r w:rsidRPr="00114ACC">
        <w:t>010179</w:t>
      </w:r>
      <w:r w:rsidRPr="00114ACC">
        <w:tab/>
        <w:t>Moderatorji za jedrske reaktorje</w:t>
      </w:r>
    </w:p>
    <w:p w:rsidR="00E409C7" w:rsidRPr="00114ACC" w:rsidRDefault="00E409C7" w:rsidP="00114ACC">
      <w:r w:rsidRPr="00114ACC">
        <w:t>010180</w:t>
      </w:r>
      <w:r w:rsidRPr="00114ACC">
        <w:tab/>
        <w:t>Fisijski kemični elementi</w:t>
      </w:r>
    </w:p>
    <w:p w:rsidR="00E409C7" w:rsidRPr="00114ACC" w:rsidRDefault="00E409C7" w:rsidP="00114ACC">
      <w:r w:rsidRPr="00114ACC">
        <w:t>010181</w:t>
      </w:r>
      <w:r w:rsidRPr="00114ACC">
        <w:tab/>
        <w:t>Kemične snovi za laboratorijske analize, razen za medicinske in veterinarske namene</w:t>
      </w:r>
    </w:p>
    <w:p w:rsidR="00E409C7" w:rsidRPr="00114ACC" w:rsidRDefault="00E409C7" w:rsidP="00114ACC">
      <w:r w:rsidRPr="00114ACC">
        <w:t>010182</w:t>
      </w:r>
      <w:r w:rsidRPr="00114ACC">
        <w:tab/>
        <w:t>Klorati</w:t>
      </w:r>
    </w:p>
    <w:p w:rsidR="00E409C7" w:rsidRPr="00114ACC" w:rsidRDefault="00E409C7" w:rsidP="00114ACC">
      <w:r w:rsidRPr="00114ACC">
        <w:t>010183</w:t>
      </w:r>
      <w:r w:rsidRPr="00114ACC">
        <w:tab/>
        <w:t>Klor</w:t>
      </w:r>
    </w:p>
    <w:p w:rsidR="00E409C7" w:rsidRPr="00114ACC" w:rsidRDefault="00E409C7" w:rsidP="00114ACC">
      <w:r w:rsidRPr="00114ACC">
        <w:t>010184</w:t>
      </w:r>
      <w:r w:rsidRPr="00114ACC">
        <w:tab/>
        <w:t>Hidroklorati</w:t>
      </w:r>
    </w:p>
    <w:p w:rsidR="00E409C7" w:rsidRPr="00114ACC" w:rsidRDefault="00E409C7" w:rsidP="00114ACC">
      <w:r w:rsidRPr="00114ACC">
        <w:t>010185</w:t>
      </w:r>
      <w:r w:rsidRPr="00114ACC">
        <w:tab/>
        <w:t>Klorovodikova kislina</w:t>
      </w:r>
    </w:p>
    <w:p w:rsidR="00E409C7" w:rsidRPr="00114ACC" w:rsidRDefault="00E409C7" w:rsidP="00114ACC">
      <w:r w:rsidRPr="00114ACC">
        <w:t>010186</w:t>
      </w:r>
      <w:r w:rsidRPr="00114ACC">
        <w:tab/>
        <w:t>Holinska kislina</w:t>
      </w:r>
    </w:p>
    <w:p w:rsidR="00E409C7" w:rsidRPr="00114ACC" w:rsidRDefault="00E409C7" w:rsidP="00114ACC">
      <w:r w:rsidRPr="00114ACC">
        <w:t>010187</w:t>
      </w:r>
      <w:r w:rsidRPr="00114ACC">
        <w:tab/>
        <w:t>Kromati</w:t>
      </w:r>
    </w:p>
    <w:p w:rsidR="00E409C7" w:rsidRPr="00114ACC" w:rsidRDefault="00E409C7" w:rsidP="00114ACC">
      <w:r w:rsidRPr="00114ACC">
        <w:t>010188</w:t>
      </w:r>
      <w:r w:rsidRPr="00114ACC">
        <w:tab/>
        <w:t>Kromov galun</w:t>
      </w:r>
    </w:p>
    <w:p w:rsidR="00E409C7" w:rsidRPr="00114ACC" w:rsidRDefault="00E409C7" w:rsidP="00114ACC">
      <w:r w:rsidRPr="00114ACC">
        <w:t>010189</w:t>
      </w:r>
      <w:r w:rsidRPr="00114ACC">
        <w:tab/>
        <w:t>Kromov oksid</w:t>
      </w:r>
    </w:p>
    <w:p w:rsidR="00E409C7" w:rsidRPr="00114ACC" w:rsidRDefault="00E409C7" w:rsidP="00114ACC">
      <w:r w:rsidRPr="00114ACC">
        <w:t>010190</w:t>
      </w:r>
      <w:r w:rsidRPr="00114ACC">
        <w:tab/>
        <w:t>Kromov sulfat</w:t>
      </w:r>
    </w:p>
    <w:p w:rsidR="00E409C7" w:rsidRPr="00114ACC" w:rsidRDefault="00E409C7" w:rsidP="00114ACC">
      <w:r w:rsidRPr="00114ACC">
        <w:t>010191</w:t>
      </w:r>
      <w:r w:rsidRPr="00114ACC">
        <w:tab/>
        <w:t>Kromova kislina</w:t>
      </w:r>
    </w:p>
    <w:p w:rsidR="00E409C7" w:rsidRPr="00114ACC" w:rsidRDefault="00E409C7" w:rsidP="00114ACC">
      <w:r w:rsidRPr="00114ACC">
        <w:t>010192</w:t>
      </w:r>
      <w:r w:rsidRPr="00114ACC">
        <w:tab/>
        <w:t>Mastiksi za usnje</w:t>
      </w:r>
    </w:p>
    <w:p w:rsidR="00E409C7" w:rsidRPr="00114ACC" w:rsidRDefault="00E409C7" w:rsidP="00114ACC">
      <w:r w:rsidRPr="00114ACC">
        <w:t>010193</w:t>
      </w:r>
      <w:r w:rsidRPr="00114ACC">
        <w:tab/>
        <w:t>Mastiksi za pnevmatike</w:t>
      </w:r>
    </w:p>
    <w:p w:rsidR="00E409C7" w:rsidRPr="00114ACC" w:rsidRDefault="00E409C7" w:rsidP="00114ACC">
      <w:r w:rsidRPr="00114ACC">
        <w:t>010194</w:t>
      </w:r>
      <w:r w:rsidRPr="00114ACC">
        <w:tab/>
        <w:t>Lepilo za popravljanje zlomljenih izdelkov</w:t>
      </w:r>
    </w:p>
    <w:p w:rsidR="00E409C7" w:rsidRPr="00114ACC" w:rsidRDefault="00E409C7" w:rsidP="00114ACC">
      <w:r w:rsidRPr="00114ACC">
        <w:t>010195</w:t>
      </w:r>
      <w:r w:rsidRPr="00114ACC">
        <w:tab/>
        <w:t>Kemikalije za vodoodpornost cementa, razen barv</w:t>
      </w:r>
    </w:p>
    <w:p w:rsidR="00E409C7" w:rsidRPr="00114ACC" w:rsidRDefault="00E409C7" w:rsidP="00114ACC">
      <w:r w:rsidRPr="00114ACC">
        <w:t>010196</w:t>
      </w:r>
      <w:r w:rsidRPr="00114ACC">
        <w:tab/>
        <w:t>Zaščitna sredstva za beton, razen barv in olj</w:t>
      </w:r>
    </w:p>
    <w:p w:rsidR="00E409C7" w:rsidRPr="00114ACC" w:rsidRDefault="00E409C7" w:rsidP="00114ACC">
      <w:r w:rsidRPr="00114ACC">
        <w:t>010197</w:t>
      </w:r>
      <w:r w:rsidRPr="00114ACC">
        <w:tab/>
        <w:t>Tekočine za hidravlične krogotoke</w:t>
      </w:r>
    </w:p>
    <w:p w:rsidR="00E409C7" w:rsidRPr="00114ACC" w:rsidRDefault="00E409C7" w:rsidP="00114ACC">
      <w:r w:rsidRPr="00114ACC">
        <w:t>010198</w:t>
      </w:r>
      <w:r w:rsidRPr="00114ACC">
        <w:tab/>
        <w:t>Cepilni vosek za drevesa</w:t>
      </w:r>
    </w:p>
    <w:p w:rsidR="00E409C7" w:rsidRPr="00114ACC" w:rsidRDefault="00E409C7" w:rsidP="00114ACC">
      <w:r w:rsidRPr="00114ACC">
        <w:t>010199</w:t>
      </w:r>
      <w:r w:rsidRPr="00114ACC">
        <w:tab/>
        <w:t>Citronska kislina za industrijske namene</w:t>
      </w:r>
    </w:p>
    <w:p w:rsidR="00E409C7" w:rsidRPr="00114ACC" w:rsidRDefault="00E409C7" w:rsidP="00114ACC">
      <w:r w:rsidRPr="00114ACC">
        <w:t>010200</w:t>
      </w:r>
      <w:r w:rsidRPr="00114ACC">
        <w:tab/>
        <w:t>Pripravki za bistrenje mošta</w:t>
      </w:r>
    </w:p>
    <w:p w:rsidR="00E409C7" w:rsidRPr="00114ACC" w:rsidRDefault="00E409C7" w:rsidP="00114ACC">
      <w:r w:rsidRPr="00114ACC">
        <w:t>010202</w:t>
      </w:r>
      <w:r w:rsidRPr="00114ACC">
        <w:tab/>
        <w:t>Lepila [apretura]</w:t>
      </w:r>
    </w:p>
    <w:p w:rsidR="00E409C7" w:rsidRPr="00114ACC" w:rsidRDefault="00E409C7" w:rsidP="00114ACC">
      <w:r w:rsidRPr="00114ACC">
        <w:t>010203</w:t>
      </w:r>
      <w:r w:rsidRPr="00114ACC">
        <w:tab/>
        <w:t>Lepila za tapete</w:t>
      </w:r>
    </w:p>
    <w:p w:rsidR="00E409C7" w:rsidRPr="00114ACC" w:rsidRDefault="00E409C7" w:rsidP="00114ACC">
      <w:r w:rsidRPr="00114ACC">
        <w:t>010205</w:t>
      </w:r>
      <w:r w:rsidRPr="00114ACC">
        <w:tab/>
        <w:t>Sredstva za prečiščevanje vina</w:t>
      </w:r>
    </w:p>
    <w:p w:rsidR="00E409C7" w:rsidRPr="00114ACC" w:rsidRDefault="00E409C7" w:rsidP="00114ACC">
      <w:r w:rsidRPr="00114ACC">
        <w:t>010206</w:t>
      </w:r>
      <w:r w:rsidRPr="00114ACC">
        <w:tab/>
        <w:t>Kolodij</w:t>
      </w:r>
    </w:p>
    <w:p w:rsidR="00E409C7" w:rsidRPr="00114ACC" w:rsidRDefault="00E409C7" w:rsidP="00114ACC">
      <w:r w:rsidRPr="00114ACC">
        <w:t>010207</w:t>
      </w:r>
      <w:r w:rsidRPr="00114ACC">
        <w:tab/>
        <w:t>Soli za barvanje kovin</w:t>
      </w:r>
    </w:p>
    <w:p w:rsidR="00E409C7" w:rsidRPr="00114ACC" w:rsidRDefault="00E409C7" w:rsidP="00114ACC">
      <w:r w:rsidRPr="00114ACC">
        <w:t>010208</w:t>
      </w:r>
      <w:r w:rsidRPr="00114ACC">
        <w:tab/>
        <w:t>Premazi, razen olj, za kože</w:t>
      </w:r>
    </w:p>
    <w:p w:rsidR="00E409C7" w:rsidRPr="00114ACC" w:rsidRDefault="00E409C7" w:rsidP="00114ACC">
      <w:r w:rsidRPr="00114ACC">
        <w:t>010209</w:t>
      </w:r>
      <w:r w:rsidRPr="00114ACC">
        <w:tab/>
        <w:t>Sredstva za konzerviranje rož</w:t>
      </w:r>
    </w:p>
    <w:p w:rsidR="00E409C7" w:rsidRPr="00114ACC" w:rsidRDefault="00E409C7" w:rsidP="00114ACC">
      <w:r w:rsidRPr="00114ACC">
        <w:t>010210</w:t>
      </w:r>
      <w:r w:rsidRPr="00114ACC">
        <w:tab/>
        <w:t>Sredstva za konzervacijo za uporabo v farmacevtski industriji</w:t>
      </w:r>
    </w:p>
    <w:p w:rsidR="00E409C7" w:rsidRPr="00114ACC" w:rsidRDefault="00E409C7" w:rsidP="00114ACC">
      <w:r w:rsidRPr="00114ACC">
        <w:t>010211</w:t>
      </w:r>
      <w:r w:rsidRPr="00114ACC">
        <w:tab/>
        <w:t>Kemikalije, ki se uporabljajo v fotografiji</w:t>
      </w:r>
    </w:p>
    <w:p w:rsidR="00E409C7" w:rsidRPr="00114ACC" w:rsidRDefault="00E409C7" w:rsidP="00114ACC">
      <w:r w:rsidRPr="00114ACC">
        <w:t>010212</w:t>
      </w:r>
      <w:r w:rsidRPr="00114ACC">
        <w:tab/>
        <w:t>Senzibilizirana tkanina za fotografijo</w:t>
      </w:r>
    </w:p>
    <w:p w:rsidR="00E409C7" w:rsidRPr="00114ACC" w:rsidRDefault="00E409C7" w:rsidP="00114ACC">
      <w:r w:rsidRPr="00114ACC">
        <w:t>010213</w:t>
      </w:r>
      <w:r w:rsidRPr="00114ACC">
        <w:tab/>
        <w:t>Plošče, občutljive na svetlobo</w:t>
      </w:r>
    </w:p>
    <w:p w:rsidR="00E409C7" w:rsidRPr="00114ACC" w:rsidRDefault="00E409C7" w:rsidP="00114ACC">
      <w:r w:rsidRPr="00114ACC">
        <w:t>010214</w:t>
      </w:r>
      <w:r w:rsidRPr="00114ACC">
        <w:tab/>
        <w:t>Korozivni pripravki</w:t>
      </w:r>
    </w:p>
    <w:p w:rsidR="00E409C7" w:rsidRPr="00114ACC" w:rsidRDefault="00E409C7" w:rsidP="00114ACC">
      <w:r w:rsidRPr="00114ACC">
        <w:t>010215</w:t>
      </w:r>
      <w:r w:rsidRPr="00114ACC">
        <w:tab/>
        <w:t>Pripravki za strojenje živalskih kož</w:t>
      </w:r>
    </w:p>
    <w:p w:rsidR="00E409C7" w:rsidRPr="00114ACC" w:rsidRDefault="00E409C7" w:rsidP="00114ACC">
      <w:r w:rsidRPr="00114ACC">
        <w:t>010216</w:t>
      </w:r>
      <w:r w:rsidRPr="00114ACC">
        <w:tab/>
        <w:t>Pripravki za strojenje živalskih kož</w:t>
      </w:r>
    </w:p>
    <w:p w:rsidR="00E409C7" w:rsidRPr="00114ACC" w:rsidRDefault="00E409C7" w:rsidP="00114ACC">
      <w:r w:rsidRPr="00114ACC">
        <w:t>010219</w:t>
      </w:r>
      <w:r w:rsidRPr="00114ACC">
        <w:tab/>
        <w:t>Tartar za kemične namene</w:t>
      </w:r>
    </w:p>
    <w:p w:rsidR="00E409C7" w:rsidRPr="00114ACC" w:rsidRDefault="00E409C7" w:rsidP="00114ACC">
      <w:r w:rsidRPr="00114ACC">
        <w:t>010220</w:t>
      </w:r>
      <w:r w:rsidRPr="00114ACC">
        <w:tab/>
        <w:t>Krotonaldehid</w:t>
      </w:r>
    </w:p>
    <w:p w:rsidR="00E409C7" w:rsidRPr="00114ACC" w:rsidRDefault="00E409C7" w:rsidP="00114ACC">
      <w:r w:rsidRPr="00114ACC">
        <w:t>010221</w:t>
      </w:r>
      <w:r w:rsidRPr="00114ACC">
        <w:tab/>
        <w:t>Kriogenski pripravki</w:t>
      </w:r>
    </w:p>
    <w:p w:rsidR="00E409C7" w:rsidRPr="00114ACC" w:rsidRDefault="00E409C7" w:rsidP="00114ACC">
      <w:r w:rsidRPr="00114ACC">
        <w:t>010222</w:t>
      </w:r>
      <w:r w:rsidRPr="00114ACC">
        <w:tab/>
        <w:t>Kleji za usnje</w:t>
      </w:r>
    </w:p>
    <w:p w:rsidR="00E409C7" w:rsidRPr="00114ACC" w:rsidRDefault="00E409C7" w:rsidP="00114ACC">
      <w:r w:rsidRPr="00114ACC">
        <w:t>010223</w:t>
      </w:r>
      <w:r w:rsidRPr="00114ACC">
        <w:tab/>
        <w:t>Kemikalije za dodelavo usnja</w:t>
      </w:r>
    </w:p>
    <w:p w:rsidR="00E409C7" w:rsidRPr="00114ACC" w:rsidRDefault="00E409C7" w:rsidP="00114ACC">
      <w:r w:rsidRPr="00114ACC">
        <w:t>010224</w:t>
      </w:r>
      <w:r w:rsidRPr="00114ACC">
        <w:tab/>
        <w:t>Kemikalije za impregniranje usnja</w:t>
      </w:r>
    </w:p>
    <w:p w:rsidR="00E409C7" w:rsidRPr="00114ACC" w:rsidRDefault="00E409C7" w:rsidP="00114ACC">
      <w:r w:rsidRPr="00114ACC">
        <w:t>010225</w:t>
      </w:r>
      <w:r w:rsidRPr="00114ACC">
        <w:tab/>
        <w:t>Modra galica</w:t>
      </w:r>
    </w:p>
    <w:p w:rsidR="00E409C7" w:rsidRPr="00114ACC" w:rsidRDefault="00E409C7" w:rsidP="00114ACC">
      <w:r w:rsidRPr="00114ACC">
        <w:t>010226</w:t>
      </w:r>
      <w:r w:rsidRPr="00114ACC">
        <w:tab/>
        <w:t>Kirij</w:t>
      </w:r>
    </w:p>
    <w:p w:rsidR="00E409C7" w:rsidRPr="00114ACC" w:rsidRDefault="00E409C7" w:rsidP="00114ACC">
      <w:r w:rsidRPr="00114ACC">
        <w:t>010227</w:t>
      </w:r>
      <w:r w:rsidRPr="00114ACC">
        <w:tab/>
        <w:t>Raztopine za cianotipijo</w:t>
      </w:r>
    </w:p>
    <w:p w:rsidR="00E409C7" w:rsidRPr="00114ACC" w:rsidRDefault="00E409C7" w:rsidP="00114ACC">
      <w:r w:rsidRPr="00114ACC">
        <w:t>010228</w:t>
      </w:r>
      <w:r w:rsidRPr="00114ACC">
        <w:tab/>
        <w:t>Cianidi</w:t>
      </w:r>
    </w:p>
    <w:p w:rsidR="00E409C7" w:rsidRPr="00114ACC" w:rsidRDefault="00E409C7" w:rsidP="00114ACC">
      <w:r w:rsidRPr="00114ACC">
        <w:t>010229</w:t>
      </w:r>
      <w:r w:rsidRPr="00114ACC">
        <w:tab/>
        <w:t>Ferocianidi</w:t>
      </w:r>
    </w:p>
    <w:p w:rsidR="00E409C7" w:rsidRPr="00114ACC" w:rsidRDefault="00E409C7" w:rsidP="00114ACC">
      <w:r w:rsidRPr="00114ACC">
        <w:t>010230</w:t>
      </w:r>
      <w:r w:rsidRPr="00114ACC">
        <w:tab/>
        <w:t>Cimen</w:t>
      </w:r>
    </w:p>
    <w:p w:rsidR="00E409C7" w:rsidRPr="00114ACC" w:rsidRDefault="00E409C7" w:rsidP="00114ACC">
      <w:r w:rsidRPr="00114ACC">
        <w:t>010231</w:t>
      </w:r>
      <w:r w:rsidRPr="00114ACC">
        <w:tab/>
        <w:t>Pripravki za odstranjevanje masti, ki se uporabljajo v proizvodnih procesih</w:t>
      </w:r>
    </w:p>
    <w:p w:rsidR="00E409C7" w:rsidRPr="00114ACC" w:rsidRDefault="00E409C7" w:rsidP="00114ACC">
      <w:r w:rsidRPr="00114ACC">
        <w:t>010232</w:t>
      </w:r>
      <w:r w:rsidRPr="00114ACC">
        <w:tab/>
        <w:t>Pripravki za razlepljanje in ločevanje</w:t>
      </w:r>
    </w:p>
    <w:p w:rsidR="00E409C7" w:rsidRPr="00114ACC" w:rsidRDefault="00E409C7" w:rsidP="00114ACC">
      <w:r w:rsidRPr="00114ACC">
        <w:t>010233</w:t>
      </w:r>
      <w:r w:rsidRPr="00114ACC">
        <w:tab/>
        <w:t>Kemikalije za separacijo olja</w:t>
      </w:r>
    </w:p>
    <w:p w:rsidR="00E409C7" w:rsidRPr="00114ACC" w:rsidRDefault="00E409C7" w:rsidP="00114ACC">
      <w:r w:rsidRPr="00114ACC">
        <w:t>010234</w:t>
      </w:r>
      <w:r w:rsidRPr="00114ACC">
        <w:tab/>
        <w:t>Sredstva za odstranjevanje gumija</w:t>
      </w:r>
    </w:p>
    <w:p w:rsidR="00E409C7" w:rsidRPr="00114ACC" w:rsidRDefault="00E409C7" w:rsidP="00114ACC">
      <w:r w:rsidRPr="00114ACC">
        <w:t>010236</w:t>
      </w:r>
      <w:r w:rsidRPr="00114ACC">
        <w:tab/>
        <w:t>Defolianti</w:t>
      </w:r>
    </w:p>
    <w:p w:rsidR="00E409C7" w:rsidRPr="00114ACC" w:rsidRDefault="00E409C7" w:rsidP="00114ACC">
      <w:r w:rsidRPr="00114ACC">
        <w:t>010237</w:t>
      </w:r>
      <w:r w:rsidRPr="00114ACC">
        <w:tab/>
        <w:t>Pripravki za razkalupljenje</w:t>
      </w:r>
    </w:p>
    <w:p w:rsidR="00E409C7" w:rsidRPr="00114ACC" w:rsidRDefault="00E409C7" w:rsidP="00114ACC">
      <w:r w:rsidRPr="00114ACC">
        <w:t>010238</w:t>
      </w:r>
      <w:r w:rsidRPr="00114ACC">
        <w:tab/>
        <w:t>Sredstva za odstranjevanje loščila</w:t>
      </w:r>
    </w:p>
    <w:p w:rsidR="00E409C7" w:rsidRPr="00114ACC" w:rsidRDefault="00E409C7" w:rsidP="00114ACC">
      <w:r w:rsidRPr="00114ACC">
        <w:t>010239</w:t>
      </w:r>
      <w:r w:rsidRPr="00114ACC">
        <w:tab/>
        <w:t>Pripravki za dehidriranje za industrijske namene</w:t>
      </w:r>
    </w:p>
    <w:p w:rsidR="00E409C7" w:rsidRPr="00114ACC" w:rsidRDefault="00E409C7" w:rsidP="00114ACC">
      <w:r w:rsidRPr="00114ACC">
        <w:t>010240</w:t>
      </w:r>
      <w:r w:rsidRPr="00114ACC">
        <w:tab/>
        <w:t>Sredstva za odstranjevanje vodnega kamna</w:t>
      </w:r>
    </w:p>
    <w:p w:rsidR="00E409C7" w:rsidRPr="00114ACC" w:rsidRDefault="00E409C7" w:rsidP="00114ACC">
      <w:r w:rsidRPr="00114ACC">
        <w:t>010241</w:t>
      </w:r>
      <w:r w:rsidRPr="00114ACC">
        <w:tab/>
        <w:t>Detergenti, ki se uporabljajo v proizvodnih procesih</w:t>
      </w:r>
    </w:p>
    <w:p w:rsidR="00E409C7" w:rsidRPr="00114ACC" w:rsidRDefault="00E409C7" w:rsidP="00114ACC">
      <w:r w:rsidRPr="00114ACC">
        <w:t>010242</w:t>
      </w:r>
      <w:r w:rsidRPr="00114ACC">
        <w:tab/>
        <w:t>Dekstrin</w:t>
      </w:r>
    </w:p>
    <w:p w:rsidR="00E409C7" w:rsidRPr="00114ACC" w:rsidRDefault="00E409C7" w:rsidP="00114ACC">
      <w:r w:rsidRPr="00114ACC">
        <w:t>010243</w:t>
      </w:r>
      <w:r w:rsidRPr="00114ACC">
        <w:tab/>
        <w:t>Diagnostični pripravki, razen za medicinske ali veterinarske namene</w:t>
      </w:r>
    </w:p>
    <w:p w:rsidR="00E409C7" w:rsidRPr="00114ACC" w:rsidRDefault="00E409C7" w:rsidP="00114ACC">
      <w:r w:rsidRPr="00114ACC">
        <w:lastRenderedPageBreak/>
        <w:t>010244</w:t>
      </w:r>
      <w:r w:rsidRPr="00114ACC">
        <w:tab/>
        <w:t>Diastaza za industrijske namene</w:t>
      </w:r>
    </w:p>
    <w:p w:rsidR="00E409C7" w:rsidRPr="00114ACC" w:rsidRDefault="00E409C7" w:rsidP="00114ACC">
      <w:r w:rsidRPr="00114ACC">
        <w:t>010245</w:t>
      </w:r>
      <w:r w:rsidRPr="00114ACC">
        <w:tab/>
        <w:t>Kopirni papir</w:t>
      </w:r>
    </w:p>
    <w:p w:rsidR="00E409C7" w:rsidRPr="00114ACC" w:rsidRDefault="00E409C7" w:rsidP="00114ACC">
      <w:r w:rsidRPr="00114ACC">
        <w:t>010246</w:t>
      </w:r>
      <w:r w:rsidRPr="00114ACC">
        <w:tab/>
        <w:t>Pripravki za obnovo gramofonskih plošč</w:t>
      </w:r>
    </w:p>
    <w:p w:rsidR="00E409C7" w:rsidRPr="00114ACC" w:rsidRDefault="00E409C7" w:rsidP="00114ACC">
      <w:r w:rsidRPr="00114ACC">
        <w:t>010247</w:t>
      </w:r>
      <w:r w:rsidRPr="00114ACC">
        <w:tab/>
        <w:t>Destilirana voda</w:t>
      </w:r>
    </w:p>
    <w:p w:rsidR="00E409C7" w:rsidRPr="00114ACC" w:rsidRDefault="00E409C7" w:rsidP="00114ACC">
      <w:r w:rsidRPr="00114ACC">
        <w:t>010248</w:t>
      </w:r>
      <w:r w:rsidRPr="00114ACC">
        <w:tab/>
        <w:t>Dolomit za industrijske namene</w:t>
      </w:r>
    </w:p>
    <w:p w:rsidR="00E409C7" w:rsidRPr="00114ACC" w:rsidRDefault="00E409C7" w:rsidP="00114ACC">
      <w:r w:rsidRPr="00114ACC">
        <w:t>010249</w:t>
      </w:r>
      <w:r w:rsidRPr="00114ACC">
        <w:tab/>
        <w:t>Pripravki za utrjevanje kovin</w:t>
      </w:r>
    </w:p>
    <w:p w:rsidR="00E409C7" w:rsidRPr="00114ACC" w:rsidRDefault="00E409C7" w:rsidP="00114ACC">
      <w:r w:rsidRPr="00114ACC">
        <w:t>010250</w:t>
      </w:r>
      <w:r w:rsidRPr="00114ACC">
        <w:tab/>
        <w:t>Disprozij</w:t>
      </w:r>
    </w:p>
    <w:p w:rsidR="00E409C7" w:rsidRPr="00114ACC" w:rsidRDefault="00E409C7" w:rsidP="00114ACC">
      <w:pPr>
        <w:rPr>
          <w:lang w:val="fr-FR"/>
        </w:rPr>
      </w:pPr>
      <w:r w:rsidRPr="00114ACC">
        <w:t>010251</w:t>
      </w:r>
      <w:r w:rsidRPr="00114ACC">
        <w:tab/>
      </w:r>
      <w:r w:rsidRPr="00114ACC">
        <w:rPr>
          <w:lang w:val="fr-FR"/>
        </w:rPr>
        <w:t>Kisla voda za polnjenje baterij</w:t>
      </w:r>
    </w:p>
    <w:p w:rsidR="00E409C7" w:rsidRPr="00114ACC" w:rsidRDefault="00E409C7" w:rsidP="00114ACC">
      <w:r w:rsidRPr="00114ACC">
        <w:t>010252</w:t>
      </w:r>
      <w:r w:rsidRPr="00114ACC">
        <w:tab/>
        <w:t>Glicerin za industrijske namene</w:t>
      </w:r>
    </w:p>
    <w:p w:rsidR="00E409C7" w:rsidRPr="00114ACC" w:rsidRDefault="00E409C7" w:rsidP="00114ACC">
      <w:r w:rsidRPr="00114ACC">
        <w:t>010253</w:t>
      </w:r>
      <w:r w:rsidRPr="00114ACC">
        <w:tab/>
        <w:t>Težka voda</w:t>
      </w:r>
    </w:p>
    <w:p w:rsidR="00E409C7" w:rsidRPr="00114ACC" w:rsidRDefault="00E409C7" w:rsidP="00114ACC">
      <w:r w:rsidRPr="00114ACC">
        <w:t>010254</w:t>
      </w:r>
      <w:r w:rsidRPr="00114ACC">
        <w:tab/>
        <w:t>Pripravki za razbistrenje</w:t>
      </w:r>
    </w:p>
    <w:p w:rsidR="00E409C7" w:rsidRPr="00114ACC" w:rsidRDefault="00E409C7" w:rsidP="00114ACC">
      <w:r w:rsidRPr="00114ACC">
        <w:t>010255</w:t>
      </w:r>
      <w:r w:rsidRPr="00114ACC">
        <w:tab/>
        <w:t>Jonski izmenjevalci [kemikalije]</w:t>
      </w:r>
    </w:p>
    <w:p w:rsidR="00E409C7" w:rsidRPr="00114ACC" w:rsidRDefault="00E409C7" w:rsidP="00114ACC">
      <w:r w:rsidRPr="00114ACC">
        <w:t>010256</w:t>
      </w:r>
      <w:r w:rsidRPr="00114ACC">
        <w:tab/>
        <w:t>Sredstva za bliskavice</w:t>
      </w:r>
    </w:p>
    <w:p w:rsidR="00E409C7" w:rsidRPr="00114ACC" w:rsidRDefault="00E409C7" w:rsidP="00114ACC">
      <w:r w:rsidRPr="00114ACC">
        <w:t>010257</w:t>
      </w:r>
      <w:r w:rsidRPr="00114ACC">
        <w:tab/>
        <w:t>Sredstva za varčevanje z gorivom</w:t>
      </w:r>
    </w:p>
    <w:p w:rsidR="00E409C7" w:rsidRPr="00114ACC" w:rsidRDefault="00E409C7" w:rsidP="00114ACC">
      <w:r w:rsidRPr="00114ACC">
        <w:t>010259</w:t>
      </w:r>
      <w:r w:rsidRPr="00114ACC">
        <w:tab/>
        <w:t>Reagenčni papir</w:t>
      </w:r>
    </w:p>
    <w:p w:rsidR="00E409C7" w:rsidRPr="00114ACC" w:rsidRDefault="00E409C7" w:rsidP="00114ACC">
      <w:r w:rsidRPr="00114ACC">
        <w:t>010260</w:t>
      </w:r>
      <w:r w:rsidRPr="00114ACC">
        <w:tab/>
        <w:t>Antistatični pripravki, razen za gospodinjske namene</w:t>
      </w:r>
    </w:p>
    <w:p w:rsidR="00E409C7" w:rsidRPr="00114ACC" w:rsidRDefault="00E409C7" w:rsidP="00114ACC">
      <w:r w:rsidRPr="00114ACC">
        <w:t>010261</w:t>
      </w:r>
      <w:r w:rsidRPr="00114ACC">
        <w:tab/>
        <w:t>Soli za galvanske člene</w:t>
      </w:r>
    </w:p>
    <w:p w:rsidR="00E409C7" w:rsidRPr="00114ACC" w:rsidRDefault="00E409C7" w:rsidP="00114ACC">
      <w:r w:rsidRPr="00114ACC">
        <w:t>010262</w:t>
      </w:r>
      <w:r w:rsidRPr="00114ACC">
        <w:tab/>
        <w:t>Sredstva za neprozornost emajla</w:t>
      </w:r>
    </w:p>
    <w:p w:rsidR="00E409C7" w:rsidRPr="00114ACC" w:rsidRDefault="00E409C7" w:rsidP="00114ACC">
      <w:r w:rsidRPr="00114ACC">
        <w:t>010263</w:t>
      </w:r>
      <w:r w:rsidRPr="00114ACC">
        <w:tab/>
        <w:t>Sredstva za matiranje stekla</w:t>
      </w:r>
    </w:p>
    <w:p w:rsidR="00E409C7" w:rsidRPr="00114ACC" w:rsidRDefault="00E409C7" w:rsidP="00114ACC">
      <w:r w:rsidRPr="00114ACC">
        <w:t>010265</w:t>
      </w:r>
      <w:r w:rsidRPr="00114ACC">
        <w:tab/>
        <w:t>Kemikalije za barvanje emajla</w:t>
      </w:r>
    </w:p>
    <w:p w:rsidR="00E409C7" w:rsidRPr="00114ACC" w:rsidRDefault="00E409C7" w:rsidP="00114ACC">
      <w:r w:rsidRPr="00114ACC">
        <w:t>010267</w:t>
      </w:r>
      <w:r w:rsidRPr="00114ACC">
        <w:tab/>
        <w:t>Fotografske emulzije</w:t>
      </w:r>
    </w:p>
    <w:p w:rsidR="00E409C7" w:rsidRPr="00114ACC" w:rsidRDefault="00E409C7" w:rsidP="00114ACC">
      <w:r w:rsidRPr="00114ACC">
        <w:t>010268</w:t>
      </w:r>
      <w:r w:rsidRPr="00114ACC">
        <w:tab/>
        <w:t>Emulgatorji</w:t>
      </w:r>
    </w:p>
    <w:p w:rsidR="00E409C7" w:rsidRPr="00114ACC" w:rsidRDefault="00E409C7" w:rsidP="00114ACC">
      <w:r w:rsidRPr="00114ACC">
        <w:t>010269</w:t>
      </w:r>
      <w:r w:rsidRPr="00114ACC">
        <w:tab/>
        <w:t>Senzibilizirane fotografske plošče</w:t>
      </w:r>
    </w:p>
    <w:p w:rsidR="00E409C7" w:rsidRPr="00114ACC" w:rsidRDefault="00E409C7" w:rsidP="00114ACC">
      <w:r w:rsidRPr="00114ACC">
        <w:t>010270</w:t>
      </w:r>
      <w:r w:rsidRPr="00114ACC">
        <w:tab/>
        <w:t>Pripravki za apretiranje</w:t>
      </w:r>
    </w:p>
    <w:p w:rsidR="00E409C7" w:rsidRPr="00114ACC" w:rsidRDefault="00E409C7" w:rsidP="00114ACC">
      <w:r w:rsidRPr="00114ACC">
        <w:t>010271</w:t>
      </w:r>
      <w:r w:rsidRPr="00114ACC">
        <w:tab/>
        <w:t>Gnojila</w:t>
      </w:r>
    </w:p>
    <w:p w:rsidR="00E409C7" w:rsidRPr="00114ACC" w:rsidRDefault="00E409C7" w:rsidP="00114ACC">
      <w:r w:rsidRPr="00114ACC">
        <w:t>010272</w:t>
      </w:r>
      <w:r w:rsidRPr="00114ACC">
        <w:tab/>
        <w:t>Encimski pripravki za industrijske namene</w:t>
      </w:r>
    </w:p>
    <w:p w:rsidR="00E409C7" w:rsidRPr="00114ACC" w:rsidRDefault="00E409C7" w:rsidP="00114ACC">
      <w:r w:rsidRPr="00114ACC">
        <w:t>010273</w:t>
      </w:r>
      <w:r w:rsidRPr="00114ACC">
        <w:tab/>
        <w:t>Encimi za industrijske namene</w:t>
      </w:r>
    </w:p>
    <w:p w:rsidR="00E409C7" w:rsidRPr="00114ACC" w:rsidRDefault="00E409C7" w:rsidP="00114ACC">
      <w:r w:rsidRPr="00114ACC">
        <w:t>010274</w:t>
      </w:r>
      <w:r w:rsidRPr="00114ACC">
        <w:tab/>
        <w:t>Nepredelane epoksidne smole</w:t>
      </w:r>
    </w:p>
    <w:p w:rsidR="00E409C7" w:rsidRPr="00114ACC" w:rsidRDefault="00E409C7" w:rsidP="00114ACC">
      <w:r w:rsidRPr="00114ACC">
        <w:t>010275</w:t>
      </w:r>
      <w:r w:rsidRPr="00114ACC">
        <w:tab/>
        <w:t>Pripravki za čiščenje plinov</w:t>
      </w:r>
    </w:p>
    <w:p w:rsidR="00E409C7" w:rsidRPr="00114ACC" w:rsidRDefault="00E409C7" w:rsidP="00114ACC">
      <w:r w:rsidRPr="00114ACC">
        <w:t>010276</w:t>
      </w:r>
      <w:r w:rsidRPr="00114ACC">
        <w:tab/>
        <w:t>Erbij</w:t>
      </w:r>
    </w:p>
    <w:p w:rsidR="00E409C7" w:rsidRPr="00114ACC" w:rsidRDefault="00E409C7" w:rsidP="00114ACC">
      <w:r w:rsidRPr="00114ACC">
        <w:t>010277</w:t>
      </w:r>
      <w:r w:rsidRPr="00114ACC">
        <w:tab/>
        <w:t>Alkoholni kis [razredčena ocetna kislina]</w:t>
      </w:r>
    </w:p>
    <w:p w:rsidR="00E409C7" w:rsidRPr="00114ACC" w:rsidRDefault="00E409C7" w:rsidP="00114ACC">
      <w:r w:rsidRPr="00114ACC">
        <w:t>010278</w:t>
      </w:r>
      <w:r w:rsidRPr="00114ACC">
        <w:tab/>
        <w:t>Kemični testni papir</w:t>
      </w:r>
    </w:p>
    <w:p w:rsidR="00E409C7" w:rsidRPr="00114ACC" w:rsidRDefault="00E409C7" w:rsidP="00114ACC">
      <w:r w:rsidRPr="00114ACC">
        <w:t>010279</w:t>
      </w:r>
      <w:r w:rsidRPr="00114ACC">
        <w:tab/>
        <w:t>Estri</w:t>
      </w:r>
    </w:p>
    <w:p w:rsidR="00E409C7" w:rsidRPr="00114ACC" w:rsidRDefault="00E409C7" w:rsidP="00114ACC">
      <w:r w:rsidRPr="00114ACC">
        <w:t>010280</w:t>
      </w:r>
      <w:r w:rsidRPr="00114ACC">
        <w:tab/>
        <w:t>Etan</w:t>
      </w:r>
    </w:p>
    <w:p w:rsidR="00E409C7" w:rsidRPr="00114ACC" w:rsidRDefault="00E409C7" w:rsidP="00114ACC">
      <w:r w:rsidRPr="00114ACC">
        <w:t>010281</w:t>
      </w:r>
      <w:r w:rsidRPr="00114ACC">
        <w:tab/>
        <w:t>Etri</w:t>
      </w:r>
    </w:p>
    <w:p w:rsidR="00E409C7" w:rsidRPr="00114ACC" w:rsidRDefault="00E409C7" w:rsidP="00114ACC">
      <w:r w:rsidRPr="00114ACC">
        <w:t>010282</w:t>
      </w:r>
      <w:r w:rsidRPr="00114ACC">
        <w:tab/>
        <w:t>Etil eter</w:t>
      </w:r>
    </w:p>
    <w:p w:rsidR="00E409C7" w:rsidRPr="00114ACC" w:rsidRDefault="00E409C7" w:rsidP="00114ACC">
      <w:r w:rsidRPr="00114ACC">
        <w:t>010283</w:t>
      </w:r>
      <w:r w:rsidRPr="00114ACC">
        <w:tab/>
        <w:t>Glikol eter</w:t>
      </w:r>
    </w:p>
    <w:p w:rsidR="00E409C7" w:rsidRPr="00114ACC" w:rsidRDefault="00E409C7" w:rsidP="00114ACC">
      <w:r w:rsidRPr="00114ACC">
        <w:t>010284</w:t>
      </w:r>
      <w:r w:rsidRPr="00114ACC">
        <w:tab/>
        <w:t>Metil eter</w:t>
      </w:r>
    </w:p>
    <w:p w:rsidR="00E409C7" w:rsidRPr="00114ACC" w:rsidRDefault="00E409C7" w:rsidP="00114ACC">
      <w:r w:rsidRPr="00114ACC">
        <w:t>010285</w:t>
      </w:r>
      <w:r w:rsidRPr="00114ACC">
        <w:tab/>
        <w:t>Žveplov eter</w:t>
      </w:r>
    </w:p>
    <w:p w:rsidR="00E409C7" w:rsidRPr="00114ACC" w:rsidRDefault="00E409C7" w:rsidP="00114ACC">
      <w:r w:rsidRPr="00114ACC">
        <w:t>010286</w:t>
      </w:r>
      <w:r w:rsidRPr="00114ACC">
        <w:tab/>
        <w:t>Kemikalije za preprečevanje madežev na tkaninah</w:t>
      </w:r>
    </w:p>
    <w:p w:rsidR="00E409C7" w:rsidRPr="00114ACC" w:rsidRDefault="00E409C7" w:rsidP="00114ACC">
      <w:r w:rsidRPr="00114ACC">
        <w:t>010287</w:t>
      </w:r>
      <w:r w:rsidRPr="00114ACC">
        <w:tab/>
        <w:t>Evropij</w:t>
      </w:r>
    </w:p>
    <w:p w:rsidR="00E409C7" w:rsidRPr="00114ACC" w:rsidRDefault="00E409C7" w:rsidP="00114ACC">
      <w:r w:rsidRPr="00114ACC">
        <w:t>010288</w:t>
      </w:r>
      <w:r w:rsidRPr="00114ACC">
        <w:tab/>
        <w:t>Zmesi za gašenje ognja</w:t>
      </w:r>
    </w:p>
    <w:p w:rsidR="00E409C7" w:rsidRPr="00114ACC" w:rsidRDefault="00E409C7" w:rsidP="00114ACC">
      <w:r w:rsidRPr="00114ACC">
        <w:t>010289</w:t>
      </w:r>
      <w:r w:rsidRPr="00114ACC">
        <w:tab/>
        <w:t>Moka za industrijske namene</w:t>
      </w:r>
    </w:p>
    <w:p w:rsidR="00E409C7" w:rsidRPr="00114ACC" w:rsidRDefault="00E409C7" w:rsidP="00114ACC">
      <w:r w:rsidRPr="00114ACC">
        <w:t>010290</w:t>
      </w:r>
      <w:r w:rsidRPr="00114ACC">
        <w:tab/>
        <w:t>Železove soli</w:t>
      </w:r>
    </w:p>
    <w:p w:rsidR="00E409C7" w:rsidRPr="00114ACC" w:rsidRDefault="00E409C7" w:rsidP="00114ACC">
      <w:r w:rsidRPr="00114ACC">
        <w:t>010291</w:t>
      </w:r>
      <w:r w:rsidRPr="00114ACC">
        <w:tab/>
        <w:t>Fermenti za kemične namene</w:t>
      </w:r>
    </w:p>
    <w:p w:rsidR="00E409C7" w:rsidRPr="00114ACC" w:rsidRDefault="00E409C7" w:rsidP="00114ACC">
      <w:r w:rsidRPr="00114ACC">
        <w:t>010292</w:t>
      </w:r>
      <w:r w:rsidRPr="00114ACC">
        <w:tab/>
        <w:t>Ferotipske plošče [fotografija]</w:t>
      </w:r>
    </w:p>
    <w:p w:rsidR="00E409C7" w:rsidRPr="00114ACC" w:rsidRDefault="00E409C7" w:rsidP="00114ACC">
      <w:r w:rsidRPr="00114ACC">
        <w:t>010293</w:t>
      </w:r>
      <w:r w:rsidRPr="00114ACC">
        <w:tab/>
        <w:t>Preparati za gnojenje</w:t>
      </w:r>
    </w:p>
    <w:p w:rsidR="00E409C7" w:rsidRPr="00114ACC" w:rsidRDefault="00E409C7" w:rsidP="00114ACC">
      <w:r w:rsidRPr="00114ACC">
        <w:t>010294</w:t>
      </w:r>
      <w:r w:rsidRPr="00114ACC">
        <w:tab/>
        <w:t>Sredstva za zaščito pred ognjem</w:t>
      </w:r>
    </w:p>
    <w:p w:rsidR="00E409C7" w:rsidRPr="00114ACC" w:rsidRDefault="00E409C7" w:rsidP="00114ACC">
      <w:r w:rsidRPr="00114ACC">
        <w:t>010295</w:t>
      </w:r>
      <w:r w:rsidRPr="00114ACC">
        <w:tab/>
        <w:t>Zmesi za rezanje navojev</w:t>
      </w:r>
    </w:p>
    <w:p w:rsidR="00E409C7" w:rsidRPr="00114ACC" w:rsidRDefault="00E409C7" w:rsidP="00114ACC">
      <w:pPr>
        <w:rPr>
          <w:lang w:val="fr-FR"/>
        </w:rPr>
      </w:pPr>
      <w:r w:rsidRPr="00114ACC">
        <w:t>010296</w:t>
      </w:r>
      <w:r w:rsidRPr="00114ACC">
        <w:tab/>
      </w:r>
      <w:r w:rsidRPr="00114ACC">
        <w:rPr>
          <w:lang w:val="fr-FR"/>
        </w:rPr>
        <w:t>Filtrni pripravki za industrijo pijač</w:t>
      </w:r>
    </w:p>
    <w:p w:rsidR="00E409C7" w:rsidRPr="00114ACC" w:rsidRDefault="00E409C7" w:rsidP="00114ACC">
      <w:r w:rsidRPr="00114ACC">
        <w:t>010297</w:t>
      </w:r>
      <w:r w:rsidRPr="00114ACC">
        <w:tab/>
        <w:t>Fisijski material za jedrsko energijo</w:t>
      </w:r>
    </w:p>
    <w:p w:rsidR="00E409C7" w:rsidRPr="00114ACC" w:rsidRDefault="00E409C7" w:rsidP="00114ACC">
      <w:r w:rsidRPr="00114ACC">
        <w:t>010298</w:t>
      </w:r>
      <w:r w:rsidRPr="00114ACC">
        <w:tab/>
        <w:t>Fiksirne raztopine [fotografija]</w:t>
      </w:r>
    </w:p>
    <w:p w:rsidR="00E409C7" w:rsidRPr="00114ACC" w:rsidRDefault="00E409C7" w:rsidP="00114ACC">
      <w:r w:rsidRPr="00114ACC">
        <w:t>010299</w:t>
      </w:r>
      <w:r w:rsidRPr="00114ACC">
        <w:tab/>
        <w:t>Žveplov cvet za kemične namene</w:t>
      </w:r>
    </w:p>
    <w:p w:rsidR="00E409C7" w:rsidRPr="00114ACC" w:rsidRDefault="00E409C7" w:rsidP="00114ACC">
      <w:r w:rsidRPr="00114ACC">
        <w:t>010301</w:t>
      </w:r>
      <w:r w:rsidRPr="00114ACC">
        <w:tab/>
        <w:t>Snovi za strjevanje apnenca</w:t>
      </w:r>
    </w:p>
    <w:p w:rsidR="00E409C7" w:rsidRPr="00114ACC" w:rsidRDefault="00E409C7" w:rsidP="00114ACC">
      <w:r w:rsidRPr="00114ACC">
        <w:t>010302</w:t>
      </w:r>
      <w:r w:rsidRPr="00114ACC">
        <w:tab/>
        <w:t>Fluor</w:t>
      </w:r>
    </w:p>
    <w:p w:rsidR="00E409C7" w:rsidRPr="00114ACC" w:rsidRDefault="00E409C7" w:rsidP="00114ACC">
      <w:r w:rsidRPr="00114ACC">
        <w:t>010303</w:t>
      </w:r>
      <w:r w:rsidRPr="00114ACC">
        <w:tab/>
        <w:t>Fluoritne spojine</w:t>
      </w:r>
    </w:p>
    <w:p w:rsidR="00E409C7" w:rsidRPr="00114ACC" w:rsidRDefault="00E409C7" w:rsidP="00114ACC">
      <w:r w:rsidRPr="00114ACC">
        <w:t>010304</w:t>
      </w:r>
      <w:r w:rsidRPr="00114ACC">
        <w:tab/>
        <w:t>Fluorovodikova kislina</w:t>
      </w:r>
    </w:p>
    <w:p w:rsidR="00E409C7" w:rsidRPr="00114ACC" w:rsidRDefault="00E409C7" w:rsidP="00114ACC">
      <w:r w:rsidRPr="00114ACC">
        <w:t>010305</w:t>
      </w:r>
      <w:r w:rsidRPr="00114ACC">
        <w:tab/>
        <w:t>Grafit za industrijske namene</w:t>
      </w:r>
    </w:p>
    <w:p w:rsidR="00E409C7" w:rsidRPr="00114ACC" w:rsidRDefault="00E409C7" w:rsidP="00114ACC">
      <w:r w:rsidRPr="00114ACC">
        <w:t>010306</w:t>
      </w:r>
      <w:r w:rsidRPr="00114ACC">
        <w:tab/>
        <w:t>Livarska vezivna sredstva</w:t>
      </w:r>
    </w:p>
    <w:p w:rsidR="00E409C7" w:rsidRPr="00114ACC" w:rsidRDefault="00E409C7" w:rsidP="00114ACC">
      <w:r w:rsidRPr="00114ACC">
        <w:t>010307</w:t>
      </w:r>
      <w:r w:rsidRPr="00114ACC">
        <w:tab/>
        <w:t>Zmesi za livarsko kalupljenje</w:t>
      </w:r>
    </w:p>
    <w:p w:rsidR="00E409C7" w:rsidRPr="00114ACC" w:rsidRDefault="00E409C7" w:rsidP="00114ACC">
      <w:r w:rsidRPr="00114ACC">
        <w:t>010309</w:t>
      </w:r>
      <w:r w:rsidRPr="00114ACC">
        <w:tab/>
        <w:t>Kemični dodatki za fungicide</w:t>
      </w:r>
    </w:p>
    <w:p w:rsidR="00E409C7" w:rsidRPr="00114ACC" w:rsidRDefault="00E409C7" w:rsidP="00114ACC">
      <w:r w:rsidRPr="00114ACC">
        <w:t>010310</w:t>
      </w:r>
      <w:r w:rsidRPr="00114ACC">
        <w:tab/>
        <w:t>Mravljična kislina</w:t>
      </w:r>
    </w:p>
    <w:p w:rsidR="00E409C7" w:rsidRPr="00114ACC" w:rsidRDefault="00E409C7" w:rsidP="00114ACC">
      <w:r w:rsidRPr="00114ACC">
        <w:t>010311</w:t>
      </w:r>
      <w:r w:rsidRPr="00114ACC">
        <w:tab/>
        <w:t>Formaldehid za kemične namene</w:t>
      </w:r>
    </w:p>
    <w:p w:rsidR="00E409C7" w:rsidRPr="00114ACC" w:rsidRDefault="00E409C7" w:rsidP="00114ACC">
      <w:r w:rsidRPr="00114ACC">
        <w:t>010312</w:t>
      </w:r>
      <w:r w:rsidRPr="00114ACC">
        <w:tab/>
        <w:t>Pripravki za valjanje, ki se uporabljajo v tekstilni industriji</w:t>
      </w:r>
    </w:p>
    <w:p w:rsidR="00E409C7" w:rsidRPr="00114ACC" w:rsidRDefault="00E409C7" w:rsidP="00114ACC">
      <w:r w:rsidRPr="00114ACC">
        <w:t>010313</w:t>
      </w:r>
      <w:r w:rsidRPr="00114ACC">
        <w:tab/>
        <w:t>Pripravki za valjanje sukna</w:t>
      </w:r>
    </w:p>
    <w:p w:rsidR="00E409C7" w:rsidRPr="00114ACC" w:rsidRDefault="00E409C7" w:rsidP="00114ACC">
      <w:r w:rsidRPr="00114ACC">
        <w:t>010314</w:t>
      </w:r>
      <w:r w:rsidRPr="00114ACC">
        <w:tab/>
        <w:t>Francij</w:t>
      </w:r>
    </w:p>
    <w:p w:rsidR="00E409C7" w:rsidRPr="00114ACC" w:rsidRDefault="00E409C7" w:rsidP="00114ACC">
      <w:r w:rsidRPr="00114ACC">
        <w:t>010315</w:t>
      </w:r>
      <w:r w:rsidRPr="00114ACC">
        <w:tab/>
        <w:t>Zavorna tekočina</w:t>
      </w:r>
    </w:p>
    <w:p w:rsidR="00E409C7" w:rsidRPr="00114ACC" w:rsidRDefault="00E409C7" w:rsidP="00114ACC">
      <w:r w:rsidRPr="00114ACC">
        <w:t>010316</w:t>
      </w:r>
      <w:r w:rsidRPr="00114ACC">
        <w:tab/>
        <w:t>Čad za industrijske namene</w:t>
      </w:r>
    </w:p>
    <w:p w:rsidR="00E409C7" w:rsidRPr="00114ACC" w:rsidRDefault="00E409C7" w:rsidP="00114ACC">
      <w:pPr>
        <w:rPr>
          <w:lang w:val="fr-FR"/>
        </w:rPr>
      </w:pPr>
      <w:r w:rsidRPr="00114ACC">
        <w:t>010317</w:t>
      </w:r>
      <w:r w:rsidRPr="00114ACC">
        <w:tab/>
      </w:r>
      <w:r w:rsidRPr="00114ACC">
        <w:rPr>
          <w:lang w:val="fr-FR"/>
        </w:rPr>
        <w:t>Kemični pripravki za prekajevanje mesa</w:t>
      </w:r>
    </w:p>
    <w:p w:rsidR="00E409C7" w:rsidRPr="00114ACC" w:rsidRDefault="00E409C7" w:rsidP="00114ACC">
      <w:r w:rsidRPr="00114ACC">
        <w:t>010318</w:t>
      </w:r>
      <w:r w:rsidRPr="00114ACC">
        <w:tab/>
        <w:t>Gadolinij</w:t>
      </w:r>
    </w:p>
    <w:p w:rsidR="00E409C7" w:rsidRPr="00114ACC" w:rsidRDefault="00E409C7" w:rsidP="00114ACC">
      <w:r w:rsidRPr="00114ACC">
        <w:t>010319</w:t>
      </w:r>
      <w:r w:rsidRPr="00114ACC">
        <w:tab/>
        <w:t>Šiške</w:t>
      </w:r>
    </w:p>
    <w:p w:rsidR="00E409C7" w:rsidRPr="00114ACC" w:rsidRDefault="00E409C7" w:rsidP="00114ACC">
      <w:r w:rsidRPr="00114ACC">
        <w:t>010320</w:t>
      </w:r>
      <w:r w:rsidRPr="00114ACC">
        <w:tab/>
        <w:t>Galova kislina za izdelavo črnila</w:t>
      </w:r>
    </w:p>
    <w:p w:rsidR="00E409C7" w:rsidRPr="00114ACC" w:rsidRDefault="00E409C7" w:rsidP="00114ACC">
      <w:r w:rsidRPr="00114ACC">
        <w:t>010321</w:t>
      </w:r>
      <w:r w:rsidRPr="00114ACC">
        <w:tab/>
        <w:t>Galij</w:t>
      </w:r>
    </w:p>
    <w:p w:rsidR="00E409C7" w:rsidRPr="00114ACC" w:rsidRDefault="00E409C7" w:rsidP="00114ACC">
      <w:r w:rsidRPr="00114ACC">
        <w:t>010322</w:t>
      </w:r>
      <w:r w:rsidRPr="00114ACC">
        <w:tab/>
        <w:t>Fotografski papir</w:t>
      </w:r>
    </w:p>
    <w:p w:rsidR="00E409C7" w:rsidRPr="00114ACC" w:rsidRDefault="00E409C7" w:rsidP="00114ACC">
      <w:r w:rsidRPr="00114ACC">
        <w:t>010323</w:t>
      </w:r>
      <w:r w:rsidRPr="00114ACC">
        <w:tab/>
        <w:t>Taninska kislina</w:t>
      </w:r>
    </w:p>
    <w:p w:rsidR="00E409C7" w:rsidRPr="00114ACC" w:rsidRDefault="00E409C7" w:rsidP="00114ACC">
      <w:r w:rsidRPr="00114ACC">
        <w:t>010324</w:t>
      </w:r>
      <w:r w:rsidRPr="00114ACC">
        <w:tab/>
        <w:t>Pripravki za galvanizacijo</w:t>
      </w:r>
    </w:p>
    <w:p w:rsidR="00E409C7" w:rsidRPr="00114ACC" w:rsidRDefault="00E409C7" w:rsidP="00114ACC">
      <w:r w:rsidRPr="00114ACC">
        <w:t>010325</w:t>
      </w:r>
      <w:r w:rsidRPr="00114ACC">
        <w:tab/>
        <w:t>Gambier</w:t>
      </w:r>
    </w:p>
    <w:p w:rsidR="00E409C7" w:rsidRPr="00114ACC" w:rsidRDefault="00E409C7" w:rsidP="00114ACC">
      <w:r w:rsidRPr="00114ACC">
        <w:t>010326</w:t>
      </w:r>
      <w:r w:rsidRPr="00114ACC">
        <w:tab/>
        <w:t>Zaščitni plini za varjenje</w:t>
      </w:r>
    </w:p>
    <w:p w:rsidR="00E409C7" w:rsidRPr="00114ACC" w:rsidRDefault="00E409C7" w:rsidP="00114ACC">
      <w:r w:rsidRPr="00114ACC">
        <w:t>010328</w:t>
      </w:r>
      <w:r w:rsidRPr="00114ACC">
        <w:tab/>
        <w:t>Plini v trdnem stanju za industrijske namene</w:t>
      </w:r>
    </w:p>
    <w:p w:rsidR="00E409C7" w:rsidRPr="00114ACC" w:rsidRDefault="00E409C7" w:rsidP="00114ACC">
      <w:r w:rsidRPr="00114ACC">
        <w:t>010329</w:t>
      </w:r>
      <w:r w:rsidRPr="00114ACC">
        <w:tab/>
        <w:t>Želatina za fotografske namene</w:t>
      </w:r>
    </w:p>
    <w:p w:rsidR="00E409C7" w:rsidRPr="00114ACC" w:rsidRDefault="00E409C7" w:rsidP="00114ACC">
      <w:r w:rsidRPr="00114ACC">
        <w:t>010330</w:t>
      </w:r>
      <w:r w:rsidRPr="00114ACC">
        <w:tab/>
        <w:t>Želatina za industrijske namene</w:t>
      </w:r>
    </w:p>
    <w:p w:rsidR="00E409C7" w:rsidRPr="00114ACC" w:rsidRDefault="00E409C7" w:rsidP="00114ACC">
      <w:r w:rsidRPr="00114ACC">
        <w:t>010331</w:t>
      </w:r>
      <w:r w:rsidRPr="00114ACC">
        <w:tab/>
        <w:t>Kamena sol</w:t>
      </w:r>
    </w:p>
    <w:p w:rsidR="00E409C7" w:rsidRPr="00114ACC" w:rsidRDefault="00E409C7" w:rsidP="00114ACC">
      <w:r w:rsidRPr="00114ACC">
        <w:t>010332</w:t>
      </w:r>
      <w:r w:rsidRPr="00114ACC">
        <w:tab/>
        <w:t>Getri [kemično aktivne snovi]</w:t>
      </w:r>
    </w:p>
    <w:p w:rsidR="00E409C7" w:rsidRPr="00114ACC" w:rsidRDefault="00E409C7" w:rsidP="00114ACC">
      <w:r w:rsidRPr="00114ACC">
        <w:t>010333</w:t>
      </w:r>
      <w:r w:rsidRPr="00114ACC">
        <w:tab/>
        <w:t>Suhi led [ogljikov dioksid]</w:t>
      </w:r>
    </w:p>
    <w:p w:rsidR="00E409C7" w:rsidRPr="00114ACC" w:rsidRDefault="00E409C7" w:rsidP="00114ACC">
      <w:r w:rsidRPr="00114ACC">
        <w:t>010334</w:t>
      </w:r>
      <w:r w:rsidRPr="00114ACC">
        <w:tab/>
        <w:t>Ptičje lepilo</w:t>
      </w:r>
    </w:p>
    <w:p w:rsidR="00E409C7" w:rsidRPr="00114ACC" w:rsidRDefault="00E409C7" w:rsidP="00114ACC">
      <w:r w:rsidRPr="00114ACC">
        <w:t>010335</w:t>
      </w:r>
      <w:r w:rsidRPr="00114ACC">
        <w:tab/>
        <w:t>Glukozidi</w:t>
      </w:r>
    </w:p>
    <w:p w:rsidR="00E409C7" w:rsidRPr="00114ACC" w:rsidRDefault="00E409C7" w:rsidP="00114ACC">
      <w:r w:rsidRPr="00114ACC">
        <w:t>010336</w:t>
      </w:r>
      <w:r w:rsidRPr="00114ACC">
        <w:tab/>
        <w:t>Gliceridi</w:t>
      </w:r>
    </w:p>
    <w:p w:rsidR="00E409C7" w:rsidRPr="00114ACC" w:rsidRDefault="00E409C7" w:rsidP="00114ACC">
      <w:r w:rsidRPr="00114ACC">
        <w:t>010337</w:t>
      </w:r>
      <w:r w:rsidRPr="00114ACC">
        <w:tab/>
        <w:t>Glikol</w:t>
      </w:r>
    </w:p>
    <w:p w:rsidR="00E409C7" w:rsidRPr="00114ACC" w:rsidRDefault="00E409C7" w:rsidP="00114ACC">
      <w:r w:rsidRPr="00114ACC">
        <w:t>010339</w:t>
      </w:r>
      <w:r w:rsidRPr="00114ACC">
        <w:tab/>
        <w:t>Kemikalije za beljenje maščob</w:t>
      </w:r>
    </w:p>
    <w:p w:rsidR="00E409C7" w:rsidRPr="00114ACC" w:rsidRDefault="00E409C7" w:rsidP="00114ACC">
      <w:r w:rsidRPr="00114ACC">
        <w:t>010340</w:t>
      </w:r>
      <w:r w:rsidRPr="00114ACC">
        <w:tab/>
        <w:t>Maščobne kisline</w:t>
      </w:r>
    </w:p>
    <w:p w:rsidR="00E409C7" w:rsidRPr="00114ACC" w:rsidRDefault="00E409C7" w:rsidP="00114ACC">
      <w:r w:rsidRPr="00114ACC">
        <w:t>010341</w:t>
      </w:r>
      <w:r w:rsidRPr="00114ACC">
        <w:tab/>
        <w:t>Cepilna smola za drevesa</w:t>
      </w:r>
    </w:p>
    <w:p w:rsidR="00E409C7" w:rsidRPr="00114ACC" w:rsidRDefault="00E409C7" w:rsidP="00114ACC">
      <w:r w:rsidRPr="00114ACC">
        <w:t>010342</w:t>
      </w:r>
      <w:r w:rsidRPr="00114ACC">
        <w:tab/>
        <w:t>Guano</w:t>
      </w:r>
    </w:p>
    <w:p w:rsidR="00E409C7" w:rsidRPr="00114ACC" w:rsidRDefault="00E409C7" w:rsidP="00114ACC">
      <w:r w:rsidRPr="00114ACC">
        <w:t>010343</w:t>
      </w:r>
      <w:r w:rsidRPr="00114ACC">
        <w:tab/>
        <w:t>Gurjonov balzam za izdelavo firneža</w:t>
      </w:r>
    </w:p>
    <w:p w:rsidR="00E409C7" w:rsidRPr="00114ACC" w:rsidRDefault="00E409C7" w:rsidP="00114ACC">
      <w:r w:rsidRPr="00114ACC">
        <w:t>010344</w:t>
      </w:r>
      <w:r w:rsidRPr="00114ACC">
        <w:tab/>
        <w:t>Helij</w:t>
      </w:r>
    </w:p>
    <w:p w:rsidR="00E409C7" w:rsidRPr="00114ACC" w:rsidRDefault="00E409C7" w:rsidP="00114ACC">
      <w:r w:rsidRPr="00114ACC">
        <w:t>010345</w:t>
      </w:r>
      <w:r w:rsidRPr="00114ACC">
        <w:tab/>
        <w:t>Holmij</w:t>
      </w:r>
    </w:p>
    <w:p w:rsidR="00E409C7" w:rsidRPr="00114ACC" w:rsidRDefault="00E409C7" w:rsidP="00114ACC">
      <w:pPr>
        <w:rPr>
          <w:lang w:val="fr-FR"/>
        </w:rPr>
      </w:pPr>
      <w:r w:rsidRPr="00114ACC">
        <w:t>010346</w:t>
      </w:r>
      <w:r w:rsidRPr="00114ACC">
        <w:tab/>
      </w:r>
      <w:r w:rsidRPr="00114ACC">
        <w:rPr>
          <w:lang w:val="fr-FR"/>
        </w:rPr>
        <w:t>Hormoni za pospeševanje zorenja sadja</w:t>
      </w:r>
    </w:p>
    <w:p w:rsidR="00E409C7" w:rsidRPr="00114ACC" w:rsidRDefault="00E409C7" w:rsidP="00114ACC">
      <w:r w:rsidRPr="00114ACC">
        <w:t>010347</w:t>
      </w:r>
      <w:r w:rsidRPr="00114ACC">
        <w:tab/>
        <w:t>Kemikalije za hortikulturo, razen fungicidov, herbicidov, insekticidov in sredstev za uničevanje parazitov</w:t>
      </w:r>
    </w:p>
    <w:p w:rsidR="00E409C7" w:rsidRPr="00114ACC" w:rsidRDefault="00E409C7" w:rsidP="00114ACC">
      <w:r w:rsidRPr="00114ACC">
        <w:t>010348</w:t>
      </w:r>
      <w:r w:rsidRPr="00114ACC">
        <w:tab/>
        <w:t>Olja za konzerviranje hrane</w:t>
      </w:r>
    </w:p>
    <w:p w:rsidR="00E409C7" w:rsidRPr="00114ACC" w:rsidRDefault="00E409C7" w:rsidP="00114ACC">
      <w:r w:rsidRPr="00114ACC">
        <w:lastRenderedPageBreak/>
        <w:t>010349</w:t>
      </w:r>
      <w:r w:rsidRPr="00114ACC">
        <w:tab/>
        <w:t>Olja za pripravo usnja v procesu proizvodnje</w:t>
      </w:r>
    </w:p>
    <w:p w:rsidR="00E409C7" w:rsidRPr="00114ACC" w:rsidRDefault="00E409C7" w:rsidP="00114ACC">
      <w:r w:rsidRPr="00114ACC">
        <w:t>010350</w:t>
      </w:r>
      <w:r w:rsidRPr="00114ACC">
        <w:tab/>
        <w:t>Olja za strojenje usnja</w:t>
      </w:r>
    </w:p>
    <w:p w:rsidR="00E409C7" w:rsidRPr="00114ACC" w:rsidRDefault="00E409C7" w:rsidP="00114ACC">
      <w:r w:rsidRPr="00114ACC">
        <w:t>010351</w:t>
      </w:r>
      <w:r w:rsidRPr="00114ACC">
        <w:tab/>
        <w:t>Disperzanti za nafto</w:t>
      </w:r>
    </w:p>
    <w:p w:rsidR="00E409C7" w:rsidRPr="00114ACC" w:rsidRDefault="00E409C7" w:rsidP="00114ACC">
      <w:r w:rsidRPr="00114ACC">
        <w:t>010352</w:t>
      </w:r>
      <w:r w:rsidRPr="00114ACC">
        <w:tab/>
        <w:t>Disperzanti za olje</w:t>
      </w:r>
    </w:p>
    <w:p w:rsidR="00E409C7" w:rsidRPr="00114ACC" w:rsidRDefault="00E409C7" w:rsidP="00114ACC">
      <w:r w:rsidRPr="00114ACC">
        <w:t>010353</w:t>
      </w:r>
      <w:r w:rsidRPr="00114ACC">
        <w:tab/>
        <w:t>Kemikalije za beljenje olj</w:t>
      </w:r>
    </w:p>
    <w:p w:rsidR="00E409C7" w:rsidRPr="00114ACC" w:rsidRDefault="00E409C7" w:rsidP="00114ACC">
      <w:r w:rsidRPr="00114ACC">
        <w:t>010354</w:t>
      </w:r>
      <w:r w:rsidRPr="00114ACC">
        <w:tab/>
        <w:t>Kemikalije za čiščenje olj</w:t>
      </w:r>
    </w:p>
    <w:p w:rsidR="00E409C7" w:rsidRPr="00114ACC" w:rsidRDefault="00E409C7" w:rsidP="00114ACC">
      <w:r w:rsidRPr="00114ACC">
        <w:t>010355</w:t>
      </w:r>
      <w:r w:rsidRPr="00114ACC">
        <w:tab/>
        <w:t>Humus</w:t>
      </w:r>
    </w:p>
    <w:p w:rsidR="00E409C7" w:rsidRPr="00114ACC" w:rsidRDefault="00E409C7" w:rsidP="00114ACC">
      <w:r w:rsidRPr="00114ACC">
        <w:t>010356</w:t>
      </w:r>
      <w:r w:rsidRPr="00114ACC">
        <w:tab/>
        <w:t>Hidrati</w:t>
      </w:r>
    </w:p>
    <w:p w:rsidR="00E409C7" w:rsidRPr="00114ACC" w:rsidRDefault="00E409C7" w:rsidP="00114ACC">
      <w:r w:rsidRPr="00114ACC">
        <w:t>010357</w:t>
      </w:r>
      <w:r w:rsidRPr="00114ACC">
        <w:tab/>
        <w:t>Ogljikovi hidrati</w:t>
      </w:r>
    </w:p>
    <w:p w:rsidR="00E409C7" w:rsidRPr="00114ACC" w:rsidRDefault="00E409C7" w:rsidP="00114ACC">
      <w:r w:rsidRPr="00114ACC">
        <w:t>010358</w:t>
      </w:r>
      <w:r w:rsidRPr="00114ACC">
        <w:tab/>
        <w:t>Hidrazin</w:t>
      </w:r>
    </w:p>
    <w:p w:rsidR="00E409C7" w:rsidRPr="00114ACC" w:rsidRDefault="00E409C7" w:rsidP="00114ACC">
      <w:r w:rsidRPr="00114ACC">
        <w:t>010359</w:t>
      </w:r>
      <w:r w:rsidRPr="00114ACC">
        <w:tab/>
        <w:t>Vodik</w:t>
      </w:r>
    </w:p>
    <w:p w:rsidR="00E409C7" w:rsidRPr="00114ACC" w:rsidRDefault="00E409C7" w:rsidP="00114ACC">
      <w:r w:rsidRPr="00114ACC">
        <w:t>010360</w:t>
      </w:r>
      <w:r w:rsidRPr="00114ACC">
        <w:tab/>
        <w:t>Natrijev hipoklorit</w:t>
      </w:r>
    </w:p>
    <w:p w:rsidR="00E409C7" w:rsidRPr="00114ACC" w:rsidRDefault="00E409C7" w:rsidP="00114ACC">
      <w:r w:rsidRPr="00114ACC">
        <w:t>010361</w:t>
      </w:r>
      <w:r w:rsidRPr="00114ACC">
        <w:tab/>
        <w:t>Hiposulfiti</w:t>
      </w:r>
    </w:p>
    <w:p w:rsidR="00E409C7" w:rsidRPr="00114ACC" w:rsidRDefault="00E409C7" w:rsidP="00114ACC">
      <w:r w:rsidRPr="00114ACC">
        <w:t>010362</w:t>
      </w:r>
      <w:r w:rsidRPr="00114ACC">
        <w:tab/>
        <w:t>Kemikalije za vodoodpornost tekstila</w:t>
      </w:r>
    </w:p>
    <w:p w:rsidR="00E409C7" w:rsidRPr="00114ACC" w:rsidRDefault="00E409C7" w:rsidP="00114ACC">
      <w:r w:rsidRPr="00114ACC">
        <w:t>010363</w:t>
      </w:r>
      <w:r w:rsidRPr="00114ACC">
        <w:tab/>
        <w:t>Kemikalije za impregniranje tekstila</w:t>
      </w:r>
    </w:p>
    <w:p w:rsidR="00E409C7" w:rsidRPr="00114ACC" w:rsidRDefault="00E409C7" w:rsidP="00114ACC">
      <w:r w:rsidRPr="00114ACC">
        <w:t>010364</w:t>
      </w:r>
      <w:r w:rsidRPr="00114ACC">
        <w:tab/>
        <w:t>Kemikalije za vodoodpornost usnja</w:t>
      </w:r>
    </w:p>
    <w:p w:rsidR="00E409C7" w:rsidRPr="00114ACC" w:rsidRDefault="00E409C7" w:rsidP="00114ACC">
      <w:r w:rsidRPr="00114ACC">
        <w:t>010365</w:t>
      </w:r>
      <w:r w:rsidRPr="00114ACC">
        <w:tab/>
        <w:t>Jod za kemijske namene</w:t>
      </w:r>
    </w:p>
    <w:p w:rsidR="00E409C7" w:rsidRPr="00114ACC" w:rsidRDefault="00E409C7" w:rsidP="00114ACC">
      <w:r w:rsidRPr="00114ACC">
        <w:t>010366</w:t>
      </w:r>
      <w:r w:rsidRPr="00114ACC">
        <w:tab/>
        <w:t>Jodirane soli</w:t>
      </w:r>
    </w:p>
    <w:p w:rsidR="00E409C7" w:rsidRPr="00114ACC" w:rsidRDefault="00E409C7" w:rsidP="00114ACC">
      <w:r w:rsidRPr="00114ACC">
        <w:t>010367</w:t>
      </w:r>
      <w:r w:rsidRPr="00114ACC">
        <w:tab/>
        <w:t>Jodova kislina</w:t>
      </w:r>
    </w:p>
    <w:p w:rsidR="00E409C7" w:rsidRPr="00114ACC" w:rsidRDefault="00E409C7" w:rsidP="00114ACC">
      <w:r w:rsidRPr="00114ACC">
        <w:t>010368</w:t>
      </w:r>
      <w:r w:rsidRPr="00114ACC">
        <w:tab/>
        <w:t>Jodi za industrijske namene</w:t>
      </w:r>
    </w:p>
    <w:p w:rsidR="00E409C7" w:rsidRPr="00114ACC" w:rsidRDefault="00E409C7" w:rsidP="00114ACC">
      <w:r w:rsidRPr="00114ACC">
        <w:t>010369</w:t>
      </w:r>
      <w:r w:rsidRPr="00114ACC">
        <w:tab/>
        <w:t>Izotopi za industrijske namene</w:t>
      </w:r>
    </w:p>
    <w:p w:rsidR="00E409C7" w:rsidRPr="00114ACC" w:rsidRDefault="00E409C7" w:rsidP="00114ACC">
      <w:r w:rsidRPr="00114ACC">
        <w:t>010370</w:t>
      </w:r>
      <w:r w:rsidRPr="00114ACC">
        <w:tab/>
        <w:t>Kaolin</w:t>
      </w:r>
    </w:p>
    <w:p w:rsidR="00E409C7" w:rsidRPr="00114ACC" w:rsidRDefault="00E409C7" w:rsidP="00114ACC">
      <w:r w:rsidRPr="00114ACC">
        <w:t>010371</w:t>
      </w:r>
      <w:r w:rsidRPr="00114ACC">
        <w:tab/>
        <w:t>Kremelina</w:t>
      </w:r>
    </w:p>
    <w:p w:rsidR="00E409C7" w:rsidRPr="00114ACC" w:rsidRDefault="00E409C7" w:rsidP="00114ACC">
      <w:r w:rsidRPr="00114ACC">
        <w:t>010372</w:t>
      </w:r>
      <w:r w:rsidRPr="00114ACC">
        <w:tab/>
        <w:t>Kripton</w:t>
      </w:r>
    </w:p>
    <w:p w:rsidR="00E409C7" w:rsidRPr="00114ACC" w:rsidRDefault="00E409C7" w:rsidP="00114ACC">
      <w:r w:rsidRPr="00114ACC">
        <w:t>010373</w:t>
      </w:r>
      <w:r w:rsidRPr="00114ACC">
        <w:tab/>
        <w:t>Mlečna kislina</w:t>
      </w:r>
    </w:p>
    <w:p w:rsidR="00E409C7" w:rsidRPr="00114ACC" w:rsidRDefault="00E409C7" w:rsidP="00114ACC">
      <w:r w:rsidRPr="00114ACC">
        <w:t>010374</w:t>
      </w:r>
      <w:r w:rsidRPr="00114ACC">
        <w:tab/>
        <w:t>Mlečni fermenti za kemične namene</w:t>
      </w:r>
    </w:p>
    <w:p w:rsidR="00E409C7" w:rsidRPr="00114ACC" w:rsidRDefault="00E409C7" w:rsidP="00114ACC">
      <w:r w:rsidRPr="00114ACC">
        <w:t>010375</w:t>
      </w:r>
      <w:r w:rsidRPr="00114ACC">
        <w:tab/>
        <w:t>Lantan</w:t>
      </w:r>
    </w:p>
    <w:p w:rsidR="00E409C7" w:rsidRPr="00114ACC" w:rsidRDefault="00E409C7" w:rsidP="00114ACC">
      <w:pPr>
        <w:rPr>
          <w:lang w:val="fr-FR"/>
        </w:rPr>
      </w:pPr>
      <w:r w:rsidRPr="00114ACC">
        <w:t>010377</w:t>
      </w:r>
      <w:r w:rsidRPr="00114ACC">
        <w:tab/>
      </w:r>
      <w:r w:rsidRPr="00114ACC">
        <w:rPr>
          <w:lang w:val="fr-FR"/>
        </w:rPr>
        <w:t>Sredstva za preprečevanje motnosti leč</w:t>
      </w:r>
    </w:p>
    <w:p w:rsidR="00E409C7" w:rsidRPr="00114ACC" w:rsidRDefault="00E409C7" w:rsidP="00114ACC">
      <w:r w:rsidRPr="00114ACC">
        <w:t>010378</w:t>
      </w:r>
      <w:r w:rsidRPr="00114ACC">
        <w:tab/>
        <w:t>Litijev oksid</w:t>
      </w:r>
    </w:p>
    <w:p w:rsidR="00E409C7" w:rsidRPr="00114ACC" w:rsidRDefault="00E409C7" w:rsidP="00114ACC">
      <w:r w:rsidRPr="00114ACC">
        <w:t>010379</w:t>
      </w:r>
      <w:r w:rsidRPr="00114ACC">
        <w:tab/>
        <w:t>Litij</w:t>
      </w:r>
    </w:p>
    <w:p w:rsidR="00E409C7" w:rsidRPr="00114ACC" w:rsidRDefault="00E409C7" w:rsidP="00114ACC">
      <w:r w:rsidRPr="00114ACC">
        <w:t>010380</w:t>
      </w:r>
      <w:r w:rsidRPr="00114ACC">
        <w:tab/>
        <w:t>Sredstva za zaščito zidarskih objektov, razen barv in olj</w:t>
      </w:r>
    </w:p>
    <w:p w:rsidR="00E409C7" w:rsidRPr="00114ACC" w:rsidRDefault="00E409C7" w:rsidP="00114ACC">
      <w:r w:rsidRPr="00114ACC">
        <w:t>010381</w:t>
      </w:r>
      <w:r w:rsidRPr="00114ACC">
        <w:tab/>
        <w:t>Sredstva za zaščito opečnih izdelkov, razen barv in olj</w:t>
      </w:r>
    </w:p>
    <w:p w:rsidR="00E409C7" w:rsidRPr="00114ACC" w:rsidRDefault="00E409C7" w:rsidP="00114ACC">
      <w:r w:rsidRPr="00114ACC">
        <w:t>010382</w:t>
      </w:r>
      <w:r w:rsidRPr="00114ACC">
        <w:tab/>
        <w:t>Magnezit</w:t>
      </w:r>
    </w:p>
    <w:p w:rsidR="00E409C7" w:rsidRPr="00114ACC" w:rsidRDefault="00E409C7" w:rsidP="00114ACC">
      <w:r w:rsidRPr="00114ACC">
        <w:t>010383</w:t>
      </w:r>
      <w:r w:rsidRPr="00114ACC">
        <w:tab/>
        <w:t>Magnezijev klorid</w:t>
      </w:r>
    </w:p>
    <w:p w:rsidR="00E409C7" w:rsidRPr="00114ACC" w:rsidRDefault="00E409C7" w:rsidP="00114ACC">
      <w:r w:rsidRPr="00114ACC">
        <w:t>010384</w:t>
      </w:r>
      <w:r w:rsidRPr="00114ACC">
        <w:tab/>
        <w:t>Manganat</w:t>
      </w:r>
    </w:p>
    <w:p w:rsidR="00E409C7" w:rsidRPr="00114ACC" w:rsidRDefault="00E409C7" w:rsidP="00114ACC">
      <w:r w:rsidRPr="00114ACC">
        <w:t>010385</w:t>
      </w:r>
      <w:r w:rsidRPr="00114ACC">
        <w:tab/>
        <w:t>Mangrovino lubje za industrijske namene</w:t>
      </w:r>
    </w:p>
    <w:p w:rsidR="00E409C7" w:rsidRPr="00114ACC" w:rsidRDefault="00E409C7" w:rsidP="00114ACC">
      <w:r w:rsidRPr="00114ACC">
        <w:t>010386</w:t>
      </w:r>
      <w:r w:rsidRPr="00114ACC">
        <w:tab/>
        <w:t>Kemikalije za matiranje stekla</w:t>
      </w:r>
    </w:p>
    <w:p w:rsidR="00E409C7" w:rsidRPr="00114ACC" w:rsidRDefault="00E409C7" w:rsidP="00114ACC">
      <w:r w:rsidRPr="00114ACC">
        <w:t>010387</w:t>
      </w:r>
      <w:r w:rsidRPr="00114ACC">
        <w:tab/>
        <w:t>Živo srebro</w:t>
      </w:r>
    </w:p>
    <w:p w:rsidR="00E409C7" w:rsidRPr="00114ACC" w:rsidRDefault="00E409C7" w:rsidP="00114ACC">
      <w:r w:rsidRPr="00114ACC">
        <w:t>010388</w:t>
      </w:r>
      <w:r w:rsidRPr="00114ACC">
        <w:tab/>
        <w:t>Živosrebrove soli</w:t>
      </w:r>
    </w:p>
    <w:p w:rsidR="00E409C7" w:rsidRPr="00114ACC" w:rsidRDefault="00E409C7" w:rsidP="00114ACC">
      <w:r w:rsidRPr="00114ACC">
        <w:t>010389</w:t>
      </w:r>
      <w:r w:rsidRPr="00114ACC">
        <w:tab/>
        <w:t>Živosrebrov oksid</w:t>
      </w:r>
    </w:p>
    <w:p w:rsidR="00E409C7" w:rsidRPr="00114ACC" w:rsidRDefault="00E409C7" w:rsidP="00114ACC">
      <w:r w:rsidRPr="00114ACC">
        <w:t>010390</w:t>
      </w:r>
      <w:r w:rsidRPr="00114ACC">
        <w:tab/>
        <w:t>Metaloidi</w:t>
      </w:r>
    </w:p>
    <w:p w:rsidR="00E409C7" w:rsidRPr="00114ACC" w:rsidRDefault="00E409C7" w:rsidP="00114ACC">
      <w:r w:rsidRPr="00114ACC">
        <w:t>010391</w:t>
      </w:r>
      <w:r w:rsidRPr="00114ACC">
        <w:tab/>
        <w:t>Soli plemenitih kovin za industrijske namene</w:t>
      </w:r>
    </w:p>
    <w:p w:rsidR="00E409C7" w:rsidRPr="00114ACC" w:rsidRDefault="00E409C7" w:rsidP="00114ACC">
      <w:r w:rsidRPr="00114ACC">
        <w:t>010393</w:t>
      </w:r>
      <w:r w:rsidRPr="00114ACC">
        <w:tab/>
        <w:t>Pripravki za toplotno obdelavo kovin</w:t>
      </w:r>
    </w:p>
    <w:p w:rsidR="00E409C7" w:rsidRPr="00114ACC" w:rsidRDefault="00E409C7" w:rsidP="00114ACC">
      <w:r w:rsidRPr="00114ACC">
        <w:t>010394</w:t>
      </w:r>
      <w:r w:rsidRPr="00114ACC">
        <w:tab/>
        <w:t>Metan</w:t>
      </w:r>
    </w:p>
    <w:p w:rsidR="00E409C7" w:rsidRPr="00114ACC" w:rsidRDefault="00E409C7" w:rsidP="00114ACC">
      <w:pPr>
        <w:rPr>
          <w:lang w:val="fr-FR"/>
        </w:rPr>
      </w:pPr>
      <w:r w:rsidRPr="00114ACC">
        <w:t>010395</w:t>
      </w:r>
      <w:r w:rsidRPr="00114ACC">
        <w:tab/>
      </w:r>
      <w:r w:rsidRPr="00114ACC">
        <w:rPr>
          <w:lang w:val="fr-FR"/>
        </w:rPr>
        <w:t>Kemični pripravki za preprečevanje plesni</w:t>
      </w:r>
    </w:p>
    <w:p w:rsidR="00E409C7" w:rsidRPr="00114ACC" w:rsidRDefault="00E409C7" w:rsidP="00114ACC">
      <w:r w:rsidRPr="00114ACC">
        <w:t>010396</w:t>
      </w:r>
      <w:r w:rsidRPr="00114ACC">
        <w:tab/>
        <w:t>Mineralne kisline</w:t>
      </w:r>
    </w:p>
    <w:p w:rsidR="00E409C7" w:rsidRPr="00114ACC" w:rsidRDefault="00E409C7" w:rsidP="00114ACC">
      <w:r w:rsidRPr="00114ACC">
        <w:t>010397</w:t>
      </w:r>
      <w:r w:rsidRPr="00114ACC">
        <w:tab/>
        <w:t>Soli za industrijske namene</w:t>
      </w:r>
    </w:p>
    <w:p w:rsidR="00E409C7" w:rsidRPr="00114ACC" w:rsidRDefault="00E409C7" w:rsidP="00114ACC">
      <w:pPr>
        <w:rPr>
          <w:lang w:val="fr-FR"/>
        </w:rPr>
      </w:pPr>
      <w:r w:rsidRPr="00114ACC">
        <w:t>010398</w:t>
      </w:r>
      <w:r w:rsidRPr="00114ACC">
        <w:tab/>
      </w:r>
      <w:r w:rsidRPr="00114ACC">
        <w:rPr>
          <w:lang w:val="fr-FR"/>
        </w:rPr>
        <w:t>Vlažilni pripravki, ki se uporabljajo pri barvanju</w:t>
      </w:r>
    </w:p>
    <w:p w:rsidR="00E409C7" w:rsidRPr="00114ACC" w:rsidRDefault="00E409C7" w:rsidP="00114ACC">
      <w:r w:rsidRPr="00114ACC">
        <w:t>010399</w:t>
      </w:r>
      <w:r w:rsidRPr="00114ACC">
        <w:tab/>
        <w:t>Naftalen</w:t>
      </w:r>
    </w:p>
    <w:p w:rsidR="00E409C7" w:rsidRPr="00114ACC" w:rsidRDefault="00E409C7" w:rsidP="00114ACC">
      <w:r w:rsidRPr="00114ACC">
        <w:t>010400</w:t>
      </w:r>
      <w:r w:rsidRPr="00114ACC">
        <w:tab/>
        <w:t>Neodim</w:t>
      </w:r>
    </w:p>
    <w:p w:rsidR="00E409C7" w:rsidRPr="00114ACC" w:rsidRDefault="00E409C7" w:rsidP="00114ACC">
      <w:r w:rsidRPr="00114ACC">
        <w:t>010401</w:t>
      </w:r>
      <w:r w:rsidRPr="00114ACC">
        <w:tab/>
        <w:t>Neon</w:t>
      </w:r>
    </w:p>
    <w:p w:rsidR="00E409C7" w:rsidRPr="00114ACC" w:rsidRDefault="00E409C7" w:rsidP="00114ACC">
      <w:r w:rsidRPr="00114ACC">
        <w:t>010402</w:t>
      </w:r>
      <w:r w:rsidRPr="00114ACC">
        <w:tab/>
        <w:t>Neptunij</w:t>
      </w:r>
    </w:p>
    <w:p w:rsidR="00E409C7" w:rsidRPr="00114ACC" w:rsidRDefault="00E409C7" w:rsidP="00114ACC">
      <w:r w:rsidRPr="00114ACC">
        <w:t>010403</w:t>
      </w:r>
      <w:r w:rsidRPr="00114ACC">
        <w:tab/>
        <w:t>Sredstva za nevtralizacijo toksičnih plinov</w:t>
      </w:r>
    </w:p>
    <w:p w:rsidR="00E409C7" w:rsidRPr="00114ACC" w:rsidRDefault="00E409C7" w:rsidP="00114ACC">
      <w:r w:rsidRPr="00114ACC">
        <w:t>010404</w:t>
      </w:r>
      <w:r w:rsidRPr="00114ACC">
        <w:tab/>
        <w:t>Kemični pripravki za preprečevanje pšenične rje (snet)</w:t>
      </w:r>
    </w:p>
    <w:p w:rsidR="00E409C7" w:rsidRPr="00114ACC" w:rsidRDefault="00E409C7" w:rsidP="00114ACC">
      <w:r w:rsidRPr="00114ACC">
        <w:t>010405</w:t>
      </w:r>
      <w:r w:rsidRPr="00114ACC">
        <w:tab/>
        <w:t>Uranov nitrat</w:t>
      </w:r>
    </w:p>
    <w:p w:rsidR="00E409C7" w:rsidRPr="00114ACC" w:rsidRDefault="00E409C7" w:rsidP="00114ACC">
      <w:r w:rsidRPr="00114ACC">
        <w:t>010406</w:t>
      </w:r>
      <w:r w:rsidRPr="00114ACC">
        <w:tab/>
        <w:t>Senzibilizirane plošče za ofset tisk</w:t>
      </w:r>
    </w:p>
    <w:p w:rsidR="00E409C7" w:rsidRPr="00114ACC" w:rsidRDefault="00E409C7" w:rsidP="00114ACC">
      <w:r w:rsidRPr="00114ACC">
        <w:t>010407</w:t>
      </w:r>
      <w:r w:rsidRPr="00114ACC">
        <w:tab/>
        <w:t>Oleinska kislina</w:t>
      </w:r>
    </w:p>
    <w:p w:rsidR="00E409C7" w:rsidRPr="00114ACC" w:rsidRDefault="00E409C7" w:rsidP="00114ACC">
      <w:r w:rsidRPr="00114ACC">
        <w:t>010408</w:t>
      </w:r>
      <w:r w:rsidRPr="00114ACC">
        <w:tab/>
        <w:t>Olivin [silikatni mineral]</w:t>
      </w:r>
    </w:p>
    <w:p w:rsidR="00E409C7" w:rsidRPr="00114ACC" w:rsidRDefault="00E409C7" w:rsidP="00114ACC">
      <w:r w:rsidRPr="00114ACC">
        <w:t>010409</w:t>
      </w:r>
      <w:r w:rsidRPr="00114ACC">
        <w:tab/>
        <w:t>Zlate soli</w:t>
      </w:r>
    </w:p>
    <w:p w:rsidR="00E409C7" w:rsidRPr="00114ACC" w:rsidRDefault="00E409C7" w:rsidP="00114ACC">
      <w:r w:rsidRPr="00114ACC">
        <w:t>010410</w:t>
      </w:r>
      <w:r w:rsidRPr="00114ACC">
        <w:tab/>
        <w:t>Sol kislice</w:t>
      </w:r>
    </w:p>
    <w:p w:rsidR="00E409C7" w:rsidRPr="00114ACC" w:rsidRDefault="00E409C7" w:rsidP="00114ACC">
      <w:r w:rsidRPr="00114ACC">
        <w:t>010411</w:t>
      </w:r>
      <w:r w:rsidRPr="00114ACC">
        <w:tab/>
        <w:t>Oksalati</w:t>
      </w:r>
    </w:p>
    <w:p w:rsidR="00E409C7" w:rsidRPr="00114ACC" w:rsidRDefault="00E409C7" w:rsidP="00114ACC">
      <w:r w:rsidRPr="00114ACC">
        <w:t>010412</w:t>
      </w:r>
      <w:r w:rsidRPr="00114ACC">
        <w:tab/>
        <w:t>Oksalna kislina</w:t>
      </w:r>
    </w:p>
    <w:p w:rsidR="00E409C7" w:rsidRPr="00114ACC" w:rsidRDefault="00E409C7" w:rsidP="00114ACC">
      <w:r w:rsidRPr="00114ACC">
        <w:t>010413</w:t>
      </w:r>
      <w:r w:rsidRPr="00114ACC">
        <w:tab/>
        <w:t>Kisik</w:t>
      </w:r>
    </w:p>
    <w:p w:rsidR="00E409C7" w:rsidRPr="00114ACC" w:rsidRDefault="00E409C7" w:rsidP="00114ACC">
      <w:r w:rsidRPr="00114ACC">
        <w:t>010414</w:t>
      </w:r>
      <w:r w:rsidRPr="00114ACC">
        <w:tab/>
        <w:t>Vodikov peroksid za industrijske namene</w:t>
      </w:r>
    </w:p>
    <w:p w:rsidR="00E409C7" w:rsidRPr="00114ACC" w:rsidRDefault="00E409C7" w:rsidP="00114ACC">
      <w:r w:rsidRPr="00114ACC">
        <w:t>010415</w:t>
      </w:r>
      <w:r w:rsidRPr="00114ACC">
        <w:tab/>
        <w:t>Paladijevi kloridi</w:t>
      </w:r>
    </w:p>
    <w:p w:rsidR="00E409C7" w:rsidRPr="00114ACC" w:rsidRDefault="00E409C7" w:rsidP="00114ACC">
      <w:r w:rsidRPr="00114ACC">
        <w:t>010416</w:t>
      </w:r>
      <w:r w:rsidRPr="00114ACC">
        <w:tab/>
        <w:t>Papir iz nitroceluloze</w:t>
      </w:r>
    </w:p>
    <w:p w:rsidR="00E409C7" w:rsidRPr="00114ACC" w:rsidRDefault="00E409C7" w:rsidP="00114ACC">
      <w:r w:rsidRPr="00114ACC">
        <w:t>010417</w:t>
      </w:r>
      <w:r w:rsidRPr="00114ACC">
        <w:tab/>
        <w:t>Fotometrični papir</w:t>
      </w:r>
    </w:p>
    <w:p w:rsidR="00E409C7" w:rsidRPr="00114ACC" w:rsidRDefault="00E409C7" w:rsidP="00114ACC">
      <w:r w:rsidRPr="00114ACC">
        <w:t>010418</w:t>
      </w:r>
      <w:r w:rsidRPr="00114ACC">
        <w:tab/>
        <w:t>Senzibiliziran papir</w:t>
      </w:r>
    </w:p>
    <w:p w:rsidR="00E409C7" w:rsidRPr="00114ACC" w:rsidRDefault="00E409C7" w:rsidP="00114ACC">
      <w:r w:rsidRPr="00114ACC">
        <w:t>010419</w:t>
      </w:r>
      <w:r w:rsidRPr="00114ACC">
        <w:tab/>
        <w:t>Lakmusov papir</w:t>
      </w:r>
    </w:p>
    <w:p w:rsidR="00E409C7" w:rsidRPr="00114ACC" w:rsidRDefault="00E409C7" w:rsidP="00114ACC">
      <w:r w:rsidRPr="00114ACC">
        <w:t>010420</w:t>
      </w:r>
      <w:r w:rsidRPr="00114ACC">
        <w:tab/>
        <w:t>Pektin [fotografija]</w:t>
      </w:r>
    </w:p>
    <w:p w:rsidR="00E409C7" w:rsidRPr="00114ACC" w:rsidRDefault="00E409C7" w:rsidP="00114ACC">
      <w:r w:rsidRPr="00114ACC">
        <w:t>010421</w:t>
      </w:r>
      <w:r w:rsidRPr="00114ACC">
        <w:tab/>
        <w:t>Natrijev perborat</w:t>
      </w:r>
    </w:p>
    <w:p w:rsidR="00E409C7" w:rsidRPr="00114ACC" w:rsidRDefault="00E409C7" w:rsidP="00114ACC">
      <w:r w:rsidRPr="00114ACC">
        <w:t>010422</w:t>
      </w:r>
      <w:r w:rsidRPr="00114ACC">
        <w:tab/>
        <w:t>Perkarbonati</w:t>
      </w:r>
    </w:p>
    <w:p w:rsidR="00E409C7" w:rsidRPr="00114ACC" w:rsidRDefault="00E409C7" w:rsidP="00114ACC">
      <w:r w:rsidRPr="00114ACC">
        <w:t>010423</w:t>
      </w:r>
      <w:r w:rsidRPr="00114ACC">
        <w:tab/>
        <w:t>Perklorati</w:t>
      </w:r>
    </w:p>
    <w:p w:rsidR="00E409C7" w:rsidRPr="00114ACC" w:rsidRDefault="00E409C7" w:rsidP="00114ACC">
      <w:r w:rsidRPr="00114ACC">
        <w:t>010424</w:t>
      </w:r>
      <w:r w:rsidRPr="00114ACC">
        <w:tab/>
        <w:t>Persulfati</w:t>
      </w:r>
    </w:p>
    <w:p w:rsidR="00E409C7" w:rsidRPr="00114ACC" w:rsidRDefault="00E409C7" w:rsidP="00114ACC">
      <w:r w:rsidRPr="00114ACC">
        <w:t>010425</w:t>
      </w:r>
      <w:r w:rsidRPr="00114ACC">
        <w:tab/>
        <w:t>Peroksižveplova kislina</w:t>
      </w:r>
    </w:p>
    <w:p w:rsidR="00E409C7" w:rsidRPr="00114ACC" w:rsidRDefault="00E409C7" w:rsidP="00114ACC">
      <w:r w:rsidRPr="00114ACC">
        <w:t>010426</w:t>
      </w:r>
      <w:r w:rsidRPr="00114ACC">
        <w:tab/>
        <w:t>Fenol za industrijske namene</w:t>
      </w:r>
    </w:p>
    <w:p w:rsidR="00E409C7" w:rsidRPr="00114ACC" w:rsidRDefault="00E409C7" w:rsidP="00114ACC">
      <w:r w:rsidRPr="00114ACC">
        <w:t>010427</w:t>
      </w:r>
      <w:r w:rsidRPr="00114ACC">
        <w:tab/>
        <w:t>Fosfati [gnojila]</w:t>
      </w:r>
    </w:p>
    <w:p w:rsidR="00E409C7" w:rsidRPr="00114ACC" w:rsidRDefault="00E409C7" w:rsidP="00114ACC">
      <w:r w:rsidRPr="00114ACC">
        <w:t>010428</w:t>
      </w:r>
      <w:r w:rsidRPr="00114ACC">
        <w:tab/>
        <w:t>Žlindra [gnojila]</w:t>
      </w:r>
    </w:p>
    <w:p w:rsidR="00E409C7" w:rsidRPr="00114ACC" w:rsidRDefault="00E409C7" w:rsidP="00114ACC">
      <w:r w:rsidRPr="00114ACC">
        <w:t>010429</w:t>
      </w:r>
      <w:r w:rsidRPr="00114ACC">
        <w:tab/>
        <w:t>Fosfatidi</w:t>
      </w:r>
    </w:p>
    <w:p w:rsidR="00E409C7" w:rsidRPr="00114ACC" w:rsidRDefault="00E409C7" w:rsidP="00114ACC">
      <w:r w:rsidRPr="00114ACC">
        <w:t>010430</w:t>
      </w:r>
      <w:r w:rsidRPr="00114ACC">
        <w:tab/>
        <w:t>Fosfor</w:t>
      </w:r>
    </w:p>
    <w:p w:rsidR="00E409C7" w:rsidRPr="00114ACC" w:rsidRDefault="00E409C7" w:rsidP="00114ACC">
      <w:r w:rsidRPr="00114ACC">
        <w:t>010431</w:t>
      </w:r>
      <w:r w:rsidRPr="00114ACC">
        <w:tab/>
        <w:t>Superfosfati [gnojila]</w:t>
      </w:r>
    </w:p>
    <w:p w:rsidR="00E409C7" w:rsidRPr="00114ACC" w:rsidRDefault="00E409C7" w:rsidP="00114ACC">
      <w:r w:rsidRPr="00114ACC">
        <w:t>010432</w:t>
      </w:r>
      <w:r w:rsidRPr="00114ACC">
        <w:tab/>
        <w:t>Indigo papir</w:t>
      </w:r>
    </w:p>
    <w:p w:rsidR="00E409C7" w:rsidRPr="00114ACC" w:rsidRDefault="00E409C7" w:rsidP="00114ACC">
      <w:r w:rsidRPr="00114ACC">
        <w:t>010433</w:t>
      </w:r>
      <w:r w:rsidRPr="00114ACC">
        <w:tab/>
        <w:t>Fosforna kislina</w:t>
      </w:r>
    </w:p>
    <w:p w:rsidR="00E409C7" w:rsidRPr="00114ACC" w:rsidRDefault="00E409C7" w:rsidP="00114ACC">
      <w:r w:rsidRPr="00114ACC">
        <w:t>010434</w:t>
      </w:r>
      <w:r w:rsidRPr="00114ACC">
        <w:tab/>
        <w:t>Indigo tkanina</w:t>
      </w:r>
    </w:p>
    <w:p w:rsidR="00E409C7" w:rsidRPr="00114ACC" w:rsidRDefault="00E409C7" w:rsidP="00114ACC">
      <w:r w:rsidRPr="00114ACC">
        <w:t>010435</w:t>
      </w:r>
      <w:r w:rsidRPr="00114ACC">
        <w:tab/>
        <w:t>Fotografski razvijalci</w:t>
      </w:r>
    </w:p>
    <w:p w:rsidR="00E409C7" w:rsidRPr="00114ACC" w:rsidRDefault="00E409C7" w:rsidP="00114ACC">
      <w:r w:rsidRPr="00114ACC">
        <w:t>010436</w:t>
      </w:r>
      <w:r w:rsidRPr="00114ACC">
        <w:tab/>
        <w:t>Fotografska sredstva za senzibiliziranje</w:t>
      </w:r>
    </w:p>
    <w:p w:rsidR="00E409C7" w:rsidRPr="00114ACC" w:rsidRDefault="00E409C7" w:rsidP="00114ACC">
      <w:r w:rsidRPr="00114ACC">
        <w:t>010437</w:t>
      </w:r>
      <w:r w:rsidRPr="00114ACC">
        <w:tab/>
        <w:t>Pikrinska kislina</w:t>
      </w:r>
    </w:p>
    <w:p w:rsidR="00E409C7" w:rsidRPr="00114ACC" w:rsidRDefault="00E409C7" w:rsidP="00114ACC">
      <w:r w:rsidRPr="00114ACC">
        <w:t>010438</w:t>
      </w:r>
      <w:r w:rsidRPr="00114ACC">
        <w:tab/>
        <w:t>Nepredelana plastika</w:t>
      </w:r>
    </w:p>
    <w:p w:rsidR="00E409C7" w:rsidRPr="00114ACC" w:rsidRDefault="00E409C7" w:rsidP="00114ACC">
      <w:r w:rsidRPr="00114ACC">
        <w:t>010439</w:t>
      </w:r>
      <w:r w:rsidRPr="00114ACC">
        <w:tab/>
        <w:t>Plastisoli</w:t>
      </w:r>
    </w:p>
    <w:p w:rsidR="00E409C7" w:rsidRPr="00114ACC" w:rsidRDefault="00E409C7" w:rsidP="00114ACC">
      <w:r w:rsidRPr="00114ACC">
        <w:t>010440</w:t>
      </w:r>
      <w:r w:rsidRPr="00114ACC">
        <w:tab/>
        <w:t>Svinčev acetat</w:t>
      </w:r>
    </w:p>
    <w:p w:rsidR="00E409C7" w:rsidRPr="00114ACC" w:rsidRDefault="00E409C7" w:rsidP="00114ACC">
      <w:r w:rsidRPr="00114ACC">
        <w:t>010441</w:t>
      </w:r>
      <w:r w:rsidRPr="00114ACC">
        <w:tab/>
        <w:t>Svinčev oksid</w:t>
      </w:r>
    </w:p>
    <w:p w:rsidR="00E409C7" w:rsidRPr="00114ACC" w:rsidRDefault="00E409C7" w:rsidP="00114ACC">
      <w:r w:rsidRPr="00114ACC">
        <w:t>010442</w:t>
      </w:r>
      <w:r w:rsidRPr="00114ACC">
        <w:tab/>
        <w:t>Plutonij</w:t>
      </w:r>
    </w:p>
    <w:p w:rsidR="00E409C7" w:rsidRPr="00114ACC" w:rsidRDefault="00E409C7" w:rsidP="00114ACC">
      <w:r w:rsidRPr="00114ACC">
        <w:t>010443</w:t>
      </w:r>
      <w:r w:rsidRPr="00114ACC">
        <w:tab/>
        <w:t>Polonij</w:t>
      </w:r>
    </w:p>
    <w:p w:rsidR="00E409C7" w:rsidRPr="00114ACC" w:rsidRDefault="00E409C7" w:rsidP="00114ACC">
      <w:r w:rsidRPr="00114ACC">
        <w:t>010444</w:t>
      </w:r>
      <w:r w:rsidRPr="00114ACC">
        <w:tab/>
        <w:t>Krompirjev škrob za industrijsko uporabo</w:t>
      </w:r>
    </w:p>
    <w:p w:rsidR="00E409C7" w:rsidRPr="00114ACC" w:rsidRDefault="00E409C7" w:rsidP="00114ACC">
      <w:r w:rsidRPr="00114ACC">
        <w:t>010445</w:t>
      </w:r>
      <w:r w:rsidRPr="00114ACC">
        <w:tab/>
        <w:t>Šotni lončki za hortikulturo</w:t>
      </w:r>
    </w:p>
    <w:p w:rsidR="00E409C7" w:rsidRPr="00114ACC" w:rsidRDefault="00E409C7" w:rsidP="00114ACC">
      <w:r w:rsidRPr="00114ACC">
        <w:t>010446</w:t>
      </w:r>
      <w:r w:rsidRPr="00114ACC">
        <w:tab/>
        <w:t>Kalijev karbonat</w:t>
      </w:r>
    </w:p>
    <w:p w:rsidR="00E409C7" w:rsidRPr="00114ACC" w:rsidRDefault="00E409C7" w:rsidP="00114ACC">
      <w:r w:rsidRPr="00114ACC">
        <w:t>010447</w:t>
      </w:r>
      <w:r w:rsidRPr="00114ACC">
        <w:tab/>
        <w:t>Kalij</w:t>
      </w:r>
    </w:p>
    <w:p w:rsidR="00E409C7" w:rsidRPr="00114ACC" w:rsidRDefault="00E409C7" w:rsidP="00114ACC">
      <w:r w:rsidRPr="00114ACC">
        <w:t>010448</w:t>
      </w:r>
      <w:r w:rsidRPr="00114ACC">
        <w:tab/>
        <w:t>Kalijev karbonat (raztopina)</w:t>
      </w:r>
    </w:p>
    <w:p w:rsidR="00E409C7" w:rsidRPr="00114ACC" w:rsidRDefault="00E409C7" w:rsidP="00114ACC">
      <w:r w:rsidRPr="00114ACC">
        <w:t>010449</w:t>
      </w:r>
      <w:r w:rsidRPr="00114ACC">
        <w:tab/>
        <w:t>Prazeodim</w:t>
      </w:r>
    </w:p>
    <w:p w:rsidR="00E409C7" w:rsidRPr="00114ACC" w:rsidRDefault="00E409C7" w:rsidP="00114ACC">
      <w:r w:rsidRPr="00114ACC">
        <w:lastRenderedPageBreak/>
        <w:t>010450</w:t>
      </w:r>
      <w:r w:rsidRPr="00114ACC">
        <w:tab/>
        <w:t>Prometij</w:t>
      </w:r>
    </w:p>
    <w:p w:rsidR="00E409C7" w:rsidRPr="00114ACC" w:rsidRDefault="00E409C7" w:rsidP="00114ACC">
      <w:r w:rsidRPr="00114ACC">
        <w:t>010451</w:t>
      </w:r>
      <w:r w:rsidRPr="00114ACC">
        <w:tab/>
        <w:t>Protaktinij</w:t>
      </w:r>
    </w:p>
    <w:p w:rsidR="00E409C7" w:rsidRPr="00114ACC" w:rsidRDefault="00E409C7" w:rsidP="00114ACC">
      <w:r w:rsidRPr="00114ACC">
        <w:t>010452</w:t>
      </w:r>
      <w:r w:rsidRPr="00114ACC">
        <w:tab/>
        <w:t>Protein [surovina]</w:t>
      </w:r>
    </w:p>
    <w:p w:rsidR="00E409C7" w:rsidRPr="00114ACC" w:rsidRDefault="00E409C7" w:rsidP="00114ACC">
      <w:r w:rsidRPr="00114ACC">
        <w:t>010453</w:t>
      </w:r>
      <w:r w:rsidRPr="00114ACC">
        <w:tab/>
        <w:t>Pirogalna kislina</w:t>
      </w:r>
    </w:p>
    <w:p w:rsidR="00E409C7" w:rsidRPr="00114ACC" w:rsidRDefault="00E409C7" w:rsidP="00114ACC">
      <w:r w:rsidRPr="00114ACC">
        <w:t>010454</w:t>
      </w:r>
      <w:r w:rsidRPr="00114ACC">
        <w:tab/>
        <w:t>Kebračo za industrijske namene</w:t>
      </w:r>
    </w:p>
    <w:p w:rsidR="00E409C7" w:rsidRPr="00114ACC" w:rsidRDefault="00E409C7" w:rsidP="00114ACC">
      <w:r w:rsidRPr="00114ACC">
        <w:t>010455</w:t>
      </w:r>
      <w:r w:rsidRPr="00114ACC">
        <w:tab/>
        <w:t>Nepredelane umetne smole</w:t>
      </w:r>
    </w:p>
    <w:p w:rsidR="00E409C7" w:rsidRPr="00114ACC" w:rsidRDefault="00E409C7" w:rsidP="00114ACC">
      <w:r w:rsidRPr="00114ACC">
        <w:t>010456</w:t>
      </w:r>
      <w:r w:rsidRPr="00114ACC">
        <w:tab/>
        <w:t>Radioaktivni elementi za znanstvene namene</w:t>
      </w:r>
    </w:p>
    <w:p w:rsidR="00E409C7" w:rsidRPr="00114ACC" w:rsidRDefault="00E409C7" w:rsidP="00114ACC">
      <w:r w:rsidRPr="00114ACC">
        <w:t>010457</w:t>
      </w:r>
      <w:r w:rsidRPr="00114ACC">
        <w:tab/>
        <w:t>Radon</w:t>
      </w:r>
    </w:p>
    <w:p w:rsidR="00E409C7" w:rsidRPr="00114ACC" w:rsidRDefault="00E409C7" w:rsidP="00114ACC">
      <w:r w:rsidRPr="00114ACC">
        <w:t>010458</w:t>
      </w:r>
      <w:r w:rsidRPr="00114ACC">
        <w:tab/>
        <w:t>Radij za znanstvene namene</w:t>
      </w:r>
    </w:p>
    <w:p w:rsidR="00E409C7" w:rsidRPr="00114ACC" w:rsidRDefault="00E409C7" w:rsidP="00114ACC">
      <w:r w:rsidRPr="00114ACC">
        <w:t>010459</w:t>
      </w:r>
      <w:r w:rsidRPr="00114ACC">
        <w:tab/>
        <w:t>Sredstva za zamrzovanje</w:t>
      </w:r>
    </w:p>
    <w:p w:rsidR="00E409C7" w:rsidRPr="00114ACC" w:rsidRDefault="00E409C7" w:rsidP="00114ACC">
      <w:r w:rsidRPr="00114ACC">
        <w:t>010460</w:t>
      </w:r>
      <w:r w:rsidRPr="00114ACC">
        <w:tab/>
        <w:t>Stranski produkti pri predelavi žitaric za industrijske namene</w:t>
      </w:r>
    </w:p>
    <w:p w:rsidR="00E409C7" w:rsidRPr="00114ACC" w:rsidRDefault="00E409C7" w:rsidP="00114ACC">
      <w:r w:rsidRPr="00114ACC">
        <w:t>010461</w:t>
      </w:r>
      <w:r w:rsidRPr="00114ACC">
        <w:tab/>
        <w:t>Akrilne smole, nepredelane</w:t>
      </w:r>
    </w:p>
    <w:p w:rsidR="00E409C7" w:rsidRPr="00114ACC" w:rsidRDefault="00E409C7" w:rsidP="00114ACC">
      <w:r w:rsidRPr="00114ACC">
        <w:t>010463</w:t>
      </w:r>
      <w:r w:rsidRPr="00114ACC">
        <w:tab/>
        <w:t>Renij</w:t>
      </w:r>
    </w:p>
    <w:p w:rsidR="00E409C7" w:rsidRPr="00114ACC" w:rsidRDefault="00E409C7" w:rsidP="00114ACC">
      <w:pPr>
        <w:rPr>
          <w:lang w:val="fr-FR"/>
        </w:rPr>
      </w:pPr>
      <w:r w:rsidRPr="00114ACC">
        <w:t>010464</w:t>
      </w:r>
      <w:r w:rsidRPr="00114ACC">
        <w:tab/>
      </w:r>
      <w:r w:rsidRPr="00114ACC">
        <w:rPr>
          <w:lang w:val="fr-FR"/>
        </w:rPr>
        <w:t>Rentgenski filmi, senzibilizirani a neosvetljeni</w:t>
      </w:r>
    </w:p>
    <w:p w:rsidR="00E409C7" w:rsidRPr="00114ACC" w:rsidRDefault="00E409C7" w:rsidP="00114ACC">
      <w:r w:rsidRPr="00114ACC">
        <w:t>010465</w:t>
      </w:r>
      <w:r w:rsidRPr="00114ACC">
        <w:tab/>
        <w:t>Zmesi za popravilo pnevmatik</w:t>
      </w:r>
    </w:p>
    <w:p w:rsidR="00E409C7" w:rsidRPr="00114ACC" w:rsidRDefault="00E409C7" w:rsidP="00114ACC">
      <w:r w:rsidRPr="00114ACC">
        <w:t>010466</w:t>
      </w:r>
      <w:r w:rsidRPr="00114ACC">
        <w:tab/>
        <w:t>Rubidij</w:t>
      </w:r>
    </w:p>
    <w:p w:rsidR="00E409C7" w:rsidRPr="00114ACC" w:rsidRDefault="00E409C7" w:rsidP="00114ACC">
      <w:r w:rsidRPr="00114ACC">
        <w:t>010467</w:t>
      </w:r>
      <w:r w:rsidRPr="00114ACC">
        <w:tab/>
        <w:t>Livarski pesek</w:t>
      </w:r>
    </w:p>
    <w:p w:rsidR="00E409C7" w:rsidRPr="00114ACC" w:rsidRDefault="00E409C7" w:rsidP="00114ACC">
      <w:r w:rsidRPr="00114ACC">
        <w:t>010468</w:t>
      </w:r>
      <w:r w:rsidRPr="00114ACC">
        <w:tab/>
        <w:t>Salicilna kislina</w:t>
      </w:r>
    </w:p>
    <w:p w:rsidR="00E409C7" w:rsidRPr="00114ACC" w:rsidRDefault="00E409C7" w:rsidP="00114ACC">
      <w:r w:rsidRPr="00114ACC">
        <w:t>010469</w:t>
      </w:r>
      <w:r w:rsidRPr="00114ACC">
        <w:tab/>
        <w:t>Soliter</w:t>
      </w:r>
    </w:p>
    <w:p w:rsidR="00E409C7" w:rsidRPr="00114ACC" w:rsidRDefault="00E409C7" w:rsidP="00114ACC">
      <w:r w:rsidRPr="00114ACC">
        <w:t>010470</w:t>
      </w:r>
      <w:r w:rsidRPr="00114ACC">
        <w:tab/>
        <w:t>Samarij</w:t>
      </w:r>
    </w:p>
    <w:p w:rsidR="00E409C7" w:rsidRPr="00114ACC" w:rsidRDefault="00E409C7" w:rsidP="00114ACC">
      <w:r w:rsidRPr="00114ACC">
        <w:t>010472</w:t>
      </w:r>
      <w:r w:rsidRPr="00114ACC">
        <w:tab/>
        <w:t>Mila [kovinska] za industrijske namene</w:t>
      </w:r>
    </w:p>
    <w:p w:rsidR="00E409C7" w:rsidRPr="00114ACC" w:rsidRDefault="00E409C7" w:rsidP="00114ACC">
      <w:r w:rsidRPr="00114ACC">
        <w:t>010473</w:t>
      </w:r>
      <w:r w:rsidRPr="00114ACC">
        <w:tab/>
        <w:t>Skandij</w:t>
      </w:r>
    </w:p>
    <w:p w:rsidR="00E409C7" w:rsidRPr="00114ACC" w:rsidRDefault="00E409C7" w:rsidP="00114ACC">
      <w:r w:rsidRPr="00114ACC">
        <w:t>010474</w:t>
      </w:r>
      <w:r w:rsidRPr="00114ACC">
        <w:tab/>
        <w:t>Lojna kislina</w:t>
      </w:r>
    </w:p>
    <w:p w:rsidR="00E409C7" w:rsidRPr="00114ACC" w:rsidRDefault="00E409C7" w:rsidP="00114ACC">
      <w:r w:rsidRPr="00114ACC">
        <w:t>010475</w:t>
      </w:r>
      <w:r w:rsidRPr="00114ACC">
        <w:tab/>
        <w:t>Soli [kemijski pripravki]</w:t>
      </w:r>
    </w:p>
    <w:p w:rsidR="00E409C7" w:rsidRPr="00114ACC" w:rsidRDefault="00E409C7" w:rsidP="00114ACC">
      <w:r w:rsidRPr="00114ACC">
        <w:t>010476</w:t>
      </w:r>
      <w:r w:rsidRPr="00114ACC">
        <w:tab/>
        <w:t>Sol, surova</w:t>
      </w:r>
    </w:p>
    <w:p w:rsidR="00E409C7" w:rsidRPr="00114ACC" w:rsidRDefault="00E409C7" w:rsidP="00114ACC">
      <w:r w:rsidRPr="00114ACC">
        <w:t>010477</w:t>
      </w:r>
      <w:r w:rsidRPr="00114ACC">
        <w:tab/>
        <w:t>Kromove soli</w:t>
      </w:r>
    </w:p>
    <w:p w:rsidR="00E409C7" w:rsidRPr="00114ACC" w:rsidRDefault="00E409C7" w:rsidP="00114ACC">
      <w:r w:rsidRPr="00114ACC">
        <w:t>010478</w:t>
      </w:r>
      <w:r w:rsidRPr="00114ACC">
        <w:tab/>
        <w:t>Soli [gnojila]</w:t>
      </w:r>
    </w:p>
    <w:p w:rsidR="00E409C7" w:rsidRPr="00114ACC" w:rsidRDefault="00E409C7" w:rsidP="00114ACC">
      <w:r w:rsidRPr="00114ACC">
        <w:t>010479</w:t>
      </w:r>
      <w:r w:rsidRPr="00114ACC">
        <w:tab/>
        <w:t>Selen</w:t>
      </w:r>
    </w:p>
    <w:p w:rsidR="00E409C7" w:rsidRPr="00114ACC" w:rsidRDefault="00E409C7" w:rsidP="00114ACC">
      <w:r w:rsidRPr="00114ACC">
        <w:t>010480</w:t>
      </w:r>
      <w:r w:rsidRPr="00114ACC">
        <w:tab/>
        <w:t>Snovi za konzerviranje semen</w:t>
      </w:r>
    </w:p>
    <w:p w:rsidR="00E409C7" w:rsidRPr="00114ACC" w:rsidRDefault="00E409C7" w:rsidP="00114ACC">
      <w:r w:rsidRPr="00114ACC">
        <w:t>010481</w:t>
      </w:r>
      <w:r w:rsidRPr="00114ACC">
        <w:tab/>
        <w:t>Silikati</w:t>
      </w:r>
    </w:p>
    <w:p w:rsidR="00E409C7" w:rsidRPr="00114ACC" w:rsidRDefault="00E409C7" w:rsidP="00114ACC">
      <w:r w:rsidRPr="00114ACC">
        <w:t>010483</w:t>
      </w:r>
      <w:r w:rsidRPr="00114ACC">
        <w:tab/>
        <w:t>Silicij</w:t>
      </w:r>
    </w:p>
    <w:p w:rsidR="00E409C7" w:rsidRPr="00114ACC" w:rsidRDefault="00E409C7" w:rsidP="00114ACC">
      <w:r w:rsidRPr="00114ACC">
        <w:t>010484</w:t>
      </w:r>
      <w:r w:rsidRPr="00114ACC">
        <w:tab/>
        <w:t>Silikoni</w:t>
      </w:r>
    </w:p>
    <w:p w:rsidR="00E409C7" w:rsidRPr="00114ACC" w:rsidRDefault="00E409C7" w:rsidP="00114ACC">
      <w:r w:rsidRPr="00114ACC">
        <w:t>010485</w:t>
      </w:r>
      <w:r w:rsidRPr="00114ACC">
        <w:tab/>
        <w:t>Natrij</w:t>
      </w:r>
    </w:p>
    <w:p w:rsidR="00E409C7" w:rsidRPr="00114ACC" w:rsidRDefault="00E409C7" w:rsidP="00114ACC">
      <w:r w:rsidRPr="00114ACC">
        <w:t>010486</w:t>
      </w:r>
      <w:r w:rsidRPr="00114ACC">
        <w:tab/>
        <w:t>Sulfidi</w:t>
      </w:r>
    </w:p>
    <w:p w:rsidR="00E409C7" w:rsidRPr="00114ACC" w:rsidRDefault="00E409C7" w:rsidP="00114ACC">
      <w:r w:rsidRPr="00114ACC">
        <w:t>010487</w:t>
      </w:r>
      <w:r w:rsidRPr="00114ACC">
        <w:tab/>
        <w:t>Kemikalije za spajkanje</w:t>
      </w:r>
    </w:p>
    <w:p w:rsidR="00E409C7" w:rsidRPr="00114ACC" w:rsidRDefault="00E409C7" w:rsidP="00114ACC">
      <w:r w:rsidRPr="00114ACC">
        <w:t>010488</w:t>
      </w:r>
      <w:r w:rsidRPr="00114ACC">
        <w:tab/>
        <w:t>Kalcinirana soda</w:t>
      </w:r>
    </w:p>
    <w:p w:rsidR="00E409C7" w:rsidRPr="00114ACC" w:rsidRDefault="00E409C7" w:rsidP="00114ACC">
      <w:r w:rsidRPr="00114ACC">
        <w:t>010489</w:t>
      </w:r>
      <w:r w:rsidRPr="00114ACC">
        <w:tab/>
        <w:t>Kavstični izdelki za industrijske namene</w:t>
      </w:r>
    </w:p>
    <w:p w:rsidR="00E409C7" w:rsidRPr="00114ACC" w:rsidRDefault="00E409C7" w:rsidP="00114ACC">
      <w:r w:rsidRPr="00114ACC">
        <w:t>010490</w:t>
      </w:r>
      <w:r w:rsidRPr="00114ACC">
        <w:tab/>
        <w:t>Natrijev hidroksid za industrijske namene</w:t>
      </w:r>
    </w:p>
    <w:p w:rsidR="00E409C7" w:rsidRPr="00114ACC" w:rsidRDefault="00E409C7" w:rsidP="00114ACC">
      <w:r w:rsidRPr="00114ACC">
        <w:t>010491</w:t>
      </w:r>
      <w:r w:rsidRPr="00114ACC">
        <w:tab/>
        <w:t>Natrijeve soli [kemijske spojine]</w:t>
      </w:r>
    </w:p>
    <w:p w:rsidR="00E409C7" w:rsidRPr="00114ACC" w:rsidRDefault="00E409C7" w:rsidP="00114ACC">
      <w:r w:rsidRPr="00114ACC">
        <w:t>010493</w:t>
      </w:r>
      <w:r w:rsidRPr="00114ACC">
        <w:tab/>
        <w:t>Žveplo</w:t>
      </w:r>
    </w:p>
    <w:p w:rsidR="00E409C7" w:rsidRPr="00114ACC" w:rsidRDefault="00E409C7" w:rsidP="00114ACC">
      <w:r w:rsidRPr="00114ACC">
        <w:t>010494</w:t>
      </w:r>
      <w:r w:rsidRPr="00114ACC">
        <w:tab/>
        <w:t>Bizmutov subnitrat za kemijske namene</w:t>
      </w:r>
    </w:p>
    <w:p w:rsidR="00E409C7" w:rsidRPr="00114ACC" w:rsidRDefault="00E409C7" w:rsidP="00114ACC">
      <w:r w:rsidRPr="00114ACC">
        <w:t>010495</w:t>
      </w:r>
      <w:r w:rsidRPr="00114ACC">
        <w:tab/>
        <w:t>Bariti</w:t>
      </w:r>
    </w:p>
    <w:p w:rsidR="00E409C7" w:rsidRPr="00114ACC" w:rsidRDefault="00E409C7" w:rsidP="00114ACC">
      <w:r w:rsidRPr="00114ACC">
        <w:t>010496</w:t>
      </w:r>
      <w:r w:rsidRPr="00114ACC">
        <w:tab/>
        <w:t>Spinel [oksidov mineral]</w:t>
      </w:r>
    </w:p>
    <w:p w:rsidR="00E409C7" w:rsidRPr="00114ACC" w:rsidRDefault="00E409C7" w:rsidP="00114ACC">
      <w:r w:rsidRPr="00114ACC">
        <w:t>010497</w:t>
      </w:r>
      <w:r w:rsidRPr="00114ACC">
        <w:tab/>
        <w:t>Stearinska kislina</w:t>
      </w:r>
    </w:p>
    <w:p w:rsidR="00E409C7" w:rsidRPr="00114ACC" w:rsidRDefault="00E409C7" w:rsidP="00114ACC">
      <w:r w:rsidRPr="00114ACC">
        <w:t>010498</w:t>
      </w:r>
      <w:r w:rsidRPr="00114ACC">
        <w:tab/>
        <w:t>Stroncij</w:t>
      </w:r>
    </w:p>
    <w:p w:rsidR="00E409C7" w:rsidRPr="00114ACC" w:rsidRDefault="00E409C7" w:rsidP="00114ACC">
      <w:r w:rsidRPr="00114ACC">
        <w:t>010499</w:t>
      </w:r>
      <w:r w:rsidRPr="00114ACC">
        <w:tab/>
        <w:t>Saje za industrijske ali poljedelske namene</w:t>
      </w:r>
    </w:p>
    <w:p w:rsidR="00E409C7" w:rsidRPr="00114ACC" w:rsidRDefault="00E409C7" w:rsidP="00114ACC">
      <w:r w:rsidRPr="00114ACC">
        <w:t>010500</w:t>
      </w:r>
      <w:r w:rsidRPr="00114ACC">
        <w:tab/>
        <w:t>Tekočine za odstranjevanje sulfatov iz akumulatorjev</w:t>
      </w:r>
    </w:p>
    <w:p w:rsidR="00E409C7" w:rsidRPr="00114ACC" w:rsidRDefault="00E409C7" w:rsidP="00114ACC">
      <w:r w:rsidRPr="00114ACC">
        <w:t>010501</w:t>
      </w:r>
      <w:r w:rsidRPr="00114ACC">
        <w:tab/>
        <w:t>Sulfonske kisline</w:t>
      </w:r>
    </w:p>
    <w:p w:rsidR="00E409C7" w:rsidRPr="00114ACC" w:rsidRDefault="00E409C7" w:rsidP="00114ACC">
      <w:r w:rsidRPr="00114ACC">
        <w:t>010502</w:t>
      </w:r>
      <w:r w:rsidRPr="00114ACC">
        <w:tab/>
        <w:t>Žveplova kislina</w:t>
      </w:r>
    </w:p>
    <w:p w:rsidR="00E409C7" w:rsidRPr="00114ACC" w:rsidRDefault="00E409C7" w:rsidP="00114ACC">
      <w:r w:rsidRPr="00114ACC">
        <w:t>010503</w:t>
      </w:r>
      <w:r w:rsidRPr="00114ACC">
        <w:tab/>
        <w:t>Žveplena kislina</w:t>
      </w:r>
    </w:p>
    <w:p w:rsidR="00E409C7" w:rsidRPr="00114ACC" w:rsidRDefault="00E409C7" w:rsidP="00114ACC">
      <w:r w:rsidRPr="00114ACC">
        <w:t>010504</w:t>
      </w:r>
      <w:r w:rsidRPr="00114ACC">
        <w:tab/>
        <w:t>Rujevo strojilo, ki se uporablja pri strojenju</w:t>
      </w:r>
    </w:p>
    <w:p w:rsidR="00E409C7" w:rsidRPr="00114ACC" w:rsidRDefault="00E409C7" w:rsidP="00114ACC">
      <w:r w:rsidRPr="00114ACC">
        <w:t>010505</w:t>
      </w:r>
      <w:r w:rsidRPr="00114ACC">
        <w:tab/>
        <w:t>Kemikalije za gozdarstvo, razen fungicidov, insekticidov, herbicidov in sredstev za uničevanje parazitov</w:t>
      </w:r>
    </w:p>
    <w:p w:rsidR="00E409C7" w:rsidRPr="00114ACC" w:rsidRDefault="00E409C7" w:rsidP="00114ACC">
      <w:r w:rsidRPr="00114ACC">
        <w:t>010506</w:t>
      </w:r>
      <w:r w:rsidRPr="00114ACC">
        <w:tab/>
        <w:t>Talk [magnezijev silikat]</w:t>
      </w:r>
    </w:p>
    <w:p w:rsidR="00E409C7" w:rsidRPr="00114ACC" w:rsidRDefault="00E409C7" w:rsidP="00114ACC">
      <w:r w:rsidRPr="00114ACC">
        <w:t>010507</w:t>
      </w:r>
      <w:r w:rsidRPr="00114ACC">
        <w:tab/>
        <w:t>Snovi za strojenje</w:t>
      </w:r>
    </w:p>
    <w:p w:rsidR="00E409C7" w:rsidRPr="00114ACC" w:rsidRDefault="00E409C7" w:rsidP="00114ACC">
      <w:r w:rsidRPr="00114ACC">
        <w:t>010508</w:t>
      </w:r>
      <w:r w:rsidRPr="00114ACC">
        <w:tab/>
        <w:t>Tanin</w:t>
      </w:r>
    </w:p>
    <w:p w:rsidR="00E409C7" w:rsidRPr="00114ACC" w:rsidRDefault="00E409C7" w:rsidP="00114ACC">
      <w:r w:rsidRPr="00114ACC">
        <w:t>010509</w:t>
      </w:r>
      <w:r w:rsidRPr="00114ACC">
        <w:tab/>
        <w:t>Snovi za strojenje usnja</w:t>
      </w:r>
    </w:p>
    <w:p w:rsidR="00E409C7" w:rsidRPr="00114ACC" w:rsidRDefault="00E409C7" w:rsidP="00114ACC">
      <w:r w:rsidRPr="00114ACC">
        <w:t>010510</w:t>
      </w:r>
      <w:r w:rsidRPr="00114ACC">
        <w:tab/>
        <w:t>Kalcijeve soli</w:t>
      </w:r>
    </w:p>
    <w:p w:rsidR="00E409C7" w:rsidRPr="00114ACC" w:rsidRDefault="00E409C7" w:rsidP="00114ACC">
      <w:r w:rsidRPr="00114ACC">
        <w:t>010511</w:t>
      </w:r>
      <w:r w:rsidRPr="00114ACC">
        <w:tab/>
        <w:t>Taninska kislina</w:t>
      </w:r>
    </w:p>
    <w:p w:rsidR="00E409C7" w:rsidRPr="00114ACC" w:rsidRDefault="00E409C7" w:rsidP="00114ACC">
      <w:r w:rsidRPr="00114ACC">
        <w:t>010512</w:t>
      </w:r>
      <w:r w:rsidRPr="00114ACC">
        <w:tab/>
        <w:t>Tapiokina moka za industrijske namene</w:t>
      </w:r>
    </w:p>
    <w:p w:rsidR="00E409C7" w:rsidRPr="00114ACC" w:rsidRDefault="00E409C7" w:rsidP="00114ACC">
      <w:r w:rsidRPr="00114ACC">
        <w:t>010514</w:t>
      </w:r>
      <w:r w:rsidRPr="00114ACC">
        <w:tab/>
        <w:t>Tartrar, razen za farmacevtske namene</w:t>
      </w:r>
    </w:p>
    <w:p w:rsidR="00E409C7" w:rsidRPr="00114ACC" w:rsidRDefault="00E409C7" w:rsidP="00114ACC">
      <w:r w:rsidRPr="00114ACC">
        <w:t>010515</w:t>
      </w:r>
      <w:r w:rsidRPr="00114ACC">
        <w:tab/>
        <w:t>Vinska kislina</w:t>
      </w:r>
    </w:p>
    <w:p w:rsidR="00E409C7" w:rsidRPr="00114ACC" w:rsidRDefault="00E409C7" w:rsidP="00114ACC">
      <w:r w:rsidRPr="00114ACC">
        <w:t>010516</w:t>
      </w:r>
      <w:r w:rsidRPr="00114ACC">
        <w:tab/>
        <w:t>Tehnecij</w:t>
      </w:r>
    </w:p>
    <w:p w:rsidR="00E409C7" w:rsidRPr="00114ACC" w:rsidRDefault="00E409C7" w:rsidP="00114ACC">
      <w:r w:rsidRPr="00114ACC">
        <w:t>010517</w:t>
      </w:r>
      <w:r w:rsidRPr="00114ACC">
        <w:tab/>
        <w:t>Telur</w:t>
      </w:r>
    </w:p>
    <w:p w:rsidR="00E409C7" w:rsidRPr="00114ACC" w:rsidRDefault="00E409C7" w:rsidP="00114ACC">
      <w:r w:rsidRPr="00114ACC">
        <w:t>010518</w:t>
      </w:r>
      <w:r w:rsidRPr="00114ACC">
        <w:tab/>
        <w:t>Površinsko aktivne snovi</w:t>
      </w:r>
    </w:p>
    <w:p w:rsidR="00E409C7" w:rsidRPr="00114ACC" w:rsidRDefault="00E409C7" w:rsidP="00114ACC">
      <w:r w:rsidRPr="00114ACC">
        <w:t>010519</w:t>
      </w:r>
      <w:r w:rsidRPr="00114ACC">
        <w:tab/>
        <w:t>Terbij</w:t>
      </w:r>
    </w:p>
    <w:p w:rsidR="00E409C7" w:rsidRPr="00114ACC" w:rsidRDefault="00E409C7" w:rsidP="00114ACC">
      <w:r w:rsidRPr="00114ACC">
        <w:t>010521</w:t>
      </w:r>
      <w:r w:rsidRPr="00114ACC">
        <w:tab/>
        <w:t>Kemikalije za barvanje stekla</w:t>
      </w:r>
    </w:p>
    <w:p w:rsidR="00E409C7" w:rsidRPr="00114ACC" w:rsidRDefault="00E409C7" w:rsidP="00114ACC">
      <w:r w:rsidRPr="00114ACC">
        <w:t>010522</w:t>
      </w:r>
      <w:r w:rsidRPr="00114ACC">
        <w:tab/>
        <w:t>Kemikalije za preprečevanje motnosti stekla</w:t>
      </w:r>
    </w:p>
    <w:p w:rsidR="00E409C7" w:rsidRPr="00114ACC" w:rsidRDefault="00E409C7" w:rsidP="00114ACC">
      <w:r w:rsidRPr="00114ACC">
        <w:t>010523</w:t>
      </w:r>
      <w:r w:rsidRPr="00114ACC">
        <w:tab/>
        <w:t>Kemikalije proti motnosti oken</w:t>
      </w:r>
    </w:p>
    <w:p w:rsidR="00E409C7" w:rsidRPr="00114ACC" w:rsidRDefault="00E409C7" w:rsidP="00114ACC">
      <w:r w:rsidRPr="00114ACC">
        <w:t>010524</w:t>
      </w:r>
      <w:r w:rsidRPr="00114ACC">
        <w:tab/>
        <w:t>Zemlja za gojenje</w:t>
      </w:r>
    </w:p>
    <w:p w:rsidR="00E409C7" w:rsidRPr="00114ACC" w:rsidRDefault="00E409C7" w:rsidP="00114ACC">
      <w:r w:rsidRPr="00114ACC">
        <w:t>010525</w:t>
      </w:r>
      <w:r w:rsidRPr="00114ACC">
        <w:tab/>
        <w:t>Suknarska glina, ki se uporablja v tekstilni industriji</w:t>
      </w:r>
    </w:p>
    <w:p w:rsidR="00E409C7" w:rsidRPr="00114ACC" w:rsidRDefault="00E409C7" w:rsidP="00114ACC">
      <w:r w:rsidRPr="00114ACC">
        <w:t>010526</w:t>
      </w:r>
      <w:r w:rsidRPr="00114ACC">
        <w:tab/>
        <w:t>Redke zemlje</w:t>
      </w:r>
    </w:p>
    <w:p w:rsidR="00E409C7" w:rsidRPr="00114ACC" w:rsidRDefault="00E409C7" w:rsidP="00114ACC">
      <w:r w:rsidRPr="00114ACC">
        <w:t>010527</w:t>
      </w:r>
      <w:r w:rsidRPr="00114ACC">
        <w:tab/>
        <w:t>Vrtna ilovica</w:t>
      </w:r>
    </w:p>
    <w:p w:rsidR="00E409C7" w:rsidRPr="00114ACC" w:rsidRDefault="00E409C7" w:rsidP="00114ACC">
      <w:r w:rsidRPr="00114ACC">
        <w:t>010528</w:t>
      </w:r>
      <w:r w:rsidRPr="00114ACC">
        <w:tab/>
        <w:t>Ogljikov tetraklorid</w:t>
      </w:r>
    </w:p>
    <w:p w:rsidR="00E409C7" w:rsidRPr="00114ACC" w:rsidRDefault="00E409C7" w:rsidP="00114ACC">
      <w:r w:rsidRPr="00114ACC">
        <w:t>010529</w:t>
      </w:r>
      <w:r w:rsidRPr="00114ACC">
        <w:tab/>
        <w:t>Tetrakloridi</w:t>
      </w:r>
    </w:p>
    <w:p w:rsidR="00E409C7" w:rsidRPr="00114ACC" w:rsidRDefault="00E409C7" w:rsidP="00114ACC">
      <w:r w:rsidRPr="00114ACC">
        <w:t>010530</w:t>
      </w:r>
      <w:r w:rsidRPr="00114ACC">
        <w:tab/>
        <w:t>Vlažilna sredstva, ki se uporabljajo v tekstilni industriji</w:t>
      </w:r>
    </w:p>
    <w:p w:rsidR="00E409C7" w:rsidRPr="00114ACC" w:rsidRDefault="00E409C7" w:rsidP="00114ACC">
      <w:r w:rsidRPr="00114ACC">
        <w:t>010532</w:t>
      </w:r>
      <w:r w:rsidRPr="00114ACC">
        <w:tab/>
        <w:t>Talij</w:t>
      </w:r>
    </w:p>
    <w:p w:rsidR="00E409C7" w:rsidRPr="00114ACC" w:rsidRDefault="00E409C7" w:rsidP="00114ACC">
      <w:r w:rsidRPr="00114ACC">
        <w:t>010533</w:t>
      </w:r>
      <w:r w:rsidRPr="00114ACC">
        <w:tab/>
        <w:t>Tiourea</w:t>
      </w:r>
    </w:p>
    <w:p w:rsidR="00E409C7" w:rsidRPr="00114ACC" w:rsidRDefault="00E409C7" w:rsidP="00114ACC">
      <w:r w:rsidRPr="00114ACC">
        <w:t>010534</w:t>
      </w:r>
      <w:r w:rsidRPr="00114ACC">
        <w:tab/>
        <w:t>Tulij</w:t>
      </w:r>
    </w:p>
    <w:p w:rsidR="00E409C7" w:rsidRPr="00114ACC" w:rsidRDefault="00E409C7" w:rsidP="00114ACC">
      <w:r w:rsidRPr="00114ACC">
        <w:t>010535</w:t>
      </w:r>
      <w:r w:rsidRPr="00114ACC">
        <w:tab/>
        <w:t>Torij</w:t>
      </w:r>
    </w:p>
    <w:p w:rsidR="00E409C7" w:rsidRPr="00114ACC" w:rsidRDefault="00E409C7" w:rsidP="00114ACC">
      <w:r w:rsidRPr="00114ACC">
        <w:t>010536</w:t>
      </w:r>
      <w:r w:rsidRPr="00114ACC">
        <w:tab/>
        <w:t>Titanov dioksid za industrijske namene</w:t>
      </w:r>
    </w:p>
    <w:p w:rsidR="00E409C7" w:rsidRPr="00114ACC" w:rsidRDefault="00E409C7" w:rsidP="00114ACC">
      <w:r w:rsidRPr="00114ACC">
        <w:t>010537</w:t>
      </w:r>
      <w:r w:rsidRPr="00114ACC">
        <w:tab/>
        <w:t>Titanit</w:t>
      </w:r>
    </w:p>
    <w:p w:rsidR="00E409C7" w:rsidRPr="00114ACC" w:rsidRDefault="00E409C7" w:rsidP="00114ACC">
      <w:r w:rsidRPr="00114ACC">
        <w:t>010538</w:t>
      </w:r>
      <w:r w:rsidRPr="00114ACC">
        <w:tab/>
        <w:t>Toluol</w:t>
      </w:r>
    </w:p>
    <w:p w:rsidR="00E409C7" w:rsidRPr="00114ACC" w:rsidRDefault="00E409C7" w:rsidP="00114ACC">
      <w:r w:rsidRPr="00114ACC">
        <w:t>010539</w:t>
      </w:r>
      <w:r w:rsidRPr="00114ACC">
        <w:tab/>
        <w:t>Šota [gnojilo]</w:t>
      </w:r>
    </w:p>
    <w:p w:rsidR="00E409C7" w:rsidRPr="00114ACC" w:rsidRDefault="00E409C7" w:rsidP="00114ACC">
      <w:r w:rsidRPr="00114ACC">
        <w:t>010540</w:t>
      </w:r>
      <w:r w:rsidRPr="00114ACC">
        <w:tab/>
        <w:t>Sredstva za zaščito ploščic, razen barv in olj</w:t>
      </w:r>
    </w:p>
    <w:p w:rsidR="00E409C7" w:rsidRPr="00114ACC" w:rsidRDefault="00E409C7" w:rsidP="00114ACC">
      <w:r w:rsidRPr="00114ACC">
        <w:t>010541</w:t>
      </w:r>
      <w:r w:rsidRPr="00114ACC">
        <w:tab/>
        <w:t>Volframova kislina</w:t>
      </w:r>
    </w:p>
    <w:p w:rsidR="00E409C7" w:rsidRPr="00114ACC" w:rsidRDefault="00E409C7" w:rsidP="00114ACC">
      <w:r w:rsidRPr="00114ACC">
        <w:t>010542</w:t>
      </w:r>
      <w:r w:rsidRPr="00114ACC">
        <w:tab/>
        <w:t>Uran</w:t>
      </w:r>
    </w:p>
    <w:p w:rsidR="00E409C7" w:rsidRPr="00114ACC" w:rsidRDefault="00E409C7" w:rsidP="00114ACC">
      <w:r w:rsidRPr="00114ACC">
        <w:t>010543</w:t>
      </w:r>
      <w:r w:rsidRPr="00114ACC">
        <w:tab/>
        <w:t>Uranov oksid</w:t>
      </w:r>
    </w:p>
    <w:p w:rsidR="00E409C7" w:rsidRPr="00114ACC" w:rsidRDefault="00E409C7" w:rsidP="00114ACC">
      <w:r w:rsidRPr="00114ACC">
        <w:t>010544</w:t>
      </w:r>
      <w:r w:rsidRPr="00114ACC">
        <w:tab/>
        <w:t>Topno steklo [silikat]</w:t>
      </w:r>
    </w:p>
    <w:p w:rsidR="00E409C7" w:rsidRPr="00114ACC" w:rsidRDefault="00E409C7" w:rsidP="00114ACC">
      <w:r w:rsidRPr="00114ACC">
        <w:t>010545</w:t>
      </w:r>
      <w:r w:rsidRPr="00114ACC">
        <w:tab/>
        <w:t>Sredstva za mehčanje mesa za industrijske namene</w:t>
      </w:r>
    </w:p>
    <w:p w:rsidR="00E409C7" w:rsidRPr="00114ACC" w:rsidRDefault="00E409C7" w:rsidP="00114ACC">
      <w:r w:rsidRPr="00114ACC">
        <w:t>010546</w:t>
      </w:r>
      <w:r w:rsidRPr="00114ACC">
        <w:tab/>
        <w:t>Kemikalije za preprečevanje bolezni vina</w:t>
      </w:r>
    </w:p>
    <w:p w:rsidR="00E409C7" w:rsidRPr="00114ACC" w:rsidRDefault="00E409C7" w:rsidP="00114ACC">
      <w:r w:rsidRPr="00114ACC">
        <w:t>010547</w:t>
      </w:r>
      <w:r w:rsidRPr="00114ACC">
        <w:tab/>
        <w:t>Vinski alkohol</w:t>
      </w:r>
    </w:p>
    <w:p w:rsidR="00E409C7" w:rsidRPr="00114ACC" w:rsidRDefault="00E409C7" w:rsidP="00114ACC">
      <w:r w:rsidRPr="00114ACC">
        <w:t>010548</w:t>
      </w:r>
      <w:r w:rsidRPr="00114ACC">
        <w:tab/>
        <w:t>Razvijalne soli [fotografija]</w:t>
      </w:r>
    </w:p>
    <w:p w:rsidR="00E409C7" w:rsidRPr="00114ACC" w:rsidRDefault="00E409C7" w:rsidP="00114ACC">
      <w:r w:rsidRPr="00114ACC">
        <w:t>010549</w:t>
      </w:r>
      <w:r w:rsidRPr="00114ACC">
        <w:tab/>
        <w:t>Vulkanizacijski pripravki</w:t>
      </w:r>
    </w:p>
    <w:p w:rsidR="00E409C7" w:rsidRPr="00114ACC" w:rsidRDefault="00E409C7" w:rsidP="00114ACC">
      <w:r w:rsidRPr="00114ACC">
        <w:t>010550</w:t>
      </w:r>
      <w:r w:rsidRPr="00114ACC">
        <w:tab/>
        <w:t>Viterit</w:t>
      </w:r>
    </w:p>
    <w:p w:rsidR="00E409C7" w:rsidRPr="00114ACC" w:rsidRDefault="00E409C7" w:rsidP="00114ACC">
      <w:r w:rsidRPr="00114ACC">
        <w:lastRenderedPageBreak/>
        <w:t>010551</w:t>
      </w:r>
      <w:r w:rsidRPr="00114ACC">
        <w:tab/>
        <w:t>Ksenon</w:t>
      </w:r>
    </w:p>
    <w:p w:rsidR="00E409C7" w:rsidRPr="00114ACC" w:rsidRDefault="00E409C7" w:rsidP="00114ACC">
      <w:r w:rsidRPr="00114ACC">
        <w:t>010552</w:t>
      </w:r>
      <w:r w:rsidRPr="00114ACC">
        <w:tab/>
        <w:t>Iterbij</w:t>
      </w:r>
    </w:p>
    <w:p w:rsidR="00E409C7" w:rsidRPr="00114ACC" w:rsidRDefault="00E409C7" w:rsidP="00114ACC">
      <w:r w:rsidRPr="00114ACC">
        <w:t>010553</w:t>
      </w:r>
      <w:r w:rsidRPr="00114ACC">
        <w:tab/>
        <w:t>Itrij</w:t>
      </w:r>
    </w:p>
    <w:p w:rsidR="00E409C7" w:rsidRPr="00114ACC" w:rsidRDefault="00E409C7" w:rsidP="00114ACC">
      <w:r w:rsidRPr="00114ACC">
        <w:t>010554</w:t>
      </w:r>
      <w:r w:rsidRPr="00114ACC">
        <w:tab/>
        <w:t>Kloridi</w:t>
      </w:r>
    </w:p>
    <w:p w:rsidR="00E409C7" w:rsidRPr="00114ACC" w:rsidRDefault="00E409C7" w:rsidP="00114ACC">
      <w:r w:rsidRPr="00114ACC">
        <w:t>010555</w:t>
      </w:r>
      <w:r w:rsidRPr="00114ACC">
        <w:tab/>
        <w:t>Sulfati</w:t>
      </w:r>
    </w:p>
    <w:p w:rsidR="00E409C7" w:rsidRPr="00114ACC" w:rsidRDefault="00E409C7" w:rsidP="00114ACC">
      <w:r w:rsidRPr="00114ACC">
        <w:t>010556</w:t>
      </w:r>
      <w:r w:rsidRPr="00114ACC">
        <w:tab/>
        <w:t>Cirkonijev dioksid</w:t>
      </w:r>
    </w:p>
    <w:p w:rsidR="00E409C7" w:rsidRPr="00114ACC" w:rsidRDefault="00E409C7" w:rsidP="00114ACC">
      <w:r w:rsidRPr="00114ACC">
        <w:t>010557</w:t>
      </w:r>
      <w:r w:rsidRPr="00114ACC">
        <w:tab/>
        <w:t>Pripravki za stimulacijo kuhanja za industrijske namene</w:t>
      </w:r>
    </w:p>
    <w:p w:rsidR="00E409C7" w:rsidRPr="00114ACC" w:rsidRDefault="00E409C7" w:rsidP="00114ACC">
      <w:r w:rsidRPr="00114ACC">
        <w:t>010558</w:t>
      </w:r>
      <w:r w:rsidRPr="00114ACC">
        <w:tab/>
        <w:t>Amonijak za industrijske namene</w:t>
      </w:r>
    </w:p>
    <w:p w:rsidR="00E409C7" w:rsidRPr="00114ACC" w:rsidRDefault="00E409C7" w:rsidP="00114ACC">
      <w:r w:rsidRPr="00114ACC">
        <w:t>010559</w:t>
      </w:r>
      <w:r w:rsidRPr="00114ACC">
        <w:tab/>
        <w:t>Alkalni jodidi za industrijske namene</w:t>
      </w:r>
    </w:p>
    <w:p w:rsidR="00E409C7" w:rsidRPr="00114ACC" w:rsidRDefault="00E409C7" w:rsidP="00114ACC">
      <w:r w:rsidRPr="00114ACC">
        <w:t>010560</w:t>
      </w:r>
      <w:r w:rsidRPr="00114ACC">
        <w:tab/>
        <w:t>Alkalijske kovine</w:t>
      </w:r>
    </w:p>
    <w:p w:rsidR="00E409C7" w:rsidRPr="00114ACC" w:rsidRDefault="00E409C7" w:rsidP="00114ACC">
      <w:r w:rsidRPr="00114ACC">
        <w:t>010561</w:t>
      </w:r>
      <w:r w:rsidRPr="00114ACC">
        <w:tab/>
        <w:t>Soli alkalijskih kovin</w:t>
      </w:r>
    </w:p>
    <w:p w:rsidR="00E409C7" w:rsidRPr="00114ACC" w:rsidRDefault="00E409C7" w:rsidP="00114ACC">
      <w:r w:rsidRPr="00114ACC">
        <w:t>010562</w:t>
      </w:r>
      <w:r w:rsidRPr="00114ACC">
        <w:tab/>
        <w:t>Alkaloidi</w:t>
      </w:r>
    </w:p>
    <w:p w:rsidR="00E409C7" w:rsidRPr="00114ACC" w:rsidRDefault="00E409C7" w:rsidP="00114ACC">
      <w:r w:rsidRPr="00114ACC">
        <w:t>010564</w:t>
      </w:r>
      <w:r w:rsidRPr="00114ACC">
        <w:tab/>
        <w:t>Alginati za industrijske namene</w:t>
      </w:r>
    </w:p>
    <w:p w:rsidR="00E409C7" w:rsidRPr="00114ACC" w:rsidRDefault="00E409C7" w:rsidP="00114ACC">
      <w:r w:rsidRPr="00114ACC">
        <w:t>010565</w:t>
      </w:r>
      <w:r w:rsidRPr="00114ACC">
        <w:tab/>
        <w:t>Aluminijev acetat</w:t>
      </w:r>
    </w:p>
    <w:p w:rsidR="00E409C7" w:rsidRPr="00114ACC" w:rsidRDefault="00E409C7" w:rsidP="00114ACC">
      <w:r w:rsidRPr="00114ACC">
        <w:t>010566</w:t>
      </w:r>
      <w:r w:rsidRPr="00114ACC">
        <w:tab/>
        <w:t>Škrobno lepilo (razen za pisarniške ali gospodinjske namene)</w:t>
      </w:r>
    </w:p>
    <w:p w:rsidR="00E409C7" w:rsidRPr="00114ACC" w:rsidRDefault="00E409C7" w:rsidP="00114ACC">
      <w:r w:rsidRPr="00114ACC">
        <w:t>010567</w:t>
      </w:r>
      <w:r w:rsidRPr="00114ACC">
        <w:tab/>
        <w:t>Amonijeve soli</w:t>
      </w:r>
    </w:p>
    <w:p w:rsidR="00E409C7" w:rsidRPr="00114ACC" w:rsidRDefault="00E409C7" w:rsidP="00114ACC">
      <w:r w:rsidRPr="00114ACC">
        <w:t>010568</w:t>
      </w:r>
      <w:r w:rsidRPr="00114ACC">
        <w:tab/>
        <w:t>Kostno oglje</w:t>
      </w:r>
    </w:p>
    <w:p w:rsidR="00E409C7" w:rsidRPr="00114ACC" w:rsidRDefault="00E409C7" w:rsidP="00114ACC">
      <w:r w:rsidRPr="00114ACC">
        <w:t>010569</w:t>
      </w:r>
      <w:r w:rsidRPr="00114ACC">
        <w:tab/>
        <w:t>Srebrov nitrat</w:t>
      </w:r>
    </w:p>
    <w:p w:rsidR="00E409C7" w:rsidRPr="00114ACC" w:rsidRDefault="00E409C7" w:rsidP="00114ACC">
      <w:r w:rsidRPr="00114ACC">
        <w:t>010570</w:t>
      </w:r>
      <w:r w:rsidRPr="00114ACC">
        <w:tab/>
        <w:t>Belilne kemikalije za barve za industrijske namene</w:t>
      </w:r>
    </w:p>
    <w:p w:rsidR="00E409C7" w:rsidRPr="00114ACC" w:rsidRDefault="00E409C7" w:rsidP="00114ACC">
      <w:r w:rsidRPr="00114ACC">
        <w:t>010571</w:t>
      </w:r>
      <w:r w:rsidRPr="00114ACC">
        <w:tab/>
        <w:t>Pripravki proti klitju zelenjave</w:t>
      </w:r>
    </w:p>
    <w:p w:rsidR="00E409C7" w:rsidRPr="00114ACC" w:rsidRDefault="00E409C7" w:rsidP="00114ACC">
      <w:r w:rsidRPr="00114ACC">
        <w:t>010572</w:t>
      </w:r>
      <w:r w:rsidRPr="00114ACC">
        <w:tab/>
        <w:t>Nitrati</w:t>
      </w:r>
    </w:p>
    <w:p w:rsidR="00E409C7" w:rsidRPr="00114ACC" w:rsidRDefault="00E409C7" w:rsidP="00114ACC">
      <w:r w:rsidRPr="00114ACC">
        <w:t>010573</w:t>
      </w:r>
      <w:r w:rsidRPr="00114ACC">
        <w:tab/>
        <w:t>Lepila za stenske ploščice</w:t>
      </w:r>
    </w:p>
    <w:p w:rsidR="00E409C7" w:rsidRPr="00114ACC" w:rsidRDefault="00E409C7" w:rsidP="00114ACC">
      <w:r w:rsidRPr="00114ACC">
        <w:t>010574</w:t>
      </w:r>
      <w:r w:rsidRPr="00114ACC">
        <w:tab/>
        <w:t>Barijev sulfat</w:t>
      </w:r>
    </w:p>
    <w:p w:rsidR="00E409C7" w:rsidRPr="00114ACC" w:rsidRDefault="00E409C7" w:rsidP="00114ACC">
      <w:r w:rsidRPr="00114ACC">
        <w:t>010575</w:t>
      </w:r>
      <w:r w:rsidRPr="00114ACC">
        <w:tab/>
        <w:t>Kemični pripravki za proizvodnjo barv</w:t>
      </w:r>
    </w:p>
    <w:p w:rsidR="00E409C7" w:rsidRPr="00114ACC" w:rsidRDefault="00E409C7" w:rsidP="00114ACC">
      <w:r w:rsidRPr="00114ACC">
        <w:t>010576</w:t>
      </w:r>
      <w:r w:rsidRPr="00114ACC">
        <w:tab/>
        <w:t>Metilbenzol</w:t>
      </w:r>
    </w:p>
    <w:p w:rsidR="00E409C7" w:rsidRPr="00114ACC" w:rsidRDefault="00E409C7" w:rsidP="00114ACC">
      <w:r w:rsidRPr="00114ACC">
        <w:t>010577</w:t>
      </w:r>
      <w:r w:rsidRPr="00114ACC">
        <w:tab/>
        <w:t>Metilbenzen</w:t>
      </w:r>
    </w:p>
    <w:p w:rsidR="00E409C7" w:rsidRPr="00114ACC" w:rsidRDefault="00E409C7" w:rsidP="00114ACC">
      <w:r w:rsidRPr="00114ACC">
        <w:t>010578</w:t>
      </w:r>
      <w:r w:rsidRPr="00114ACC">
        <w:tab/>
        <w:t>Natrijev bikarbonat za kemične namene</w:t>
      </w:r>
    </w:p>
    <w:p w:rsidR="00E409C7" w:rsidRPr="00114ACC" w:rsidRDefault="00E409C7" w:rsidP="00114ACC">
      <w:r w:rsidRPr="00114ACC">
        <w:t>010579</w:t>
      </w:r>
      <w:r w:rsidRPr="00114ACC">
        <w:tab/>
        <w:t>Biološki pripravki, ne za medicinske ali veterinarske namene</w:t>
      </w:r>
    </w:p>
    <w:p w:rsidR="00E409C7" w:rsidRPr="00114ACC" w:rsidRDefault="00E409C7" w:rsidP="00114ACC">
      <w:r w:rsidRPr="00114ACC">
        <w:t>010580</w:t>
      </w:r>
      <w:r w:rsidRPr="00114ACC">
        <w:tab/>
        <w:t>Belilni pripravki [sredstva za razbarvanje] za industrijske namene</w:t>
      </w:r>
    </w:p>
    <w:p w:rsidR="00E409C7" w:rsidRPr="00114ACC" w:rsidRDefault="00E409C7" w:rsidP="00114ACC">
      <w:r w:rsidRPr="00114ACC">
        <w:t>010581</w:t>
      </w:r>
      <w:r w:rsidRPr="00114ACC">
        <w:tab/>
        <w:t>Senzibilizirani filmi, neosvetljeni</w:t>
      </w:r>
    </w:p>
    <w:p w:rsidR="00E409C7" w:rsidRPr="00114ACC" w:rsidRDefault="00E409C7" w:rsidP="00114ACC">
      <w:r w:rsidRPr="00114ACC">
        <w:t>010582</w:t>
      </w:r>
      <w:r w:rsidRPr="00114ACC">
        <w:tab/>
        <w:t>Pripravki za destilacijo lesnega alkohola</w:t>
      </w:r>
    </w:p>
    <w:p w:rsidR="00E409C7" w:rsidRPr="00114ACC" w:rsidRDefault="00E409C7" w:rsidP="00114ACC">
      <w:r w:rsidRPr="00114ACC">
        <w:t>010583</w:t>
      </w:r>
      <w:r w:rsidRPr="00114ACC">
        <w:tab/>
        <w:t>Topila za varjenje</w:t>
      </w:r>
    </w:p>
    <w:p w:rsidR="00E409C7" w:rsidRPr="00114ACC" w:rsidRDefault="00E409C7" w:rsidP="00114ACC">
      <w:r w:rsidRPr="00114ACC">
        <w:t>010584</w:t>
      </w:r>
      <w:r w:rsidRPr="00114ACC">
        <w:tab/>
        <w:t>Topila za spajkanje</w:t>
      </w:r>
    </w:p>
    <w:p w:rsidR="00E409C7" w:rsidRPr="00114ACC" w:rsidRDefault="00E409C7" w:rsidP="00114ACC">
      <w:r w:rsidRPr="00114ACC">
        <w:t>010585</w:t>
      </w:r>
      <w:r w:rsidRPr="00114ACC">
        <w:tab/>
        <w:t>Brom za kemijsko uporabo</w:t>
      </w:r>
    </w:p>
    <w:p w:rsidR="00E409C7" w:rsidRPr="00114ACC" w:rsidRDefault="00E409C7" w:rsidP="00114ACC">
      <w:r w:rsidRPr="00114ACC">
        <w:t>010586</w:t>
      </w:r>
      <w:r w:rsidRPr="00114ACC">
        <w:tab/>
        <w:t>Karbolineum za zaščito rastlin</w:t>
      </w:r>
    </w:p>
    <w:p w:rsidR="00E409C7" w:rsidRPr="00114ACC" w:rsidRDefault="00E409C7" w:rsidP="00114ACC">
      <w:r w:rsidRPr="00114ACC">
        <w:t>010587</w:t>
      </w:r>
      <w:r w:rsidRPr="00114ACC">
        <w:tab/>
        <w:t>Flokulanti</w:t>
      </w:r>
    </w:p>
    <w:p w:rsidR="00E409C7" w:rsidRPr="00114ACC" w:rsidRDefault="00E409C7" w:rsidP="00114ACC">
      <w:r w:rsidRPr="00114ACC">
        <w:t>010588</w:t>
      </w:r>
      <w:r w:rsidRPr="00114ACC">
        <w:tab/>
        <w:t>Lecitin [surovina]</w:t>
      </w:r>
    </w:p>
    <w:p w:rsidR="00E409C7" w:rsidRPr="00114ACC" w:rsidRDefault="00E409C7" w:rsidP="00114ACC">
      <w:r w:rsidRPr="00114ACC">
        <w:t>010589</w:t>
      </w:r>
      <w:r w:rsidRPr="00114ACC">
        <w:tab/>
        <w:t>Substrati za gojenje rastlin brez zemlje [poljedelstvo]</w:t>
      </w:r>
    </w:p>
    <w:p w:rsidR="00E409C7" w:rsidRPr="00114ACC" w:rsidRDefault="00E409C7" w:rsidP="00114ACC">
      <w:pPr>
        <w:rPr>
          <w:lang w:val="fr-FR"/>
        </w:rPr>
      </w:pPr>
      <w:r w:rsidRPr="00114ACC">
        <w:t>010590</w:t>
      </w:r>
      <w:r w:rsidRPr="00114ACC">
        <w:tab/>
      </w:r>
      <w:r w:rsidRPr="00114ACC">
        <w:rPr>
          <w:lang w:val="fr-FR"/>
        </w:rPr>
        <w:t>Celulozni estri za industrijske namene</w:t>
      </w:r>
    </w:p>
    <w:p w:rsidR="00E409C7" w:rsidRPr="00114ACC" w:rsidRDefault="00E409C7" w:rsidP="00114ACC">
      <w:r w:rsidRPr="00114ACC">
        <w:t>010591</w:t>
      </w:r>
      <w:r w:rsidRPr="00114ACC">
        <w:tab/>
        <w:t>Kazein za industrijske namene</w:t>
      </w:r>
    </w:p>
    <w:p w:rsidR="00E409C7" w:rsidRPr="00114ACC" w:rsidRDefault="00E409C7" w:rsidP="00114ACC">
      <w:r w:rsidRPr="00114ACC">
        <w:t>010592</w:t>
      </w:r>
      <w:r w:rsidRPr="00114ACC">
        <w:tab/>
        <w:t>Celulozni derivati [kemikalije]</w:t>
      </w:r>
    </w:p>
    <w:p w:rsidR="00E409C7" w:rsidRPr="00114ACC" w:rsidRDefault="00E409C7" w:rsidP="00114ACC">
      <w:pPr>
        <w:rPr>
          <w:lang w:val="fr-FR"/>
        </w:rPr>
      </w:pPr>
      <w:r w:rsidRPr="00114ACC">
        <w:t>010593</w:t>
      </w:r>
      <w:r w:rsidRPr="00114ACC">
        <w:tab/>
      </w:r>
      <w:r w:rsidRPr="00114ACC">
        <w:rPr>
          <w:lang w:val="fr-FR"/>
        </w:rPr>
        <w:t>Celulozni etri za industrijske namene</w:t>
      </w:r>
    </w:p>
    <w:p w:rsidR="00E409C7" w:rsidRPr="00114ACC" w:rsidRDefault="00E409C7" w:rsidP="00114ACC">
      <w:r w:rsidRPr="00114ACC">
        <w:t>010594</w:t>
      </w:r>
      <w:r w:rsidRPr="00114ACC">
        <w:tab/>
        <w:t>Bakterijski pripravki, razen za medicinske in veterinarske namene</w:t>
      </w:r>
    </w:p>
    <w:p w:rsidR="00E409C7" w:rsidRPr="00114ACC" w:rsidRDefault="00E409C7" w:rsidP="00114ACC">
      <w:r w:rsidRPr="00114ACC">
        <w:t>010595</w:t>
      </w:r>
      <w:r w:rsidRPr="00114ACC">
        <w:tab/>
        <w:t>Bakteriološki pripravki, razen za medicinsko in veterinarsko uporabo</w:t>
      </w:r>
    </w:p>
    <w:p w:rsidR="00E409C7" w:rsidRPr="00114ACC" w:rsidRDefault="00E409C7" w:rsidP="00114ACC">
      <w:r w:rsidRPr="00114ACC">
        <w:t>010596</w:t>
      </w:r>
      <w:r w:rsidRPr="00114ACC">
        <w:tab/>
        <w:t>Kulture mikroorganizmov, razen za medicinsko in veterinarsko uporabo</w:t>
      </w:r>
    </w:p>
    <w:p w:rsidR="00E409C7" w:rsidRPr="00114ACC" w:rsidRDefault="00E409C7" w:rsidP="00114ACC">
      <w:r w:rsidRPr="00114ACC">
        <w:t>010597</w:t>
      </w:r>
      <w:r w:rsidRPr="00114ACC">
        <w:tab/>
        <w:t>Saje za industrijske namene</w:t>
      </w:r>
    </w:p>
    <w:p w:rsidR="00E409C7" w:rsidRPr="00114ACC" w:rsidRDefault="00E409C7" w:rsidP="00114ACC">
      <w:r w:rsidRPr="00114ACC">
        <w:t>010598</w:t>
      </w:r>
      <w:r w:rsidRPr="00114ACC">
        <w:tab/>
        <w:t>Kinematografski film, senzibiliziran, a neosvetljen</w:t>
      </w:r>
    </w:p>
    <w:p w:rsidR="00E409C7" w:rsidRPr="00114ACC" w:rsidRDefault="00E409C7" w:rsidP="00114ACC">
      <w:r w:rsidRPr="00114ACC">
        <w:t>010599</w:t>
      </w:r>
      <w:r w:rsidRPr="00114ACC">
        <w:tab/>
        <w:t>Kobaltov oksid za industrijske namene</w:t>
      </w:r>
    </w:p>
    <w:p w:rsidR="00E409C7" w:rsidRPr="00114ACC" w:rsidRDefault="00E409C7" w:rsidP="00114ACC">
      <w:r w:rsidRPr="00114ACC">
        <w:t>010600</w:t>
      </w:r>
      <w:r w:rsidRPr="00114ACC">
        <w:tab/>
        <w:t>Lepila za uporabo v industriji</w:t>
      </w:r>
    </w:p>
    <w:p w:rsidR="00E409C7" w:rsidRPr="00114ACC" w:rsidRDefault="00E409C7" w:rsidP="00114ACC">
      <w:r w:rsidRPr="00114ACC">
        <w:t>010601</w:t>
      </w:r>
      <w:r w:rsidRPr="00114ACC">
        <w:tab/>
        <w:t>Olja za obdelavo usnja</w:t>
      </w:r>
    </w:p>
    <w:p w:rsidR="00E409C7" w:rsidRPr="00114ACC" w:rsidRDefault="00E409C7" w:rsidP="00114ACC">
      <w:r w:rsidRPr="00114ACC">
        <w:t>010602</w:t>
      </w:r>
      <w:r w:rsidRPr="00114ACC">
        <w:tab/>
        <w:t>Kreozot za kemične namene</w:t>
      </w:r>
    </w:p>
    <w:p w:rsidR="00E409C7" w:rsidRPr="00114ACC" w:rsidRDefault="00E409C7" w:rsidP="00114ACC">
      <w:r w:rsidRPr="00114ACC">
        <w:t>010603</w:t>
      </w:r>
      <w:r w:rsidRPr="00114ACC">
        <w:tab/>
        <w:t>Kompoziti za proizvodnjo gramofonskih plošč</w:t>
      </w:r>
    </w:p>
    <w:p w:rsidR="00E409C7" w:rsidRPr="00114ACC" w:rsidRDefault="00E409C7" w:rsidP="00114ACC">
      <w:r w:rsidRPr="00114ACC">
        <w:t>010604</w:t>
      </w:r>
      <w:r w:rsidRPr="00114ACC">
        <w:tab/>
        <w:t>Pripravki za ločevanje masti</w:t>
      </w:r>
    </w:p>
    <w:p w:rsidR="00E409C7" w:rsidRPr="00114ACC" w:rsidRDefault="00E409C7" w:rsidP="00114ACC">
      <w:r w:rsidRPr="00114ACC">
        <w:t>010605</w:t>
      </w:r>
      <w:r w:rsidRPr="00114ACC">
        <w:tab/>
        <w:t>Plastike v obliki disperzij</w:t>
      </w:r>
    </w:p>
    <w:p w:rsidR="00E409C7" w:rsidRPr="00114ACC" w:rsidRDefault="00E409C7" w:rsidP="00114ACC">
      <w:r w:rsidRPr="00114ACC">
        <w:t>010606</w:t>
      </w:r>
      <w:r w:rsidRPr="00114ACC">
        <w:tab/>
        <w:t>Topila za firneže</w:t>
      </w:r>
    </w:p>
    <w:p w:rsidR="00E409C7" w:rsidRPr="00114ACC" w:rsidRDefault="00E409C7" w:rsidP="00114ACC">
      <w:r w:rsidRPr="00114ACC">
        <w:t>010607</w:t>
      </w:r>
      <w:r w:rsidRPr="00114ACC">
        <w:tab/>
        <w:t>Umetna sladila za industrijske namene</w:t>
      </w:r>
    </w:p>
    <w:p w:rsidR="00E409C7" w:rsidRPr="00114ACC" w:rsidRDefault="00E409C7" w:rsidP="00114ACC">
      <w:r w:rsidRPr="00114ACC">
        <w:t>010608</w:t>
      </w:r>
      <w:r w:rsidRPr="00114ACC">
        <w:tab/>
        <w:t>Kemične snovi za obdelavo vode</w:t>
      </w:r>
    </w:p>
    <w:p w:rsidR="00E409C7" w:rsidRPr="00114ACC" w:rsidRDefault="00E409C7" w:rsidP="00114ACC">
      <w:r w:rsidRPr="00114ACC">
        <w:t>010609</w:t>
      </w:r>
      <w:r w:rsidRPr="00114ACC">
        <w:tab/>
        <w:t>Mehčalci za industrijske namene</w:t>
      </w:r>
    </w:p>
    <w:p w:rsidR="00E409C7" w:rsidRPr="00114ACC" w:rsidRDefault="00E409C7" w:rsidP="00114ACC">
      <w:r w:rsidRPr="00114ACC">
        <w:t>010610</w:t>
      </w:r>
      <w:r w:rsidRPr="00114ACC">
        <w:tab/>
        <w:t>Filtrni materiali [nepredelane plastike]</w:t>
      </w:r>
    </w:p>
    <w:p w:rsidR="00E409C7" w:rsidRPr="00114ACC" w:rsidRDefault="00E409C7" w:rsidP="00114ACC">
      <w:r w:rsidRPr="00114ACC">
        <w:t>010611</w:t>
      </w:r>
      <w:r w:rsidRPr="00114ACC">
        <w:tab/>
        <w:t>Filtrirni materiali iz kemičnih snovi</w:t>
      </w:r>
    </w:p>
    <w:p w:rsidR="00E409C7" w:rsidRPr="00114ACC" w:rsidRDefault="00E409C7" w:rsidP="00114ACC">
      <w:r w:rsidRPr="00114ACC">
        <w:t>010612</w:t>
      </w:r>
      <w:r w:rsidRPr="00114ACC">
        <w:tab/>
        <w:t>Filtrni materiali [mineralne snovi]</w:t>
      </w:r>
    </w:p>
    <w:p w:rsidR="00E409C7" w:rsidRPr="00114ACC" w:rsidRDefault="00E409C7" w:rsidP="00114ACC">
      <w:r w:rsidRPr="00114ACC">
        <w:t>010613</w:t>
      </w:r>
      <w:r w:rsidRPr="00114ACC">
        <w:tab/>
        <w:t>Filtrni materiali [rastlinske snovi]</w:t>
      </w:r>
    </w:p>
    <w:p w:rsidR="00E409C7" w:rsidRPr="00114ACC" w:rsidRDefault="00E409C7" w:rsidP="00114ACC">
      <w:r w:rsidRPr="00114ACC">
        <w:t>010614</w:t>
      </w:r>
      <w:r w:rsidRPr="00114ACC">
        <w:tab/>
        <w:t>Glukoza za industrijske namene</w:t>
      </w:r>
    </w:p>
    <w:p w:rsidR="00E409C7" w:rsidRPr="00114ACC" w:rsidRDefault="00E409C7" w:rsidP="00114ACC">
      <w:r w:rsidRPr="00114ACC">
        <w:t>010616</w:t>
      </w:r>
      <w:r w:rsidRPr="00114ACC">
        <w:tab/>
        <w:t>Gumi [lepila] za industrijske namene</w:t>
      </w:r>
    </w:p>
    <w:p w:rsidR="00E409C7" w:rsidRPr="00114ACC" w:rsidRDefault="00E409C7" w:rsidP="00114ACC">
      <w:r w:rsidRPr="00114ACC">
        <w:t>010617</w:t>
      </w:r>
      <w:r w:rsidRPr="00114ACC">
        <w:tab/>
        <w:t>Pripravki za zaščito proti vlagi za zidarstvo, razen barv</w:t>
      </w:r>
    </w:p>
    <w:p w:rsidR="00E409C7" w:rsidRPr="00114ACC" w:rsidRDefault="00E409C7" w:rsidP="00114ACC">
      <w:r w:rsidRPr="00114ACC">
        <w:t>010618</w:t>
      </w:r>
      <w:r w:rsidRPr="00114ACC">
        <w:tab/>
        <w:t>Vodotopno steklo, razen za pisarniške, gospodinjske ali prehrambene namene</w:t>
      </w:r>
    </w:p>
    <w:p w:rsidR="00E409C7" w:rsidRPr="00114ACC" w:rsidRDefault="00E409C7" w:rsidP="00114ACC">
      <w:r w:rsidRPr="00114ACC">
        <w:t>010619</w:t>
      </w:r>
      <w:r w:rsidRPr="00114ACC">
        <w:tab/>
        <w:t>Konzervansi za pivo</w:t>
      </w:r>
    </w:p>
    <w:p w:rsidR="00E409C7" w:rsidRPr="00114ACC" w:rsidRDefault="00E409C7" w:rsidP="00114ACC">
      <w:r w:rsidRPr="00114ACC">
        <w:t>010620</w:t>
      </w:r>
      <w:r w:rsidRPr="00114ACC">
        <w:tab/>
        <w:t>Sintetični materiali za absorpcijo olja</w:t>
      </w:r>
    </w:p>
    <w:p w:rsidR="00E409C7" w:rsidRPr="00114ACC" w:rsidRDefault="00E409C7" w:rsidP="00114ACC">
      <w:r w:rsidRPr="00114ACC">
        <w:t>010621</w:t>
      </w:r>
      <w:r w:rsidRPr="00114ACC">
        <w:tab/>
        <w:t>Keramični materiali v obliki delcev, ki se uporabljajo kot filtrna sredstva</w:t>
      </w:r>
    </w:p>
    <w:p w:rsidR="00E409C7" w:rsidRPr="00114ACC" w:rsidRDefault="00E409C7" w:rsidP="00114ACC">
      <w:r w:rsidRPr="00114ACC">
        <w:t>010622</w:t>
      </w:r>
      <w:r w:rsidRPr="00114ACC">
        <w:tab/>
        <w:t>Kompostna gnojila</w:t>
      </w:r>
    </w:p>
    <w:p w:rsidR="00E409C7" w:rsidRPr="00114ACC" w:rsidRDefault="00E409C7" w:rsidP="00114ACC">
      <w:r w:rsidRPr="00114ACC">
        <w:t>010631</w:t>
      </w:r>
      <w:r w:rsidRPr="00114ACC">
        <w:tab/>
        <w:t>Kompoziti za proizvodnjo tehnične keramike</w:t>
      </w:r>
    </w:p>
    <w:p w:rsidR="00E409C7" w:rsidRPr="00114ACC" w:rsidRDefault="00E409C7" w:rsidP="00114ACC">
      <w:r w:rsidRPr="00114ACC">
        <w:t>010632</w:t>
      </w:r>
      <w:r w:rsidRPr="00114ACC">
        <w:tab/>
        <w:t>Diatomejska zemlja</w:t>
      </w:r>
    </w:p>
    <w:p w:rsidR="00E409C7" w:rsidRPr="00114ACC" w:rsidRDefault="00E409C7" w:rsidP="00114ACC">
      <w:r w:rsidRPr="00114ACC">
        <w:t>010633</w:t>
      </w:r>
      <w:r w:rsidRPr="00114ACC">
        <w:tab/>
        <w:t>Jedkalna sredstva za kovine</w:t>
      </w:r>
    </w:p>
    <w:p w:rsidR="00E409C7" w:rsidRPr="00114ACC" w:rsidRDefault="00E409C7" w:rsidP="00114ACC">
      <w:pPr>
        <w:rPr>
          <w:lang w:val="fr-FR"/>
        </w:rPr>
      </w:pPr>
      <w:r w:rsidRPr="00114ACC">
        <w:t>010634</w:t>
      </w:r>
      <w:r w:rsidRPr="00114ACC">
        <w:tab/>
      </w:r>
      <w:r w:rsidRPr="00114ACC">
        <w:rPr>
          <w:lang w:val="fr-FR"/>
        </w:rPr>
        <w:t>Pripravki za uravnavanje rasti rastlin</w:t>
      </w:r>
    </w:p>
    <w:p w:rsidR="00E409C7" w:rsidRPr="00114ACC" w:rsidRDefault="00E409C7" w:rsidP="00114ACC">
      <w:r w:rsidRPr="00114ACC">
        <w:t>010635</w:t>
      </w:r>
      <w:r w:rsidRPr="00114ACC">
        <w:tab/>
        <w:t>Pripravki za odstranjevanje vodnega kamna, razen za gospodinjske namene</w:t>
      </w:r>
    </w:p>
    <w:p w:rsidR="00E409C7" w:rsidRPr="00114ACC" w:rsidRDefault="00E409C7" w:rsidP="00114ACC">
      <w:r w:rsidRPr="00114ACC">
        <w:t>010636</w:t>
      </w:r>
      <w:r w:rsidRPr="00114ACC">
        <w:tab/>
        <w:t>Morska voda za industrijske namene</w:t>
      </w:r>
    </w:p>
    <w:p w:rsidR="00E409C7" w:rsidRPr="00114ACC" w:rsidRDefault="00E409C7" w:rsidP="00114ACC">
      <w:r w:rsidRPr="00114ACC">
        <w:t>010637</w:t>
      </w:r>
      <w:r w:rsidRPr="00114ACC">
        <w:tab/>
        <w:t>Pripravki iz elementov v sledovih za rastline</w:t>
      </w:r>
    </w:p>
    <w:p w:rsidR="00E409C7" w:rsidRPr="00114ACC" w:rsidRDefault="00E409C7" w:rsidP="00114ACC">
      <w:r w:rsidRPr="00114ACC">
        <w:t>010638</w:t>
      </w:r>
      <w:r w:rsidRPr="00114ACC">
        <w:tab/>
        <w:t>Kafra za industrijske namene</w:t>
      </w:r>
    </w:p>
    <w:p w:rsidR="00E409C7" w:rsidRPr="00114ACC" w:rsidRDefault="00E409C7" w:rsidP="00114ACC">
      <w:r w:rsidRPr="00114ACC">
        <w:t>010639</w:t>
      </w:r>
      <w:r w:rsidRPr="00114ACC">
        <w:tab/>
        <w:t>Kemični ojačevalci za papir</w:t>
      </w:r>
    </w:p>
    <w:p w:rsidR="00E409C7" w:rsidRPr="00114ACC" w:rsidRDefault="00E409C7" w:rsidP="00114ACC">
      <w:r w:rsidRPr="00114ACC">
        <w:t>010640</w:t>
      </w:r>
      <w:r w:rsidRPr="00114ACC">
        <w:tab/>
        <w:t>Kemični ojačevalci za gumo</w:t>
      </w:r>
    </w:p>
    <w:p w:rsidR="00E409C7" w:rsidRPr="00114ACC" w:rsidRDefault="00E409C7" w:rsidP="00114ACC">
      <w:r w:rsidRPr="00114ACC">
        <w:t>010641</w:t>
      </w:r>
      <w:r w:rsidRPr="00114ACC">
        <w:tab/>
        <w:t>Humus za pokrivanje</w:t>
      </w:r>
    </w:p>
    <w:p w:rsidR="00E409C7" w:rsidRPr="00114ACC" w:rsidRDefault="00E409C7" w:rsidP="00114ACC">
      <w:r w:rsidRPr="00114ACC">
        <w:t>010642</w:t>
      </w:r>
      <w:r w:rsidRPr="00114ACC">
        <w:tab/>
        <w:t>Magnetna tekočina za industrijske namene</w:t>
      </w:r>
    </w:p>
    <w:p w:rsidR="00E409C7" w:rsidRPr="00114ACC" w:rsidRDefault="00E409C7" w:rsidP="00114ACC">
      <w:r w:rsidRPr="00114ACC">
        <w:t>010643</w:t>
      </w:r>
      <w:r w:rsidRPr="00114ACC">
        <w:tab/>
        <w:t>Tekočina za krmilne sisteme</w:t>
      </w:r>
    </w:p>
    <w:p w:rsidR="00E409C7" w:rsidRPr="00114ACC" w:rsidRDefault="00E409C7" w:rsidP="00114ACC">
      <w:r w:rsidRPr="00114ACC">
        <w:t>010644</w:t>
      </w:r>
      <w:r w:rsidRPr="00114ACC">
        <w:tab/>
        <w:t>Tekočina za menjalnike</w:t>
      </w:r>
    </w:p>
    <w:p w:rsidR="00E409C7" w:rsidRPr="00114ACC" w:rsidRDefault="00E409C7" w:rsidP="00114ACC">
      <w:r w:rsidRPr="00114ACC">
        <w:t>010645</w:t>
      </w:r>
      <w:r w:rsidRPr="00114ACC">
        <w:tab/>
        <w:t>Pripravki za preprečevanje vrenja v hladilnih tekočinah za motorje</w:t>
      </w:r>
    </w:p>
    <w:p w:rsidR="00E409C7" w:rsidRPr="00114ACC" w:rsidRDefault="00E409C7" w:rsidP="00114ACC">
      <w:r w:rsidRPr="00114ACC">
        <w:t>010646</w:t>
      </w:r>
      <w:r w:rsidRPr="00114ACC">
        <w:tab/>
        <w:t>Keramične zmesi za visokotemperaturne obdelave [granule in praški]</w:t>
      </w:r>
    </w:p>
    <w:p w:rsidR="00E409C7" w:rsidRPr="00114ACC" w:rsidRDefault="00E409C7" w:rsidP="00114ACC">
      <w:r w:rsidRPr="00114ACC">
        <w:t>010647</w:t>
      </w:r>
      <w:r w:rsidRPr="00114ACC">
        <w:tab/>
        <w:t>Hladilna sredstva za motorje vozil</w:t>
      </w:r>
    </w:p>
    <w:p w:rsidR="00E409C7" w:rsidRPr="00114ACC" w:rsidRDefault="00E409C7" w:rsidP="00114ACC">
      <w:r w:rsidRPr="00114ACC">
        <w:t>010648</w:t>
      </w:r>
      <w:r w:rsidRPr="00114ACC">
        <w:tab/>
        <w:t>Kemikalije za čiščenje radiatorjev</w:t>
      </w:r>
    </w:p>
    <w:p w:rsidR="00E409C7" w:rsidRPr="00114ACC" w:rsidRDefault="00E409C7" w:rsidP="00114ACC">
      <w:r w:rsidRPr="00114ACC">
        <w:t>010649</w:t>
      </w:r>
      <w:r w:rsidRPr="00114ACC">
        <w:tab/>
        <w:t>Polnila za avtomobilsko karoserijo</w:t>
      </w:r>
    </w:p>
    <w:p w:rsidR="00E409C7" w:rsidRPr="00114ACC" w:rsidRDefault="00E409C7" w:rsidP="00114ACC">
      <w:r w:rsidRPr="00114ACC">
        <w:lastRenderedPageBreak/>
        <w:t>010650</w:t>
      </w:r>
      <w:r w:rsidRPr="00114ACC">
        <w:tab/>
        <w:t>Geli za elektroforezo</w:t>
      </w:r>
    </w:p>
    <w:p w:rsidR="00E409C7" w:rsidRPr="00114ACC" w:rsidRDefault="00E409C7" w:rsidP="00114ACC">
      <w:r w:rsidRPr="00114ACC">
        <w:t>010651</w:t>
      </w:r>
      <w:r w:rsidRPr="00114ACC">
        <w:tab/>
        <w:t>Steklarski kit</w:t>
      </w:r>
    </w:p>
    <w:p w:rsidR="00E409C7" w:rsidRPr="00114ACC" w:rsidRDefault="00E409C7" w:rsidP="00114ACC">
      <w:r w:rsidRPr="00114ACC">
        <w:t>010652</w:t>
      </w:r>
      <w:r w:rsidRPr="00114ACC">
        <w:tab/>
        <w:t>Glina za vodno rast rastlin [substrat]</w:t>
      </w:r>
    </w:p>
    <w:p w:rsidR="00E409C7" w:rsidRPr="00114ACC" w:rsidRDefault="00E409C7" w:rsidP="00114ACC">
      <w:r w:rsidRPr="00114ACC">
        <w:t>010653</w:t>
      </w:r>
      <w:r w:rsidRPr="00114ACC">
        <w:tab/>
        <w:t>Zmesi za odstranjevanje stenskih tapet</w:t>
      </w:r>
    </w:p>
    <w:p w:rsidR="00E409C7" w:rsidRPr="00114ACC" w:rsidRDefault="00E409C7" w:rsidP="00114ACC">
      <w:r w:rsidRPr="00114ACC">
        <w:t>010654</w:t>
      </w:r>
      <w:r w:rsidRPr="00114ACC">
        <w:tab/>
        <w:t>Kemični dodatki za olja</w:t>
      </w:r>
    </w:p>
    <w:p w:rsidR="00E409C7" w:rsidRPr="00114ACC" w:rsidRDefault="00E409C7" w:rsidP="00114ACC">
      <w:r w:rsidRPr="00114ACC">
        <w:t>010656</w:t>
      </w:r>
      <w:r w:rsidRPr="00114ACC">
        <w:tab/>
        <w:t>Geni semen za poljedelsko proizvodnjo</w:t>
      </w:r>
    </w:p>
    <w:p w:rsidR="00E409C7" w:rsidRPr="00114ACC" w:rsidRDefault="00E409C7" w:rsidP="00114ACC">
      <w:r w:rsidRPr="00114ACC">
        <w:t>010657</w:t>
      </w:r>
      <w:r w:rsidRPr="00114ACC">
        <w:tab/>
        <w:t>Matične celice, razen za medicinske ali veterinarske namene</w:t>
      </w:r>
    </w:p>
    <w:p w:rsidR="00E409C7" w:rsidRPr="00114ACC" w:rsidRDefault="00E409C7" w:rsidP="00114ACC">
      <w:r w:rsidRPr="00114ACC">
        <w:t>010658</w:t>
      </w:r>
      <w:r w:rsidRPr="00114ACC">
        <w:tab/>
        <w:t>Kulture bioloških tkiv, razen za medicinske ali veterinarske namene</w:t>
      </w:r>
    </w:p>
    <w:p w:rsidR="00E409C7" w:rsidRPr="00114ACC" w:rsidRDefault="00E409C7" w:rsidP="00114ACC">
      <w:r w:rsidRPr="00114ACC">
        <w:t>010659</w:t>
      </w:r>
      <w:r w:rsidRPr="00114ACC">
        <w:tab/>
        <w:t>Gnojila iz ribje moke</w:t>
      </w:r>
    </w:p>
    <w:p w:rsidR="00E409C7" w:rsidRPr="00114ACC" w:rsidRDefault="00E409C7" w:rsidP="00114ACC">
      <w:r w:rsidRPr="00114ACC">
        <w:t>010660</w:t>
      </w:r>
      <w:r w:rsidRPr="00114ACC">
        <w:tab/>
        <w:t>Encimski pripravki za prehrambeno industrijo</w:t>
      </w:r>
    </w:p>
    <w:p w:rsidR="00E409C7" w:rsidRPr="00114ACC" w:rsidRDefault="00E409C7" w:rsidP="00114ACC">
      <w:r w:rsidRPr="00114ACC">
        <w:t>010661</w:t>
      </w:r>
      <w:r w:rsidRPr="00114ACC">
        <w:tab/>
        <w:t>Encimi za prehrambeno industrijo</w:t>
      </w:r>
    </w:p>
    <w:p w:rsidR="00E409C7" w:rsidRPr="00114ACC" w:rsidRDefault="00E409C7" w:rsidP="00114ACC">
      <w:r w:rsidRPr="00114ACC">
        <w:t>010662</w:t>
      </w:r>
      <w:r w:rsidRPr="00114ACC">
        <w:tab/>
        <w:t>Glukoza za prehrambeno industrijo</w:t>
      </w:r>
    </w:p>
    <w:p w:rsidR="00E409C7" w:rsidRPr="00114ACC" w:rsidRDefault="00E409C7" w:rsidP="00114ACC">
      <w:r w:rsidRPr="00114ACC">
        <w:t>010663</w:t>
      </w:r>
      <w:r w:rsidRPr="00114ACC">
        <w:tab/>
        <w:t>Lecitin za prehrambeno industrijo</w:t>
      </w:r>
    </w:p>
    <w:p w:rsidR="00E409C7" w:rsidRPr="00114ACC" w:rsidRDefault="00E409C7" w:rsidP="00114ACC">
      <w:r w:rsidRPr="00114ACC">
        <w:t>010664</w:t>
      </w:r>
      <w:r w:rsidRPr="00114ACC">
        <w:tab/>
        <w:t>Lecitin za industrijske namene</w:t>
      </w:r>
    </w:p>
    <w:p w:rsidR="00E409C7" w:rsidRPr="00114ACC" w:rsidRDefault="00E409C7" w:rsidP="00114ACC">
      <w:r w:rsidRPr="00114ACC">
        <w:t>010665</w:t>
      </w:r>
      <w:r w:rsidRPr="00114ACC">
        <w:tab/>
        <w:t>Pektin za prehrambeno industrijo</w:t>
      </w:r>
    </w:p>
    <w:p w:rsidR="00E409C7" w:rsidRPr="00114ACC" w:rsidRDefault="00E409C7" w:rsidP="00114ACC">
      <w:r w:rsidRPr="00114ACC">
        <w:t>010666</w:t>
      </w:r>
      <w:r w:rsidRPr="00114ACC">
        <w:tab/>
        <w:t>Pektin za industrijske namene</w:t>
      </w:r>
    </w:p>
    <w:p w:rsidR="00E409C7" w:rsidRPr="00114ACC" w:rsidRDefault="00E409C7" w:rsidP="00114ACC">
      <w:r w:rsidRPr="00114ACC">
        <w:t>010667</w:t>
      </w:r>
      <w:r w:rsidRPr="00114ACC">
        <w:tab/>
        <w:t>Tartar za prehrambeno industrijo</w:t>
      </w:r>
    </w:p>
    <w:p w:rsidR="00E409C7" w:rsidRPr="00114ACC" w:rsidRDefault="00E409C7" w:rsidP="00114ACC">
      <w:r w:rsidRPr="00114ACC">
        <w:t>010668</w:t>
      </w:r>
      <w:r w:rsidRPr="00114ACC">
        <w:tab/>
        <w:t>Tartar za industrijske namene</w:t>
      </w:r>
    </w:p>
    <w:p w:rsidR="00E409C7" w:rsidRPr="00114ACC" w:rsidRDefault="00E409C7" w:rsidP="00114ACC">
      <w:r w:rsidRPr="00114ACC">
        <w:t>010669</w:t>
      </w:r>
      <w:r w:rsidRPr="00114ACC">
        <w:tab/>
        <w:t>Alginati za prehrambeno industrijo</w:t>
      </w:r>
    </w:p>
    <w:p w:rsidR="00E409C7" w:rsidRPr="00114ACC" w:rsidRDefault="00E409C7" w:rsidP="00114ACC">
      <w:r w:rsidRPr="00114ACC">
        <w:t>010670</w:t>
      </w:r>
      <w:r w:rsidRPr="00114ACC">
        <w:tab/>
        <w:t>Gluten za prehrambeno industrijo</w:t>
      </w:r>
    </w:p>
    <w:p w:rsidR="00E409C7" w:rsidRPr="00114ACC" w:rsidRDefault="00E409C7" w:rsidP="00114ACC">
      <w:r w:rsidRPr="00114ACC">
        <w:t>010671</w:t>
      </w:r>
      <w:r w:rsidRPr="00114ACC">
        <w:tab/>
        <w:t>Gluten za industrijsko uporabo</w:t>
      </w:r>
    </w:p>
    <w:p w:rsidR="00E409C7" w:rsidRPr="00114ACC" w:rsidRDefault="00E409C7" w:rsidP="00114ACC">
      <w:r w:rsidRPr="00114ACC">
        <w:t>010672</w:t>
      </w:r>
      <w:r w:rsidRPr="00114ACC">
        <w:tab/>
        <w:t>Mlečni sladkor (laktoza) za prehrambeno industrijo</w:t>
      </w:r>
    </w:p>
    <w:p w:rsidR="00E409C7" w:rsidRPr="00114ACC" w:rsidRDefault="00E409C7" w:rsidP="00114ACC">
      <w:r w:rsidRPr="00114ACC">
        <w:t>010673</w:t>
      </w:r>
      <w:r w:rsidRPr="00114ACC">
        <w:tab/>
        <w:t>Mlečni sladkor (laktoza) za industrijske namene</w:t>
      </w:r>
    </w:p>
    <w:p w:rsidR="00E409C7" w:rsidRPr="00114ACC" w:rsidRDefault="00E409C7" w:rsidP="00114ACC">
      <w:r w:rsidRPr="00114ACC">
        <w:t>010674</w:t>
      </w:r>
      <w:r w:rsidRPr="00114ACC">
        <w:tab/>
        <w:t>Laktoza [surovina]</w:t>
      </w:r>
    </w:p>
    <w:p w:rsidR="00E409C7" w:rsidRPr="00114ACC" w:rsidRDefault="00E409C7" w:rsidP="00114ACC">
      <w:r w:rsidRPr="00114ACC">
        <w:t>010675</w:t>
      </w:r>
      <w:r w:rsidRPr="00114ACC">
        <w:tab/>
        <w:t>Mlečni fermenti za prehrambeno industrijo</w:t>
      </w:r>
    </w:p>
    <w:p w:rsidR="00E409C7" w:rsidRPr="00114ACC" w:rsidRDefault="00E409C7" w:rsidP="00114ACC">
      <w:r w:rsidRPr="00114ACC">
        <w:t>010676</w:t>
      </w:r>
      <w:r w:rsidRPr="00114ACC">
        <w:tab/>
        <w:t>Mlečni fermenti za industrijske namene</w:t>
      </w:r>
    </w:p>
    <w:p w:rsidR="00E409C7" w:rsidRPr="00114ACC" w:rsidRDefault="00E409C7" w:rsidP="00114ACC">
      <w:r w:rsidRPr="00114ACC">
        <w:t>010677</w:t>
      </w:r>
      <w:r w:rsidRPr="00114ACC">
        <w:tab/>
        <w:t>Kazein za prehrambeno industrijo</w:t>
      </w:r>
    </w:p>
    <w:p w:rsidR="00E409C7" w:rsidRPr="00114ACC" w:rsidRDefault="00E409C7" w:rsidP="00114ACC">
      <w:r w:rsidRPr="00114ACC">
        <w:t>010678</w:t>
      </w:r>
      <w:r w:rsidRPr="00114ACC">
        <w:tab/>
        <w:t>Hlapi amonijevega klorida</w:t>
      </w:r>
    </w:p>
    <w:p w:rsidR="00E409C7" w:rsidRPr="00114ACC" w:rsidRDefault="00E409C7" w:rsidP="00114ACC">
      <w:r w:rsidRPr="00114ACC">
        <w:t>010679</w:t>
      </w:r>
      <w:r w:rsidRPr="00114ACC">
        <w:tab/>
        <w:t>Kemični pripravki za proizvodnjo barvnih osnov (pigmentov)</w:t>
      </w:r>
    </w:p>
    <w:p w:rsidR="00E409C7" w:rsidRPr="00114ACC" w:rsidRDefault="00E409C7" w:rsidP="00114ACC">
      <w:r w:rsidRPr="00114ACC">
        <w:t>010680</w:t>
      </w:r>
      <w:r w:rsidRPr="00114ACC">
        <w:tab/>
        <w:t>Pripravki mikroorganizmov, razen za medicinsko in veterinarsko uporabo</w:t>
      </w:r>
    </w:p>
    <w:p w:rsidR="00E409C7" w:rsidRPr="00114ACC" w:rsidRDefault="00E409C7" w:rsidP="00114ACC">
      <w:r w:rsidRPr="00114ACC">
        <w:t>010681</w:t>
      </w:r>
      <w:r w:rsidRPr="00114ACC">
        <w:tab/>
        <w:t>Zemlja za lončnice</w:t>
      </w:r>
    </w:p>
    <w:p w:rsidR="00E409C7" w:rsidRPr="00114ACC" w:rsidRDefault="00E409C7" w:rsidP="00114ACC">
      <w:r w:rsidRPr="00114ACC">
        <w:t>010682</w:t>
      </w:r>
      <w:r w:rsidRPr="00114ACC">
        <w:tab/>
        <w:t>Pripravki za kaljenje kovin</w:t>
      </w:r>
    </w:p>
    <w:p w:rsidR="00E409C7" w:rsidRPr="00114ACC" w:rsidRDefault="00E409C7" w:rsidP="00114ACC">
      <w:r w:rsidRPr="00114ACC">
        <w:t>010683</w:t>
      </w:r>
      <w:r w:rsidRPr="00114ACC">
        <w:tab/>
        <w:t>Glutaminska kislina za industrijske namene</w:t>
      </w:r>
    </w:p>
    <w:p w:rsidR="00E409C7" w:rsidRPr="00114ACC" w:rsidRDefault="00E409C7" w:rsidP="00114ACC">
      <w:r w:rsidRPr="00114ACC">
        <w:t>010684</w:t>
      </w:r>
      <w:r w:rsidRPr="00114ACC">
        <w:tab/>
        <w:t>Čajni izvlečki za uporabo v proizvodnji farmacevtskih proizvodov</w:t>
      </w:r>
    </w:p>
    <w:p w:rsidR="00E409C7" w:rsidRPr="00114ACC" w:rsidRDefault="00E409C7" w:rsidP="00114ACC">
      <w:r w:rsidRPr="00114ACC">
        <w:t>010685</w:t>
      </w:r>
      <w:r w:rsidRPr="00114ACC">
        <w:tab/>
        <w:t>Čajni izvlečki za uporabo v živilski industriji</w:t>
      </w:r>
    </w:p>
    <w:p w:rsidR="00E409C7" w:rsidRPr="00114ACC" w:rsidRDefault="00E409C7" w:rsidP="00114ACC">
      <w:r w:rsidRPr="00114ACC">
        <w:t>010686</w:t>
      </w:r>
      <w:r w:rsidRPr="00114ACC">
        <w:tab/>
        <w:t>Organski digestat [gnojilo]</w:t>
      </w:r>
    </w:p>
    <w:p w:rsidR="00E409C7" w:rsidRPr="00114ACC" w:rsidRDefault="00E409C7" w:rsidP="00114ACC">
      <w:r w:rsidRPr="00114ACC">
        <w:t>010687</w:t>
      </w:r>
      <w:r w:rsidRPr="00114ACC">
        <w:tab/>
        <w:t>Izvlečki iz čaja za proizvodnjo kozmetičnih sredstev</w:t>
      </w:r>
    </w:p>
    <w:p w:rsidR="00E409C7" w:rsidRPr="00114ACC" w:rsidRDefault="00E409C7" w:rsidP="00114ACC">
      <w:r w:rsidRPr="00114ACC">
        <w:t>010688</w:t>
      </w:r>
      <w:r w:rsidRPr="00114ACC">
        <w:tab/>
        <w:t>Kolagen za industrijske namene</w:t>
      </w:r>
    </w:p>
    <w:p w:rsidR="00E409C7" w:rsidRPr="00114ACC" w:rsidRDefault="00E409C7" w:rsidP="00114ACC">
      <w:r w:rsidRPr="00114ACC">
        <w:t>010689</w:t>
      </w:r>
      <w:r w:rsidRPr="00114ACC">
        <w:tab/>
        <w:t>Silicijev karbid [surovine]</w:t>
      </w:r>
    </w:p>
    <w:p w:rsidR="00E409C7" w:rsidRPr="00114ACC" w:rsidRDefault="00E409C7" w:rsidP="00114ACC">
      <w:r w:rsidRPr="00114ACC">
        <w:t>010690</w:t>
      </w:r>
      <w:r w:rsidRPr="00114ACC">
        <w:tab/>
        <w:t>Adjuvansi, ki niso za medicinske ali veterinarske namene</w:t>
      </w:r>
    </w:p>
    <w:p w:rsidR="00E409C7" w:rsidRPr="00114ACC" w:rsidRDefault="00E409C7" w:rsidP="00114ACC">
      <w:r w:rsidRPr="00114ACC">
        <w:t>010691</w:t>
      </w:r>
      <w:r w:rsidRPr="00114ACC">
        <w:tab/>
        <w:t>Vitamini za uporabo v proizvodnji prehranskih dodatkov</w:t>
      </w:r>
    </w:p>
    <w:p w:rsidR="00E409C7" w:rsidRPr="00114ACC" w:rsidRDefault="00E409C7" w:rsidP="00114ACC">
      <w:r w:rsidRPr="00114ACC">
        <w:t>010692</w:t>
      </w:r>
      <w:r w:rsidRPr="00114ACC">
        <w:tab/>
        <w:t>Vitamini za uporabo v živilski industriji</w:t>
      </w:r>
    </w:p>
    <w:p w:rsidR="00E409C7" w:rsidRPr="00114ACC" w:rsidRDefault="00E409C7" w:rsidP="00114ACC">
      <w:r w:rsidRPr="00114ACC">
        <w:t>010693</w:t>
      </w:r>
      <w:r w:rsidRPr="00114ACC">
        <w:tab/>
        <w:t>Antioksidanti za uporabo v proizvodnji</w:t>
      </w:r>
    </w:p>
    <w:p w:rsidR="00E409C7" w:rsidRPr="00114ACC" w:rsidRDefault="00E409C7" w:rsidP="00114ACC">
      <w:r w:rsidRPr="00114ACC">
        <w:t>010694</w:t>
      </w:r>
      <w:r w:rsidRPr="00114ACC">
        <w:tab/>
        <w:t>Antioksidanti za uporabo v proizvodnji kozmetičnih izdelkov</w:t>
      </w:r>
    </w:p>
    <w:p w:rsidR="00E409C7" w:rsidRPr="00114ACC" w:rsidRDefault="00E409C7" w:rsidP="00114ACC">
      <w:r w:rsidRPr="00114ACC">
        <w:t>010695</w:t>
      </w:r>
      <w:r w:rsidRPr="00114ACC">
        <w:tab/>
        <w:t>Antioksidanti za uporabo v proizvodnji farmacevtskih izdelkov</w:t>
      </w:r>
    </w:p>
    <w:p w:rsidR="00E409C7" w:rsidRPr="00114ACC" w:rsidRDefault="00E409C7" w:rsidP="00114ACC">
      <w:r w:rsidRPr="00114ACC">
        <w:t>010696</w:t>
      </w:r>
      <w:r w:rsidRPr="00114ACC">
        <w:tab/>
        <w:t>Antioksidanti za uporabo v proizvodnji prehranskih dodatkov</w:t>
      </w:r>
    </w:p>
    <w:p w:rsidR="00E409C7" w:rsidRPr="00114ACC" w:rsidRDefault="00E409C7" w:rsidP="00114ACC">
      <w:r w:rsidRPr="00114ACC">
        <w:t>010697</w:t>
      </w:r>
      <w:r w:rsidRPr="00114ACC">
        <w:tab/>
        <w:t>Beljakovine za uporabo v proizvodnji</w:t>
      </w:r>
    </w:p>
    <w:p w:rsidR="00E409C7" w:rsidRPr="00114ACC" w:rsidRDefault="00E409C7" w:rsidP="00114ACC">
      <w:r w:rsidRPr="00114ACC">
        <w:t>010698</w:t>
      </w:r>
      <w:r w:rsidRPr="00114ACC">
        <w:tab/>
        <w:t>Beljakovine za uporabo v proizvodnji prehranskih dodatkov</w:t>
      </w:r>
    </w:p>
    <w:p w:rsidR="00E409C7" w:rsidRPr="00114ACC" w:rsidRDefault="00E409C7" w:rsidP="00114ACC">
      <w:r w:rsidRPr="00114ACC">
        <w:t>010699</w:t>
      </w:r>
      <w:r w:rsidRPr="00114ACC">
        <w:tab/>
        <w:t>Beljakovine za uporabo v živilski industriji</w:t>
      </w:r>
    </w:p>
    <w:p w:rsidR="00E409C7" w:rsidRPr="00114ACC" w:rsidRDefault="00E409C7" w:rsidP="00114ACC">
      <w:r w:rsidRPr="00114ACC">
        <w:t>010700</w:t>
      </w:r>
      <w:r w:rsidRPr="00114ACC">
        <w:tab/>
        <w:t>Amonijev nitrat</w:t>
      </w:r>
    </w:p>
    <w:p w:rsidR="00E409C7" w:rsidRPr="00114ACC" w:rsidRDefault="00E409C7" w:rsidP="00114ACC">
      <w:r w:rsidRPr="00114ACC">
        <w:t>010701</w:t>
      </w:r>
      <w:r w:rsidRPr="00114ACC">
        <w:tab/>
        <w:t>Vitamini za uporabo v proizvodnji farmacevtskih izdelkov</w:t>
      </w:r>
    </w:p>
    <w:p w:rsidR="00E409C7" w:rsidRPr="00114ACC" w:rsidRDefault="00E409C7" w:rsidP="00114ACC">
      <w:r w:rsidRPr="00114ACC">
        <w:t>010702</w:t>
      </w:r>
      <w:r w:rsidRPr="00114ACC">
        <w:tab/>
        <w:t>Vitamini za uporabo v proizvodnji kozmetičnih izdelkov</w:t>
      </w:r>
    </w:p>
    <w:p w:rsidR="00E409C7" w:rsidRPr="00114ACC" w:rsidRDefault="00E409C7" w:rsidP="00114ACC">
      <w:r w:rsidRPr="00114ACC">
        <w:t>010703</w:t>
      </w:r>
      <w:r w:rsidRPr="00114ACC">
        <w:tab/>
        <w:t>Flavonoidi za industrijske namene [fenolne spojine]</w:t>
      </w:r>
    </w:p>
    <w:p w:rsidR="00E409C7" w:rsidRPr="00114ACC" w:rsidRDefault="00E409C7" w:rsidP="00114ACC">
      <w:r w:rsidRPr="00114ACC">
        <w:t>010704</w:t>
      </w:r>
      <w:r w:rsidRPr="00114ACC">
        <w:tab/>
        <w:t>Timol za industrijske namene</w:t>
      </w:r>
    </w:p>
    <w:p w:rsidR="00E409C7" w:rsidRPr="00114ACC" w:rsidRDefault="00E409C7" w:rsidP="00114ACC">
      <w:r w:rsidRPr="00114ACC">
        <w:t>010705</w:t>
      </w:r>
      <w:r w:rsidRPr="00114ACC">
        <w:tab/>
        <w:t>Zemlja za vrhnjo plast</w:t>
      </w:r>
    </w:p>
    <w:p w:rsidR="00E409C7" w:rsidRPr="00114ACC" w:rsidRDefault="00E409C7" w:rsidP="00114ACC">
      <w:r w:rsidRPr="00114ACC">
        <w:t>010706</w:t>
      </w:r>
      <w:r w:rsidRPr="00114ACC">
        <w:tab/>
        <w:t>Transmisijska olja</w:t>
      </w:r>
    </w:p>
    <w:p w:rsidR="00E409C7" w:rsidRPr="00114ACC" w:rsidRDefault="00E409C7" w:rsidP="00114ACC">
      <w:r w:rsidRPr="00114ACC">
        <w:t>010707</w:t>
      </w:r>
      <w:r w:rsidRPr="00114ACC">
        <w:tab/>
        <w:t>Polimerne smole, neobdelane</w:t>
      </w:r>
    </w:p>
    <w:p w:rsidR="00E409C7" w:rsidRPr="00114ACC" w:rsidRDefault="00E409C7" w:rsidP="00114ACC">
      <w:r w:rsidRPr="00114ACC">
        <w:t>010708</w:t>
      </w:r>
      <w:r w:rsidRPr="00114ACC">
        <w:tab/>
        <w:t>Kemijski premazi za oftalmične leče</w:t>
      </w:r>
    </w:p>
    <w:p w:rsidR="00E409C7" w:rsidRPr="00114ACC" w:rsidRDefault="00E409C7" w:rsidP="00114ACC">
      <w:r w:rsidRPr="00114ACC">
        <w:t>010709</w:t>
      </w:r>
      <w:r w:rsidRPr="00114ACC">
        <w:tab/>
        <w:t>Kalomel [živosrebrov klorid]</w:t>
      </w:r>
    </w:p>
    <w:p w:rsidR="00E409C7" w:rsidRPr="00114ACC" w:rsidRDefault="00E409C7" w:rsidP="00114ACC">
      <w:r w:rsidRPr="00114ACC">
        <w:t>010710</w:t>
      </w:r>
      <w:r w:rsidRPr="00114ACC">
        <w:tab/>
        <w:t>Živalski gnoj</w:t>
      </w:r>
    </w:p>
    <w:p w:rsidR="00E409C7" w:rsidRPr="00114ACC" w:rsidRDefault="00E409C7" w:rsidP="00114ACC">
      <w:r w:rsidRPr="00114ACC">
        <w:t>010711</w:t>
      </w:r>
      <w:r w:rsidRPr="00114ACC">
        <w:tab/>
        <w:t>Ksilol</w:t>
      </w:r>
    </w:p>
    <w:p w:rsidR="00E409C7" w:rsidRPr="00114ACC" w:rsidRDefault="00E409C7" w:rsidP="00114ACC">
      <w:r w:rsidRPr="00114ACC">
        <w:t>010712</w:t>
      </w:r>
      <w:r w:rsidRPr="00114ACC">
        <w:tab/>
        <w:t>Ksilen</w:t>
      </w:r>
    </w:p>
    <w:p w:rsidR="00E409C7" w:rsidRPr="00114ACC" w:rsidRDefault="00E409C7" w:rsidP="00114ACC">
      <w:r w:rsidRPr="00114ACC">
        <w:t>010713</w:t>
      </w:r>
      <w:r w:rsidRPr="00114ACC">
        <w:tab/>
        <w:t>Benzen</w:t>
      </w:r>
    </w:p>
    <w:p w:rsidR="00E409C7" w:rsidRPr="00114ACC" w:rsidRDefault="00E409C7" w:rsidP="00114ACC">
      <w:r w:rsidRPr="00114ACC">
        <w:t>010714</w:t>
      </w:r>
      <w:r w:rsidRPr="00114ACC">
        <w:tab/>
        <w:t>Bencol</w:t>
      </w:r>
    </w:p>
    <w:p w:rsidR="00E409C7" w:rsidRPr="00114ACC" w:rsidRDefault="00E409C7" w:rsidP="00114ACC">
      <w:r w:rsidRPr="00114ACC">
        <w:t>010715</w:t>
      </w:r>
      <w:r w:rsidRPr="00114ACC">
        <w:tab/>
        <w:t>Grafen</w:t>
      </w:r>
    </w:p>
    <w:p w:rsidR="00E409C7" w:rsidRPr="00114ACC" w:rsidRDefault="00E409C7" w:rsidP="00114ACC">
      <w:pPr>
        <w:rPr>
          <w:lang w:val="fr-FR"/>
        </w:rPr>
      </w:pPr>
      <w:r w:rsidRPr="00114ACC">
        <w:t>010716</w:t>
      </w:r>
      <w:r w:rsidRPr="00114ACC">
        <w:tab/>
      </w:r>
      <w:r w:rsidRPr="00114ACC">
        <w:rPr>
          <w:lang w:val="fr-FR"/>
        </w:rPr>
        <w:t>Sadra, ki se uporablja kot gnojilo</w:t>
      </w:r>
    </w:p>
    <w:p w:rsidR="00E409C7" w:rsidRPr="00114ACC" w:rsidRDefault="00E409C7" w:rsidP="00114ACC">
      <w:r w:rsidRPr="00114ACC">
        <w:t>010717</w:t>
      </w:r>
      <w:r w:rsidRPr="00114ACC">
        <w:tab/>
        <w:t>Nanopraški za industrijske namene</w:t>
      </w:r>
    </w:p>
    <w:p w:rsidR="00E409C7" w:rsidRPr="00114ACC" w:rsidRDefault="00E409C7" w:rsidP="00114ACC">
      <w:r w:rsidRPr="00114ACC">
        <w:t>010718</w:t>
      </w:r>
      <w:r w:rsidRPr="00114ACC">
        <w:tab/>
        <w:t>Polimeri na osnovi dendrimerov, za uporabo v proizvodnji kapsul za farmacevtske proizvode</w:t>
      </w:r>
    </w:p>
    <w:p w:rsidR="00E409C7" w:rsidRPr="00114ACC" w:rsidRDefault="00E409C7" w:rsidP="00114ACC">
      <w:r w:rsidRPr="00114ACC">
        <w:t>010719</w:t>
      </w:r>
      <w:r w:rsidRPr="00114ACC">
        <w:tab/>
        <w:t>Kemični pripravki za preprečevanje bolezni, ki napadajo žitarice</w:t>
      </w:r>
    </w:p>
    <w:p w:rsidR="00E409C7" w:rsidRPr="00114ACC" w:rsidRDefault="00E409C7" w:rsidP="00114ACC">
      <w:r w:rsidRPr="00114ACC">
        <w:t>010720</w:t>
      </w:r>
      <w:r w:rsidRPr="00114ACC">
        <w:tab/>
        <w:t>Biostimulanti za rastline</w:t>
      </w:r>
    </w:p>
    <w:p w:rsidR="00E409C7" w:rsidRPr="00114ACC" w:rsidRDefault="00E409C7" w:rsidP="00114ACC">
      <w:r w:rsidRPr="00114ACC">
        <w:t>010721</w:t>
      </w:r>
      <w:r w:rsidRPr="00114ACC">
        <w:tab/>
        <w:t>Prevodne smole</w:t>
      </w:r>
    </w:p>
    <w:p w:rsidR="00E409C7" w:rsidRPr="00114ACC" w:rsidRDefault="00E409C7" w:rsidP="00114ACC">
      <w:r w:rsidRPr="00114ACC">
        <w:t>010722</w:t>
      </w:r>
      <w:r w:rsidRPr="00114ACC">
        <w:tab/>
        <w:t>Prevodna lepila</w:t>
      </w:r>
    </w:p>
    <w:p w:rsidR="00E409C7" w:rsidRPr="00114ACC" w:rsidRDefault="00E409C7" w:rsidP="00114ACC">
      <w:r w:rsidRPr="00114ACC">
        <w:t>010723</w:t>
      </w:r>
      <w:r w:rsidRPr="00114ACC">
        <w:tab/>
        <w:t>Lužina za prehrambno industrijo</w:t>
      </w:r>
    </w:p>
    <w:p w:rsidR="00E409C7" w:rsidRPr="00114ACC" w:rsidRDefault="00E409C7" w:rsidP="00114ACC">
      <w:r w:rsidRPr="00114ACC">
        <w:t>010724</w:t>
      </w:r>
      <w:r w:rsidRPr="00114ACC">
        <w:tab/>
        <w:t>Kvas za znanstvene namene</w:t>
      </w:r>
    </w:p>
    <w:p w:rsidR="00E409C7" w:rsidRPr="00114ACC" w:rsidRDefault="00E409C7" w:rsidP="00114ACC">
      <w:r w:rsidRPr="00114ACC">
        <w:t>010725</w:t>
      </w:r>
      <w:r w:rsidRPr="00114ACC">
        <w:tab/>
        <w:t>Kvas za uporabo v proizvodnji biogoriv</w:t>
      </w:r>
    </w:p>
    <w:p w:rsidR="00E409C7" w:rsidRPr="00114ACC" w:rsidRDefault="00E409C7" w:rsidP="00114ACC">
      <w:r w:rsidRPr="00114ACC">
        <w:t>010726</w:t>
      </w:r>
      <w:r w:rsidRPr="00114ACC">
        <w:tab/>
        <w:t>Termalna pasta</w:t>
      </w:r>
    </w:p>
    <w:p w:rsidR="00E409C7" w:rsidRPr="00114ACC" w:rsidRDefault="00E409C7" w:rsidP="00114ACC">
      <w:r w:rsidRPr="00114ACC">
        <w:t>010727</w:t>
      </w:r>
      <w:r w:rsidRPr="00114ACC">
        <w:tab/>
        <w:t>Diagnostični trakovi za testiranje materinega mleka, razen za medicinsko ali veterinarsko uporabo</w:t>
      </w:r>
    </w:p>
    <w:p w:rsidR="00E409C7" w:rsidRPr="00114ACC" w:rsidRDefault="00E409C7" w:rsidP="00114ACC">
      <w:r w:rsidRPr="00114ACC">
        <w:t>010728</w:t>
      </w:r>
      <w:r w:rsidRPr="00114ACC">
        <w:tab/>
        <w:t>Rastlinski izvlečki za prehransko industrijo</w:t>
      </w:r>
    </w:p>
    <w:p w:rsidR="00E409C7" w:rsidRPr="00114ACC" w:rsidRDefault="00E409C7" w:rsidP="00114ACC">
      <w:r w:rsidRPr="00114ACC">
        <w:t>010729</w:t>
      </w:r>
      <w:r w:rsidRPr="00114ACC">
        <w:tab/>
        <w:t>Rastlinski izvlečki za proizvodnjo kozmetičnih izdelkov</w:t>
      </w:r>
    </w:p>
    <w:p w:rsidR="00E409C7" w:rsidRPr="00114ACC" w:rsidRDefault="00E409C7" w:rsidP="00114ACC">
      <w:r w:rsidRPr="00114ACC">
        <w:t>010730</w:t>
      </w:r>
      <w:r w:rsidRPr="00114ACC">
        <w:tab/>
        <w:t>Rastlinski izvlečki za uporabo v proizvodnji farmacevtskih proizvodov</w:t>
      </w:r>
    </w:p>
    <w:p w:rsidR="00E409C7" w:rsidRPr="00114ACC" w:rsidRDefault="00E409C7" w:rsidP="00114ACC">
      <w:r w:rsidRPr="00114ACC">
        <w:t>010731</w:t>
      </w:r>
      <w:r w:rsidRPr="00114ACC">
        <w:tab/>
        <w:t>Aktivne kemijske sestavine</w:t>
      </w:r>
    </w:p>
    <w:p w:rsidR="00E409C7" w:rsidRPr="00114ACC" w:rsidRDefault="00E409C7" w:rsidP="00114ACC">
      <w:r w:rsidRPr="00114ACC">
        <w:lastRenderedPageBreak/>
        <w:t>010732</w:t>
      </w:r>
      <w:r w:rsidRPr="00114ACC">
        <w:tab/>
        <w:t>Ogljikov dioksid za industrijske namene</w:t>
      </w:r>
    </w:p>
    <w:p w:rsidR="00E409C7" w:rsidRPr="00114ACC" w:rsidRDefault="00E409C7" w:rsidP="00114ACC">
      <w:r w:rsidRPr="00114ACC">
        <w:t>010733</w:t>
      </w:r>
      <w:r w:rsidRPr="00114ACC">
        <w:tab/>
        <w:t>Umetna sladila za prehrambeno industrijo</w:t>
      </w:r>
    </w:p>
    <w:p w:rsidR="00E409C7" w:rsidRPr="00114ACC" w:rsidRDefault="00E409C7" w:rsidP="00114ACC">
      <w:r w:rsidRPr="00114ACC">
        <w:t>010734</w:t>
      </w:r>
      <w:r w:rsidRPr="00114ACC">
        <w:tab/>
        <w:t>Saharin za prehrambeno industrijo</w:t>
      </w:r>
    </w:p>
    <w:p w:rsidR="00E409C7" w:rsidRPr="00114ACC" w:rsidRDefault="00E409C7" w:rsidP="00114ACC">
      <w:r w:rsidRPr="00114ACC">
        <w:t>010735</w:t>
      </w:r>
      <w:r w:rsidRPr="00114ACC">
        <w:tab/>
        <w:t>Aspartam za industrijske namene</w:t>
      </w:r>
    </w:p>
    <w:p w:rsidR="00E409C7" w:rsidRPr="00114ACC" w:rsidRDefault="00E409C7" w:rsidP="00114ACC">
      <w:r w:rsidRPr="00114ACC">
        <w:t>010736</w:t>
      </w:r>
      <w:r w:rsidRPr="00114ACC">
        <w:tab/>
        <w:t>Aspartam za prehrambeno industrijo</w:t>
      </w:r>
    </w:p>
    <w:p w:rsidR="00E409C7" w:rsidRPr="00114ACC" w:rsidRDefault="00E409C7" w:rsidP="00114ACC">
      <w:r w:rsidRPr="00114ACC">
        <w:t>010737</w:t>
      </w:r>
      <w:r w:rsidRPr="00114ACC">
        <w:tab/>
        <w:t>Dielektrične tekočine kot kemični pripravki za uporabo pri obdelavi kovin, razen olj</w:t>
      </w:r>
    </w:p>
    <w:p w:rsidR="00E409C7" w:rsidRPr="00114ACC" w:rsidRDefault="00E409C7" w:rsidP="00114ACC">
      <w:r w:rsidRPr="00114ACC">
        <w:t>010738</w:t>
      </w:r>
      <w:r w:rsidRPr="00114ACC">
        <w:tab/>
        <w:t>Živalski ekstrakti za živilsko industrijo</w:t>
      </w:r>
    </w:p>
    <w:p w:rsidR="00E409C7" w:rsidRPr="00114ACC" w:rsidRDefault="00E409C7" w:rsidP="00114ACC">
      <w:r w:rsidRPr="00114ACC">
        <w:t>010739</w:t>
      </w:r>
      <w:r w:rsidRPr="00114ACC">
        <w:tab/>
        <w:t>Bujon za bakterijske kulture, razen za medicinske in veterinarske namene</w:t>
      </w:r>
    </w:p>
    <w:p w:rsidR="00E409C7" w:rsidRPr="00114ACC" w:rsidRDefault="00E409C7" w:rsidP="00114ACC">
      <w:r w:rsidRPr="00114ACC">
        <w:t>010740</w:t>
      </w:r>
      <w:r w:rsidRPr="00114ACC">
        <w:tab/>
        <w:t>Diagnostični pripravki za raziskovalno laboratorijsko uporabo</w:t>
      </w:r>
    </w:p>
    <w:p w:rsidR="00E409C7" w:rsidRPr="00114ACC" w:rsidRDefault="00E409C7" w:rsidP="00114ACC">
      <w:r w:rsidRPr="00114ACC">
        <w:t>010741</w:t>
      </w:r>
      <w:r w:rsidRPr="00114ACC">
        <w:tab/>
        <w:t>Aktivne kemične sestavine za uporabo pri proizvodnji farmacevtskih sredstev</w:t>
      </w:r>
    </w:p>
    <w:p w:rsidR="00E409C7" w:rsidRPr="00114ACC" w:rsidRDefault="00E409C7" w:rsidP="00114ACC">
      <w:r w:rsidRPr="00114ACC">
        <w:t>010742</w:t>
      </w:r>
      <w:r w:rsidRPr="00114ACC">
        <w:tab/>
        <w:t>Virusi, ki niso za medicinske ali veterinarske namene</w:t>
      </w:r>
    </w:p>
    <w:p w:rsidR="00E409C7" w:rsidRPr="00114ACC" w:rsidRDefault="00E409C7" w:rsidP="00114ACC">
      <w:r w:rsidRPr="00114ACC">
        <w:t>010743</w:t>
      </w:r>
      <w:r w:rsidRPr="00114ACC">
        <w:tab/>
        <w:t>Terpeni</w:t>
      </w:r>
    </w:p>
    <w:p w:rsidR="00E409C7" w:rsidRPr="00114ACC" w:rsidRDefault="00E409C7" w:rsidP="00114ACC">
      <w:r w:rsidRPr="00114ACC">
        <w:t>010744</w:t>
      </w:r>
      <w:r w:rsidRPr="00114ACC">
        <w:tab/>
        <w:t>Eterična olja za uporabo v proizvodnji</w:t>
      </w:r>
    </w:p>
    <w:p w:rsidR="00E409C7" w:rsidRPr="00114ACC" w:rsidRDefault="00E409C7" w:rsidP="00114ACC">
      <w:r w:rsidRPr="00114ACC">
        <w:t>010745</w:t>
      </w:r>
      <w:r w:rsidRPr="00114ACC">
        <w:tab/>
        <w:t>Litij-železov fosfat</w:t>
      </w:r>
    </w:p>
    <w:p w:rsidR="00E409C7" w:rsidRPr="00114ACC" w:rsidRDefault="00E409C7" w:rsidP="00114ACC">
      <w:r w:rsidRPr="00114ACC">
        <w:t>010746</w:t>
      </w:r>
      <w:r w:rsidRPr="00114ACC">
        <w:tab/>
        <w:t>Litij-kobaltov oksid</w:t>
      </w:r>
    </w:p>
    <w:p w:rsidR="00E409C7" w:rsidRPr="00114ACC" w:rsidRDefault="00E409C7" w:rsidP="00114ACC">
      <w:r w:rsidRPr="00114ACC">
        <w:t>010747</w:t>
      </w:r>
      <w:r w:rsidRPr="00114ACC">
        <w:tab/>
        <w:t>Zeliščni izvlečki za prehransko industrijo</w:t>
      </w:r>
    </w:p>
    <w:p w:rsidR="00E409C7" w:rsidRPr="00114ACC" w:rsidRDefault="00E409C7" w:rsidP="00114ACC">
      <w:r w:rsidRPr="00114ACC">
        <w:t>010748</w:t>
      </w:r>
      <w:r w:rsidRPr="00114ACC">
        <w:tab/>
        <w:t>Fluorescentna barvila za znanstvene namene</w:t>
      </w:r>
    </w:p>
    <w:p w:rsidR="00E409C7" w:rsidRPr="00114ACC" w:rsidRDefault="00E409C7" w:rsidP="00114ACC">
      <w:r w:rsidRPr="00114ACC">
        <w:t>010749</w:t>
      </w:r>
      <w:r w:rsidRPr="00114ACC">
        <w:tab/>
        <w:t>Mošus za uporabo v proizvodnji</w:t>
      </w:r>
    </w:p>
    <w:p w:rsidR="00E409C7" w:rsidRPr="00114ACC" w:rsidRDefault="00E409C7" w:rsidP="00114ACC">
      <w:r w:rsidRPr="00114ACC">
        <w:t>010750</w:t>
      </w:r>
      <w:r w:rsidRPr="00114ACC">
        <w:tab/>
        <w:t>Vanilin za uporabo v proizvodnji</w:t>
      </w:r>
    </w:p>
    <w:p w:rsidR="003834FA" w:rsidRDefault="003834FA">
      <w:pPr>
        <w:pStyle w:val="Naslov1"/>
        <w:sectPr w:rsidR="003834FA" w:rsidSect="00E00425">
          <w:type w:val="continuous"/>
          <w:pgSz w:w="11907" w:h="16840" w:code="9"/>
          <w:pgMar w:top="1418" w:right="1418" w:bottom="1418" w:left="1418" w:header="720" w:footer="720" w:gutter="0"/>
          <w:cols w:num="2" w:space="720"/>
          <w:docGrid w:linePitch="360"/>
        </w:sectPr>
      </w:pPr>
    </w:p>
    <w:p w:rsidR="00A56CF5" w:rsidRPr="00993A45" w:rsidRDefault="00A56CF5" w:rsidP="00E00425">
      <w:pPr>
        <w:pStyle w:val="Naslov1"/>
        <w:spacing w:before="720"/>
        <w:rPr>
          <w:lang w:val="sl-SI" w:eastAsia="sl-SI"/>
        </w:rPr>
      </w:pPr>
      <w:r w:rsidRPr="00993A45">
        <w:rPr>
          <w:lang w:val="sl-SI" w:eastAsia="sl-SI"/>
        </w:rPr>
        <w:t xml:space="preserve">Razred </w:t>
      </w:r>
      <w:r>
        <w:rPr>
          <w:lang w:val="sl-SI" w:eastAsia="sl-SI"/>
        </w:rPr>
        <w:t>02</w:t>
      </w:r>
    </w:p>
    <w:p w:rsidR="00A56CF5" w:rsidRPr="00237A00" w:rsidRDefault="00A56CF5" w:rsidP="00A56CF5">
      <w:pPr>
        <w:pStyle w:val="Naslov2"/>
      </w:pPr>
      <w:r w:rsidRPr="00A56CF5">
        <w:rPr>
          <w:rStyle w:val="Krepko"/>
          <w:b/>
          <w:bCs/>
        </w:rPr>
        <w:t>Barve, firneži, laki; sredstva za zaščito proti rji in sredstva za konzerviranje lesa; barvila; jedkala; naravne smole v surovem stanju; kovine v obliki folij in prahu za pleskarje, dekoraterje, tiskarje in umetnike.</w:t>
      </w:r>
    </w:p>
    <w:tbl>
      <w:tblPr>
        <w:tblStyle w:val="Tabelamrea"/>
        <w:tblW w:w="0" w:type="auto"/>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528"/>
        <w:gridCol w:w="4533"/>
      </w:tblGrid>
      <w:tr w:rsidR="00A56CF5" w:rsidRPr="00D85EAF" w:rsidTr="000248AF">
        <w:trPr>
          <w:trHeight w:val="17"/>
          <w:tblHeader/>
        </w:trPr>
        <w:tc>
          <w:tcPr>
            <w:tcW w:w="9394" w:type="dxa"/>
            <w:gridSpan w:val="2"/>
            <w:shd w:val="clear" w:color="auto" w:fill="F2F2F2" w:themeFill="background1" w:themeFillShade="F2"/>
            <w:vAlign w:val="center"/>
          </w:tcPr>
          <w:p w:rsidR="00A56CF5" w:rsidRPr="004611C8" w:rsidRDefault="00A56CF5" w:rsidP="00E00425">
            <w:pPr>
              <w:pStyle w:val="opomba"/>
              <w:spacing w:after="60"/>
              <w:rPr>
                <w:b/>
              </w:rPr>
            </w:pPr>
            <w:r w:rsidRPr="004611C8">
              <w:rPr>
                <w:b/>
              </w:rPr>
              <w:t xml:space="preserve">RAZRED </w:t>
            </w:r>
            <w:r w:rsidR="000248AF" w:rsidRPr="004611C8">
              <w:rPr>
                <w:b/>
              </w:rPr>
              <w:t>2</w:t>
            </w:r>
            <w:r w:rsidRPr="004611C8">
              <w:rPr>
                <w:b/>
              </w:rPr>
              <w:t xml:space="preserve"> - pojasnjevalne opombe</w:t>
            </w:r>
          </w:p>
        </w:tc>
      </w:tr>
      <w:tr w:rsidR="00A56CF5" w:rsidRPr="00D85EAF" w:rsidTr="00E00425">
        <w:trPr>
          <w:trHeight w:val="326"/>
        </w:trPr>
        <w:tc>
          <w:tcPr>
            <w:tcW w:w="9394" w:type="dxa"/>
            <w:gridSpan w:val="2"/>
            <w:shd w:val="clear" w:color="auto" w:fill="F2F2F2" w:themeFill="background1" w:themeFillShade="F2"/>
            <w:vAlign w:val="center"/>
          </w:tcPr>
          <w:p w:rsidR="00A56CF5" w:rsidRPr="00993A45" w:rsidRDefault="00BF7FFA" w:rsidP="00E00425">
            <w:pPr>
              <w:pStyle w:val="opomba"/>
              <w:spacing w:after="60"/>
            </w:pPr>
            <w:r w:rsidRPr="00D85EAF">
              <w:rPr>
                <w:color w:val="333333"/>
              </w:rPr>
              <w:t>Razred 2 vključuje predvsem barve, barvilna sredstva in antikorozivne pripravke.</w:t>
            </w:r>
          </w:p>
        </w:tc>
      </w:tr>
      <w:tr w:rsidR="00A56CF5" w:rsidRPr="00D85EAF" w:rsidTr="00AF234B">
        <w:trPr>
          <w:trHeight w:val="3582"/>
        </w:trPr>
        <w:tc>
          <w:tcPr>
            <w:tcW w:w="4697" w:type="dxa"/>
            <w:shd w:val="clear" w:color="auto" w:fill="F2F2F2" w:themeFill="background1" w:themeFillShade="F2"/>
          </w:tcPr>
          <w:p w:rsidR="00A56CF5" w:rsidRPr="00993A45" w:rsidRDefault="000248AF" w:rsidP="00AF234B">
            <w:pPr>
              <w:pStyle w:val="opomba"/>
            </w:pPr>
            <w:r w:rsidRPr="00D85EAF">
              <w:t>V ta razred so vključeni zlasti:</w:t>
            </w:r>
          </w:p>
          <w:p w:rsidR="000248AF" w:rsidRPr="000248AF" w:rsidRDefault="000248AF" w:rsidP="008C16D9">
            <w:pPr>
              <w:pStyle w:val="opombapika"/>
            </w:pPr>
            <w:r w:rsidRPr="000248AF">
              <w:t>barve, firneži in laki za industrijo, obrt in umetnost;</w:t>
            </w:r>
          </w:p>
          <w:p w:rsidR="000248AF" w:rsidRPr="000248AF" w:rsidRDefault="000248AF" w:rsidP="008C16D9">
            <w:pPr>
              <w:pStyle w:val="opombapika"/>
            </w:pPr>
            <w:r w:rsidRPr="000248AF">
              <w:t>razredčila, zgoščevala, fiksativi in sikativi za barve, firneže in lake</w:t>
            </w:r>
          </w:p>
          <w:p w:rsidR="000248AF" w:rsidRPr="000248AF" w:rsidRDefault="000248AF" w:rsidP="008C16D9">
            <w:pPr>
              <w:pStyle w:val="opombapika"/>
            </w:pPr>
            <w:r w:rsidRPr="000248AF">
              <w:t>jedkala za les in usnje</w:t>
            </w:r>
          </w:p>
          <w:p w:rsidR="000248AF" w:rsidRPr="000248AF" w:rsidRDefault="000248AF" w:rsidP="008C16D9">
            <w:pPr>
              <w:pStyle w:val="opombapika"/>
            </w:pPr>
            <w:r w:rsidRPr="000248AF">
              <w:t>olja proti rji, olja za zaščito lesa</w:t>
            </w:r>
          </w:p>
          <w:p w:rsidR="000248AF" w:rsidRPr="000248AF" w:rsidRDefault="000248AF" w:rsidP="008C16D9">
            <w:pPr>
              <w:pStyle w:val="opombapika"/>
            </w:pPr>
            <w:r w:rsidRPr="000248AF">
              <w:t>barvila za oblačila</w:t>
            </w:r>
          </w:p>
          <w:p w:rsidR="00A56CF5" w:rsidRPr="00993A45" w:rsidRDefault="000248AF" w:rsidP="008C16D9">
            <w:pPr>
              <w:pStyle w:val="opombapika"/>
            </w:pPr>
            <w:r w:rsidRPr="000248AF">
              <w:t>barvila za živila in pijače</w:t>
            </w:r>
          </w:p>
        </w:tc>
        <w:tc>
          <w:tcPr>
            <w:tcW w:w="4697" w:type="dxa"/>
            <w:shd w:val="clear" w:color="auto" w:fill="F2F2F2" w:themeFill="background1" w:themeFillShade="F2"/>
          </w:tcPr>
          <w:p w:rsidR="00A56CF5" w:rsidRPr="00993A45" w:rsidRDefault="000248AF" w:rsidP="00AF234B">
            <w:pPr>
              <w:pStyle w:val="opomba"/>
            </w:pPr>
            <w:r w:rsidRPr="00D85EAF">
              <w:t>V ta razred niso vključeni zlasti:</w:t>
            </w:r>
          </w:p>
          <w:p w:rsidR="000248AF" w:rsidRPr="00D85EAF" w:rsidRDefault="000248AF" w:rsidP="008C16D9">
            <w:pPr>
              <w:pStyle w:val="opombapika"/>
            </w:pPr>
            <w:r w:rsidRPr="00D85EAF">
              <w:t>nepredelane umetne smole (razred 1), polpredelane smole (razred 17)</w:t>
            </w:r>
          </w:p>
          <w:p w:rsidR="000248AF" w:rsidRPr="00D85EAF" w:rsidRDefault="000248AF" w:rsidP="008C16D9">
            <w:pPr>
              <w:pStyle w:val="opombapika"/>
            </w:pPr>
            <w:r w:rsidRPr="00D85EAF">
              <w:t>surove umetne smole (razred 1), delno predelane umetne smole (razred 17)</w:t>
            </w:r>
          </w:p>
          <w:p w:rsidR="000248AF" w:rsidRPr="00D85EAF" w:rsidRDefault="000248AF" w:rsidP="008C16D9">
            <w:pPr>
              <w:pStyle w:val="opombapika"/>
            </w:pPr>
            <w:r w:rsidRPr="00D85EAF">
              <w:t>sredstva za modrenje perila, pripravki za beljenje perila (razred 3)</w:t>
            </w:r>
          </w:p>
          <w:p w:rsidR="000248AF" w:rsidRPr="00D85EAF" w:rsidRDefault="000248AF" w:rsidP="008C16D9">
            <w:pPr>
              <w:pStyle w:val="opombapika"/>
            </w:pPr>
            <w:r w:rsidRPr="00D85EAF">
              <w:t>kozmetična barvila (razred 3);</w:t>
            </w:r>
          </w:p>
          <w:p w:rsidR="000248AF" w:rsidRPr="00D85EAF" w:rsidRDefault="000248AF" w:rsidP="008C16D9">
            <w:pPr>
              <w:pStyle w:val="opombapika"/>
            </w:pPr>
            <w:r w:rsidRPr="00D85EAF">
              <w:t>škatle za barvice (šolske potrebščine) (razred 16);</w:t>
            </w:r>
          </w:p>
          <w:p w:rsidR="000248AF" w:rsidRPr="00D85EAF" w:rsidRDefault="000248AF" w:rsidP="008C16D9">
            <w:pPr>
              <w:pStyle w:val="opombapika"/>
            </w:pPr>
            <w:r w:rsidRPr="00D85EAF">
              <w:t>črnila za pisalne namene (razred 16)</w:t>
            </w:r>
          </w:p>
          <w:p w:rsidR="00A56CF5" w:rsidRPr="00993A45" w:rsidRDefault="000248AF" w:rsidP="008C16D9">
            <w:pPr>
              <w:pStyle w:val="opombapika"/>
            </w:pPr>
            <w:r w:rsidRPr="00D85EAF">
              <w:t>izolirne barve in firneži (razred 17).</w:t>
            </w:r>
          </w:p>
        </w:tc>
      </w:tr>
    </w:tbl>
    <w:p w:rsidR="000701B5" w:rsidRPr="00D85EAF" w:rsidRDefault="000701B5" w:rsidP="00E00425">
      <w:pPr>
        <w:shd w:val="clear" w:color="auto" w:fill="FFFFFF"/>
        <w:spacing w:after="240" w:line="270" w:lineRule="atLeast"/>
        <w:ind w:left="0" w:firstLine="0"/>
        <w:rPr>
          <w:rFonts w:eastAsia="Times New Roman" w:cs="Arial"/>
          <w:color w:val="333333"/>
          <w:szCs w:val="20"/>
          <w:lang w:val="sl-SI" w:eastAsia="sl-SI"/>
        </w:rPr>
      </w:pPr>
    </w:p>
    <w:p w:rsidR="003834FA" w:rsidRDefault="003834FA">
      <w:pPr>
        <w:sectPr w:rsidR="003834FA" w:rsidSect="00E00425">
          <w:type w:val="continuous"/>
          <w:pgSz w:w="11907" w:h="16840" w:code="9"/>
          <w:pgMar w:top="1418" w:right="1418" w:bottom="1418" w:left="1418" w:header="720" w:footer="720" w:gutter="0"/>
          <w:cols w:space="720"/>
          <w:docGrid w:linePitch="360"/>
        </w:sectPr>
      </w:pPr>
    </w:p>
    <w:p w:rsidR="000248AF" w:rsidRDefault="000248AF" w:rsidP="00E00425">
      <w:pPr>
        <w:spacing w:after="50"/>
      </w:pPr>
      <w:r>
        <w:t>020001</w:t>
      </w:r>
      <w:r>
        <w:tab/>
        <w:t>Barve in vodni premazi</w:t>
      </w:r>
    </w:p>
    <w:p w:rsidR="000248AF" w:rsidRDefault="000248AF" w:rsidP="00E00425">
      <w:pPr>
        <w:spacing w:after="50"/>
      </w:pPr>
      <w:r>
        <w:t>020002</w:t>
      </w:r>
      <w:r>
        <w:tab/>
        <w:t>Lužila</w:t>
      </w:r>
    </w:p>
    <w:p w:rsidR="000248AF" w:rsidRDefault="000248AF" w:rsidP="00E00425">
      <w:pPr>
        <w:spacing w:after="50"/>
      </w:pPr>
      <w:r>
        <w:t>020003</w:t>
      </w:r>
      <w:r>
        <w:tab/>
        <w:t>Laki in firneži</w:t>
      </w:r>
    </w:p>
    <w:p w:rsidR="000248AF" w:rsidRDefault="000248AF" w:rsidP="00E00425">
      <w:pPr>
        <w:spacing w:after="50"/>
      </w:pPr>
      <w:r>
        <w:t>020004</w:t>
      </w:r>
      <w:r>
        <w:tab/>
        <w:t>Barvila za pijače</w:t>
      </w:r>
    </w:p>
    <w:p w:rsidR="000248AF" w:rsidRDefault="000248AF" w:rsidP="00E00425">
      <w:pPr>
        <w:spacing w:after="50"/>
      </w:pPr>
      <w:r>
        <w:t>020005</w:t>
      </w:r>
      <w:r>
        <w:tab/>
        <w:t>Barvila za živila</w:t>
      </w:r>
    </w:p>
    <w:p w:rsidR="000248AF" w:rsidRDefault="000248AF" w:rsidP="00E00425">
      <w:pPr>
        <w:spacing w:after="50"/>
      </w:pPr>
      <w:r>
        <w:t>020006</w:t>
      </w:r>
      <w:r>
        <w:tab/>
        <w:t>Alizarinska barvila</w:t>
      </w:r>
    </w:p>
    <w:p w:rsidR="000248AF" w:rsidRDefault="000248AF" w:rsidP="00E00425">
      <w:pPr>
        <w:spacing w:after="50"/>
      </w:pPr>
      <w:r>
        <w:t>020007</w:t>
      </w:r>
      <w:r>
        <w:tab/>
        <w:t>Aluminijeve barve</w:t>
      </w:r>
    </w:p>
    <w:p w:rsidR="000248AF" w:rsidRDefault="000248AF" w:rsidP="00E00425">
      <w:pPr>
        <w:spacing w:after="50"/>
      </w:pPr>
      <w:r>
        <w:t>020008</w:t>
      </w:r>
      <w:r>
        <w:tab/>
        <w:t>Aluminijev prah za barvanje</w:t>
      </w:r>
    </w:p>
    <w:p w:rsidR="000248AF" w:rsidRDefault="000248AF" w:rsidP="00E00425">
      <w:pPr>
        <w:spacing w:after="50"/>
      </w:pPr>
      <w:r>
        <w:t>020009</w:t>
      </w:r>
      <w:r>
        <w:tab/>
        <w:t>Azbestni premazi</w:t>
      </w:r>
    </w:p>
    <w:p w:rsidR="000248AF" w:rsidRDefault="000248AF" w:rsidP="00E00425">
      <w:pPr>
        <w:spacing w:after="50"/>
      </w:pPr>
      <w:r>
        <w:t>020010</w:t>
      </w:r>
      <w:r>
        <w:tab/>
        <w:t>Antikorozivna sredstva</w:t>
      </w:r>
    </w:p>
    <w:p w:rsidR="000248AF" w:rsidRDefault="000248AF" w:rsidP="00E00425">
      <w:pPr>
        <w:spacing w:after="50"/>
      </w:pPr>
      <w:r>
        <w:t>020011</w:t>
      </w:r>
      <w:r>
        <w:tab/>
        <w:t>Fiksativi za vodene barve</w:t>
      </w:r>
    </w:p>
    <w:p w:rsidR="000248AF" w:rsidRDefault="000248AF" w:rsidP="00E00425">
      <w:pPr>
        <w:spacing w:after="50"/>
      </w:pPr>
      <w:r>
        <w:t>020014</w:t>
      </w:r>
      <w:r>
        <w:tab/>
        <w:t>Srebrna pasta</w:t>
      </w:r>
    </w:p>
    <w:p w:rsidR="000248AF" w:rsidRDefault="000248AF" w:rsidP="00E00425">
      <w:pPr>
        <w:spacing w:after="50"/>
      </w:pPr>
      <w:r>
        <w:t>020015</w:t>
      </w:r>
      <w:r>
        <w:tab/>
        <w:t>Srebrne emulzije [pigmenti]</w:t>
      </w:r>
    </w:p>
    <w:p w:rsidR="000248AF" w:rsidRDefault="000248AF" w:rsidP="00E00425">
      <w:pPr>
        <w:spacing w:after="50"/>
      </w:pPr>
      <w:r>
        <w:t>020016</w:t>
      </w:r>
      <w:r>
        <w:tab/>
        <w:t>Prahovi za srebrenje</w:t>
      </w:r>
    </w:p>
    <w:p w:rsidR="000248AF" w:rsidRDefault="000248AF" w:rsidP="00E00425">
      <w:pPr>
        <w:spacing w:after="50"/>
      </w:pPr>
      <w:r>
        <w:t>020017</w:t>
      </w:r>
      <w:r>
        <w:tab/>
        <w:t>Japonsko črnilo</w:t>
      </w:r>
    </w:p>
    <w:p w:rsidR="000248AF" w:rsidRDefault="000248AF" w:rsidP="00E00425">
      <w:pPr>
        <w:spacing w:after="50"/>
      </w:pPr>
      <w:r>
        <w:t>020018</w:t>
      </w:r>
      <w:r>
        <w:tab/>
        <w:t>Auramin</w:t>
      </w:r>
    </w:p>
    <w:p w:rsidR="000248AF" w:rsidRDefault="000248AF" w:rsidP="00E00425">
      <w:pPr>
        <w:spacing w:after="50"/>
      </w:pPr>
      <w:r>
        <w:t>020019</w:t>
      </w:r>
      <w:r>
        <w:tab/>
        <w:t>Baktericidne barve</w:t>
      </w:r>
    </w:p>
    <w:p w:rsidR="000248AF" w:rsidRDefault="000248AF" w:rsidP="00E00425">
      <w:pPr>
        <w:spacing w:after="50"/>
      </w:pPr>
      <w:r>
        <w:t>020020</w:t>
      </w:r>
      <w:r>
        <w:tab/>
        <w:t>Belež</w:t>
      </w:r>
    </w:p>
    <w:p w:rsidR="000248AF" w:rsidRDefault="000248AF" w:rsidP="00E00425">
      <w:pPr>
        <w:spacing w:after="50"/>
      </w:pPr>
      <w:r>
        <w:t>020021</w:t>
      </w:r>
      <w:r>
        <w:tab/>
        <w:t>Antikorozijski trakovi</w:t>
      </w:r>
    </w:p>
    <w:p w:rsidR="000248AF" w:rsidRDefault="000248AF" w:rsidP="00E00425">
      <w:pPr>
        <w:spacing w:after="50"/>
      </w:pPr>
      <w:r>
        <w:t>020022</w:t>
      </w:r>
      <w:r>
        <w:tab/>
        <w:t>Kanadski balzam</w:t>
      </w:r>
    </w:p>
    <w:p w:rsidR="000248AF" w:rsidRDefault="000248AF" w:rsidP="00E00425">
      <w:pPr>
        <w:spacing w:after="50"/>
      </w:pPr>
      <w:r>
        <w:t>020023</w:t>
      </w:r>
      <w:r>
        <w:tab/>
        <w:t>Barvila za maslo</w:t>
      </w:r>
    </w:p>
    <w:p w:rsidR="000248AF" w:rsidRDefault="000248AF" w:rsidP="00E00425">
      <w:pPr>
        <w:spacing w:after="50"/>
      </w:pPr>
      <w:r>
        <w:t>020024</w:t>
      </w:r>
      <w:r>
        <w:tab/>
        <w:t>Barvila za pivo</w:t>
      </w:r>
    </w:p>
    <w:p w:rsidR="000248AF" w:rsidRDefault="000248AF" w:rsidP="00E00425">
      <w:pPr>
        <w:spacing w:after="50"/>
      </w:pPr>
      <w:r>
        <w:t>020025</w:t>
      </w:r>
      <w:r>
        <w:tab/>
        <w:t>Bitumenski firnež</w:t>
      </w:r>
    </w:p>
    <w:p w:rsidR="000248AF" w:rsidRDefault="000248AF" w:rsidP="00E00425">
      <w:pPr>
        <w:spacing w:after="50"/>
      </w:pPr>
      <w:r>
        <w:t>020026</w:t>
      </w:r>
      <w:r>
        <w:tab/>
        <w:t>Lesni premazi [barve]</w:t>
      </w:r>
    </w:p>
    <w:p w:rsidR="000248AF" w:rsidRDefault="000248AF" w:rsidP="00E00425">
      <w:pPr>
        <w:spacing w:after="50"/>
      </w:pPr>
      <w:r>
        <w:lastRenderedPageBreak/>
        <w:t>020027</w:t>
      </w:r>
      <w:r>
        <w:tab/>
        <w:t>Lesna lužila</w:t>
      </w:r>
    </w:p>
    <w:p w:rsidR="000248AF" w:rsidRDefault="000248AF" w:rsidP="00E00425">
      <w:pPr>
        <w:spacing w:after="50"/>
      </w:pPr>
      <w:r>
        <w:t>020028</w:t>
      </w:r>
      <w:r>
        <w:tab/>
        <w:t>Lesna barvila</w:t>
      </w:r>
    </w:p>
    <w:p w:rsidR="000248AF" w:rsidRDefault="000248AF" w:rsidP="00E00425">
      <w:pPr>
        <w:spacing w:after="50"/>
      </w:pPr>
      <w:r>
        <w:t>020029</w:t>
      </w:r>
      <w:r>
        <w:tab/>
        <w:t>Sienska zemlja</w:t>
      </w:r>
    </w:p>
    <w:p w:rsidR="000248AF" w:rsidRDefault="000248AF" w:rsidP="00E00425">
      <w:pPr>
        <w:spacing w:after="50"/>
      </w:pPr>
      <w:r>
        <w:t>020031</w:t>
      </w:r>
      <w:r>
        <w:tab/>
        <w:t>Bronza lak</w:t>
      </w:r>
    </w:p>
    <w:p w:rsidR="000248AF" w:rsidRDefault="000248AF" w:rsidP="00E00425">
      <w:pPr>
        <w:spacing w:after="50"/>
      </w:pPr>
      <w:r>
        <w:t>020032</w:t>
      </w:r>
      <w:r>
        <w:tab/>
        <w:t>Bronza v prahu za barvanje</w:t>
      </w:r>
    </w:p>
    <w:p w:rsidR="000248AF" w:rsidRDefault="000248AF" w:rsidP="00E00425">
      <w:pPr>
        <w:spacing w:after="50"/>
      </w:pPr>
      <w:r>
        <w:t>020033</w:t>
      </w:r>
      <w:r>
        <w:tab/>
        <w:t>Črnilo za usnje</w:t>
      </w:r>
    </w:p>
    <w:p w:rsidR="000248AF" w:rsidRDefault="000248AF" w:rsidP="00E00425">
      <w:pPr>
        <w:spacing w:after="50"/>
      </w:pPr>
      <w:r>
        <w:t>020034</w:t>
      </w:r>
      <w:r>
        <w:tab/>
        <w:t>Karamel [barvilo za živila]</w:t>
      </w:r>
    </w:p>
    <w:p w:rsidR="000248AF" w:rsidRDefault="000248AF" w:rsidP="00E00425">
      <w:pPr>
        <w:spacing w:after="50"/>
      </w:pPr>
      <w:r>
        <w:t>020035</w:t>
      </w:r>
      <w:r>
        <w:tab/>
        <w:t>Sladna karamela [barvilo za hrano]</w:t>
      </w:r>
    </w:p>
    <w:p w:rsidR="000248AF" w:rsidRDefault="000248AF" w:rsidP="00E00425">
      <w:pPr>
        <w:spacing w:after="50"/>
      </w:pPr>
      <w:r>
        <w:t>020036</w:t>
      </w:r>
      <w:r>
        <w:tab/>
        <w:t>Premazi za katranizirano polst (barve)</w:t>
      </w:r>
    </w:p>
    <w:p w:rsidR="000248AF" w:rsidRDefault="000248AF" w:rsidP="00E00425">
      <w:pPr>
        <w:spacing w:after="50"/>
      </w:pPr>
      <w:r>
        <w:t>020037</w:t>
      </w:r>
      <w:r>
        <w:tab/>
        <w:t>Barve za keramiko</w:t>
      </w:r>
    </w:p>
    <w:p w:rsidR="000248AF" w:rsidRDefault="000248AF" w:rsidP="00E00425">
      <w:pPr>
        <w:spacing w:after="50"/>
      </w:pPr>
      <w:r>
        <w:t>020038</w:t>
      </w:r>
      <w:r>
        <w:tab/>
        <w:t>Svinčevo belilo</w:t>
      </w:r>
    </w:p>
    <w:p w:rsidR="000248AF" w:rsidRDefault="000248AF" w:rsidP="00E00425">
      <w:pPr>
        <w:spacing w:after="50"/>
      </w:pPr>
      <w:r>
        <w:t>020039</w:t>
      </w:r>
      <w:r>
        <w:tab/>
        <w:t>Saje [pigment]</w:t>
      </w:r>
    </w:p>
    <w:p w:rsidR="000248AF" w:rsidRDefault="000248AF" w:rsidP="00E00425">
      <w:pPr>
        <w:spacing w:after="50"/>
      </w:pPr>
      <w:r>
        <w:t>020040</w:t>
      </w:r>
      <w:r>
        <w:tab/>
        <w:t>Premazi za zaščito podvozja vozil</w:t>
      </w:r>
    </w:p>
    <w:p w:rsidR="000248AF" w:rsidRDefault="000248AF" w:rsidP="00E00425">
      <w:pPr>
        <w:spacing w:after="50"/>
      </w:pPr>
      <w:r>
        <w:t>020041</w:t>
      </w:r>
      <w:r>
        <w:tab/>
        <w:t>Barve za čevlje</w:t>
      </w:r>
    </w:p>
    <w:p w:rsidR="000248AF" w:rsidRDefault="000248AF" w:rsidP="00E00425">
      <w:pPr>
        <w:spacing w:after="50"/>
      </w:pPr>
      <w:r>
        <w:t>020042</w:t>
      </w:r>
      <w:r>
        <w:tab/>
        <w:t>Apneno belilo na vodni osnovi</w:t>
      </w:r>
    </w:p>
    <w:p w:rsidR="000248AF" w:rsidRDefault="000248AF" w:rsidP="00E00425">
      <w:pPr>
        <w:spacing w:after="50"/>
      </w:pPr>
      <w:r>
        <w:t>020043</w:t>
      </w:r>
      <w:r>
        <w:tab/>
        <w:t>Zmesi za tiskanje (črnilo)</w:t>
      </w:r>
    </w:p>
    <w:p w:rsidR="000248AF" w:rsidRDefault="000248AF" w:rsidP="00E00425">
      <w:pPr>
        <w:spacing w:after="50"/>
      </w:pPr>
      <w:r>
        <w:t>020044</w:t>
      </w:r>
      <w:r>
        <w:tab/>
        <w:t>Kobaltov oksid [barvilo]</w:t>
      </w:r>
    </w:p>
    <w:p w:rsidR="000248AF" w:rsidRDefault="000248AF" w:rsidP="00E00425">
      <w:pPr>
        <w:spacing w:after="50"/>
      </w:pPr>
      <w:r>
        <w:t>020045</w:t>
      </w:r>
      <w:r>
        <w:tab/>
        <w:t>Škrlat karmin</w:t>
      </w:r>
    </w:p>
    <w:p w:rsidR="000248AF" w:rsidRDefault="000248AF" w:rsidP="00E00425">
      <w:pPr>
        <w:spacing w:after="50"/>
      </w:pPr>
      <w:r>
        <w:t>020046</w:t>
      </w:r>
      <w:r>
        <w:tab/>
        <w:t>Kolofonija</w:t>
      </w:r>
    </w:p>
    <w:p w:rsidR="000248AF" w:rsidRDefault="000248AF" w:rsidP="00E00425">
      <w:pPr>
        <w:spacing w:after="50"/>
      </w:pPr>
      <w:r>
        <w:t>020047</w:t>
      </w:r>
      <w:r>
        <w:tab/>
        <w:t>Barvila</w:t>
      </w:r>
    </w:p>
    <w:p w:rsidR="000248AF" w:rsidRDefault="000248AF" w:rsidP="00E00425">
      <w:pPr>
        <w:spacing w:after="50"/>
      </w:pPr>
      <w:r>
        <w:t>020048</w:t>
      </w:r>
      <w:r>
        <w:tab/>
        <w:t>Sladna barvila</w:t>
      </w:r>
    </w:p>
    <w:p w:rsidR="000248AF" w:rsidRPr="003834FA" w:rsidRDefault="000248AF" w:rsidP="00E00425">
      <w:pPr>
        <w:spacing w:after="50"/>
        <w:rPr>
          <w:lang w:val="fr-FR"/>
        </w:rPr>
      </w:pPr>
      <w:r>
        <w:t>020049</w:t>
      </w:r>
      <w:r>
        <w:tab/>
      </w:r>
      <w:r w:rsidRPr="003834FA">
        <w:rPr>
          <w:lang w:val="fr-FR"/>
        </w:rPr>
        <w:t>Pripravki za preprečevanje razkroja lesa</w:t>
      </w:r>
    </w:p>
    <w:p w:rsidR="000248AF" w:rsidRDefault="000248AF" w:rsidP="00E00425">
      <w:pPr>
        <w:spacing w:after="50"/>
      </w:pPr>
      <w:r>
        <w:t>020050</w:t>
      </w:r>
      <w:r>
        <w:tab/>
        <w:t>Kopal</w:t>
      </w:r>
    </w:p>
    <w:p w:rsidR="000248AF" w:rsidRDefault="000248AF" w:rsidP="00E00425">
      <w:pPr>
        <w:spacing w:after="50"/>
      </w:pPr>
      <w:r>
        <w:t>020052</w:t>
      </w:r>
      <w:r>
        <w:tab/>
        <w:t>Anilinska barvila</w:t>
      </w:r>
    </w:p>
    <w:p w:rsidR="000248AF" w:rsidRDefault="000248AF" w:rsidP="00E00425">
      <w:pPr>
        <w:spacing w:after="50"/>
      </w:pPr>
      <w:r>
        <w:t>020053</w:t>
      </w:r>
      <w:r>
        <w:tab/>
        <w:t>Razredčila za barve</w:t>
      </w:r>
    </w:p>
    <w:p w:rsidR="000248AF" w:rsidRDefault="000248AF" w:rsidP="00E00425">
      <w:pPr>
        <w:spacing w:after="50"/>
      </w:pPr>
      <w:r>
        <w:t>020054</w:t>
      </w:r>
      <w:r>
        <w:tab/>
        <w:t>Razredčila za lake</w:t>
      </w:r>
    </w:p>
    <w:p w:rsidR="000248AF" w:rsidRDefault="000248AF" w:rsidP="00E00425">
      <w:pPr>
        <w:spacing w:after="50"/>
      </w:pPr>
      <w:r>
        <w:t>020055</w:t>
      </w:r>
      <w:r>
        <w:tab/>
        <w:t>Zgoščevalci za barve</w:t>
      </w:r>
    </w:p>
    <w:p w:rsidR="000248AF" w:rsidRDefault="000248AF" w:rsidP="00E00425">
      <w:pPr>
        <w:spacing w:after="50"/>
      </w:pPr>
      <w:r>
        <w:t>020056</w:t>
      </w:r>
      <w:r>
        <w:tab/>
        <w:t>Kreozot za zaščito lesa</w:t>
      </w:r>
    </w:p>
    <w:p w:rsidR="000248AF" w:rsidRDefault="000248AF" w:rsidP="00E00425">
      <w:pPr>
        <w:spacing w:after="50"/>
      </w:pPr>
      <w:r>
        <w:t>020057</w:t>
      </w:r>
      <w:r>
        <w:tab/>
        <w:t>Lužilna sredstva za usnje</w:t>
      </w:r>
    </w:p>
    <w:p w:rsidR="000248AF" w:rsidRDefault="000248AF" w:rsidP="00E00425">
      <w:pPr>
        <w:spacing w:after="50"/>
      </w:pPr>
      <w:r>
        <w:t>020058</w:t>
      </w:r>
      <w:r>
        <w:tab/>
        <w:t>Barve</w:t>
      </w:r>
    </w:p>
    <w:p w:rsidR="000248AF" w:rsidRDefault="000248AF" w:rsidP="00E00425">
      <w:pPr>
        <w:spacing w:after="50"/>
      </w:pPr>
      <w:r>
        <w:t>020059</w:t>
      </w:r>
      <w:r>
        <w:tab/>
        <w:t>Pigmenti</w:t>
      </w:r>
    </w:p>
    <w:p w:rsidR="000248AF" w:rsidRDefault="000248AF" w:rsidP="00E00425">
      <w:pPr>
        <w:spacing w:after="50"/>
      </w:pPr>
      <w:r>
        <w:t>020060</w:t>
      </w:r>
      <w:r>
        <w:tab/>
        <w:t>Kurkuma [barvilo]</w:t>
      </w:r>
    </w:p>
    <w:p w:rsidR="000248AF" w:rsidRDefault="000248AF" w:rsidP="00E00425">
      <w:pPr>
        <w:spacing w:after="50"/>
      </w:pPr>
      <w:r>
        <w:t>020061</w:t>
      </w:r>
      <w:r>
        <w:tab/>
        <w:t>Naravne smole v surovem stanju</w:t>
      </w:r>
    </w:p>
    <w:p w:rsidR="000248AF" w:rsidRDefault="000248AF" w:rsidP="00E00425">
      <w:pPr>
        <w:spacing w:after="50"/>
      </w:pPr>
      <w:r>
        <w:t>020062</w:t>
      </w:r>
      <w:r>
        <w:tab/>
        <w:t>Tempere</w:t>
      </w:r>
    </w:p>
    <w:p w:rsidR="000248AF" w:rsidRDefault="000248AF" w:rsidP="00E00425">
      <w:pPr>
        <w:spacing w:after="50"/>
      </w:pPr>
      <w:r>
        <w:t>020064</w:t>
      </w:r>
      <w:r>
        <w:tab/>
        <w:t>Emajli [firneži]</w:t>
      </w:r>
    </w:p>
    <w:p w:rsidR="000248AF" w:rsidRDefault="000248AF" w:rsidP="00E00425">
      <w:pPr>
        <w:spacing w:after="50"/>
      </w:pPr>
      <w:r>
        <w:t>020065</w:t>
      </w:r>
      <w:r>
        <w:tab/>
        <w:t>Emajli za slikanje</w:t>
      </w:r>
    </w:p>
    <w:p w:rsidR="000248AF" w:rsidRDefault="000248AF" w:rsidP="00E00425">
      <w:pPr>
        <w:spacing w:after="50"/>
      </w:pPr>
      <w:r>
        <w:t>020066</w:t>
      </w:r>
      <w:r>
        <w:tab/>
        <w:t>Tiskarska črnila</w:t>
      </w:r>
    </w:p>
    <w:p w:rsidR="000248AF" w:rsidRDefault="000248AF" w:rsidP="00E00425">
      <w:pPr>
        <w:spacing w:after="50"/>
      </w:pPr>
      <w:r>
        <w:t>020067</w:t>
      </w:r>
      <w:r>
        <w:tab/>
        <w:t>Črnilo za označevanje živali</w:t>
      </w:r>
    </w:p>
    <w:p w:rsidR="000248AF" w:rsidRDefault="000248AF" w:rsidP="00E00425">
      <w:pPr>
        <w:spacing w:after="50"/>
      </w:pPr>
      <w:r>
        <w:t>020068</w:t>
      </w:r>
      <w:r>
        <w:tab/>
        <w:t>Sikativi [sušilna sredstva] za barve</w:t>
      </w:r>
    </w:p>
    <w:p w:rsidR="000248AF" w:rsidRDefault="000248AF" w:rsidP="00E00425">
      <w:pPr>
        <w:spacing w:after="50"/>
      </w:pPr>
      <w:r>
        <w:t>020070</w:t>
      </w:r>
      <w:r>
        <w:tab/>
        <w:t>Premazi</w:t>
      </w:r>
    </w:p>
    <w:p w:rsidR="000248AF" w:rsidRDefault="000248AF" w:rsidP="00E00425">
      <w:pPr>
        <w:spacing w:after="50"/>
      </w:pPr>
      <w:r>
        <w:t>020072</w:t>
      </w:r>
      <w:r>
        <w:tab/>
        <w:t>Fiksativi [firneži]</w:t>
      </w:r>
    </w:p>
    <w:p w:rsidR="000248AF" w:rsidRDefault="000248AF" w:rsidP="00E00425">
      <w:pPr>
        <w:spacing w:after="50"/>
      </w:pPr>
      <w:r>
        <w:t>020073</w:t>
      </w:r>
      <w:r>
        <w:tab/>
        <w:t>Pigmenti iz saj</w:t>
      </w:r>
    </w:p>
    <w:p w:rsidR="000248AF" w:rsidRDefault="000248AF" w:rsidP="00E00425">
      <w:pPr>
        <w:spacing w:after="50"/>
      </w:pPr>
      <w:r>
        <w:t>020074</w:t>
      </w:r>
      <w:r>
        <w:tab/>
        <w:t>Rumeni les [barvilo]</w:t>
      </w:r>
    </w:p>
    <w:p w:rsidR="000248AF" w:rsidRDefault="000248AF" w:rsidP="00E00425">
      <w:pPr>
        <w:spacing w:after="50"/>
      </w:pPr>
      <w:r>
        <w:t>020075</w:t>
      </w:r>
      <w:r>
        <w:tab/>
        <w:t>Glazure [barve, laki]</w:t>
      </w:r>
    </w:p>
    <w:p w:rsidR="000248AF" w:rsidRDefault="000248AF" w:rsidP="00E00425">
      <w:pPr>
        <w:spacing w:after="50"/>
      </w:pPr>
      <w:r>
        <w:t>020076</w:t>
      </w:r>
      <w:r>
        <w:tab/>
        <w:t>Gumigut za barvanje</w:t>
      </w:r>
    </w:p>
    <w:p w:rsidR="000248AF" w:rsidRDefault="000248AF" w:rsidP="00E00425">
      <w:pPr>
        <w:spacing w:after="50"/>
      </w:pPr>
      <w:r>
        <w:t>020077</w:t>
      </w:r>
      <w:r>
        <w:tab/>
        <w:t>Šelak</w:t>
      </w:r>
    </w:p>
    <w:p w:rsidR="000248AF" w:rsidRDefault="000248AF" w:rsidP="00E00425">
      <w:pPr>
        <w:spacing w:after="50"/>
      </w:pPr>
      <w:r>
        <w:t>020078</w:t>
      </w:r>
      <w:r>
        <w:tab/>
        <w:t>Gumijeve smole</w:t>
      </w:r>
    </w:p>
    <w:p w:rsidR="000248AF" w:rsidRDefault="000248AF" w:rsidP="00E00425">
      <w:pPr>
        <w:spacing w:after="50"/>
      </w:pPr>
      <w:r>
        <w:t>020079</w:t>
      </w:r>
      <w:r>
        <w:tab/>
        <w:t>Masti proti rji</w:t>
      </w:r>
    </w:p>
    <w:p w:rsidR="000248AF" w:rsidRDefault="000248AF" w:rsidP="00E00425">
      <w:pPr>
        <w:spacing w:after="50"/>
      </w:pPr>
      <w:r>
        <w:t>020080</w:t>
      </w:r>
      <w:r>
        <w:tab/>
        <w:t>Graversko črnilo</w:t>
      </w:r>
    </w:p>
    <w:p w:rsidR="000248AF" w:rsidRDefault="000248AF" w:rsidP="00E00425">
      <w:pPr>
        <w:spacing w:after="50"/>
      </w:pPr>
      <w:r>
        <w:t>020081</w:t>
      </w:r>
      <w:r>
        <w:tab/>
        <w:t>Cinkov oksid [pigment]</w:t>
      </w:r>
    </w:p>
    <w:p w:rsidR="000248AF" w:rsidRDefault="000248AF" w:rsidP="00E00425">
      <w:pPr>
        <w:spacing w:after="50"/>
      </w:pPr>
      <w:r>
        <w:t>020082</w:t>
      </w:r>
      <w:r>
        <w:tab/>
        <w:t>Olja za zaščito lesa</w:t>
      </w:r>
    </w:p>
    <w:p w:rsidR="000248AF" w:rsidRDefault="000248AF" w:rsidP="00E00425">
      <w:pPr>
        <w:spacing w:after="50"/>
      </w:pPr>
      <w:r>
        <w:t>020083</w:t>
      </w:r>
      <w:r>
        <w:tab/>
        <w:t>Olja proti rji</w:t>
      </w:r>
    </w:p>
    <w:p w:rsidR="000248AF" w:rsidRDefault="000248AF" w:rsidP="00E00425">
      <w:pPr>
        <w:spacing w:after="50"/>
      </w:pPr>
      <w:r>
        <w:t>020085</w:t>
      </w:r>
      <w:r>
        <w:tab/>
        <w:t>Ognjevarne barve</w:t>
      </w:r>
    </w:p>
    <w:p w:rsidR="000248AF" w:rsidRDefault="000248AF" w:rsidP="00E00425">
      <w:pPr>
        <w:spacing w:after="50"/>
      </w:pPr>
      <w:r>
        <w:t>020086</w:t>
      </w:r>
      <w:r>
        <w:tab/>
        <w:t>Indigo [barvilo]</w:t>
      </w:r>
    </w:p>
    <w:p w:rsidR="000248AF" w:rsidRDefault="000248AF" w:rsidP="00E00425">
      <w:pPr>
        <w:spacing w:after="50"/>
      </w:pPr>
      <w:r>
        <w:t>020087</w:t>
      </w:r>
      <w:r>
        <w:tab/>
        <w:t>Veziva za barve</w:t>
      </w:r>
    </w:p>
    <w:p w:rsidR="000248AF" w:rsidRDefault="000248AF" w:rsidP="00E00425">
      <w:pPr>
        <w:spacing w:after="50"/>
      </w:pPr>
      <w:r>
        <w:t>020088</w:t>
      </w:r>
      <w:r>
        <w:tab/>
        <w:t>Barvila za žgane pijače</w:t>
      </w:r>
    </w:p>
    <w:p w:rsidR="000248AF" w:rsidRDefault="000248AF" w:rsidP="00E00425">
      <w:pPr>
        <w:spacing w:after="50"/>
      </w:pPr>
      <w:r>
        <w:t>020089</w:t>
      </w:r>
      <w:r>
        <w:tab/>
        <w:t>Minij</w:t>
      </w:r>
    </w:p>
    <w:p w:rsidR="000248AF" w:rsidRDefault="000248AF" w:rsidP="00E00425">
      <w:pPr>
        <w:spacing w:after="50"/>
      </w:pPr>
      <w:r>
        <w:t>020090</w:t>
      </w:r>
      <w:r>
        <w:tab/>
        <w:t>Kovine v prahu za uporabo v pleskarstvu, dekoraterstvu, tiskarstvu in umetnosti</w:t>
      </w:r>
    </w:p>
    <w:p w:rsidR="000248AF" w:rsidRDefault="000248AF" w:rsidP="00E00425">
      <w:pPr>
        <w:spacing w:after="50"/>
      </w:pPr>
      <w:r>
        <w:t>020091</w:t>
      </w:r>
      <w:r>
        <w:tab/>
        <w:t>Mastika [naravna smola]</w:t>
      </w:r>
    </w:p>
    <w:p w:rsidR="000248AF" w:rsidRDefault="000248AF" w:rsidP="00E00425">
      <w:pPr>
        <w:spacing w:after="50"/>
      </w:pPr>
      <w:r>
        <w:t>020092</w:t>
      </w:r>
      <w:r>
        <w:tab/>
        <w:t>Kovinske folije za uporabo v slikarstvu, dekoraterstvu, tiskarstvu in umetnosti</w:t>
      </w:r>
    </w:p>
    <w:p w:rsidR="000248AF" w:rsidRDefault="000248AF" w:rsidP="00E00425">
      <w:pPr>
        <w:spacing w:after="50"/>
      </w:pPr>
      <w:r>
        <w:t>020093</w:t>
      </w:r>
      <w:r>
        <w:tab/>
        <w:t>Sredstva proti motnosti za kovine</w:t>
      </w:r>
    </w:p>
    <w:p w:rsidR="000248AF" w:rsidRDefault="000248AF" w:rsidP="00E00425">
      <w:pPr>
        <w:spacing w:after="50"/>
      </w:pPr>
      <w:r>
        <w:t>020094</w:t>
      </w:r>
      <w:r>
        <w:tab/>
        <w:t>Zaščitni pripravki za kovine</w:t>
      </w:r>
    </w:p>
    <w:p w:rsidR="000248AF" w:rsidRDefault="000248AF" w:rsidP="00E00425">
      <w:pPr>
        <w:spacing w:after="50"/>
      </w:pPr>
      <w:r>
        <w:t>020095</w:t>
      </w:r>
      <w:r>
        <w:tab/>
        <w:t>Rdeča svinčeva</w:t>
      </w:r>
    </w:p>
    <w:p w:rsidR="000248AF" w:rsidRDefault="000248AF" w:rsidP="00E00425">
      <w:pPr>
        <w:spacing w:after="50"/>
      </w:pPr>
      <w:r>
        <w:t>020096</w:t>
      </w:r>
      <w:r>
        <w:tab/>
        <w:t>Papir za barvanje jajc</w:t>
      </w:r>
    </w:p>
    <w:p w:rsidR="000248AF" w:rsidRDefault="000248AF" w:rsidP="00E00425">
      <w:pPr>
        <w:spacing w:after="50"/>
      </w:pPr>
      <w:r>
        <w:t>020098</w:t>
      </w:r>
      <w:r>
        <w:tab/>
        <w:t>Annatto [barvila]</w:t>
      </w:r>
    </w:p>
    <w:p w:rsidR="000248AF" w:rsidRDefault="000248AF" w:rsidP="00E00425">
      <w:pPr>
        <w:spacing w:after="50"/>
      </w:pPr>
      <w:r>
        <w:t>020099</w:t>
      </w:r>
      <w:r>
        <w:tab/>
        <w:t>Žafran [barvilo]</w:t>
      </w:r>
    </w:p>
    <w:p w:rsidR="000248AF" w:rsidRDefault="000248AF" w:rsidP="00E00425">
      <w:pPr>
        <w:spacing w:after="50"/>
      </w:pPr>
      <w:r>
        <w:t>020100</w:t>
      </w:r>
      <w:r>
        <w:tab/>
        <w:t>Sandarakova smola</w:t>
      </w:r>
    </w:p>
    <w:p w:rsidR="000248AF" w:rsidRDefault="000248AF" w:rsidP="00E00425">
      <w:pPr>
        <w:spacing w:after="50"/>
      </w:pPr>
      <w:r>
        <w:t>020101</w:t>
      </w:r>
      <w:r>
        <w:tab/>
        <w:t>Saje [barvilo]</w:t>
      </w:r>
    </w:p>
    <w:p w:rsidR="000248AF" w:rsidRDefault="000248AF" w:rsidP="00E00425">
      <w:pPr>
        <w:spacing w:after="50"/>
      </w:pPr>
      <w:r>
        <w:t>020102</w:t>
      </w:r>
      <w:r>
        <w:tab/>
        <w:t>Šumah za varniše</w:t>
      </w:r>
    </w:p>
    <w:p w:rsidR="000248AF" w:rsidRDefault="000248AF" w:rsidP="00E00425">
      <w:pPr>
        <w:spacing w:after="50"/>
      </w:pPr>
      <w:r>
        <w:t>020106</w:t>
      </w:r>
      <w:r>
        <w:tab/>
        <w:t>Titanov dioksid [pigment]</w:t>
      </w:r>
    </w:p>
    <w:p w:rsidR="000248AF" w:rsidRDefault="000248AF" w:rsidP="00E00425">
      <w:pPr>
        <w:spacing w:after="50"/>
      </w:pPr>
      <w:r>
        <w:t>020107</w:t>
      </w:r>
      <w:r>
        <w:tab/>
        <w:t>Sredstva proti rji (za konzervacijo)</w:t>
      </w:r>
    </w:p>
    <w:p w:rsidR="000248AF" w:rsidRDefault="000248AF" w:rsidP="00E00425">
      <w:pPr>
        <w:spacing w:after="50"/>
      </w:pPr>
      <w:r>
        <w:t>020108</w:t>
      </w:r>
      <w:r>
        <w:tab/>
        <w:t>Prajmerji</w:t>
      </w:r>
    </w:p>
    <w:p w:rsidR="000248AF" w:rsidRDefault="000248AF" w:rsidP="00E00425">
      <w:pPr>
        <w:spacing w:after="50"/>
      </w:pPr>
      <w:r>
        <w:t>020110</w:t>
      </w:r>
      <w:r>
        <w:tab/>
        <w:t>Apnena voda</w:t>
      </w:r>
    </w:p>
    <w:p w:rsidR="000248AF" w:rsidRDefault="000248AF" w:rsidP="00E00425">
      <w:pPr>
        <w:spacing w:after="50"/>
      </w:pPr>
      <w:r>
        <w:t>020111</w:t>
      </w:r>
      <w:r>
        <w:tab/>
        <w:t>Barvilni les</w:t>
      </w:r>
    </w:p>
    <w:p w:rsidR="000248AF" w:rsidRDefault="000248AF" w:rsidP="00E00425">
      <w:pPr>
        <w:spacing w:after="50"/>
      </w:pPr>
      <w:r>
        <w:t>020112</w:t>
      </w:r>
      <w:r>
        <w:tab/>
        <w:t>Ekstrakti barvilnega lesa</w:t>
      </w:r>
    </w:p>
    <w:p w:rsidR="000248AF" w:rsidRDefault="000248AF" w:rsidP="00E00425">
      <w:pPr>
        <w:spacing w:after="50"/>
      </w:pPr>
      <w:r>
        <w:t>020113</w:t>
      </w:r>
      <w:r>
        <w:tab/>
        <w:t>Karbonil za zaščito lesa</w:t>
      </w:r>
    </w:p>
    <w:p w:rsidR="000248AF" w:rsidRDefault="000248AF" w:rsidP="00E00425">
      <w:pPr>
        <w:spacing w:after="50"/>
      </w:pPr>
      <w:r>
        <w:t>020114</w:t>
      </w:r>
      <w:r>
        <w:tab/>
        <w:t>Kopalov firnež</w:t>
      </w:r>
    </w:p>
    <w:p w:rsidR="000248AF" w:rsidRDefault="000248AF" w:rsidP="00E00425">
      <w:pPr>
        <w:spacing w:after="50"/>
      </w:pPr>
      <w:r>
        <w:t>020115</w:t>
      </w:r>
      <w:r>
        <w:tab/>
        <w:t>Laki</w:t>
      </w:r>
    </w:p>
    <w:p w:rsidR="000248AF" w:rsidRDefault="000248AF" w:rsidP="00E00425">
      <w:pPr>
        <w:spacing w:after="50"/>
      </w:pPr>
      <w:r>
        <w:t>020121</w:t>
      </w:r>
      <w:r>
        <w:tab/>
        <w:t>Črnilo za tiskalnike in fotokopirne stroje</w:t>
      </w:r>
    </w:p>
    <w:p w:rsidR="000248AF" w:rsidRDefault="000248AF" w:rsidP="00E00425">
      <w:pPr>
        <w:spacing w:after="50"/>
      </w:pPr>
      <w:r>
        <w:t>020122</w:t>
      </w:r>
      <w:r>
        <w:tab/>
        <w:t>Barve proti obraščanju</w:t>
      </w:r>
    </w:p>
    <w:p w:rsidR="000248AF" w:rsidRDefault="000248AF" w:rsidP="00E00425">
      <w:pPr>
        <w:spacing w:after="50"/>
      </w:pPr>
      <w:r>
        <w:t>020123</w:t>
      </w:r>
      <w:r>
        <w:tab/>
        <w:t>Kartuše napolnjene s tonerjem za tiskalne in fotokopirne stroje</w:t>
      </w:r>
    </w:p>
    <w:p w:rsidR="000248AF" w:rsidRDefault="000248AF" w:rsidP="00E00425">
      <w:pPr>
        <w:spacing w:after="50"/>
      </w:pPr>
      <w:r>
        <w:t>020124</w:t>
      </w:r>
      <w:r>
        <w:tab/>
        <w:t>Terpentin [razredčilo za barve]</w:t>
      </w:r>
    </w:p>
    <w:p w:rsidR="000248AF" w:rsidRDefault="000248AF" w:rsidP="00E00425">
      <w:pPr>
        <w:spacing w:after="50"/>
      </w:pPr>
      <w:r>
        <w:t>020125</w:t>
      </w:r>
      <w:r>
        <w:tab/>
        <w:t>Vzorci barv za barvanje zidov za večkratno uporabo</w:t>
      </w:r>
    </w:p>
    <w:p w:rsidR="000248AF" w:rsidRDefault="000248AF" w:rsidP="00E00425">
      <w:pPr>
        <w:spacing w:after="50"/>
      </w:pPr>
      <w:r>
        <w:t>020126</w:t>
      </w:r>
      <w:r>
        <w:tab/>
        <w:t>Akvarelne barve za uporabo v umetnosti</w:t>
      </w:r>
    </w:p>
    <w:p w:rsidR="000248AF" w:rsidRDefault="000248AF" w:rsidP="00E00425">
      <w:pPr>
        <w:spacing w:after="50"/>
      </w:pPr>
      <w:r>
        <w:t>020127</w:t>
      </w:r>
      <w:r>
        <w:tab/>
        <w:t>Oljne barve za uporabo v umetnosti</w:t>
      </w:r>
    </w:p>
    <w:p w:rsidR="000248AF" w:rsidRDefault="000248AF" w:rsidP="00E00425">
      <w:pPr>
        <w:spacing w:after="50"/>
      </w:pPr>
      <w:r>
        <w:t>020128</w:t>
      </w:r>
      <w:r>
        <w:tab/>
        <w:t>Jedilna črnila</w:t>
      </w:r>
    </w:p>
    <w:p w:rsidR="000248AF" w:rsidRDefault="000248AF" w:rsidP="00E00425">
      <w:pPr>
        <w:spacing w:after="50"/>
      </w:pPr>
      <w:r>
        <w:t>020129</w:t>
      </w:r>
      <w:r>
        <w:tab/>
        <w:t>Polne kartuše z jedilnim črnilom za tiskalnike</w:t>
      </w:r>
    </w:p>
    <w:p w:rsidR="000248AF" w:rsidRDefault="000248AF" w:rsidP="00E00425">
      <w:pPr>
        <w:spacing w:after="50"/>
      </w:pPr>
      <w:r>
        <w:t>020130</w:t>
      </w:r>
      <w:r>
        <w:tab/>
        <w:t>Barvila v obliki markerjev za obnovo pohištva</w:t>
      </w:r>
    </w:p>
    <w:p w:rsidR="000248AF" w:rsidRDefault="000248AF" w:rsidP="00E00425">
      <w:pPr>
        <w:spacing w:after="50"/>
      </w:pPr>
      <w:r>
        <w:t>020131</w:t>
      </w:r>
      <w:r>
        <w:tab/>
        <w:t>Premazi proti grafitom (barva)</w:t>
      </w:r>
    </w:p>
    <w:p w:rsidR="000248AF" w:rsidRDefault="000248AF" w:rsidP="00E00425">
      <w:pPr>
        <w:spacing w:after="50"/>
      </w:pPr>
      <w:r>
        <w:t>020132</w:t>
      </w:r>
      <w:r>
        <w:tab/>
        <w:t>Toner za tiskalne in fotokopirne stroje</w:t>
      </w:r>
    </w:p>
    <w:p w:rsidR="000248AF" w:rsidRDefault="000248AF" w:rsidP="00E00425">
      <w:pPr>
        <w:spacing w:after="50"/>
      </w:pPr>
      <w:r>
        <w:t>020133</w:t>
      </w:r>
      <w:r>
        <w:tab/>
        <w:t>Kartuše s črnilom, napolnjene, za tiskalnike in fotokopirne stroje</w:t>
      </w:r>
    </w:p>
    <w:p w:rsidR="000248AF" w:rsidRDefault="000248AF" w:rsidP="00E00425">
      <w:pPr>
        <w:spacing w:after="50"/>
      </w:pPr>
      <w:r>
        <w:t>020134</w:t>
      </w:r>
      <w:r>
        <w:tab/>
        <w:t>Zaključni premazi za lesene pode</w:t>
      </w:r>
    </w:p>
    <w:p w:rsidR="000248AF" w:rsidRDefault="000248AF" w:rsidP="00E00425">
      <w:pPr>
        <w:spacing w:after="50"/>
      </w:pPr>
      <w:r>
        <w:t>020135</w:t>
      </w:r>
      <w:r>
        <w:tab/>
        <w:t>Barve za zaščito pred urinom</w:t>
      </w:r>
    </w:p>
    <w:p w:rsidR="000248AF" w:rsidRDefault="000248AF" w:rsidP="00E00425">
      <w:pPr>
        <w:spacing w:after="50"/>
      </w:pPr>
      <w:r>
        <w:t>020136</w:t>
      </w:r>
      <w:r>
        <w:tab/>
        <w:t>Prevodne barve</w:t>
      </w:r>
    </w:p>
    <w:p w:rsidR="000248AF" w:rsidRDefault="000248AF" w:rsidP="00E00425">
      <w:pPr>
        <w:spacing w:after="50"/>
      </w:pPr>
      <w:r>
        <w:t>020137</w:t>
      </w:r>
      <w:r>
        <w:tab/>
        <w:t>Prevodna črnila</w:t>
      </w:r>
    </w:p>
    <w:p w:rsidR="000248AF" w:rsidRDefault="000248AF" w:rsidP="00E00425">
      <w:pPr>
        <w:spacing w:after="50"/>
      </w:pPr>
      <w:r>
        <w:t>020138</w:t>
      </w:r>
      <w:r>
        <w:tab/>
        <w:t>Črnilo za tetoviranje</w:t>
      </w:r>
    </w:p>
    <w:p w:rsidR="000248AF" w:rsidRDefault="000248AF" w:rsidP="00E00425">
      <w:pPr>
        <w:spacing w:after="50"/>
      </w:pPr>
      <w:r>
        <w:t>020139</w:t>
      </w:r>
      <w:r>
        <w:tab/>
        <w:t>Sredstva za barvanje</w:t>
      </w:r>
    </w:p>
    <w:p w:rsidR="000248AF" w:rsidRDefault="000248AF" w:rsidP="00E00425">
      <w:pPr>
        <w:spacing w:after="50"/>
      </w:pPr>
      <w:r>
        <w:t>020140</w:t>
      </w:r>
      <w:r>
        <w:tab/>
        <w:t>Bleščice za uporabo v barvah</w:t>
      </w:r>
    </w:p>
    <w:p w:rsidR="000248AF" w:rsidRDefault="000248AF" w:rsidP="00E00425">
      <w:pPr>
        <w:spacing w:after="50"/>
      </w:pPr>
      <w:r>
        <w:t>020141</w:t>
      </w:r>
      <w:r>
        <w:tab/>
        <w:t>Maskirna tekočina za uporabo pri akvarelnem slikanju</w:t>
      </w:r>
    </w:p>
    <w:p w:rsidR="000248AF" w:rsidRPr="003834FA" w:rsidRDefault="000248AF" w:rsidP="00E00425">
      <w:pPr>
        <w:spacing w:after="50"/>
        <w:rPr>
          <w:lang w:val="fr-FR"/>
        </w:rPr>
      </w:pPr>
      <w:r>
        <w:t>020142</w:t>
      </w:r>
      <w:r>
        <w:tab/>
      </w:r>
      <w:r w:rsidRPr="003834FA">
        <w:rPr>
          <w:lang w:val="fr-FR"/>
        </w:rPr>
        <w:t>Jedilni lak za dekoracijo jedi</w:t>
      </w:r>
    </w:p>
    <w:p w:rsidR="003834FA" w:rsidRPr="006A4E53" w:rsidRDefault="003834FA">
      <w:pPr>
        <w:pStyle w:val="Naslov1"/>
        <w:rPr>
          <w:lang w:val="fr-FR"/>
        </w:rPr>
        <w:sectPr w:rsidR="003834FA" w:rsidRPr="006A4E53" w:rsidSect="00E00425">
          <w:type w:val="continuous"/>
          <w:pgSz w:w="11907" w:h="16840" w:code="9"/>
          <w:pgMar w:top="1418" w:right="1418" w:bottom="1418" w:left="1418" w:header="720" w:footer="720" w:gutter="0"/>
          <w:cols w:num="2" w:space="720"/>
          <w:docGrid w:linePitch="360"/>
        </w:sectPr>
      </w:pPr>
    </w:p>
    <w:p w:rsidR="000701B5" w:rsidRPr="000248AF" w:rsidRDefault="000701B5" w:rsidP="004611C8">
      <w:pPr>
        <w:pStyle w:val="Naslov1"/>
        <w:spacing w:before="0"/>
        <w:rPr>
          <w:lang w:val="sl-SI" w:eastAsia="sl-SI"/>
        </w:rPr>
      </w:pPr>
      <w:r w:rsidRPr="000248AF">
        <w:rPr>
          <w:lang w:val="sl-SI" w:eastAsia="sl-SI"/>
        </w:rPr>
        <w:lastRenderedPageBreak/>
        <w:t xml:space="preserve">Razred 3 </w:t>
      </w:r>
    </w:p>
    <w:p w:rsidR="000701B5" w:rsidRPr="000701B5" w:rsidRDefault="000701B5" w:rsidP="000248AF">
      <w:pPr>
        <w:pStyle w:val="Naslov2"/>
        <w:rPr>
          <w:lang w:val="sl-SI" w:eastAsia="sl-SI"/>
        </w:rPr>
      </w:pPr>
      <w:r w:rsidRPr="000701B5">
        <w:rPr>
          <w:lang w:val="sl-SI" w:eastAsia="sl-SI"/>
        </w:rPr>
        <w:t>Kozmetični in toaletni izdelki brez zdravilnih učinkovin; mila brez zdravilnih učinkovin; Parfumerijski izdelki; Pripravki za beljenje in druge snovi za pranje; pripravki za čiščenje, poliranje in brušenje.</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0248AF" w:rsidRPr="00D85EAF" w:rsidTr="00BF7FFA">
        <w:trPr>
          <w:trHeight w:val="143"/>
          <w:tblHeader/>
        </w:trPr>
        <w:tc>
          <w:tcPr>
            <w:tcW w:w="9493" w:type="dxa"/>
            <w:gridSpan w:val="2"/>
            <w:shd w:val="clear" w:color="auto" w:fill="F2F2F2" w:themeFill="background1" w:themeFillShade="F2"/>
            <w:vAlign w:val="center"/>
          </w:tcPr>
          <w:p w:rsidR="000248AF" w:rsidRPr="004611C8" w:rsidRDefault="000248AF" w:rsidP="000248AF">
            <w:pPr>
              <w:pStyle w:val="opomba"/>
              <w:rPr>
                <w:b/>
              </w:rPr>
            </w:pPr>
            <w:bookmarkStart w:id="3" w:name="_Hlk236656213"/>
            <w:r w:rsidRPr="004611C8">
              <w:rPr>
                <w:b/>
              </w:rPr>
              <w:t>RAZRED 3 - pojasnjevalne opombe</w:t>
            </w:r>
          </w:p>
        </w:tc>
      </w:tr>
      <w:tr w:rsidR="000248AF" w:rsidRPr="00D85EAF" w:rsidTr="00BF7FFA">
        <w:trPr>
          <w:trHeight w:val="390"/>
        </w:trPr>
        <w:tc>
          <w:tcPr>
            <w:tcW w:w="9493" w:type="dxa"/>
            <w:gridSpan w:val="2"/>
            <w:shd w:val="clear" w:color="auto" w:fill="F2F2F2" w:themeFill="background1" w:themeFillShade="F2"/>
            <w:vAlign w:val="center"/>
          </w:tcPr>
          <w:p w:rsidR="000248AF" w:rsidRPr="00993A45" w:rsidRDefault="000248AF" w:rsidP="000248AF">
            <w:pPr>
              <w:pStyle w:val="opomba"/>
            </w:pPr>
            <w:r w:rsidRPr="00D85EAF">
              <w:t>Razred 3 vključuje predvsem pripravke za čiščenje in toaletne pripravke brez zdravilnih učinkovin.</w:t>
            </w:r>
          </w:p>
        </w:tc>
      </w:tr>
      <w:tr w:rsidR="000248AF" w:rsidRPr="00D85EAF" w:rsidTr="004611C8">
        <w:trPr>
          <w:trHeight w:val="5177"/>
        </w:trPr>
        <w:tc>
          <w:tcPr>
            <w:tcW w:w="4746" w:type="dxa"/>
            <w:shd w:val="clear" w:color="auto" w:fill="F2F2F2" w:themeFill="background1" w:themeFillShade="F2"/>
          </w:tcPr>
          <w:p w:rsidR="000248AF" w:rsidRPr="00993A45" w:rsidRDefault="000248AF" w:rsidP="000248AF">
            <w:pPr>
              <w:pStyle w:val="opomba"/>
            </w:pPr>
            <w:r w:rsidRPr="00D85EAF">
              <w:t>V ta razred so vključeni zlasti:</w:t>
            </w:r>
          </w:p>
          <w:p w:rsidR="000248AF" w:rsidRPr="00D85EAF" w:rsidRDefault="000248AF" w:rsidP="008C16D9">
            <w:pPr>
              <w:pStyle w:val="opombapika"/>
            </w:pPr>
            <w:r w:rsidRPr="00D85EAF">
              <w:t>sanitarni pripravki, in sicer toaletne potrebščine</w:t>
            </w:r>
          </w:p>
          <w:p w:rsidR="000248AF" w:rsidRPr="00D85EAF" w:rsidRDefault="000248AF" w:rsidP="008C16D9">
            <w:pPr>
              <w:pStyle w:val="opombapika"/>
            </w:pPr>
            <w:r w:rsidRPr="00D85EAF">
              <w:t>robčki, prepojeni s kozmetičnimi losjoni</w:t>
            </w:r>
          </w:p>
          <w:p w:rsidR="000248AF" w:rsidRPr="00D85EAF" w:rsidRDefault="000248AF" w:rsidP="008C16D9">
            <w:pPr>
              <w:pStyle w:val="opombapika"/>
            </w:pPr>
            <w:r w:rsidRPr="00D85EAF">
              <w:t>dezodoranti za ljudi ali za živali;</w:t>
            </w:r>
          </w:p>
          <w:p w:rsidR="000248AF" w:rsidRPr="00D85EAF" w:rsidRDefault="000248AF" w:rsidP="008C16D9">
            <w:pPr>
              <w:pStyle w:val="opombapika"/>
            </w:pPr>
            <w:r w:rsidRPr="00D85EAF">
              <w:t>pripravki za odišavljanje prostorov;</w:t>
            </w:r>
          </w:p>
          <w:p w:rsidR="000248AF" w:rsidRPr="00D85EAF" w:rsidRDefault="000248AF" w:rsidP="008C16D9">
            <w:pPr>
              <w:pStyle w:val="opombapika"/>
            </w:pPr>
            <w:r w:rsidRPr="00D85EAF">
              <w:t>nalepke za poslikavo nohtov</w:t>
            </w:r>
          </w:p>
          <w:p w:rsidR="000248AF" w:rsidRPr="00D85EAF" w:rsidRDefault="000248AF" w:rsidP="008C16D9">
            <w:pPr>
              <w:pStyle w:val="opombapika"/>
            </w:pPr>
            <w:r w:rsidRPr="00D85EAF">
              <w:t>polirni vosek</w:t>
            </w:r>
          </w:p>
          <w:p w:rsidR="000248AF" w:rsidRPr="00993A45" w:rsidRDefault="000248AF" w:rsidP="008C16D9">
            <w:pPr>
              <w:pStyle w:val="opombapika"/>
            </w:pPr>
            <w:r w:rsidRPr="00D85EAF">
              <w:t>brusni papir</w:t>
            </w:r>
          </w:p>
        </w:tc>
        <w:tc>
          <w:tcPr>
            <w:tcW w:w="4747" w:type="dxa"/>
            <w:shd w:val="clear" w:color="auto" w:fill="F2F2F2" w:themeFill="background1" w:themeFillShade="F2"/>
          </w:tcPr>
          <w:p w:rsidR="000248AF" w:rsidRPr="00993A45" w:rsidRDefault="000248AF" w:rsidP="000248AF">
            <w:pPr>
              <w:pStyle w:val="opomba"/>
            </w:pPr>
            <w:r w:rsidRPr="00D85EAF">
              <w:t>V ta razred niso vključeni zlasti:</w:t>
            </w:r>
          </w:p>
          <w:p w:rsidR="000248AF" w:rsidRPr="00D85EAF" w:rsidRDefault="000248AF" w:rsidP="008C16D9">
            <w:pPr>
              <w:pStyle w:val="opombapika"/>
            </w:pPr>
            <w:r w:rsidRPr="00D85EAF">
              <w:t>kemična čistila za dimnike (razred 1)</w:t>
            </w:r>
          </w:p>
          <w:p w:rsidR="000248AF" w:rsidRPr="00D85EAF" w:rsidRDefault="000248AF" w:rsidP="008C16D9">
            <w:pPr>
              <w:pStyle w:val="opombapika"/>
            </w:pPr>
            <w:r w:rsidRPr="00D85EAF">
              <w:t>razmaščevalni pripravki za uporabo v proizvodnih procesih (razred 1);</w:t>
            </w:r>
          </w:p>
          <w:p w:rsidR="000248AF" w:rsidRPr="00D85EAF" w:rsidRDefault="000248AF" w:rsidP="008C16D9">
            <w:pPr>
              <w:pStyle w:val="opombapika"/>
            </w:pPr>
            <w:r w:rsidRPr="00D85EAF">
              <w:t>sestavine za uporabo v proizvodnji kozmetike, na primer vitamini, konzervansi, eterična olja in antioksidanti (razred 1)</w:t>
            </w:r>
          </w:p>
          <w:p w:rsidR="000248AF" w:rsidRPr="00D85EAF" w:rsidRDefault="000248AF" w:rsidP="008C16D9">
            <w:pPr>
              <w:pStyle w:val="opombapika"/>
            </w:pPr>
            <w:r w:rsidRPr="00D85EAF">
              <w:t>dezodoranti, razen za ljudi ali za živali (razred 5);</w:t>
            </w:r>
          </w:p>
          <w:p w:rsidR="000248AF" w:rsidRPr="00D85EAF" w:rsidRDefault="000248AF" w:rsidP="008C16D9">
            <w:pPr>
              <w:pStyle w:val="opombapika"/>
            </w:pPr>
            <w:r w:rsidRPr="00D85EAF">
              <w:t>šamponi z zdravilnimi učinkovinami, mila z zdravilnimi učinkovinami, losjoni za lase z zdravilnimi učinkovinami in sredstva za čiščenje zob z zdravilnimi učinkovinami (razred 5);</w:t>
            </w:r>
          </w:p>
          <w:p w:rsidR="000248AF" w:rsidRPr="00D85EAF" w:rsidRDefault="000248AF" w:rsidP="008C16D9">
            <w:pPr>
              <w:pStyle w:val="opombapika"/>
            </w:pPr>
            <w:r w:rsidRPr="00D85EAF">
              <w:t>brusni kamni in brusne plošče (ročno orodje) (razred 8).</w:t>
            </w:r>
          </w:p>
          <w:p w:rsidR="000248AF" w:rsidRPr="00993A45" w:rsidRDefault="000248AF" w:rsidP="008C16D9">
            <w:pPr>
              <w:pStyle w:val="opombapika"/>
            </w:pPr>
            <w:r w:rsidRPr="00D85EAF">
              <w:t>kozmetični in čistilni inštrumenti, na primer čopiči za ličenje (kl. 21), krpe, blazinice in krpe za čiščenje (razred 21)</w:t>
            </w:r>
          </w:p>
        </w:tc>
      </w:tr>
      <w:bookmarkEnd w:id="3"/>
    </w:tbl>
    <w:p w:rsidR="00F875A9" w:rsidRPr="000701B5" w:rsidRDefault="00F875A9" w:rsidP="000248AF">
      <w:pPr>
        <w:spacing w:after="360"/>
        <w:rPr>
          <w:lang w:val="sl-SI"/>
        </w:rPr>
      </w:pPr>
    </w:p>
    <w:p w:rsidR="001C05F7" w:rsidRPr="00454578" w:rsidRDefault="001C05F7" w:rsidP="004611C8">
      <w:pPr>
        <w:spacing w:after="360"/>
        <w:rPr>
          <w:lang w:val="sl-SI"/>
        </w:rPr>
        <w:sectPr w:rsidR="001C05F7" w:rsidRPr="00454578" w:rsidSect="00E00425">
          <w:type w:val="continuous"/>
          <w:pgSz w:w="11907" w:h="16840" w:code="9"/>
          <w:pgMar w:top="1418" w:right="1418" w:bottom="1418" w:left="1418" w:header="720" w:footer="720" w:gutter="0"/>
          <w:cols w:space="720"/>
          <w:docGrid w:linePitch="360"/>
        </w:sectPr>
      </w:pPr>
    </w:p>
    <w:p w:rsidR="00BF7FFA" w:rsidRDefault="00BF7FFA" w:rsidP="00BF7FFA">
      <w:r>
        <w:t>030001</w:t>
      </w:r>
      <w:r>
        <w:tab/>
        <w:t>Lepila za pritrjevanje lasulj</w:t>
      </w:r>
    </w:p>
    <w:p w:rsidR="00BF7FFA" w:rsidRDefault="00BF7FFA" w:rsidP="00BF7FFA">
      <w:r>
        <w:t>030002</w:t>
      </w:r>
      <w:r>
        <w:tab/>
        <w:t>Kamni za glajenje</w:t>
      </w:r>
    </w:p>
    <w:p w:rsidR="00BF7FFA" w:rsidRDefault="00BF7FFA" w:rsidP="00BF7FFA">
      <w:r>
        <w:t>030003</w:t>
      </w:r>
      <w:r>
        <w:tab/>
        <w:t>Abrazivni preparati</w:t>
      </w:r>
    </w:p>
    <w:p w:rsidR="00BF7FFA" w:rsidRDefault="00BF7FFA" w:rsidP="00BF7FFA">
      <w:r>
        <w:t>030005</w:t>
      </w:r>
      <w:r>
        <w:tab/>
        <w:t>Galun [adstringenti]</w:t>
      </w:r>
    </w:p>
    <w:p w:rsidR="00BF7FFA" w:rsidRDefault="00BF7FFA" w:rsidP="00BF7FFA">
      <w:r>
        <w:t>030006</w:t>
      </w:r>
      <w:r>
        <w:tab/>
        <w:t>Mandljevo olje za kozmetične namene</w:t>
      </w:r>
    </w:p>
    <w:p w:rsidR="00BF7FFA" w:rsidRDefault="00BF7FFA" w:rsidP="00BF7FFA">
      <w:r>
        <w:t>030007</w:t>
      </w:r>
      <w:r>
        <w:tab/>
        <w:t>Mandljevo milo</w:t>
      </w:r>
    </w:p>
    <w:p w:rsidR="00BF7FFA" w:rsidRDefault="00BF7FFA" w:rsidP="00BF7FFA">
      <w:r>
        <w:t>030009</w:t>
      </w:r>
      <w:r>
        <w:tab/>
        <w:t>Škrobna glazura za perilo</w:t>
      </w:r>
    </w:p>
    <w:p w:rsidR="00BF7FFA" w:rsidRDefault="00BF7FFA" w:rsidP="00BF7FFA">
      <w:r>
        <w:t>030010</w:t>
      </w:r>
      <w:r>
        <w:tab/>
        <w:t>Škrob za perilo</w:t>
      </w:r>
    </w:p>
    <w:p w:rsidR="00BF7FFA" w:rsidRDefault="00BF7FFA" w:rsidP="00BF7FFA">
      <w:r>
        <w:t>030011</w:t>
      </w:r>
      <w:r>
        <w:tab/>
        <w:t>Polirno rdečilo</w:t>
      </w:r>
    </w:p>
    <w:p w:rsidR="00BF7FFA" w:rsidRDefault="00BF7FFA" w:rsidP="00BF7FFA">
      <w:r>
        <w:t>030012</w:t>
      </w:r>
      <w:r>
        <w:tab/>
        <w:t>Mila</w:t>
      </w:r>
    </w:p>
    <w:p w:rsidR="00BF7FFA" w:rsidRDefault="00BF7FFA" w:rsidP="00BF7FFA">
      <w:r>
        <w:t>030013</w:t>
      </w:r>
      <w:r>
        <w:tab/>
        <w:t>Milo za poživitev tekstila</w:t>
      </w:r>
    </w:p>
    <w:p w:rsidR="00BF7FFA" w:rsidRDefault="00BF7FFA" w:rsidP="00BF7FFA">
      <w:r>
        <w:t>030014</w:t>
      </w:r>
      <w:r>
        <w:tab/>
        <w:t>Modrilo za perilo</w:t>
      </w:r>
    </w:p>
    <w:p w:rsidR="00BF7FFA" w:rsidRDefault="00BF7FFA" w:rsidP="00BF7FFA">
      <w:r>
        <w:t>030016</w:t>
      </w:r>
      <w:r>
        <w:tab/>
        <w:t>Kozmetični pripravki za kopanje</w:t>
      </w:r>
    </w:p>
    <w:p w:rsidR="00BF7FFA" w:rsidRDefault="00BF7FFA" w:rsidP="00BF7FFA">
      <w:r>
        <w:t>030017</w:t>
      </w:r>
      <w:r>
        <w:tab/>
        <w:t>Milo za britje</w:t>
      </w:r>
    </w:p>
    <w:p w:rsidR="00BF7FFA" w:rsidRDefault="00BF7FFA" w:rsidP="00BF7FFA">
      <w:r>
        <w:t>030018</w:t>
      </w:r>
      <w:r>
        <w:tab/>
        <w:t>Šminke za ustnice</w:t>
      </w:r>
    </w:p>
    <w:p w:rsidR="00BF7FFA" w:rsidRDefault="00BF7FFA" w:rsidP="00BF7FFA">
      <w:r>
        <w:t>030019</w:t>
      </w:r>
      <w:r>
        <w:tab/>
        <w:t>Vatirane palčke za kozmetične namene</w:t>
      </w:r>
    </w:p>
    <w:p w:rsidR="00BF7FFA" w:rsidRDefault="00BF7FFA" w:rsidP="00BF7FFA">
      <w:r>
        <w:t>030020</w:t>
      </w:r>
      <w:r>
        <w:tab/>
        <w:t>Kozmetične maske</w:t>
      </w:r>
    </w:p>
    <w:p w:rsidR="00BF7FFA" w:rsidRDefault="00BF7FFA" w:rsidP="00BF7FFA">
      <w:r>
        <w:t>030022</w:t>
      </w:r>
      <w:r>
        <w:tab/>
        <w:t>Pralna kreda</w:t>
      </w:r>
    </w:p>
    <w:p w:rsidR="00BF7FFA" w:rsidRDefault="00BF7FFA" w:rsidP="00BF7FFA">
      <w:r>
        <w:t>030023</w:t>
      </w:r>
      <w:r>
        <w:tab/>
        <w:t>Kreme za beljenje kože</w:t>
      </w:r>
    </w:p>
    <w:p w:rsidR="00BF7FFA" w:rsidRDefault="00BF7FFA" w:rsidP="00BF7FFA">
      <w:r>
        <w:t>030025</w:t>
      </w:r>
      <w:r>
        <w:tab/>
        <w:t>Pripravki za beljenje usnja</w:t>
      </w:r>
    </w:p>
    <w:p w:rsidR="00BF7FFA" w:rsidRDefault="00BF7FFA" w:rsidP="00BF7FFA">
      <w:r>
        <w:t>030026</w:t>
      </w:r>
      <w:r>
        <w:tab/>
        <w:t>Belilne soli</w:t>
      </w:r>
    </w:p>
    <w:p w:rsidR="00BF7FFA" w:rsidRDefault="00BF7FFA" w:rsidP="00BF7FFA">
      <w:r>
        <w:t>030027</w:t>
      </w:r>
      <w:r>
        <w:tab/>
        <w:t>Soda za beljenje</w:t>
      </w:r>
    </w:p>
    <w:p w:rsidR="00BF7FFA" w:rsidRDefault="00BF7FFA" w:rsidP="00BF7FFA">
      <w:r>
        <w:t>030028</w:t>
      </w:r>
      <w:r>
        <w:tab/>
        <w:t>Belila za perilo</w:t>
      </w:r>
    </w:p>
    <w:p w:rsidR="00BF7FFA" w:rsidRDefault="00BF7FFA" w:rsidP="00BF7FFA">
      <w:r>
        <w:t>030029</w:t>
      </w:r>
      <w:r>
        <w:tab/>
        <w:t>Sredstva za povečanje leska perila</w:t>
      </w:r>
    </w:p>
    <w:p w:rsidR="00BF7FFA" w:rsidRDefault="00BF7FFA" w:rsidP="00BF7FFA">
      <w:r>
        <w:t>030030</w:t>
      </w:r>
      <w:r>
        <w:tab/>
        <w:t>Odišavljen les</w:t>
      </w:r>
    </w:p>
    <w:p w:rsidR="00BF7FFA" w:rsidRDefault="00BF7FFA" w:rsidP="00BF7FFA">
      <w:r>
        <w:t>030031</w:t>
      </w:r>
      <w:r>
        <w:tab/>
        <w:t>Ustne vodice, ne za medicinske namene</w:t>
      </w:r>
    </w:p>
    <w:p w:rsidR="00BF7FFA" w:rsidRDefault="00BF7FFA" w:rsidP="00BF7FFA">
      <w:r>
        <w:t>030032</w:t>
      </w:r>
      <w:r>
        <w:tab/>
        <w:t>Lak za nohte</w:t>
      </w:r>
    </w:p>
    <w:p w:rsidR="00BF7FFA" w:rsidRDefault="00BF7FFA" w:rsidP="00BF7FFA">
      <w:r>
        <w:t>030033</w:t>
      </w:r>
      <w:r>
        <w:tab/>
        <w:t>Sredstva za ličenje</w:t>
      </w:r>
    </w:p>
    <w:p w:rsidR="00BF7FFA" w:rsidRDefault="00BF7FFA" w:rsidP="00BF7FFA">
      <w:r>
        <w:t>030034</w:t>
      </w:r>
      <w:r>
        <w:tab/>
        <w:t>Losjoni za lase</w:t>
      </w:r>
    </w:p>
    <w:p w:rsidR="00BF7FFA" w:rsidRDefault="00BF7FFA" w:rsidP="00BF7FFA">
      <w:r>
        <w:t>030035</w:t>
      </w:r>
      <w:r>
        <w:tab/>
        <w:t>Kovinski karbidi [abrazivi]</w:t>
      </w:r>
    </w:p>
    <w:p w:rsidR="00BF7FFA" w:rsidRDefault="00BF7FFA" w:rsidP="00BF7FFA">
      <w:r>
        <w:t>030036</w:t>
      </w:r>
      <w:r>
        <w:tab/>
        <w:t>Silicijev karbid [abraziv]</w:t>
      </w:r>
    </w:p>
    <w:p w:rsidR="00BF7FFA" w:rsidRDefault="00BF7FFA" w:rsidP="00BF7FFA">
      <w:r>
        <w:t>030038</w:t>
      </w:r>
      <w:r>
        <w:tab/>
        <w:t>Vulkanski pepel za čiščenje</w:t>
      </w:r>
    </w:p>
    <w:p w:rsidR="00BF7FFA" w:rsidRDefault="00BF7FFA" w:rsidP="00BF7FFA">
      <w:r>
        <w:t>030039</w:t>
      </w:r>
      <w:r>
        <w:tab/>
        <w:t>Krema za čevlje</w:t>
      </w:r>
    </w:p>
    <w:p w:rsidR="00BF7FFA" w:rsidRDefault="00BF7FFA" w:rsidP="00BF7FFA">
      <w:r>
        <w:t>030040</w:t>
      </w:r>
      <w:r>
        <w:tab/>
        <w:t>Barve za lase</w:t>
      </w:r>
    </w:p>
    <w:p w:rsidR="00BF7FFA" w:rsidRDefault="00BF7FFA" w:rsidP="00BF7FFA">
      <w:r>
        <w:t>030041</w:t>
      </w:r>
      <w:r>
        <w:tab/>
        <w:t>Sredstva za onduliranje las</w:t>
      </w:r>
    </w:p>
    <w:p w:rsidR="00BF7FFA" w:rsidRDefault="00BF7FFA" w:rsidP="00BF7FFA">
      <w:r>
        <w:t>030042</w:t>
      </w:r>
      <w:r>
        <w:tab/>
        <w:t>Umetne trepalnice</w:t>
      </w:r>
    </w:p>
    <w:p w:rsidR="00BF7FFA" w:rsidRDefault="00BF7FFA" w:rsidP="00BF7FFA">
      <w:r>
        <w:t>030043</w:t>
      </w:r>
      <w:r>
        <w:tab/>
        <w:t>Kozmetični izdelki za trepalnice</w:t>
      </w:r>
    </w:p>
    <w:p w:rsidR="00BF7FFA" w:rsidRDefault="00BF7FFA" w:rsidP="00BF7FFA">
      <w:r>
        <w:t>030045</w:t>
      </w:r>
      <w:r>
        <w:tab/>
        <w:t>Polirni pripravki</w:t>
      </w:r>
    </w:p>
    <w:p w:rsidR="00BF7FFA" w:rsidRDefault="00BF7FFA" w:rsidP="00BF7FFA">
      <w:r>
        <w:t>030046</w:t>
      </w:r>
      <w:r>
        <w:tab/>
        <w:t>Vosek za čevlje</w:t>
      </w:r>
    </w:p>
    <w:p w:rsidR="00BF7FFA" w:rsidRDefault="00BF7FFA" w:rsidP="00BF7FFA">
      <w:r>
        <w:t>030047</w:t>
      </w:r>
      <w:r>
        <w:tab/>
        <w:t>Loščila za pohištvo in tla</w:t>
      </w:r>
    </w:p>
    <w:p w:rsidR="00BF7FFA" w:rsidRDefault="00BF7FFA" w:rsidP="00BF7FFA">
      <w:r>
        <w:lastRenderedPageBreak/>
        <w:t>030048</w:t>
      </w:r>
      <w:r>
        <w:tab/>
        <w:t>Sredstva za ustvarjanje leska [politure]</w:t>
      </w:r>
    </w:p>
    <w:p w:rsidR="00BF7FFA" w:rsidRDefault="00BF7FFA" w:rsidP="00BF7FFA">
      <w:r>
        <w:t>030049</w:t>
      </w:r>
      <w:r>
        <w:tab/>
        <w:t>Čevljarski vosek</w:t>
      </w:r>
    </w:p>
    <w:p w:rsidR="00BF7FFA" w:rsidRDefault="00BF7FFA" w:rsidP="00BF7FFA">
      <w:r>
        <w:t>030050</w:t>
      </w:r>
      <w:r>
        <w:tab/>
        <w:t>Vosek za čevljarstvo</w:t>
      </w:r>
    </w:p>
    <w:p w:rsidR="00BF7FFA" w:rsidRDefault="00BF7FFA" w:rsidP="00BF7FFA">
      <w:r>
        <w:t>030052</w:t>
      </w:r>
      <w:r>
        <w:tab/>
        <w:t>Vosek za brke</w:t>
      </w:r>
    </w:p>
    <w:p w:rsidR="00BF7FFA" w:rsidRDefault="00BF7FFA" w:rsidP="00BF7FFA">
      <w:r>
        <w:t>030053</w:t>
      </w:r>
      <w:r>
        <w:tab/>
        <w:t>Voski za parket</w:t>
      </w:r>
    </w:p>
    <w:p w:rsidR="00BF7FFA" w:rsidRDefault="00BF7FFA" w:rsidP="00BF7FFA">
      <w:r>
        <w:t>030054</w:t>
      </w:r>
      <w:r>
        <w:tab/>
        <w:t>Vosek za parket</w:t>
      </w:r>
    </w:p>
    <w:p w:rsidR="00BF7FFA" w:rsidRDefault="00BF7FFA" w:rsidP="00BF7FFA">
      <w:r>
        <w:t>030055</w:t>
      </w:r>
      <w:r>
        <w:tab/>
        <w:t>Krojaški vosek</w:t>
      </w:r>
    </w:p>
    <w:p w:rsidR="00BF7FFA" w:rsidRDefault="00BF7FFA" w:rsidP="00BF7FFA">
      <w:r>
        <w:t>030058</w:t>
      </w:r>
      <w:r>
        <w:tab/>
        <w:t>Kolonjska voda</w:t>
      </w:r>
    </w:p>
    <w:p w:rsidR="00BF7FFA" w:rsidRDefault="00BF7FFA" w:rsidP="00BF7FFA">
      <w:r>
        <w:t>030060</w:t>
      </w:r>
      <w:r>
        <w:tab/>
        <w:t>Barvila za toaletne namene</w:t>
      </w:r>
    </w:p>
    <w:p w:rsidR="00BF7FFA" w:rsidRDefault="00BF7FFA" w:rsidP="00BF7FFA">
      <w:r>
        <w:t>030061</w:t>
      </w:r>
      <w:r>
        <w:tab/>
        <w:t>Zaščitna sredstva za usnje (loščila)</w:t>
      </w:r>
    </w:p>
    <w:p w:rsidR="00BF7FFA" w:rsidRDefault="00BF7FFA" w:rsidP="00BF7FFA">
      <w:r>
        <w:t>030062</w:t>
      </w:r>
      <w:r>
        <w:tab/>
        <w:t>Korund [abraziv]</w:t>
      </w:r>
    </w:p>
    <w:p w:rsidR="00BF7FFA" w:rsidRDefault="00BF7FFA" w:rsidP="00BF7FFA">
      <w:r>
        <w:t>030063</w:t>
      </w:r>
      <w:r>
        <w:tab/>
        <w:t>Kozmetični izdelki za živali</w:t>
      </w:r>
    </w:p>
    <w:p w:rsidR="00BF7FFA" w:rsidRDefault="00BF7FFA" w:rsidP="00BF7FFA">
      <w:r>
        <w:t>030064</w:t>
      </w:r>
      <w:r>
        <w:tab/>
        <w:t>Palete za ličenje, ki vsebujejo kozmetična sredstva</w:t>
      </w:r>
    </w:p>
    <w:p w:rsidR="00BF7FFA" w:rsidRDefault="00BF7FFA" w:rsidP="00BF7FFA">
      <w:r>
        <w:t>030065</w:t>
      </w:r>
      <w:r>
        <w:tab/>
        <w:t>Kozmetični izdelki</w:t>
      </w:r>
    </w:p>
    <w:p w:rsidR="00BF7FFA" w:rsidRDefault="00BF7FFA" w:rsidP="00BF7FFA">
      <w:r>
        <w:t>030066</w:t>
      </w:r>
      <w:r>
        <w:tab/>
        <w:t>Vata za kozmetične namene</w:t>
      </w:r>
    </w:p>
    <w:p w:rsidR="00BF7FFA" w:rsidRDefault="00BF7FFA" w:rsidP="00BF7FFA">
      <w:r>
        <w:t>030067</w:t>
      </w:r>
      <w:r>
        <w:tab/>
        <w:t>Čistilna kreda</w:t>
      </w:r>
    </w:p>
    <w:p w:rsidR="00BF7FFA" w:rsidRDefault="00BF7FFA" w:rsidP="00BF7FFA">
      <w:r>
        <w:t>030068</w:t>
      </w:r>
      <w:r>
        <w:tab/>
        <w:t>Pripravki za odstranjevanje madežev</w:t>
      </w:r>
    </w:p>
    <w:p w:rsidR="00BF7FFA" w:rsidRDefault="00BF7FFA" w:rsidP="00BF7FFA">
      <w:r>
        <w:t>030069</w:t>
      </w:r>
      <w:r>
        <w:tab/>
        <w:t>Kozmetični svinčniki</w:t>
      </w:r>
    </w:p>
    <w:p w:rsidR="00BF7FFA" w:rsidRDefault="00BF7FFA" w:rsidP="00BF7FFA">
      <w:r>
        <w:t>030070</w:t>
      </w:r>
      <w:r>
        <w:tab/>
        <w:t>Polirne kreme</w:t>
      </w:r>
    </w:p>
    <w:p w:rsidR="00BF7FFA" w:rsidRDefault="00BF7FFA" w:rsidP="00BF7FFA">
      <w:r>
        <w:t>030071</w:t>
      </w:r>
      <w:r>
        <w:tab/>
        <w:t>Kozmetične kreme</w:t>
      </w:r>
    </w:p>
    <w:p w:rsidR="00BF7FFA" w:rsidRDefault="00BF7FFA" w:rsidP="00BF7FFA">
      <w:r>
        <w:t>030072</w:t>
      </w:r>
      <w:r>
        <w:tab/>
        <w:t>Kristalna soda, za čiščenje</w:t>
      </w:r>
    </w:p>
    <w:p w:rsidR="00BF7FFA" w:rsidRDefault="00BF7FFA" w:rsidP="00BF7FFA">
      <w:r>
        <w:t>030073</w:t>
      </w:r>
      <w:r>
        <w:tab/>
        <w:t>Paste za jermene za brušenje britev</w:t>
      </w:r>
    </w:p>
    <w:p w:rsidR="00BF7FFA" w:rsidRDefault="00BF7FFA" w:rsidP="00BF7FFA">
      <w:r>
        <w:t>030074</w:t>
      </w:r>
      <w:r>
        <w:tab/>
        <w:t>Kreme za usnje</w:t>
      </w:r>
    </w:p>
    <w:p w:rsidR="00BF7FFA" w:rsidRDefault="00BF7FFA" w:rsidP="00BF7FFA">
      <w:r>
        <w:t>030075</w:t>
      </w:r>
      <w:r>
        <w:tab/>
        <w:t>Detergenti, razen za uporabo v proizvodnji in za medicinske namene</w:t>
      </w:r>
    </w:p>
    <w:p w:rsidR="00BF7FFA" w:rsidRDefault="00BF7FFA" w:rsidP="00BF7FFA">
      <w:r>
        <w:t>030076</w:t>
      </w:r>
      <w:r>
        <w:tab/>
        <w:t>Raztopine za čiščenje</w:t>
      </w:r>
    </w:p>
    <w:p w:rsidR="00BF7FFA" w:rsidRDefault="00BF7FFA" w:rsidP="00BF7FFA">
      <w:r>
        <w:t>030077</w:t>
      </w:r>
      <w:r>
        <w:tab/>
        <w:t>Sredstva za razmaščevanje, razen za uporabo v proizvodnih procesih</w:t>
      </w:r>
    </w:p>
    <w:p w:rsidR="00BF7FFA" w:rsidRDefault="00BF7FFA" w:rsidP="00BF7FFA">
      <w:r>
        <w:t>030078</w:t>
      </w:r>
      <w:r>
        <w:tab/>
        <w:t>Pripravki za odstranjevanje ličil</w:t>
      </w:r>
    </w:p>
    <w:p w:rsidR="00BF7FFA" w:rsidRDefault="00BF7FFA" w:rsidP="00BF7FFA">
      <w:r>
        <w:t>030079</w:t>
      </w:r>
      <w:r>
        <w:tab/>
        <w:t>Sredstva za čiščenje zob</w:t>
      </w:r>
    </w:p>
    <w:p w:rsidR="00BF7FFA" w:rsidRDefault="00BF7FFA" w:rsidP="00BF7FFA">
      <w:r>
        <w:t>030081</w:t>
      </w:r>
      <w:r>
        <w:tab/>
        <w:t>Sredstva za odstranjevanje vodnega kamna za gospodinjske namene</w:t>
      </w:r>
    </w:p>
    <w:p w:rsidR="00BF7FFA" w:rsidRDefault="00BF7FFA" w:rsidP="00BF7FFA">
      <w:r>
        <w:t>030082</w:t>
      </w:r>
      <w:r>
        <w:tab/>
        <w:t>Diamantin [abraziv]</w:t>
      </w:r>
    </w:p>
    <w:p w:rsidR="00BF7FFA" w:rsidRDefault="00BF7FFA" w:rsidP="00BF7FFA">
      <w:r>
        <w:t>030083</w:t>
      </w:r>
      <w:r>
        <w:tab/>
        <w:t>Antistatični pripravki za gospodinjske namene</w:t>
      </w:r>
    </w:p>
    <w:p w:rsidR="00BF7FFA" w:rsidRDefault="00BF7FFA" w:rsidP="00BF7FFA">
      <w:r>
        <w:t>030084</w:t>
      </w:r>
      <w:r>
        <w:tab/>
        <w:t>Smirkov papir</w:t>
      </w:r>
    </w:p>
    <w:p w:rsidR="00BF7FFA" w:rsidRDefault="00BF7FFA" w:rsidP="00BF7FFA">
      <w:r>
        <w:t>030085</w:t>
      </w:r>
      <w:r>
        <w:tab/>
        <w:t>Pripravki za odstranjevanje laka</w:t>
      </w:r>
    </w:p>
    <w:p w:rsidR="00BF7FFA" w:rsidRDefault="00BF7FFA" w:rsidP="00BF7FFA">
      <w:r>
        <w:t>030086</w:t>
      </w:r>
      <w:r>
        <w:tab/>
        <w:t>Platno za poliranje</w:t>
      </w:r>
    </w:p>
    <w:p w:rsidR="00BF7FFA" w:rsidRDefault="00BF7FFA" w:rsidP="00BF7FFA">
      <w:r>
        <w:t>030087</w:t>
      </w:r>
      <w:r>
        <w:tab/>
        <w:t>Pripravki za odstranjevanje barve</w:t>
      </w:r>
    </w:p>
    <w:p w:rsidR="00BF7FFA" w:rsidRDefault="00BF7FFA" w:rsidP="00BF7FFA">
      <w:r>
        <w:t>030088</w:t>
      </w:r>
      <w:r>
        <w:tab/>
        <w:t>Pripravki za odstranjevanje laka</w:t>
      </w:r>
    </w:p>
    <w:p w:rsidR="00BF7FFA" w:rsidRDefault="00BF7FFA" w:rsidP="00BF7FFA">
      <w:r>
        <w:t>030089</w:t>
      </w:r>
      <w:r>
        <w:tab/>
        <w:t>Javelska voda</w:t>
      </w:r>
    </w:p>
    <w:p w:rsidR="00BF7FFA" w:rsidRDefault="00BF7FFA" w:rsidP="00BF7FFA">
      <w:r>
        <w:t>030091</w:t>
      </w:r>
      <w:r>
        <w:tab/>
        <w:t>Parfumirana vodica za odišavljanje</w:t>
      </w:r>
    </w:p>
    <w:p w:rsidR="00BF7FFA" w:rsidRDefault="00BF7FFA" w:rsidP="00BF7FFA">
      <w:r>
        <w:t>030092</w:t>
      </w:r>
      <w:r>
        <w:tab/>
        <w:t>Toaletna voda</w:t>
      </w:r>
    </w:p>
    <w:p w:rsidR="00BF7FFA" w:rsidRDefault="00BF7FFA" w:rsidP="00BF7FFA">
      <w:r>
        <w:t>030093</w:t>
      </w:r>
      <w:r>
        <w:tab/>
        <w:t>Kvilajeva skorja za pranje</w:t>
      </w:r>
    </w:p>
    <w:p w:rsidR="00BF7FFA" w:rsidRDefault="00BF7FFA" w:rsidP="00BF7FFA">
      <w:r>
        <w:t>030094</w:t>
      </w:r>
      <w:r>
        <w:tab/>
        <w:t>Smirek</w:t>
      </w:r>
    </w:p>
    <w:p w:rsidR="00BF7FFA" w:rsidRDefault="00BF7FFA" w:rsidP="00BF7FFA">
      <w:r>
        <w:t>030095</w:t>
      </w:r>
      <w:r>
        <w:tab/>
        <w:t>Kadilo</w:t>
      </w:r>
    </w:p>
    <w:p w:rsidR="00BF7FFA" w:rsidRDefault="00BF7FFA" w:rsidP="00BF7FFA">
      <w:r>
        <w:t>030096</w:t>
      </w:r>
      <w:r>
        <w:tab/>
        <w:t>Pripravki za depilacijo</w:t>
      </w:r>
    </w:p>
    <w:p w:rsidR="00BF7FFA" w:rsidRDefault="00BF7FFA" w:rsidP="00BF7FFA">
      <w:r>
        <w:t>030097</w:t>
      </w:r>
      <w:r>
        <w:tab/>
        <w:t>Depilacijski vosek</w:t>
      </w:r>
    </w:p>
    <w:p w:rsidR="00BF7FFA" w:rsidRDefault="00BF7FFA" w:rsidP="00BF7FFA">
      <w:r>
        <w:t>030098</w:t>
      </w:r>
      <w:r>
        <w:tab/>
        <w:t>Pripravki za namakanje perila</w:t>
      </w:r>
    </w:p>
    <w:p w:rsidR="00BF7FFA" w:rsidRDefault="00BF7FFA" w:rsidP="00BF7FFA">
      <w:r>
        <w:t>030100</w:t>
      </w:r>
      <w:r>
        <w:tab/>
        <w:t>Olja za kozmetične namene</w:t>
      </w:r>
    </w:p>
    <w:p w:rsidR="00BF7FFA" w:rsidRDefault="00BF7FFA" w:rsidP="00BF7FFA">
      <w:r>
        <w:t>030102</w:t>
      </w:r>
      <w:r>
        <w:tab/>
        <w:t>Ličila</w:t>
      </w:r>
    </w:p>
    <w:p w:rsidR="00BF7FFA" w:rsidRDefault="00BF7FFA" w:rsidP="00BF7FFA">
      <w:r>
        <w:t>030104</w:t>
      </w:r>
      <w:r>
        <w:tab/>
        <w:t>Čistilni pripravki za gospodinjske namene</w:t>
      </w:r>
    </w:p>
    <w:p w:rsidR="00BF7FFA" w:rsidRDefault="00BF7FFA" w:rsidP="00BF7FFA">
      <w:r>
        <w:t>030109</w:t>
      </w:r>
      <w:r>
        <w:tab/>
        <w:t>Vazelina za kozmetične namene</w:t>
      </w:r>
    </w:p>
    <w:p w:rsidR="00BF7FFA" w:rsidRDefault="00BF7FFA" w:rsidP="00BF7FFA">
      <w:r>
        <w:t>030111</w:t>
      </w:r>
      <w:r>
        <w:tab/>
        <w:t>Masti za kozmetične namene</w:t>
      </w:r>
    </w:p>
    <w:p w:rsidR="00BF7FFA" w:rsidRDefault="00BF7FFA" w:rsidP="00BF7FFA">
      <w:r>
        <w:t>030112</w:t>
      </w:r>
      <w:r>
        <w:tab/>
        <w:t>Vodikov peroksid za kozmetične namene</w:t>
      </w:r>
    </w:p>
    <w:p w:rsidR="00BF7FFA" w:rsidRDefault="00BF7FFA" w:rsidP="00BF7FFA">
      <w:r>
        <w:t>030114</w:t>
      </w:r>
      <w:r>
        <w:tab/>
        <w:t>Olja za kozmetične namene</w:t>
      </w:r>
    </w:p>
    <w:p w:rsidR="00BF7FFA" w:rsidRDefault="00BF7FFA" w:rsidP="00BF7FFA">
      <w:r>
        <w:t>030117</w:t>
      </w:r>
      <w:r>
        <w:tab/>
        <w:t>Olja za čiščenje</w:t>
      </w:r>
    </w:p>
    <w:p w:rsidR="00BF7FFA" w:rsidRDefault="00BF7FFA" w:rsidP="00BF7FFA">
      <w:r>
        <w:t>030118</w:t>
      </w:r>
      <w:r>
        <w:tab/>
        <w:t>Olja za odišavljanje</w:t>
      </w:r>
    </w:p>
    <w:p w:rsidR="00BF7FFA" w:rsidRDefault="00BF7FFA" w:rsidP="00BF7FFA">
      <w:r>
        <w:t>030120</w:t>
      </w:r>
      <w:r>
        <w:tab/>
        <w:t>Olja za toaletne namene</w:t>
      </w:r>
    </w:p>
    <w:p w:rsidR="00BF7FFA" w:rsidRDefault="00BF7FFA" w:rsidP="00BF7FFA">
      <w:r>
        <w:t>030122</w:t>
      </w:r>
      <w:r>
        <w:tab/>
        <w:t>Losjoni za kozmetične namene</w:t>
      </w:r>
    </w:p>
    <w:p w:rsidR="00BF7FFA" w:rsidRDefault="00BF7FFA" w:rsidP="00BF7FFA">
      <w:r>
        <w:t>030123</w:t>
      </w:r>
      <w:r>
        <w:tab/>
        <w:t>Čistilno mleko za toaletne namene</w:t>
      </w:r>
    </w:p>
    <w:p w:rsidR="00BF7FFA" w:rsidRDefault="00BF7FFA" w:rsidP="00BF7FFA">
      <w:r>
        <w:t>030124</w:t>
      </w:r>
      <w:r>
        <w:tab/>
        <w:t>Pralna sredstva</w:t>
      </w:r>
    </w:p>
    <w:p w:rsidR="00BF7FFA" w:rsidRDefault="00BF7FFA" w:rsidP="00BF7FFA">
      <w:r>
        <w:t>030125</w:t>
      </w:r>
      <w:r>
        <w:tab/>
        <w:t>Toaletna sredstva</w:t>
      </w:r>
    </w:p>
    <w:p w:rsidR="00BF7FFA" w:rsidRDefault="00BF7FFA" w:rsidP="00BF7FFA">
      <w:r>
        <w:t>030126</w:t>
      </w:r>
      <w:r>
        <w:tab/>
        <w:t>Tekočine za čiščenje vetrobranskih stekel</w:t>
      </w:r>
    </w:p>
    <w:p w:rsidR="00BF7FFA" w:rsidRDefault="00BF7FFA" w:rsidP="00BF7FFA">
      <w:r>
        <w:t>030127</w:t>
      </w:r>
      <w:r>
        <w:tab/>
        <w:t>Sredstva za škrobljenje</w:t>
      </w:r>
    </w:p>
    <w:p w:rsidR="00BF7FFA" w:rsidRDefault="00BF7FFA" w:rsidP="00BF7FFA">
      <w:r>
        <w:t>030131</w:t>
      </w:r>
      <w:r>
        <w:tab/>
        <w:t>Kozmetični izdelki za obrvi</w:t>
      </w:r>
    </w:p>
    <w:p w:rsidR="00BF7FFA" w:rsidRDefault="00BF7FFA" w:rsidP="00BF7FFA">
      <w:r>
        <w:t>030133</w:t>
      </w:r>
      <w:r>
        <w:tab/>
        <w:t>Nevtralizatorji za trajno ondulacijo</w:t>
      </w:r>
    </w:p>
    <w:p w:rsidR="00BF7FFA" w:rsidRDefault="00BF7FFA" w:rsidP="00BF7FFA">
      <w:r>
        <w:t>030134</w:t>
      </w:r>
      <w:r>
        <w:tab/>
        <w:t>Šamponi</w:t>
      </w:r>
    </w:p>
    <w:p w:rsidR="00BF7FFA" w:rsidRDefault="00BF7FFA" w:rsidP="00BF7FFA">
      <w:r>
        <w:t>030135</w:t>
      </w:r>
      <w:r>
        <w:tab/>
        <w:t>Parfumi</w:t>
      </w:r>
    </w:p>
    <w:p w:rsidR="00BF7FFA" w:rsidRDefault="00BF7FFA" w:rsidP="00BF7FFA">
      <w:r>
        <w:t>030136</w:t>
      </w:r>
      <w:r>
        <w:tab/>
        <w:t>Umetni nohti</w:t>
      </w:r>
    </w:p>
    <w:p w:rsidR="00BF7FFA" w:rsidRDefault="00BF7FFA" w:rsidP="00BF7FFA">
      <w:r>
        <w:t>030137</w:t>
      </w:r>
      <w:r>
        <w:tab/>
        <w:t>Pripravki za nego nohtov</w:t>
      </w:r>
    </w:p>
    <w:p w:rsidR="00BF7FFA" w:rsidRDefault="00BF7FFA" w:rsidP="00BF7FFA">
      <w:r>
        <w:t>030138</w:t>
      </w:r>
      <w:r>
        <w:tab/>
        <w:t>Pripravki za čiščenje tapet</w:t>
      </w:r>
    </w:p>
    <w:p w:rsidR="00BF7FFA" w:rsidRDefault="00BF7FFA" w:rsidP="00BF7FFA">
      <w:r>
        <w:t>030139</w:t>
      </w:r>
      <w:r>
        <w:tab/>
        <w:t>Polirni papir</w:t>
      </w:r>
    </w:p>
    <w:p w:rsidR="00BF7FFA" w:rsidRDefault="00BF7FFA" w:rsidP="00BF7FFA">
      <w:r>
        <w:t>030140</w:t>
      </w:r>
      <w:r>
        <w:tab/>
        <w:t>Brusni papir</w:t>
      </w:r>
    </w:p>
    <w:p w:rsidR="00BF7FFA" w:rsidRDefault="00BF7FFA" w:rsidP="00BF7FFA">
      <w:r>
        <w:t>030142</w:t>
      </w:r>
      <w:r>
        <w:tab/>
        <w:t>Kozmetični izdelki za nego kože</w:t>
      </w:r>
    </w:p>
    <w:p w:rsidR="00BF7FFA" w:rsidRDefault="00BF7FFA" w:rsidP="00BF7FFA">
      <w:r>
        <w:t>030143</w:t>
      </w:r>
      <w:r>
        <w:tab/>
        <w:t>Milo proti potenju nog</w:t>
      </w:r>
    </w:p>
    <w:p w:rsidR="00BF7FFA" w:rsidRDefault="00BF7FFA" w:rsidP="00BF7FFA">
      <w:r>
        <w:t>030144</w:t>
      </w:r>
      <w:r>
        <w:tab/>
        <w:t>Polirni kamni</w:t>
      </w:r>
    </w:p>
    <w:p w:rsidR="00BF7FFA" w:rsidRDefault="00BF7FFA" w:rsidP="00BF7FFA">
      <w:r>
        <w:t>030145</w:t>
      </w:r>
      <w:r>
        <w:tab/>
        <w:t>Plovec (kamen vulkanskega izvora)</w:t>
      </w:r>
    </w:p>
    <w:p w:rsidR="00BF7FFA" w:rsidRDefault="00BF7FFA" w:rsidP="00BF7FFA">
      <w:r>
        <w:t>030146</w:t>
      </w:r>
      <w:r>
        <w:tab/>
        <w:t>Pomade za kozmetične namene</w:t>
      </w:r>
    </w:p>
    <w:p w:rsidR="00BF7FFA" w:rsidRDefault="00BF7FFA" w:rsidP="00BF7FFA">
      <w:r>
        <w:t>030147</w:t>
      </w:r>
      <w:r>
        <w:tab/>
        <w:t>Puder za obraz</w:t>
      </w:r>
    </w:p>
    <w:p w:rsidR="00BF7FFA" w:rsidRDefault="00BF7FFA" w:rsidP="00BF7FFA">
      <w:r>
        <w:t>030148</w:t>
      </w:r>
      <w:r>
        <w:tab/>
        <w:t>Pripravki za britje</w:t>
      </w:r>
    </w:p>
    <w:p w:rsidR="00BF7FFA" w:rsidRDefault="00BF7FFA" w:rsidP="00BF7FFA">
      <w:r>
        <w:t>030149</w:t>
      </w:r>
      <w:r>
        <w:tab/>
        <w:t>Dezodorantno milo</w:t>
      </w:r>
    </w:p>
    <w:p w:rsidR="00BF7FFA" w:rsidRDefault="00BF7FFA" w:rsidP="00BF7FFA">
      <w:r>
        <w:t>030150</w:t>
      </w:r>
      <w:r>
        <w:tab/>
        <w:t>Vrečke za parfumiranje perila</w:t>
      </w:r>
    </w:p>
    <w:p w:rsidR="00BF7FFA" w:rsidRDefault="00BF7FFA" w:rsidP="00BF7FFA">
      <w:r>
        <w:t>030152</w:t>
      </w:r>
      <w:r>
        <w:tab/>
        <w:t>Milo</w:t>
      </w:r>
    </w:p>
    <w:p w:rsidR="00BF7FFA" w:rsidRDefault="00BF7FFA" w:rsidP="00BF7FFA">
      <w:r>
        <w:t>030153</w:t>
      </w:r>
      <w:r>
        <w:tab/>
        <w:t>Lug iz sode</w:t>
      </w:r>
    </w:p>
    <w:p w:rsidR="00BF7FFA" w:rsidRDefault="00BF7FFA" w:rsidP="00BF7FFA">
      <w:r>
        <w:t>030154</w:t>
      </w:r>
      <w:r>
        <w:tab/>
        <w:t>Svinčniki za obrvi</w:t>
      </w:r>
    </w:p>
    <w:p w:rsidR="00BF7FFA" w:rsidRDefault="00BF7FFA" w:rsidP="00BF7FFA">
      <w:r>
        <w:t>030155</w:t>
      </w:r>
      <w:r>
        <w:tab/>
        <w:t>Talkum (smukec) za toaletno uporabo</w:t>
      </w:r>
    </w:p>
    <w:p w:rsidR="00BF7FFA" w:rsidRDefault="00BF7FFA" w:rsidP="00BF7FFA">
      <w:r>
        <w:t>030156</w:t>
      </w:r>
      <w:r>
        <w:tab/>
        <w:t>Kozmetična barvila</w:t>
      </w:r>
    </w:p>
    <w:p w:rsidR="00BF7FFA" w:rsidRDefault="00BF7FFA" w:rsidP="00BF7FFA">
      <w:r>
        <w:t>030157</w:t>
      </w:r>
      <w:r>
        <w:tab/>
        <w:t>Terpentin za razmaščevanje</w:t>
      </w:r>
    </w:p>
    <w:p w:rsidR="00BF7FFA" w:rsidRDefault="00BF7FFA" w:rsidP="00BF7FFA">
      <w:r>
        <w:t>030158</w:t>
      </w:r>
      <w:r>
        <w:tab/>
        <w:t>Terpentinovo olje za razmaščevanje</w:t>
      </w:r>
    </w:p>
    <w:p w:rsidR="00BF7FFA" w:rsidRDefault="00BF7FFA" w:rsidP="00BF7FFA">
      <w:r>
        <w:t>030160</w:t>
      </w:r>
      <w:r>
        <w:tab/>
        <w:t>Brusilno platno</w:t>
      </w:r>
    </w:p>
    <w:p w:rsidR="00BF7FFA" w:rsidRPr="003834FA" w:rsidRDefault="00BF7FFA" w:rsidP="00BF7FFA">
      <w:pPr>
        <w:rPr>
          <w:lang w:val="fr-FR"/>
        </w:rPr>
      </w:pPr>
      <w:r>
        <w:t>030161</w:t>
      </w:r>
      <w:r>
        <w:tab/>
      </w:r>
      <w:r w:rsidRPr="003834FA">
        <w:rPr>
          <w:lang w:val="fr-FR"/>
        </w:rPr>
        <w:t>Krpe za poliranje [brusni papir]</w:t>
      </w:r>
    </w:p>
    <w:p w:rsidR="00BF7FFA" w:rsidRPr="003834FA" w:rsidRDefault="00BF7FFA" w:rsidP="00BF7FFA">
      <w:pPr>
        <w:rPr>
          <w:lang w:val="fr-FR"/>
        </w:rPr>
      </w:pPr>
      <w:r>
        <w:t>030162</w:t>
      </w:r>
      <w:r>
        <w:tab/>
      </w:r>
      <w:r w:rsidRPr="003834FA">
        <w:rPr>
          <w:lang w:val="fr-FR"/>
        </w:rPr>
        <w:t>Sredstva proti potenju [toaletni proizvodi]</w:t>
      </w:r>
    </w:p>
    <w:p w:rsidR="00BF7FFA" w:rsidRDefault="00BF7FFA" w:rsidP="00BF7FFA">
      <w:r>
        <w:t>030163</w:t>
      </w:r>
      <w:r>
        <w:tab/>
        <w:t>Milo proti potenju</w:t>
      </w:r>
    </w:p>
    <w:p w:rsidR="00BF7FFA" w:rsidRDefault="00BF7FFA" w:rsidP="00BF7FFA">
      <w:r>
        <w:t>030164</w:t>
      </w:r>
      <w:r>
        <w:tab/>
        <w:t>Tripoli kamen za poliranje</w:t>
      </w:r>
    </w:p>
    <w:p w:rsidR="00BF7FFA" w:rsidRDefault="00BF7FFA" w:rsidP="00BF7FFA">
      <w:r>
        <w:t>030165</w:t>
      </w:r>
      <w:r>
        <w:tab/>
        <w:t>Abrazivi</w:t>
      </w:r>
    </w:p>
    <w:p w:rsidR="00BF7FFA" w:rsidRDefault="00BF7FFA" w:rsidP="00BF7FFA">
      <w:r>
        <w:t>030166</w:t>
      </w:r>
      <w:r>
        <w:tab/>
        <w:t>Abrazivni papir</w:t>
      </w:r>
    </w:p>
    <w:p w:rsidR="00BF7FFA" w:rsidRDefault="00BF7FFA" w:rsidP="00BF7FFA">
      <w:r>
        <w:t>030167</w:t>
      </w:r>
      <w:r>
        <w:tab/>
        <w:t>Amonijak kot detergent</w:t>
      </w:r>
    </w:p>
    <w:p w:rsidR="00BF7FFA" w:rsidRDefault="00BF7FFA" w:rsidP="00BF7FFA">
      <w:r>
        <w:t>030168</w:t>
      </w:r>
      <w:r>
        <w:tab/>
        <w:t>Galun [adstringent]</w:t>
      </w:r>
    </w:p>
    <w:p w:rsidR="00BF7FFA" w:rsidRDefault="00BF7FFA" w:rsidP="00BF7FFA">
      <w:r>
        <w:t>030169</w:t>
      </w:r>
      <w:r>
        <w:tab/>
        <w:t>Mandljevo mleko za kozmetične namene</w:t>
      </w:r>
    </w:p>
    <w:p w:rsidR="00BF7FFA" w:rsidRDefault="00BF7FFA" w:rsidP="00BF7FFA">
      <w:r>
        <w:t>030170</w:t>
      </w:r>
      <w:r>
        <w:tab/>
        <w:t>Sredstva za odstranjevanje rje</w:t>
      </w:r>
    </w:p>
    <w:p w:rsidR="00BF7FFA" w:rsidRDefault="00BF7FFA" w:rsidP="00BF7FFA">
      <w:r>
        <w:t>030171</w:t>
      </w:r>
      <w:r>
        <w:tab/>
        <w:t>Pripravki za sončenje [kozmetični izdelki]</w:t>
      </w:r>
    </w:p>
    <w:p w:rsidR="00BF7FFA" w:rsidRDefault="00BF7FFA" w:rsidP="00BF7FFA">
      <w:r>
        <w:lastRenderedPageBreak/>
        <w:t>030174</w:t>
      </w:r>
      <w:r>
        <w:tab/>
        <w:t>Kemikalije za osvežitev barv, za uporabo v gospodinjstvu [pranje perila]</w:t>
      </w:r>
    </w:p>
    <w:p w:rsidR="00BF7FFA" w:rsidRDefault="00BF7FFA" w:rsidP="00BF7FFA">
      <w:r>
        <w:t>030175</w:t>
      </w:r>
      <w:r>
        <w:tab/>
        <w:t>Kopalne soli, ne za medicinske namene</w:t>
      </w:r>
    </w:p>
    <w:p w:rsidR="00BF7FFA" w:rsidRDefault="00BF7FFA" w:rsidP="00BF7FFA">
      <w:r>
        <w:t>030176</w:t>
      </w:r>
      <w:r>
        <w:tab/>
        <w:t>Barve za brado</w:t>
      </w:r>
    </w:p>
    <w:p w:rsidR="00BF7FFA" w:rsidRDefault="00BF7FFA" w:rsidP="00BF7FFA">
      <w:r>
        <w:t>030177</w:t>
      </w:r>
      <w:r>
        <w:tab/>
        <w:t>Kozmetični izdelki za shujševalne namene</w:t>
      </w:r>
    </w:p>
    <w:p w:rsidR="00BF7FFA" w:rsidRDefault="00BF7FFA" w:rsidP="00BF7FFA">
      <w:r>
        <w:t>030178</w:t>
      </w:r>
      <w:r>
        <w:tab/>
        <w:t>Lepila za pritrditev umetnih trepalnic</w:t>
      </w:r>
    </w:p>
    <w:p w:rsidR="00BF7FFA" w:rsidRDefault="00BF7FFA" w:rsidP="00BF7FFA">
      <w:r>
        <w:t>030179</w:t>
      </w:r>
      <w:r>
        <w:tab/>
        <w:t>Pripravki za luščenje barve</w:t>
      </w:r>
    </w:p>
    <w:p w:rsidR="00BF7FFA" w:rsidRPr="003834FA" w:rsidRDefault="00BF7FFA" w:rsidP="00BF7FFA">
      <w:pPr>
        <w:rPr>
          <w:lang w:val="fr-FR"/>
        </w:rPr>
      </w:pPr>
      <w:r>
        <w:t>030180</w:t>
      </w:r>
      <w:r>
        <w:tab/>
      </w:r>
      <w:r w:rsidRPr="003834FA">
        <w:rPr>
          <w:lang w:val="fr-FR"/>
        </w:rPr>
        <w:t>Dezodoranti za ljudi ali za živali</w:t>
      </w:r>
    </w:p>
    <w:p w:rsidR="00BF7FFA" w:rsidRDefault="00BF7FFA" w:rsidP="00BF7FFA">
      <w:r>
        <w:t>030181</w:t>
      </w:r>
      <w:r>
        <w:tab/>
        <w:t>Dekorativni motivi za kozmetične namene</w:t>
      </w:r>
    </w:p>
    <w:p w:rsidR="00BF7FFA" w:rsidRDefault="00BF7FFA" w:rsidP="00BF7FFA">
      <w:r>
        <w:t>030191</w:t>
      </w:r>
      <w:r>
        <w:tab/>
        <w:t>Adstringenti za kozmetične namene</w:t>
      </w:r>
    </w:p>
    <w:p w:rsidR="00BF7FFA" w:rsidRDefault="00BF7FFA" w:rsidP="00BF7FFA">
      <w:r>
        <w:t>030192</w:t>
      </w:r>
      <w:r>
        <w:tab/>
        <w:t>Belilni pripravki [za razbarvanje] za kozmetične namene</w:t>
      </w:r>
    </w:p>
    <w:p w:rsidR="00BF7FFA" w:rsidRDefault="00BF7FFA" w:rsidP="00BF7FFA">
      <w:r>
        <w:t>030193</w:t>
      </w:r>
      <w:r>
        <w:tab/>
        <w:t>Mehčalci za tkanine za uporabo pri pranju perila</w:t>
      </w:r>
    </w:p>
    <w:p w:rsidR="00BF7FFA" w:rsidRDefault="00BF7FFA" w:rsidP="00BF7FFA">
      <w:r>
        <w:t>030194</w:t>
      </w:r>
      <w:r>
        <w:tab/>
        <w:t>Pripravki za čiščenje zobnih protez</w:t>
      </w:r>
    </w:p>
    <w:p w:rsidR="00BF7FFA" w:rsidRDefault="00BF7FFA" w:rsidP="00BF7FFA">
      <w:r>
        <w:t>030195</w:t>
      </w:r>
      <w:r>
        <w:tab/>
        <w:t>Sredstva za odmaševanje odtočnih cevi</w:t>
      </w:r>
    </w:p>
    <w:p w:rsidR="00BF7FFA" w:rsidRDefault="00BF7FFA" w:rsidP="00BF7FFA">
      <w:r>
        <w:t>030196</w:t>
      </w:r>
      <w:r>
        <w:tab/>
        <w:t>Šamponi za hišne ljubljenčke [pripravki za nego brez zdravilnih učinkovin]</w:t>
      </w:r>
    </w:p>
    <w:p w:rsidR="00BF7FFA" w:rsidRDefault="00BF7FFA" w:rsidP="00BF7FFA">
      <w:r>
        <w:t>030197</w:t>
      </w:r>
      <w:r>
        <w:tab/>
        <w:t>Robčki, prepojeni s kozmetičnimi losjoni</w:t>
      </w:r>
    </w:p>
    <w:p w:rsidR="00BF7FFA" w:rsidRPr="003834FA" w:rsidRDefault="00BF7FFA" w:rsidP="00BF7FFA">
      <w:pPr>
        <w:rPr>
          <w:lang w:val="fr-FR"/>
        </w:rPr>
      </w:pPr>
      <w:r>
        <w:t>030198</w:t>
      </w:r>
      <w:r>
        <w:tab/>
      </w:r>
      <w:r w:rsidRPr="003834FA">
        <w:rPr>
          <w:lang w:val="fr-FR"/>
        </w:rPr>
        <w:t>Polirna sredstva za zobne proteze (dentalne politure)</w:t>
      </w:r>
    </w:p>
    <w:p w:rsidR="00BF7FFA" w:rsidRDefault="00BF7FFA" w:rsidP="00BF7FFA">
      <w:r>
        <w:t>030199</w:t>
      </w:r>
      <w:r>
        <w:tab/>
        <w:t>Lepila za kozmetične namene</w:t>
      </w:r>
    </w:p>
    <w:p w:rsidR="00BF7FFA" w:rsidRDefault="00BF7FFA" w:rsidP="00BF7FFA">
      <w:r>
        <w:t>030200</w:t>
      </w:r>
      <w:r>
        <w:tab/>
        <w:t>Vodica za po britju</w:t>
      </w:r>
    </w:p>
    <w:p w:rsidR="00BF7FFA" w:rsidRDefault="00BF7FFA" w:rsidP="00BF7FFA">
      <w:r>
        <w:t>030201</w:t>
      </w:r>
      <w:r>
        <w:tab/>
        <w:t>Lak za lase</w:t>
      </w:r>
    </w:p>
    <w:p w:rsidR="00BF7FFA" w:rsidRDefault="00BF7FFA" w:rsidP="00BF7FFA">
      <w:r>
        <w:t>030202</w:t>
      </w:r>
      <w:r>
        <w:tab/>
        <w:t>Maskara</w:t>
      </w:r>
    </w:p>
    <w:p w:rsidR="00BF7FFA" w:rsidRDefault="00BF7FFA" w:rsidP="00BF7FFA">
      <w:r>
        <w:t>030203</w:t>
      </w:r>
      <w:r>
        <w:tab/>
        <w:t>Dišavna mešanica [potpourris]</w:t>
      </w:r>
    </w:p>
    <w:p w:rsidR="00BF7FFA" w:rsidRDefault="00BF7FFA" w:rsidP="00BF7FFA">
      <w:r>
        <w:t>030204</w:t>
      </w:r>
      <w:r>
        <w:tab/>
        <w:t>Spreji za osvežitev daha</w:t>
      </w:r>
    </w:p>
    <w:p w:rsidR="00BF7FFA" w:rsidRDefault="00BF7FFA" w:rsidP="00BF7FFA">
      <w:r>
        <w:t>030205</w:t>
      </w:r>
      <w:r>
        <w:tab/>
        <w:t>Pripravki za suho čiščenje</w:t>
      </w:r>
    </w:p>
    <w:p w:rsidR="00BF7FFA" w:rsidRPr="003834FA" w:rsidRDefault="00BF7FFA" w:rsidP="00BF7FFA">
      <w:pPr>
        <w:rPr>
          <w:lang w:val="fr-FR"/>
        </w:rPr>
      </w:pPr>
      <w:r>
        <w:t>030206</w:t>
      </w:r>
      <w:r>
        <w:tab/>
      </w:r>
      <w:r w:rsidRPr="003834FA">
        <w:rPr>
          <w:lang w:val="fr-FR"/>
        </w:rPr>
        <w:t>Odstranjevalci voska za tla [čistila]</w:t>
      </w:r>
    </w:p>
    <w:p w:rsidR="00BF7FFA" w:rsidRDefault="00BF7FFA" w:rsidP="00BF7FFA">
      <w:r>
        <w:t>030207</w:t>
      </w:r>
      <w:r>
        <w:tab/>
        <w:t>Nespolzki vosek za tla</w:t>
      </w:r>
    </w:p>
    <w:p w:rsidR="00BF7FFA" w:rsidRDefault="00BF7FFA" w:rsidP="00BF7FFA">
      <w:r>
        <w:t>030208</w:t>
      </w:r>
      <w:r>
        <w:tab/>
        <w:t>Tekočine za tla (nespolzke)</w:t>
      </w:r>
    </w:p>
    <w:p w:rsidR="00BF7FFA" w:rsidRDefault="00BF7FFA" w:rsidP="00BF7FFA">
      <w:r>
        <w:t>030209</w:t>
      </w:r>
      <w:r>
        <w:tab/>
        <w:t>Stisnjeni zrak v pločevinki, za namene čiščenja in odstranjevanja prahu</w:t>
      </w:r>
    </w:p>
    <w:p w:rsidR="00BF7FFA" w:rsidRDefault="00BF7FFA" w:rsidP="00BF7FFA">
      <w:r>
        <w:t>030210</w:t>
      </w:r>
      <w:r>
        <w:tab/>
        <w:t>Geli za beljenje zob</w:t>
      </w:r>
    </w:p>
    <w:p w:rsidR="00BF7FFA" w:rsidRDefault="00BF7FFA" w:rsidP="00BF7FFA">
      <w:r>
        <w:t>030211</w:t>
      </w:r>
      <w:r>
        <w:tab/>
        <w:t>Krpe prepojene s čistilnim sredstvom</w:t>
      </w:r>
    </w:p>
    <w:p w:rsidR="00BF7FFA" w:rsidRDefault="00BF7FFA" w:rsidP="00BF7FFA">
      <w:r>
        <w:t>030212</w:t>
      </w:r>
      <w:r>
        <w:tab/>
        <w:t>Pripravki za bolj sijoče liste rastlin</w:t>
      </w:r>
    </w:p>
    <w:p w:rsidR="00BF7FFA" w:rsidRDefault="00BF7FFA" w:rsidP="00BF7FFA">
      <w:r>
        <w:t>030213</w:t>
      </w:r>
      <w:r>
        <w:tab/>
        <w:t>Kadilne paličice</w:t>
      </w:r>
    </w:p>
    <w:p w:rsidR="00BF7FFA" w:rsidRDefault="00BF7FFA" w:rsidP="00BF7FFA">
      <w:r>
        <w:t>030214</w:t>
      </w:r>
      <w:r>
        <w:tab/>
        <w:t>Sredstva za sušenje za pomivalne stroje</w:t>
      </w:r>
    </w:p>
    <w:p w:rsidR="00BF7FFA" w:rsidRDefault="00BF7FFA" w:rsidP="00BF7FFA">
      <w:r>
        <w:t>030215</w:t>
      </w:r>
      <w:r>
        <w:tab/>
        <w:t>Sredstva za odišavljanje zraka</w:t>
      </w:r>
    </w:p>
    <w:p w:rsidR="00BF7FFA" w:rsidRDefault="00BF7FFA" w:rsidP="00BF7FFA">
      <w:r>
        <w:t>030216</w:t>
      </w:r>
      <w:r>
        <w:tab/>
        <w:t>Trakovi za osvežitev daha</w:t>
      </w:r>
    </w:p>
    <w:p w:rsidR="00BF7FFA" w:rsidRDefault="00BF7FFA" w:rsidP="00BF7FFA">
      <w:r>
        <w:t>030217</w:t>
      </w:r>
      <w:r>
        <w:tab/>
        <w:t>Dezodoranti za hišne ljubljenčke</w:t>
      </w:r>
    </w:p>
    <w:p w:rsidR="00BF7FFA" w:rsidRPr="003834FA" w:rsidRDefault="00BF7FFA" w:rsidP="00BF7FFA">
      <w:pPr>
        <w:rPr>
          <w:lang w:val="fr-FR"/>
        </w:rPr>
      </w:pPr>
      <w:r>
        <w:t>030218</w:t>
      </w:r>
      <w:r>
        <w:tab/>
      </w:r>
      <w:r w:rsidRPr="003834FA">
        <w:rPr>
          <w:lang w:val="fr-FR"/>
        </w:rPr>
        <w:t>Preparati za tuširanje za osebne sanitarne namene ali namene dezodoriranja</w:t>
      </w:r>
    </w:p>
    <w:p w:rsidR="00BF7FFA" w:rsidRDefault="00BF7FFA" w:rsidP="00BF7FFA">
      <w:r>
        <w:t>030219</w:t>
      </w:r>
      <w:r>
        <w:tab/>
        <w:t>Aloe vera pripravki za kozmetične namene</w:t>
      </w:r>
    </w:p>
    <w:p w:rsidR="00BF7FFA" w:rsidRDefault="00BF7FFA" w:rsidP="00BF7FFA">
      <w:r>
        <w:t>030220</w:t>
      </w:r>
      <w:r>
        <w:tab/>
        <w:t>Masažni geli, razen za medicinske namene</w:t>
      </w:r>
    </w:p>
    <w:p w:rsidR="00BF7FFA" w:rsidRDefault="00BF7FFA" w:rsidP="00BF7FFA">
      <w:r>
        <w:t>030221</w:t>
      </w:r>
      <w:r>
        <w:tab/>
        <w:t>Bleščilo za ustnice (lip gloss)</w:t>
      </w:r>
    </w:p>
    <w:p w:rsidR="00BF7FFA" w:rsidRDefault="00BF7FFA" w:rsidP="00BF7FFA">
      <w:r>
        <w:t>030222</w:t>
      </w:r>
      <w:r>
        <w:tab/>
        <w:t>Balzami, razen za medicinske namene</w:t>
      </w:r>
    </w:p>
    <w:p w:rsidR="00BF7FFA" w:rsidRDefault="00BF7FFA" w:rsidP="00BF7FFA">
      <w:r>
        <w:t>030223</w:t>
      </w:r>
      <w:r>
        <w:tab/>
        <w:t>Suhi šamponi</w:t>
      </w:r>
    </w:p>
    <w:p w:rsidR="00BF7FFA" w:rsidRDefault="00BF7FFA" w:rsidP="00BF7FFA">
      <w:r>
        <w:t>030224</w:t>
      </w:r>
      <w:r>
        <w:tab/>
        <w:t>Okrasne nalepke za nohte</w:t>
      </w:r>
    </w:p>
    <w:p w:rsidR="00BF7FFA" w:rsidRPr="003834FA" w:rsidRDefault="00BF7FFA" w:rsidP="00BF7FFA">
      <w:pPr>
        <w:rPr>
          <w:lang w:val="fr-FR"/>
        </w:rPr>
      </w:pPr>
      <w:r>
        <w:t>030225</w:t>
      </w:r>
      <w:r>
        <w:tab/>
      </w:r>
      <w:r w:rsidRPr="003834FA">
        <w:rPr>
          <w:lang w:val="fr-FR"/>
        </w:rPr>
        <w:t>Losjon za porjavitev na soncu</w:t>
      </w:r>
    </w:p>
    <w:p w:rsidR="00BF7FFA" w:rsidRDefault="00BF7FFA" w:rsidP="00BF7FFA">
      <w:r>
        <w:t>030227</w:t>
      </w:r>
      <w:r>
        <w:tab/>
        <w:t>Hena [kozmetična barva]</w:t>
      </w:r>
    </w:p>
    <w:p w:rsidR="00BF7FFA" w:rsidRDefault="00BF7FFA" w:rsidP="00BF7FFA">
      <w:r>
        <w:t>030228</w:t>
      </w:r>
      <w:r>
        <w:tab/>
        <w:t>Loščilo za čevlje</w:t>
      </w:r>
    </w:p>
    <w:p w:rsidR="00BF7FFA" w:rsidRDefault="00BF7FFA" w:rsidP="00BF7FFA">
      <w:r>
        <w:t>030229</w:t>
      </w:r>
      <w:r>
        <w:tab/>
        <w:t>Torbice s priborom za šminke za ustnice</w:t>
      </w:r>
    </w:p>
    <w:p w:rsidR="00BF7FFA" w:rsidRDefault="00BF7FFA" w:rsidP="00BF7FFA">
      <w:r>
        <w:t>030230</w:t>
      </w:r>
      <w:r>
        <w:tab/>
        <w:t>Pripravki za kopanje, ne za medicinske namene</w:t>
      </w:r>
    </w:p>
    <w:p w:rsidR="00BF7FFA" w:rsidRDefault="00BF7FFA" w:rsidP="00BF7FFA">
      <w:r>
        <w:t>030231</w:t>
      </w:r>
      <w:r>
        <w:tab/>
        <w:t>Balzami za lase</w:t>
      </w:r>
    </w:p>
    <w:p w:rsidR="00BF7FFA" w:rsidRDefault="00BF7FFA" w:rsidP="00BF7FFA">
      <w:r>
        <w:t>030232</w:t>
      </w:r>
      <w:r>
        <w:tab/>
        <w:t>Preparati za ravnanje las</w:t>
      </w:r>
    </w:p>
    <w:p w:rsidR="00BF7FFA" w:rsidRDefault="00BF7FFA" w:rsidP="00BF7FFA">
      <w:r>
        <w:t>030233</w:t>
      </w:r>
      <w:r>
        <w:tab/>
        <w:t>Robčki, prepojeni s sredstvi za odstranjevanje ličil</w:t>
      </w:r>
    </w:p>
    <w:p w:rsidR="00BF7FFA" w:rsidRDefault="00BF7FFA" w:rsidP="00BF7FFA">
      <w:r>
        <w:t>030234</w:t>
      </w:r>
      <w:r>
        <w:tab/>
        <w:t>Kolagenski pripravki za kozmetične namene</w:t>
      </w:r>
    </w:p>
    <w:p w:rsidR="00BF7FFA" w:rsidRDefault="00BF7FFA" w:rsidP="00BF7FFA">
      <w:r>
        <w:t>030235</w:t>
      </w:r>
      <w:r>
        <w:tab/>
        <w:t>Trakovi za beljenje zob</w:t>
      </w:r>
    </w:p>
    <w:p w:rsidR="00BF7FFA" w:rsidRDefault="00BF7FFA" w:rsidP="00BF7FFA">
      <w:r>
        <w:t>030237</w:t>
      </w:r>
      <w:r>
        <w:tab/>
        <w:t>Fitokozmetični pripravki</w:t>
      </w:r>
    </w:p>
    <w:p w:rsidR="00BF7FFA" w:rsidRDefault="00BF7FFA" w:rsidP="00BF7FFA">
      <w:r>
        <w:t>030238</w:t>
      </w:r>
      <w:r>
        <w:tab/>
        <w:t>Čistila za intimno osebno higieno, brez zdravilnih učinkovin</w:t>
      </w:r>
    </w:p>
    <w:p w:rsidR="00BF7FFA" w:rsidRDefault="00BF7FFA" w:rsidP="00BF7FFA">
      <w:r>
        <w:t>030239</w:t>
      </w:r>
      <w:r>
        <w:tab/>
        <w:t>Zeliščni ekstrakti za kozmetične namene</w:t>
      </w:r>
    </w:p>
    <w:p w:rsidR="00BF7FFA" w:rsidRDefault="00BF7FFA" w:rsidP="00BF7FFA">
      <w:r>
        <w:t>030240</w:t>
      </w:r>
      <w:r>
        <w:tab/>
        <w:t>Sredstva za odstranjevanje laka za nohte</w:t>
      </w:r>
    </w:p>
    <w:p w:rsidR="00BF7FFA" w:rsidRDefault="00BF7FFA" w:rsidP="00BF7FFA">
      <w:r>
        <w:t>030241</w:t>
      </w:r>
      <w:r>
        <w:tab/>
        <w:t>Vosek za tla</w:t>
      </w:r>
    </w:p>
    <w:p w:rsidR="00BF7FFA" w:rsidRDefault="00BF7FFA" w:rsidP="00BF7FFA">
      <w:r>
        <w:t>030242</w:t>
      </w:r>
      <w:r>
        <w:tab/>
        <w:t>Šamponi za živali [pripravki za nego brez zdravilnih učinkovin]</w:t>
      </w:r>
    </w:p>
    <w:p w:rsidR="00BF7FFA" w:rsidRDefault="00BF7FFA" w:rsidP="00BF7FFA">
      <w:r>
        <w:t>030243</w:t>
      </w:r>
      <w:r>
        <w:tab/>
        <w:t>Tekočine za izpiranje oči, ne za medicinske namene</w:t>
      </w:r>
    </w:p>
    <w:p w:rsidR="00BF7FFA" w:rsidRDefault="00BF7FFA" w:rsidP="00BF7FFA">
      <w:r>
        <w:t>030244</w:t>
      </w:r>
      <w:r>
        <w:tab/>
        <w:t>Tekočine za izpiranje nožnice za osebno higieno ali odišavljenje</w:t>
      </w:r>
    </w:p>
    <w:p w:rsidR="00BF7FFA" w:rsidRDefault="00BF7FFA" w:rsidP="00BF7FFA">
      <w:r>
        <w:t>030245</w:t>
      </w:r>
      <w:r>
        <w:tab/>
        <w:t>Kemični čistilni pripravki za gospodinjske namene</w:t>
      </w:r>
    </w:p>
    <w:p w:rsidR="00BF7FFA" w:rsidRDefault="00BF7FFA" w:rsidP="00BF7FFA">
      <w:r>
        <w:t>030246</w:t>
      </w:r>
      <w:r>
        <w:tab/>
        <w:t>Razpršilci za odišavljanje zraka iz trstičja</w:t>
      </w:r>
    </w:p>
    <w:p w:rsidR="00BF7FFA" w:rsidRDefault="00BF7FFA" w:rsidP="00BF7FFA">
      <w:r>
        <w:t>030247</w:t>
      </w:r>
      <w:r>
        <w:tab/>
        <w:t>Pripravki za beljenje [sredstva za razbarvanje] za gospodinjske namene</w:t>
      </w:r>
    </w:p>
    <w:p w:rsidR="00BF7FFA" w:rsidRDefault="00BF7FFA" w:rsidP="00BF7FFA">
      <w:r>
        <w:t>030248</w:t>
      </w:r>
      <w:r>
        <w:tab/>
        <w:t>Masažne sveče za kozmetične namene</w:t>
      </w:r>
    </w:p>
    <w:p w:rsidR="00BF7FFA" w:rsidRDefault="00BF7FFA" w:rsidP="00BF7FFA">
      <w:r>
        <w:t>030249</w:t>
      </w:r>
      <w:r>
        <w:tab/>
        <w:t>Kozmetična sredstva za otroke</w:t>
      </w:r>
    </w:p>
    <w:p w:rsidR="00BF7FFA" w:rsidRDefault="00BF7FFA" w:rsidP="00BF7FFA">
      <w:r>
        <w:t>030250</w:t>
      </w:r>
      <w:r>
        <w:tab/>
        <w:t>Pripravki za osvežitev daha za osebno higieno</w:t>
      </w:r>
    </w:p>
    <w:p w:rsidR="00BF7FFA" w:rsidRDefault="00BF7FFA" w:rsidP="00BF7FFA">
      <w:r>
        <w:t>030251</w:t>
      </w:r>
      <w:r>
        <w:tab/>
        <w:t>Vlažni robčki za dojenčke, prepojeni s čistilnimi pripravki</w:t>
      </w:r>
    </w:p>
    <w:p w:rsidR="00BF7FFA" w:rsidRDefault="00BF7FFA" w:rsidP="00BF7FFA">
      <w:r>
        <w:t>030252</w:t>
      </w:r>
      <w:r>
        <w:tab/>
        <w:t>Basma [kozmetično barvilo]</w:t>
      </w:r>
    </w:p>
    <w:p w:rsidR="00BF7FFA" w:rsidRDefault="00BF7FFA" w:rsidP="00BF7FFA">
      <w:r>
        <w:t>030253</w:t>
      </w:r>
      <w:r>
        <w:tab/>
        <w:t>Blazinice z gelom za oči za kozmetične namene</w:t>
      </w:r>
    </w:p>
    <w:p w:rsidR="00BF7FFA" w:rsidRDefault="00BF7FFA" w:rsidP="00BF7FFA">
      <w:r>
        <w:t>030254</w:t>
      </w:r>
      <w:r>
        <w:tab/>
        <w:t>Bleščice za nohte</w:t>
      </w:r>
    </w:p>
    <w:p w:rsidR="00BF7FFA" w:rsidRDefault="00BF7FFA" w:rsidP="00BF7FFA">
      <w:r>
        <w:t>030255</w:t>
      </w:r>
      <w:r>
        <w:tab/>
        <w:t>Micelarna voda</w:t>
      </w:r>
    </w:p>
    <w:p w:rsidR="00BF7FFA" w:rsidRDefault="00BF7FFA" w:rsidP="00BF7FFA">
      <w:r>
        <w:t>030256</w:t>
      </w:r>
      <w:r>
        <w:tab/>
        <w:t>Barve za poslikavo telesa (kozmetična sredstva)</w:t>
      </w:r>
    </w:p>
    <w:p w:rsidR="00BF7FFA" w:rsidRDefault="00BF7FFA" w:rsidP="00BF7FFA">
      <w:r>
        <w:t>030257</w:t>
      </w:r>
      <w:r>
        <w:tab/>
        <w:t>Tekoča lateks barva za poslikavo telesa za kozmetične namene</w:t>
      </w:r>
    </w:p>
    <w:p w:rsidR="00BF7FFA" w:rsidRDefault="00BF7FFA" w:rsidP="00BF7FFA">
      <w:r>
        <w:t>030258</w:t>
      </w:r>
      <w:r>
        <w:tab/>
        <w:t>Zobna pasta</w:t>
      </w:r>
    </w:p>
    <w:p w:rsidR="00BF7FFA" w:rsidRDefault="00BF7FFA" w:rsidP="00BF7FFA">
      <w:r>
        <w:t>030259</w:t>
      </w:r>
      <w:r>
        <w:tab/>
        <w:t>Bombažne blazinice, prepojene s pripravki za odstranjevanje ličil</w:t>
      </w:r>
    </w:p>
    <w:p w:rsidR="00BF7FFA" w:rsidRDefault="00BF7FFA" w:rsidP="00BF7FFA">
      <w:r>
        <w:t>030260</w:t>
      </w:r>
      <w:r>
        <w:tab/>
        <w:t>Pralne krpe za preprečevanje prenosa barve med pranjem</w:t>
      </w:r>
    </w:p>
    <w:p w:rsidR="00BF7FFA" w:rsidRDefault="00BF7FFA" w:rsidP="00BF7FFA">
      <w:r>
        <w:t>030261</w:t>
      </w:r>
      <w:r>
        <w:tab/>
        <w:t>Antistatične sušilne krpe</w:t>
      </w:r>
    </w:p>
    <w:p w:rsidR="00BF7FFA" w:rsidRDefault="00BF7FFA" w:rsidP="00BF7FFA">
      <w:r>
        <w:t>030262</w:t>
      </w:r>
      <w:r>
        <w:tab/>
        <w:t>Bleščice za telo</w:t>
      </w:r>
    </w:p>
    <w:p w:rsidR="00BF7FFA" w:rsidRDefault="00BF7FFA" w:rsidP="00BF7FFA">
      <w:r>
        <w:t>030263</w:t>
      </w:r>
      <w:r>
        <w:tab/>
        <w:t>Trakovi za dvojne veke</w:t>
      </w:r>
    </w:p>
    <w:p w:rsidR="00BF7FFA" w:rsidRDefault="00BF7FFA" w:rsidP="00BF7FFA">
      <w:r>
        <w:t>030264</w:t>
      </w:r>
      <w:r>
        <w:tab/>
        <w:t>Hladilni spreji za kozmetične namene</w:t>
      </w:r>
    </w:p>
    <w:p w:rsidR="00BF7FFA" w:rsidRDefault="00BF7FFA" w:rsidP="00BF7FFA">
      <w:r>
        <w:t>030265</w:t>
      </w:r>
      <w:r>
        <w:tab/>
        <w:t>Maske za enkratno uporabo, segrete na pari, ne za medicinske namene</w:t>
      </w:r>
    </w:p>
    <w:p w:rsidR="00BF7FFA" w:rsidRDefault="00BF7FFA" w:rsidP="00BF7FFA">
      <w:r>
        <w:lastRenderedPageBreak/>
        <w:t>030266</w:t>
      </w:r>
      <w:r>
        <w:tab/>
        <w:t>Detergent v tabletah za strojčke za kuhanje kave</w:t>
      </w:r>
    </w:p>
    <w:p w:rsidR="00BF7FFA" w:rsidRDefault="00BF7FFA" w:rsidP="00BF7FFA">
      <w:r>
        <w:t>030267</w:t>
      </w:r>
      <w:r>
        <w:tab/>
        <w:t>Obveze za obnovo nohtov</w:t>
      </w:r>
    </w:p>
    <w:p w:rsidR="00BF7FFA" w:rsidRDefault="00BF7FFA" w:rsidP="00BF7FFA">
      <w:r>
        <w:t>030268</w:t>
      </w:r>
      <w:r>
        <w:tab/>
        <w:t>Stopljeni voski [pripravki za odišavljenje]</w:t>
      </w:r>
    </w:p>
    <w:p w:rsidR="00BF7FFA" w:rsidRDefault="00BF7FFA" w:rsidP="00BF7FFA">
      <w:r>
        <w:t>030269</w:t>
      </w:r>
      <w:r>
        <w:tab/>
        <w:t>Napolnjeni pečati za kozmetične namene</w:t>
      </w:r>
    </w:p>
    <w:p w:rsidR="00BF7FFA" w:rsidRDefault="00BF7FFA" w:rsidP="00BF7FFA">
      <w:r>
        <w:t>030271</w:t>
      </w:r>
      <w:r>
        <w:tab/>
        <w:t>Kopel iz čaja za kozmetične namene</w:t>
      </w:r>
    </w:p>
    <w:p w:rsidR="00BF7FFA" w:rsidRDefault="00BF7FFA" w:rsidP="00BF7FFA">
      <w:r>
        <w:t>030272</w:t>
      </w:r>
      <w:r>
        <w:tab/>
        <w:t>Maske v lističih za kozmetične namene</w:t>
      </w:r>
    </w:p>
    <w:p w:rsidR="00BF7FFA" w:rsidRDefault="00BF7FFA" w:rsidP="00BF7FFA">
      <w:r>
        <w:t>030273</w:t>
      </w:r>
      <w:r>
        <w:tab/>
        <w:t>Toniki za kozmetično uporabo</w:t>
      </w:r>
    </w:p>
    <w:p w:rsidR="00BF7FFA" w:rsidRDefault="00BF7FFA" w:rsidP="00BF7FFA">
      <w:r>
        <w:t>030275</w:t>
      </w:r>
      <w:r>
        <w:tab/>
        <w:t>Serumi za kozmetične namene</w:t>
      </w:r>
    </w:p>
    <w:p w:rsidR="00BF7FFA" w:rsidRDefault="00BF7FFA" w:rsidP="00BF7FFA">
      <w:r>
        <w:t>030276</w:t>
      </w:r>
      <w:r>
        <w:tab/>
        <w:t>Svinčniki za beljenje zob</w:t>
      </w:r>
    </w:p>
    <w:p w:rsidR="00BF7FFA" w:rsidRDefault="00BF7FFA" w:rsidP="00BF7FFA">
      <w:r>
        <w:t>030277</w:t>
      </w:r>
      <w:r>
        <w:tab/>
        <w:t>Vlažilna sredstva za kožo za kozmetične namene</w:t>
      </w:r>
    </w:p>
    <w:p w:rsidR="00BF7FFA" w:rsidRDefault="00BF7FFA" w:rsidP="00BF7FFA">
      <w:r>
        <w:t>030278</w:t>
      </w:r>
      <w:r>
        <w:tab/>
        <w:t>Pralne kroglice, ki vsebujejo detergent za perilo</w:t>
      </w:r>
    </w:p>
    <w:p w:rsidR="00BF7FFA" w:rsidRDefault="00BF7FFA" w:rsidP="00BF7FFA">
      <w:r>
        <w:t>030279</w:t>
      </w:r>
      <w:r>
        <w:tab/>
        <w:t>Tekočine za pranje</w:t>
      </w:r>
    </w:p>
    <w:p w:rsidR="00BF7FFA" w:rsidRDefault="00BF7FFA" w:rsidP="00BF7FFA">
      <w:r>
        <w:t>030280</w:t>
      </w:r>
      <w:r>
        <w:tab/>
        <w:t>Detergenti za pomivalni stroj</w:t>
      </w:r>
    </w:p>
    <w:p w:rsidR="00BF7FFA" w:rsidRDefault="00BF7FFA" w:rsidP="00BF7FFA">
      <w:r>
        <w:t>030281</w:t>
      </w:r>
      <w:r>
        <w:tab/>
        <w:t>Sladkorna pasta za depilacijo</w:t>
      </w:r>
    </w:p>
    <w:p w:rsidR="00BF7FFA" w:rsidRDefault="00BF7FFA" w:rsidP="00BF7FFA">
      <w:r>
        <w:t>030282</w:t>
      </w:r>
      <w:r>
        <w:tab/>
        <w:t>Les agarja [kadilo]</w:t>
      </w:r>
    </w:p>
    <w:p w:rsidR="00BF7FFA" w:rsidRDefault="00BF7FFA" w:rsidP="00BF7FFA">
      <w:r>
        <w:t>030283</w:t>
      </w:r>
      <w:r>
        <w:tab/>
        <w:t>Lepilni trakovi za pritrditev lasulj</w:t>
      </w:r>
    </w:p>
    <w:p w:rsidR="00BF7FFA" w:rsidRDefault="00BF7FFA" w:rsidP="00BF7FFA">
      <w:r>
        <w:t>030284</w:t>
      </w:r>
      <w:r>
        <w:tab/>
        <w:t>Vosek za oblikovanje obrvi</w:t>
      </w:r>
    </w:p>
    <w:p w:rsidR="00BF7FFA" w:rsidRDefault="00BF7FFA" w:rsidP="00BF7FFA">
      <w:r>
        <w:t>030285</w:t>
      </w:r>
      <w:r>
        <w:tab/>
        <w:t>Kopalne krogle</w:t>
      </w:r>
    </w:p>
    <w:p w:rsidR="00BF7FFA" w:rsidRDefault="00BF7FFA" w:rsidP="00BF7FFA">
      <w:r>
        <w:t>030286</w:t>
      </w:r>
      <w:r>
        <w:tab/>
        <w:t>Eterična olja za odišavljanje</w:t>
      </w:r>
    </w:p>
    <w:p w:rsidR="00BF7FFA" w:rsidRDefault="00BF7FFA" w:rsidP="00BF7FFA">
      <w:r>
        <w:t>030287</w:t>
      </w:r>
      <w:r>
        <w:tab/>
        <w:t>Cvetna voda za kozmetične namene</w:t>
      </w:r>
    </w:p>
    <w:p w:rsidR="00BF7FFA" w:rsidRDefault="00BF7FFA" w:rsidP="00BF7FFA">
      <w:r>
        <w:t>030288</w:t>
      </w:r>
      <w:r>
        <w:tab/>
        <w:t>Esence za kozmetične namene</w:t>
      </w:r>
    </w:p>
    <w:p w:rsidR="00BF7FFA" w:rsidRDefault="00BF7FFA" w:rsidP="00BF7FFA">
      <w:r>
        <w:t>030289</w:t>
      </w:r>
      <w:r>
        <w:tab/>
        <w:t>Esence za odišavljanje</w:t>
      </w:r>
    </w:p>
    <w:p w:rsidR="00BF7FFA" w:rsidRDefault="00BF7FFA" w:rsidP="00BF7FFA">
      <w:r>
        <w:t>030290</w:t>
      </w:r>
      <w:r>
        <w:tab/>
        <w:t>Vosek za posebne učinke za ličenje</w:t>
      </w:r>
    </w:p>
    <w:p w:rsidR="001C05F7" w:rsidRDefault="001C05F7">
      <w:pPr>
        <w:pStyle w:val="Naslov1"/>
        <w:sectPr w:rsidR="001C05F7" w:rsidSect="00E00425">
          <w:type w:val="continuous"/>
          <w:pgSz w:w="11907" w:h="16840" w:code="9"/>
          <w:pgMar w:top="1418" w:right="1418" w:bottom="1418" w:left="1418" w:header="720" w:footer="720" w:gutter="0"/>
          <w:cols w:num="2" w:space="720"/>
          <w:docGrid w:linePitch="360"/>
        </w:sectPr>
      </w:pPr>
    </w:p>
    <w:p w:rsidR="001C05F7" w:rsidRPr="001C05F7" w:rsidRDefault="001C05F7" w:rsidP="00DF5041">
      <w:pPr>
        <w:pStyle w:val="Naslov1"/>
        <w:rPr>
          <w:lang w:val="sl-SI" w:eastAsia="sl-SI"/>
        </w:rPr>
      </w:pPr>
      <w:r w:rsidRPr="001C05F7">
        <w:rPr>
          <w:lang w:val="sl-SI" w:eastAsia="sl-SI"/>
        </w:rPr>
        <w:t>Razred 4</w:t>
      </w:r>
    </w:p>
    <w:p w:rsidR="001C05F7" w:rsidRDefault="001C05F7" w:rsidP="00AF234B">
      <w:pPr>
        <w:pStyle w:val="Naslov2"/>
      </w:pPr>
      <w:r w:rsidRPr="00AF234B">
        <w:t xml:space="preserve">Industrijska olja in maščobe; maziva; sredstva za absorbiranje, omočenje in vezanje prahu; goriva [vključno goriva za motorje] in snovi za razsvetljevanje; sveče in stenji </w:t>
      </w:r>
      <w:proofErr w:type="gramStart"/>
      <w:r w:rsidRPr="00AF234B">
        <w:t>za  osvetljevanje</w:t>
      </w:r>
      <w:proofErr w:type="gramEnd"/>
      <w:r w:rsidRPr="00AF234B">
        <w:t>.</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DF5041" w:rsidRPr="00D85EAF" w:rsidTr="00DF5041">
        <w:trPr>
          <w:trHeight w:val="143"/>
          <w:tblHeader/>
        </w:trPr>
        <w:tc>
          <w:tcPr>
            <w:tcW w:w="9493" w:type="dxa"/>
            <w:gridSpan w:val="2"/>
            <w:shd w:val="clear" w:color="auto" w:fill="F2F2F2" w:themeFill="background1" w:themeFillShade="F2"/>
            <w:vAlign w:val="center"/>
          </w:tcPr>
          <w:p w:rsidR="00DF5041" w:rsidRPr="004611C8" w:rsidRDefault="00DF5041" w:rsidP="00DF5041">
            <w:pPr>
              <w:pStyle w:val="opomba"/>
              <w:rPr>
                <w:b/>
              </w:rPr>
            </w:pPr>
            <w:r w:rsidRPr="004611C8">
              <w:rPr>
                <w:b/>
              </w:rPr>
              <w:t>RAZRED 4 - pojasnjevalne opombe</w:t>
            </w:r>
          </w:p>
        </w:tc>
      </w:tr>
      <w:tr w:rsidR="00DF5041" w:rsidRPr="00D85EAF" w:rsidTr="00DF5041">
        <w:trPr>
          <w:trHeight w:val="390"/>
        </w:trPr>
        <w:tc>
          <w:tcPr>
            <w:tcW w:w="9493" w:type="dxa"/>
            <w:gridSpan w:val="2"/>
            <w:shd w:val="clear" w:color="auto" w:fill="F2F2F2" w:themeFill="background1" w:themeFillShade="F2"/>
            <w:vAlign w:val="center"/>
          </w:tcPr>
          <w:p w:rsidR="00DF5041" w:rsidRPr="00993A45" w:rsidRDefault="00DF5041" w:rsidP="00DF5041">
            <w:pPr>
              <w:pStyle w:val="opomba"/>
            </w:pPr>
            <w:r w:rsidRPr="00D85EAF">
              <w:rPr>
                <w:color w:val="333333"/>
              </w:rPr>
              <w:t>Razred 4 vključuje predvsem industrijska olja in maščobe, goriva in snovi za razsvetljevanje.</w:t>
            </w:r>
          </w:p>
        </w:tc>
      </w:tr>
      <w:tr w:rsidR="00DF5041" w:rsidRPr="00D85EAF" w:rsidTr="00DF5041">
        <w:trPr>
          <w:trHeight w:val="3742"/>
        </w:trPr>
        <w:tc>
          <w:tcPr>
            <w:tcW w:w="4746" w:type="dxa"/>
            <w:shd w:val="clear" w:color="auto" w:fill="F2F2F2" w:themeFill="background1" w:themeFillShade="F2"/>
          </w:tcPr>
          <w:p w:rsidR="00DF5041" w:rsidRPr="00993A45" w:rsidRDefault="00DF5041" w:rsidP="00DF5041">
            <w:pPr>
              <w:pStyle w:val="opomba"/>
            </w:pPr>
            <w:r w:rsidRPr="00D85EAF">
              <w:t>V ta razred so vključeni zlasti:</w:t>
            </w:r>
          </w:p>
          <w:p w:rsidR="00DF5041" w:rsidRPr="00D85EAF" w:rsidRDefault="00DF5041" w:rsidP="008C16D9">
            <w:pPr>
              <w:pStyle w:val="opombapika"/>
            </w:pPr>
            <w:r w:rsidRPr="00D85EAF">
              <w:t>olja za zaščito zidakov ali usnja</w:t>
            </w:r>
          </w:p>
          <w:p w:rsidR="00DF5041" w:rsidRPr="00D85EAF" w:rsidRDefault="00DF5041" w:rsidP="008C16D9">
            <w:pPr>
              <w:pStyle w:val="opombapika"/>
            </w:pPr>
            <w:r w:rsidRPr="00D85EAF">
              <w:t>surovi vosek, industrijski vosek</w:t>
            </w:r>
          </w:p>
          <w:p w:rsidR="00DF5041" w:rsidRPr="00D85EAF" w:rsidRDefault="00DF5041" w:rsidP="008C16D9">
            <w:pPr>
              <w:pStyle w:val="opombapika"/>
            </w:pPr>
            <w:r w:rsidRPr="00D85EAF">
              <w:t>električna energija</w:t>
            </w:r>
          </w:p>
          <w:p w:rsidR="00DF5041" w:rsidRPr="00D85EAF" w:rsidRDefault="00DF5041" w:rsidP="008C16D9">
            <w:pPr>
              <w:pStyle w:val="opombapika"/>
            </w:pPr>
            <w:r w:rsidRPr="00D85EAF">
              <w:t>pogonska goriva, biogoriva</w:t>
            </w:r>
          </w:p>
          <w:p w:rsidR="00DF5041" w:rsidRPr="00D85EAF" w:rsidRDefault="00DF5041" w:rsidP="008C16D9">
            <w:pPr>
              <w:pStyle w:val="opombapika"/>
            </w:pPr>
            <w:r w:rsidRPr="00D85EAF">
              <w:t>nekemični dodatki za goriva</w:t>
            </w:r>
          </w:p>
          <w:p w:rsidR="00DF5041" w:rsidRPr="00993A45" w:rsidRDefault="00DF5041" w:rsidP="008C16D9">
            <w:pPr>
              <w:pStyle w:val="opombapika"/>
            </w:pPr>
            <w:r w:rsidRPr="00D85EAF">
              <w:t>les za uporabo kot gorivo</w:t>
            </w:r>
          </w:p>
        </w:tc>
        <w:tc>
          <w:tcPr>
            <w:tcW w:w="4747" w:type="dxa"/>
            <w:shd w:val="clear" w:color="auto" w:fill="F2F2F2" w:themeFill="background1" w:themeFillShade="F2"/>
          </w:tcPr>
          <w:p w:rsidR="00DF5041" w:rsidRPr="00993A45" w:rsidRDefault="00DF5041" w:rsidP="00DF5041">
            <w:pPr>
              <w:pStyle w:val="opomba"/>
            </w:pPr>
            <w:r w:rsidRPr="00D85EAF">
              <w:t>V ta razred niso vključeni zlasti:</w:t>
            </w:r>
          </w:p>
          <w:p w:rsidR="00DF5041" w:rsidRPr="00DF5041" w:rsidRDefault="00DF5041" w:rsidP="008C16D9">
            <w:pPr>
              <w:pStyle w:val="opombapika"/>
            </w:pPr>
            <w:r w:rsidRPr="00DF5041">
              <w:t>nekatera posebna industrijska olja in masti, na primer olja za strojenje usnja (razred 1), olja za zaščito lesa, olja in masti proti rjavenju (razred 2)</w:t>
            </w:r>
          </w:p>
          <w:p w:rsidR="00DF5041" w:rsidRPr="00DF5041" w:rsidRDefault="00DF5041" w:rsidP="008C16D9">
            <w:pPr>
              <w:pStyle w:val="opombapika"/>
            </w:pPr>
            <w:r w:rsidRPr="00DF5041">
              <w:t>nekateri posebni voski, na primer cepilni vosek za drevesa (razred 1), krojaški vosek, vosek za poliranje, depilacijski vosek (razred 3), zobni vosek (razred 5), pečatni vosek (razred 16)</w:t>
            </w:r>
          </w:p>
          <w:p w:rsidR="00DF5041" w:rsidRPr="00DF5041" w:rsidRDefault="00DF5041" w:rsidP="008C16D9">
            <w:pPr>
              <w:pStyle w:val="opombapika"/>
            </w:pPr>
            <w:r w:rsidRPr="00DF5041">
              <w:t>masažne sveče za kozmetične namene (razred 3) ali za terapevtske namene (razred 5)</w:t>
            </w:r>
          </w:p>
          <w:p w:rsidR="00DF5041" w:rsidRPr="00993A45" w:rsidRDefault="00DF5041" w:rsidP="008C16D9">
            <w:pPr>
              <w:pStyle w:val="opombapika"/>
            </w:pPr>
            <w:r w:rsidRPr="00DF5041">
              <w:t>stenji, prilagojeni za oljne peči (razred 11) in za cigaretne vžigalnike (razred 34)</w:t>
            </w:r>
          </w:p>
        </w:tc>
      </w:tr>
    </w:tbl>
    <w:p w:rsidR="00F875A9" w:rsidRPr="001C05F7" w:rsidRDefault="00F875A9" w:rsidP="004611C8">
      <w:pPr>
        <w:spacing w:after="360"/>
        <w:ind w:left="0" w:firstLine="0"/>
        <w:rPr>
          <w:lang w:val="sl-SI"/>
        </w:rPr>
      </w:pPr>
    </w:p>
    <w:p w:rsidR="001C05F7" w:rsidRPr="00454578" w:rsidRDefault="001C05F7">
      <w:pPr>
        <w:rPr>
          <w:lang w:val="sl-SI"/>
        </w:rPr>
        <w:sectPr w:rsidR="001C05F7" w:rsidRPr="00454578" w:rsidSect="00E00425">
          <w:type w:val="continuous"/>
          <w:pgSz w:w="11907" w:h="16840" w:code="9"/>
          <w:pgMar w:top="1418" w:right="1418" w:bottom="1418" w:left="1418" w:header="720" w:footer="720" w:gutter="0"/>
          <w:cols w:space="720"/>
          <w:docGrid w:linePitch="360"/>
        </w:sectPr>
      </w:pPr>
    </w:p>
    <w:p w:rsidR="00721F54" w:rsidRDefault="00721F54" w:rsidP="00721F54">
      <w:r>
        <w:t>040001</w:t>
      </w:r>
      <w:r>
        <w:tab/>
        <w:t>Čebelji vosek</w:t>
      </w:r>
    </w:p>
    <w:p w:rsidR="00721F54" w:rsidRDefault="00721F54" w:rsidP="00721F54">
      <w:r>
        <w:t>040002</w:t>
      </w:r>
      <w:r>
        <w:tab/>
        <w:t>Metilni alkohol</w:t>
      </w:r>
    </w:p>
    <w:p w:rsidR="00721F54" w:rsidRDefault="00721F54" w:rsidP="00721F54">
      <w:r>
        <w:t>040003</w:t>
      </w:r>
      <w:r>
        <w:tab/>
        <w:t>Alkohol [gorivo]</w:t>
      </w:r>
    </w:p>
    <w:p w:rsidR="00721F54" w:rsidRDefault="00721F54" w:rsidP="00721F54">
      <w:r>
        <w:t>040004</w:t>
      </w:r>
      <w:r>
        <w:tab/>
        <w:t>Gorivo na osnovi alkohola</w:t>
      </w:r>
    </w:p>
    <w:p w:rsidR="00721F54" w:rsidRDefault="00721F54" w:rsidP="00721F54">
      <w:r>
        <w:t>040005</w:t>
      </w:r>
      <w:r>
        <w:tab/>
        <w:t>Zmotki papirja za prižig ognja</w:t>
      </w:r>
    </w:p>
    <w:p w:rsidR="00721F54" w:rsidRDefault="00721F54" w:rsidP="00721F54">
      <w:r>
        <w:t>040006</w:t>
      </w:r>
      <w:r>
        <w:tab/>
        <w:t>Zmotki trščic za prižig ognja</w:t>
      </w:r>
    </w:p>
    <w:p w:rsidR="00721F54" w:rsidRDefault="00721F54" w:rsidP="00721F54">
      <w:r>
        <w:t>040007</w:t>
      </w:r>
      <w:r>
        <w:tab/>
        <w:t>Vžigalna sredstva</w:t>
      </w:r>
    </w:p>
    <w:p w:rsidR="00721F54" w:rsidRDefault="00721F54" w:rsidP="00721F54">
      <w:r>
        <w:t>040008</w:t>
      </w:r>
      <w:r>
        <w:tab/>
        <w:t>Antracit</w:t>
      </w:r>
    </w:p>
    <w:p w:rsidR="00721F54" w:rsidRPr="003834FA" w:rsidRDefault="00721F54" w:rsidP="00721F54">
      <w:pPr>
        <w:rPr>
          <w:lang w:val="fr-FR"/>
        </w:rPr>
      </w:pPr>
      <w:r>
        <w:t>040009</w:t>
      </w:r>
      <w:r>
        <w:tab/>
      </w:r>
      <w:r w:rsidRPr="003834FA">
        <w:rPr>
          <w:lang w:val="fr-FR"/>
        </w:rPr>
        <w:t>Sredstva proti drsenju za jermene</w:t>
      </w:r>
    </w:p>
    <w:p w:rsidR="00721F54" w:rsidRDefault="00721F54" w:rsidP="00721F54">
      <w:r>
        <w:t>040011</w:t>
      </w:r>
      <w:r>
        <w:tab/>
        <w:t>Mast za orožje</w:t>
      </w:r>
    </w:p>
    <w:p w:rsidR="00721F54" w:rsidRPr="003834FA" w:rsidRDefault="00721F54" w:rsidP="00721F54">
      <w:pPr>
        <w:rPr>
          <w:lang w:val="fr-FR"/>
        </w:rPr>
      </w:pPr>
      <w:r>
        <w:t>040012</w:t>
      </w:r>
      <w:r>
        <w:tab/>
      </w:r>
      <w:r w:rsidRPr="003834FA">
        <w:rPr>
          <w:lang w:val="fr-FR"/>
        </w:rPr>
        <w:t>Sredstva za vezavo prahu pri pometanju</w:t>
      </w:r>
    </w:p>
    <w:p w:rsidR="00721F54" w:rsidRDefault="00721F54" w:rsidP="00721F54">
      <w:r>
        <w:t>040013</w:t>
      </w:r>
      <w:r>
        <w:tab/>
        <w:t>Les za kurjavo</w:t>
      </w:r>
    </w:p>
    <w:p w:rsidR="00721F54" w:rsidRDefault="00721F54" w:rsidP="00721F54">
      <w:r>
        <w:t>040014</w:t>
      </w:r>
      <w:r>
        <w:tab/>
        <w:t>Premog</w:t>
      </w:r>
    </w:p>
    <w:p w:rsidR="00721F54" w:rsidRDefault="00721F54" w:rsidP="00721F54">
      <w:r>
        <w:t>040015</w:t>
      </w:r>
      <w:r>
        <w:tab/>
        <w:t>Sveče</w:t>
      </w:r>
    </w:p>
    <w:p w:rsidR="00721F54" w:rsidRDefault="00721F54" w:rsidP="00721F54">
      <w:r>
        <w:t>040016</w:t>
      </w:r>
      <w:r>
        <w:tab/>
        <w:t>Premogovi briketi</w:t>
      </w:r>
    </w:p>
    <w:p w:rsidR="00721F54" w:rsidRDefault="00721F54" w:rsidP="00721F54">
      <w:r>
        <w:t>040017</w:t>
      </w:r>
      <w:r>
        <w:tab/>
        <w:t>Briketi šote [gorivo]</w:t>
      </w:r>
    </w:p>
    <w:p w:rsidR="00721F54" w:rsidRDefault="00721F54" w:rsidP="00721F54">
      <w:r>
        <w:t>040018</w:t>
      </w:r>
      <w:r>
        <w:tab/>
        <w:t>Lesni briketi</w:t>
      </w:r>
    </w:p>
    <w:p w:rsidR="00721F54" w:rsidRDefault="00721F54" w:rsidP="00721F54">
      <w:r>
        <w:t>040019</w:t>
      </w:r>
      <w:r>
        <w:tab/>
        <w:t>Gorivo v obliki briket</w:t>
      </w:r>
    </w:p>
    <w:p w:rsidR="00721F54" w:rsidRDefault="00721F54" w:rsidP="00721F54">
      <w:r>
        <w:t>040020</w:t>
      </w:r>
      <w:r>
        <w:tab/>
        <w:t>Mešanice hlapljivega goriva</w:t>
      </w:r>
    </w:p>
    <w:p w:rsidR="00721F54" w:rsidRDefault="00721F54" w:rsidP="00721F54">
      <w:r>
        <w:t>040021</w:t>
      </w:r>
      <w:r>
        <w:tab/>
        <w:t>Karnauba vosek</w:t>
      </w:r>
    </w:p>
    <w:p w:rsidR="00721F54" w:rsidRDefault="00721F54" w:rsidP="00721F54">
      <w:r>
        <w:lastRenderedPageBreak/>
        <w:t>040022</w:t>
      </w:r>
      <w:r>
        <w:tab/>
        <w:t>Cerezin</w:t>
      </w:r>
    </w:p>
    <w:p w:rsidR="00721F54" w:rsidRDefault="00721F54" w:rsidP="00721F54">
      <w:r>
        <w:t>040023</w:t>
      </w:r>
      <w:r>
        <w:tab/>
        <w:t>Premog</w:t>
      </w:r>
    </w:p>
    <w:p w:rsidR="00721F54" w:rsidRDefault="00721F54" w:rsidP="00721F54">
      <w:r>
        <w:t>040024</w:t>
      </w:r>
      <w:r>
        <w:tab/>
        <w:t>Šota [gorivo]</w:t>
      </w:r>
    </w:p>
    <w:p w:rsidR="00721F54" w:rsidRDefault="00721F54" w:rsidP="00721F54">
      <w:r>
        <w:t>040025</w:t>
      </w:r>
      <w:r>
        <w:tab/>
        <w:t>Goriva</w:t>
      </w:r>
    </w:p>
    <w:p w:rsidR="00721F54" w:rsidRDefault="00721F54" w:rsidP="00721F54">
      <w:r>
        <w:t>040026</w:t>
      </w:r>
      <w:r>
        <w:tab/>
        <w:t>Kreme za obutev</w:t>
      </w:r>
    </w:p>
    <w:p w:rsidR="00721F54" w:rsidRDefault="00721F54" w:rsidP="00721F54">
      <w:r>
        <w:t>040027</w:t>
      </w:r>
      <w:r>
        <w:tab/>
        <w:t>Vosek [surovina]</w:t>
      </w:r>
    </w:p>
    <w:p w:rsidR="00721F54" w:rsidRDefault="00721F54" w:rsidP="00721F54">
      <w:r>
        <w:t>040028</w:t>
      </w:r>
      <w:r>
        <w:tab/>
        <w:t>Vosek za jermene</w:t>
      </w:r>
    </w:p>
    <w:p w:rsidR="00721F54" w:rsidRDefault="00721F54" w:rsidP="00721F54">
      <w:r>
        <w:t>040029</w:t>
      </w:r>
      <w:r>
        <w:tab/>
        <w:t>Svetilni vosek</w:t>
      </w:r>
    </w:p>
    <w:p w:rsidR="00721F54" w:rsidRDefault="00721F54" w:rsidP="00721F54">
      <w:r>
        <w:t>040030</w:t>
      </w:r>
      <w:r>
        <w:tab/>
        <w:t>Industrijski vosek</w:t>
      </w:r>
    </w:p>
    <w:p w:rsidR="00721F54" w:rsidRDefault="00721F54" w:rsidP="00721F54">
      <w:r>
        <w:t>040031</w:t>
      </w:r>
      <w:r>
        <w:tab/>
        <w:t>Koks</w:t>
      </w:r>
    </w:p>
    <w:p w:rsidR="00721F54" w:rsidRDefault="00721F54" w:rsidP="00721F54">
      <w:r>
        <w:t>040032</w:t>
      </w:r>
      <w:r>
        <w:tab/>
        <w:t>Mineralno gorivo</w:t>
      </w:r>
    </w:p>
    <w:p w:rsidR="00721F54" w:rsidRDefault="00721F54" w:rsidP="00721F54">
      <w:r>
        <w:t>040033</w:t>
      </w:r>
      <w:r>
        <w:tab/>
        <w:t>Mast za jermene</w:t>
      </w:r>
    </w:p>
    <w:p w:rsidR="00721F54" w:rsidRDefault="00721F54" w:rsidP="00721F54">
      <w:r>
        <w:t>040034</w:t>
      </w:r>
      <w:r>
        <w:tab/>
        <w:t>Mast za usnje</w:t>
      </w:r>
    </w:p>
    <w:p w:rsidR="00721F54" w:rsidRDefault="00721F54" w:rsidP="00721F54">
      <w:r>
        <w:t>040035</w:t>
      </w:r>
      <w:r>
        <w:tab/>
        <w:t>Industrijska maščoba</w:t>
      </w:r>
    </w:p>
    <w:p w:rsidR="00721F54" w:rsidRDefault="00721F54" w:rsidP="00721F54">
      <w:r>
        <w:t>040036</w:t>
      </w:r>
      <w:r>
        <w:tab/>
        <w:t>Olje za razkalupljanje [gradbeništvo]</w:t>
      </w:r>
    </w:p>
    <w:p w:rsidR="00721F54" w:rsidRDefault="00721F54" w:rsidP="00721F54">
      <w:r>
        <w:t>040037</w:t>
      </w:r>
      <w:r>
        <w:tab/>
        <w:t>Loj</w:t>
      </w:r>
    </w:p>
    <w:p w:rsidR="00721F54" w:rsidRDefault="00721F54" w:rsidP="00721F54">
      <w:r>
        <w:t>040038</w:t>
      </w:r>
      <w:r>
        <w:tab/>
        <w:t>Pripravki za odstranjevanje prahu</w:t>
      </w:r>
    </w:p>
    <w:p w:rsidR="00721F54" w:rsidRDefault="00721F54" w:rsidP="00721F54">
      <w:r>
        <w:t>040039</w:t>
      </w:r>
      <w:r>
        <w:tab/>
        <w:t>Olja za osvetljevanje</w:t>
      </w:r>
    </w:p>
    <w:p w:rsidR="00721F54" w:rsidRDefault="00721F54" w:rsidP="00721F54">
      <w:r>
        <w:t>040040</w:t>
      </w:r>
      <w:r>
        <w:tab/>
        <w:t>Plini za razsvetljavo</w:t>
      </w:r>
    </w:p>
    <w:p w:rsidR="00721F54" w:rsidRDefault="00721F54" w:rsidP="00721F54">
      <w:r>
        <w:t>040041</w:t>
      </w:r>
      <w:r>
        <w:tab/>
        <w:t>Goriva za razsvetljevanje</w:t>
      </w:r>
    </w:p>
    <w:p w:rsidR="00721F54" w:rsidRDefault="00721F54" w:rsidP="00721F54">
      <w:r>
        <w:t>040042</w:t>
      </w:r>
      <w:r>
        <w:tab/>
        <w:t>Mazivno olje</w:t>
      </w:r>
    </w:p>
    <w:p w:rsidR="00721F54" w:rsidRDefault="00721F54" w:rsidP="00721F54">
      <w:r>
        <w:t>040043</w:t>
      </w:r>
      <w:r>
        <w:tab/>
        <w:t>Bencin</w:t>
      </w:r>
    </w:p>
    <w:p w:rsidR="00721F54" w:rsidRDefault="00721F54" w:rsidP="00721F54">
      <w:r>
        <w:t>040044</w:t>
      </w:r>
      <w:r>
        <w:tab/>
        <w:t>Petrolej</w:t>
      </w:r>
    </w:p>
    <w:p w:rsidR="00721F54" w:rsidRDefault="00721F54" w:rsidP="00721F54">
      <w:r>
        <w:t>040045</w:t>
      </w:r>
      <w:r>
        <w:tab/>
        <w:t>Ligroin</w:t>
      </w:r>
    </w:p>
    <w:p w:rsidR="00721F54" w:rsidRDefault="00721F54" w:rsidP="00721F54">
      <w:r>
        <w:t>040046</w:t>
      </w:r>
      <w:r>
        <w:tab/>
        <w:t>Stenji za sveče</w:t>
      </w:r>
    </w:p>
    <w:p w:rsidR="00721F54" w:rsidRDefault="00721F54" w:rsidP="00721F54">
      <w:r>
        <w:t>040047</w:t>
      </w:r>
      <w:r>
        <w:tab/>
        <w:t>Vazelina za industrijske namene</w:t>
      </w:r>
    </w:p>
    <w:p w:rsidR="00721F54" w:rsidRDefault="00721F54" w:rsidP="00721F54">
      <w:r>
        <w:t>040048</w:t>
      </w:r>
      <w:r>
        <w:tab/>
        <w:t>Dizelsko gorivo</w:t>
      </w:r>
    </w:p>
    <w:p w:rsidR="00721F54" w:rsidRDefault="00721F54" w:rsidP="00721F54">
      <w:r>
        <w:t>040049</w:t>
      </w:r>
      <w:r>
        <w:tab/>
        <w:t>Plinsko gorivo</w:t>
      </w:r>
    </w:p>
    <w:p w:rsidR="00721F54" w:rsidRDefault="00721F54" w:rsidP="00721F54">
      <w:r>
        <w:t>040050</w:t>
      </w:r>
      <w:r>
        <w:tab/>
        <w:t>Naftni plin</w:t>
      </w:r>
    </w:p>
    <w:p w:rsidR="00721F54" w:rsidRDefault="00721F54" w:rsidP="00721F54">
      <w:r>
        <w:t>040052</w:t>
      </w:r>
      <w:r>
        <w:tab/>
        <w:t>Mazivni grafit</w:t>
      </w:r>
    </w:p>
    <w:p w:rsidR="00721F54" w:rsidRDefault="00721F54" w:rsidP="00721F54">
      <w:r>
        <w:t>040053</w:t>
      </w:r>
      <w:r>
        <w:tab/>
        <w:t>Olje iz premogovega katrana</w:t>
      </w:r>
    </w:p>
    <w:p w:rsidR="00721F54" w:rsidRDefault="00721F54" w:rsidP="00721F54">
      <w:r>
        <w:t>040054</w:t>
      </w:r>
      <w:r>
        <w:tab/>
        <w:t>Nafta iz premoga</w:t>
      </w:r>
    </w:p>
    <w:p w:rsidR="00721F54" w:rsidRDefault="00721F54" w:rsidP="00721F54">
      <w:r>
        <w:t>040055</w:t>
      </w:r>
      <w:r>
        <w:tab/>
        <w:t>Olja za ohranjanje zidanih zgradb</w:t>
      </w:r>
    </w:p>
    <w:p w:rsidR="00721F54" w:rsidRDefault="00721F54" w:rsidP="00721F54">
      <w:r>
        <w:t>040056</w:t>
      </w:r>
      <w:r>
        <w:tab/>
        <w:t>Vlažilno olje</w:t>
      </w:r>
    </w:p>
    <w:p w:rsidR="00721F54" w:rsidRDefault="00721F54" w:rsidP="00721F54">
      <w:r>
        <w:t>040057</w:t>
      </w:r>
      <w:r>
        <w:tab/>
        <w:t>Ribja olja za industrijske namene</w:t>
      </w:r>
    </w:p>
    <w:p w:rsidR="00721F54" w:rsidRDefault="00721F54" w:rsidP="00721F54">
      <w:r>
        <w:t>040058</w:t>
      </w:r>
      <w:r>
        <w:tab/>
        <w:t>Pripravki iz sojinega olja za nelepljivo obdelavo kuhinjskih pripomočkov</w:t>
      </w:r>
    </w:p>
    <w:p w:rsidR="00721F54" w:rsidRDefault="00721F54" w:rsidP="00721F54">
      <w:r>
        <w:t>040059</w:t>
      </w:r>
      <w:r>
        <w:tab/>
        <w:t>Kerozin</w:t>
      </w:r>
    </w:p>
    <w:p w:rsidR="00721F54" w:rsidRDefault="00721F54" w:rsidP="00721F54">
      <w:r>
        <w:t>040060</w:t>
      </w:r>
      <w:r>
        <w:tab/>
        <w:t>Mast za mazanje</w:t>
      </w:r>
    </w:p>
    <w:p w:rsidR="00721F54" w:rsidRDefault="00721F54" w:rsidP="00721F54">
      <w:r>
        <w:t>040061</w:t>
      </w:r>
      <w:r>
        <w:tab/>
        <w:t>Stenji za svetilke</w:t>
      </w:r>
    </w:p>
    <w:p w:rsidR="00721F54" w:rsidRDefault="00721F54" w:rsidP="00721F54">
      <w:r>
        <w:t>040062</w:t>
      </w:r>
      <w:r>
        <w:tab/>
        <w:t>Lignit</w:t>
      </w:r>
    </w:p>
    <w:p w:rsidR="00721F54" w:rsidRDefault="00721F54" w:rsidP="00721F54">
      <w:r>
        <w:t>040063</w:t>
      </w:r>
      <w:r>
        <w:tab/>
        <w:t>Maziva</w:t>
      </w:r>
    </w:p>
    <w:p w:rsidR="00721F54" w:rsidRDefault="00721F54" w:rsidP="00721F54">
      <w:r>
        <w:t>040064</w:t>
      </w:r>
      <w:r>
        <w:tab/>
        <w:t>Mazut</w:t>
      </w:r>
    </w:p>
    <w:p w:rsidR="00721F54" w:rsidRDefault="00721F54" w:rsidP="00721F54">
      <w:r>
        <w:t>040065</w:t>
      </w:r>
      <w:r>
        <w:tab/>
        <w:t>Repično olje za industrijske namene</w:t>
      </w:r>
    </w:p>
    <w:p w:rsidR="00721F54" w:rsidRDefault="00721F54" w:rsidP="00721F54">
      <w:r>
        <w:t>040066</w:t>
      </w:r>
      <w:r>
        <w:tab/>
        <w:t>Nafta</w:t>
      </w:r>
    </w:p>
    <w:p w:rsidR="00721F54" w:rsidRDefault="00721F54" w:rsidP="00721F54">
      <w:r>
        <w:t>040067</w:t>
      </w:r>
      <w:r>
        <w:tab/>
        <w:t>Kostno olje za industrijske namene</w:t>
      </w:r>
    </w:p>
    <w:p w:rsidR="00721F54" w:rsidRDefault="00721F54" w:rsidP="00721F54">
      <w:r>
        <w:t>040068</w:t>
      </w:r>
      <w:r>
        <w:tab/>
        <w:t>Olein</w:t>
      </w:r>
    </w:p>
    <w:p w:rsidR="00721F54" w:rsidRDefault="00721F54" w:rsidP="00721F54">
      <w:r>
        <w:t>040069</w:t>
      </w:r>
      <w:r>
        <w:tab/>
        <w:t>Ozocerit [ozokerit]</w:t>
      </w:r>
    </w:p>
    <w:p w:rsidR="00721F54" w:rsidRDefault="00721F54" w:rsidP="00721F54">
      <w:r>
        <w:t>040070</w:t>
      </w:r>
      <w:r>
        <w:tab/>
        <w:t>Parafin</w:t>
      </w:r>
    </w:p>
    <w:p w:rsidR="00721F54" w:rsidRDefault="00721F54" w:rsidP="00721F54">
      <w:r>
        <w:t>040071</w:t>
      </w:r>
      <w:r>
        <w:tab/>
        <w:t>Nafta, surova ali rafinirana</w:t>
      </w:r>
    </w:p>
    <w:p w:rsidR="00721F54" w:rsidRDefault="00721F54" w:rsidP="00721F54">
      <w:r>
        <w:t>040072</w:t>
      </w:r>
      <w:r>
        <w:tab/>
        <w:t>Premogov prah [gorivo]</w:t>
      </w:r>
    </w:p>
    <w:p w:rsidR="00721F54" w:rsidRDefault="00721F54" w:rsidP="00721F54">
      <w:r>
        <w:t>040073</w:t>
      </w:r>
      <w:r>
        <w:tab/>
        <w:t>Stearin</w:t>
      </w:r>
    </w:p>
    <w:p w:rsidR="00721F54" w:rsidRDefault="00721F54" w:rsidP="00721F54">
      <w:r>
        <w:t>040074</w:t>
      </w:r>
      <w:r>
        <w:tab/>
        <w:t>Volnena mast</w:t>
      </w:r>
    </w:p>
    <w:p w:rsidR="00721F54" w:rsidRDefault="00721F54" w:rsidP="00721F54">
      <w:r>
        <w:t>040075</w:t>
      </w:r>
      <w:r>
        <w:tab/>
        <w:t>Sončnično olje za industrijske namene</w:t>
      </w:r>
    </w:p>
    <w:p w:rsidR="00721F54" w:rsidRDefault="00721F54" w:rsidP="00721F54">
      <w:r>
        <w:t>040076</w:t>
      </w:r>
      <w:r>
        <w:tab/>
        <w:t>Votivne sveče</w:t>
      </w:r>
    </w:p>
    <w:p w:rsidR="00721F54" w:rsidRDefault="00721F54" w:rsidP="00721F54">
      <w:r>
        <w:t>040079</w:t>
      </w:r>
      <w:r>
        <w:tab/>
        <w:t>Sredstva za nadzorovanje prahu</w:t>
      </w:r>
    </w:p>
    <w:p w:rsidR="00721F54" w:rsidRDefault="00721F54" w:rsidP="00721F54">
      <w:r>
        <w:t>040080</w:t>
      </w:r>
      <w:r>
        <w:tab/>
        <w:t>Olje za tekstil</w:t>
      </w:r>
    </w:p>
    <w:p w:rsidR="00721F54" w:rsidRDefault="00721F54" w:rsidP="00721F54">
      <w:r>
        <w:t>040081</w:t>
      </w:r>
      <w:r>
        <w:tab/>
        <w:t>Pogonska goriva</w:t>
      </w:r>
    </w:p>
    <w:p w:rsidR="00721F54" w:rsidRDefault="00721F54" w:rsidP="00721F54">
      <w:r>
        <w:t>040084</w:t>
      </w:r>
      <w:r>
        <w:tab/>
        <w:t>Kurilno olje</w:t>
      </w:r>
    </w:p>
    <w:p w:rsidR="00721F54" w:rsidRDefault="00721F54" w:rsidP="00721F54">
      <w:r>
        <w:t>040085</w:t>
      </w:r>
      <w:r>
        <w:tab/>
        <w:t>Nekemični aditivi za goriva</w:t>
      </w:r>
    </w:p>
    <w:p w:rsidR="00721F54" w:rsidRDefault="00721F54" w:rsidP="00721F54">
      <w:r>
        <w:t>040086</w:t>
      </w:r>
      <w:r>
        <w:tab/>
        <w:t>Masti za konzerviranje usnja</w:t>
      </w:r>
    </w:p>
    <w:p w:rsidR="00721F54" w:rsidRDefault="00721F54" w:rsidP="00721F54">
      <w:r>
        <w:t>040087</w:t>
      </w:r>
      <w:r>
        <w:tab/>
        <w:t>Industrijsko olje</w:t>
      </w:r>
    </w:p>
    <w:p w:rsidR="00721F54" w:rsidRPr="003834FA" w:rsidRDefault="00721F54" w:rsidP="00721F54">
      <w:pPr>
        <w:rPr>
          <w:lang w:val="fr-FR"/>
        </w:rPr>
      </w:pPr>
      <w:r>
        <w:t>040088</w:t>
      </w:r>
      <w:r>
        <w:tab/>
      </w:r>
      <w:r w:rsidRPr="003834FA">
        <w:rPr>
          <w:lang w:val="fr-FR"/>
        </w:rPr>
        <w:t>Plini v trdnem stanju [goriva]</w:t>
      </w:r>
    </w:p>
    <w:p w:rsidR="00721F54" w:rsidRDefault="00721F54" w:rsidP="00721F54">
      <w:r>
        <w:t>040089</w:t>
      </w:r>
      <w:r>
        <w:tab/>
        <w:t>Ricinusovo olje za industrijske namene</w:t>
      </w:r>
    </w:p>
    <w:p w:rsidR="00721F54" w:rsidRDefault="00721F54" w:rsidP="00721F54">
      <w:r>
        <w:t>040090</w:t>
      </w:r>
      <w:r>
        <w:tab/>
        <w:t>Olja za konzerviranje usnja</w:t>
      </w:r>
    </w:p>
    <w:p w:rsidR="00721F54" w:rsidRDefault="00721F54" w:rsidP="00721F54">
      <w:r>
        <w:t>040101</w:t>
      </w:r>
      <w:r>
        <w:tab/>
        <w:t>Rezalne tekočine</w:t>
      </w:r>
    </w:p>
    <w:p w:rsidR="00721F54" w:rsidRDefault="00721F54" w:rsidP="00721F54">
      <w:r>
        <w:t>040102</w:t>
      </w:r>
      <w:r>
        <w:tab/>
        <w:t>Olja za barve</w:t>
      </w:r>
    </w:p>
    <w:p w:rsidR="00721F54" w:rsidRDefault="00721F54" w:rsidP="00721F54">
      <w:r>
        <w:t>040103</w:t>
      </w:r>
      <w:r>
        <w:tab/>
        <w:t>Generatorski plin</w:t>
      </w:r>
    </w:p>
    <w:p w:rsidR="00721F54" w:rsidRDefault="00721F54" w:rsidP="00721F54">
      <w:r>
        <w:t>040104</w:t>
      </w:r>
      <w:r>
        <w:tab/>
        <w:t>Motorno olje</w:t>
      </w:r>
    </w:p>
    <w:p w:rsidR="00721F54" w:rsidRDefault="00721F54" w:rsidP="00721F54">
      <w:r>
        <w:t>040105</w:t>
      </w:r>
      <w:r>
        <w:tab/>
        <w:t>Parfumirane sveče</w:t>
      </w:r>
    </w:p>
    <w:p w:rsidR="00721F54" w:rsidRDefault="00721F54" w:rsidP="00721F54">
      <w:r>
        <w:t>040106</w:t>
      </w:r>
      <w:r>
        <w:tab/>
        <w:t>Električna energija</w:t>
      </w:r>
    </w:p>
    <w:p w:rsidR="00721F54" w:rsidRDefault="00721F54" w:rsidP="00721F54">
      <w:r>
        <w:t>040107</w:t>
      </w:r>
      <w:r>
        <w:tab/>
        <w:t>Etanol [gorivo]</w:t>
      </w:r>
    </w:p>
    <w:p w:rsidR="00721F54" w:rsidRDefault="00721F54" w:rsidP="00721F54">
      <w:r>
        <w:t>040108</w:t>
      </w:r>
      <w:r>
        <w:tab/>
        <w:t>Netivo</w:t>
      </w:r>
    </w:p>
    <w:p w:rsidR="00721F54" w:rsidRDefault="00721F54" w:rsidP="00721F54">
      <w:r>
        <w:t>040109</w:t>
      </w:r>
      <w:r>
        <w:tab/>
        <w:t>Pripravki za absorbiranje prahu</w:t>
      </w:r>
    </w:p>
    <w:p w:rsidR="00721F54" w:rsidRDefault="00721F54" w:rsidP="00721F54">
      <w:r>
        <w:t>040110</w:t>
      </w:r>
      <w:r>
        <w:tab/>
        <w:t>Bencin</w:t>
      </w:r>
    </w:p>
    <w:p w:rsidR="00721F54" w:rsidRDefault="00721F54" w:rsidP="00721F54">
      <w:r>
        <w:t>040111</w:t>
      </w:r>
      <w:r>
        <w:tab/>
        <w:t>Gorivo iz biomase</w:t>
      </w:r>
    </w:p>
    <w:p w:rsidR="00721F54" w:rsidRDefault="00721F54" w:rsidP="00721F54">
      <w:r>
        <w:t>040112</w:t>
      </w:r>
      <w:r>
        <w:tab/>
        <w:t>Benzen gorivo</w:t>
      </w:r>
    </w:p>
    <w:p w:rsidR="00721F54" w:rsidRDefault="00721F54" w:rsidP="00721F54">
      <w:r>
        <w:t>040113</w:t>
      </w:r>
      <w:r>
        <w:tab/>
        <w:t>Gorivo iz ksilena</w:t>
      </w:r>
    </w:p>
    <w:p w:rsidR="00721F54" w:rsidRDefault="00721F54" w:rsidP="00721F54">
      <w:r>
        <w:t>040114</w:t>
      </w:r>
      <w:r>
        <w:tab/>
        <w:t>Vosek za smuči</w:t>
      </w:r>
    </w:p>
    <w:p w:rsidR="00721F54" w:rsidRDefault="00721F54" w:rsidP="00721F54">
      <w:r>
        <w:t>040115</w:t>
      </w:r>
      <w:r>
        <w:tab/>
        <w:t>Lanolin, ki se uporablja za proizvodnjo kozmetičnih izdelkov</w:t>
      </w:r>
    </w:p>
    <w:p w:rsidR="00721F54" w:rsidRDefault="00721F54" w:rsidP="00721F54">
      <w:r>
        <w:t>040116</w:t>
      </w:r>
      <w:r>
        <w:tab/>
        <w:t>Čebelji vosek, ki se uporablja za proizvodnjo kozmetičnih izdelkov</w:t>
      </w:r>
    </w:p>
    <w:p w:rsidR="00721F54" w:rsidRDefault="00721F54" w:rsidP="00721F54">
      <w:r>
        <w:t>040117</w:t>
      </w:r>
      <w:r>
        <w:tab/>
        <w:t>Oglje za vodno pipo</w:t>
      </w:r>
    </w:p>
    <w:p w:rsidR="00721F54" w:rsidRDefault="00721F54" w:rsidP="00721F54">
      <w:r>
        <w:t>040118</w:t>
      </w:r>
      <w:r>
        <w:tab/>
        <w:t>Olja za menjalnike</w:t>
      </w:r>
    </w:p>
    <w:p w:rsidR="00721F54" w:rsidRDefault="00721F54" w:rsidP="00721F54">
      <w:r>
        <w:t>040119</w:t>
      </w:r>
      <w:r>
        <w:tab/>
        <w:t>Lesne trske, ki se uporabljajo kot gorivo</w:t>
      </w:r>
    </w:p>
    <w:p w:rsidR="00721F54" w:rsidRDefault="00721F54" w:rsidP="00721F54">
      <w:r>
        <w:t>040120</w:t>
      </w:r>
      <w:r>
        <w:tab/>
        <w:t>Lesne trske za prekajevanje in aromatiziranje živil</w:t>
      </w:r>
    </w:p>
    <w:p w:rsidR="00721F54" w:rsidRDefault="00721F54" w:rsidP="00721F54">
      <w:r>
        <w:t>040121</w:t>
      </w:r>
      <w:r>
        <w:tab/>
        <w:t>Sveče iz sojinega voska</w:t>
      </w:r>
    </w:p>
    <w:p w:rsidR="00721F54" w:rsidRDefault="00721F54" w:rsidP="00721F54">
      <w:r>
        <w:t>040122</w:t>
      </w:r>
      <w:r>
        <w:tab/>
        <w:t>Dielektrična olja za uporabo pri obdelavi kovin</w:t>
      </w:r>
    </w:p>
    <w:p w:rsidR="00721F54" w:rsidRDefault="00721F54" w:rsidP="00721F54">
      <w:r>
        <w:t>040123</w:t>
      </w:r>
      <w:r>
        <w:tab/>
        <w:t>Vodik [gorivo]</w:t>
      </w:r>
    </w:p>
    <w:p w:rsidR="00721F54" w:rsidRDefault="00721F54" w:rsidP="00721F54">
      <w:r>
        <w:t>040124</w:t>
      </w:r>
      <w:r>
        <w:tab/>
        <w:t>Zemeljski plin</w:t>
      </w:r>
    </w:p>
    <w:p w:rsidR="001C05F7" w:rsidRDefault="001C05F7">
      <w:pPr>
        <w:pStyle w:val="Naslov1"/>
        <w:sectPr w:rsidR="001C05F7" w:rsidSect="00E00425">
          <w:type w:val="continuous"/>
          <w:pgSz w:w="11907" w:h="16840" w:code="9"/>
          <w:pgMar w:top="1418" w:right="1418" w:bottom="1418" w:left="1418" w:header="720" w:footer="720" w:gutter="0"/>
          <w:cols w:num="2" w:space="720"/>
          <w:docGrid w:linePitch="360"/>
        </w:sectPr>
      </w:pPr>
    </w:p>
    <w:p w:rsidR="001C05F7" w:rsidRPr="001C05F7" w:rsidRDefault="001C05F7" w:rsidP="00E00425">
      <w:pPr>
        <w:pStyle w:val="Naslov1"/>
        <w:spacing w:before="0"/>
        <w:rPr>
          <w:lang w:val="sl-SI" w:eastAsia="sl-SI"/>
        </w:rPr>
      </w:pPr>
      <w:r w:rsidRPr="001C05F7">
        <w:rPr>
          <w:lang w:val="sl-SI" w:eastAsia="sl-SI"/>
        </w:rPr>
        <w:lastRenderedPageBreak/>
        <w:t xml:space="preserve">Razred 5 </w:t>
      </w:r>
    </w:p>
    <w:p w:rsidR="001C05F7" w:rsidRDefault="001C05F7" w:rsidP="00DF5041">
      <w:pPr>
        <w:pStyle w:val="Naslov2"/>
        <w:rPr>
          <w:lang w:val="sl-SI" w:eastAsia="sl-SI"/>
        </w:rPr>
      </w:pPr>
      <w:r w:rsidRPr="001C05F7">
        <w:rPr>
          <w:lang w:val="sl-SI" w:eastAsia="sl-SI"/>
        </w:rPr>
        <w:t>Farmacevtski, medicinski in veterinarski pripravki; sanitarni pripravki za medicinske namene; dietetična hrana in snovi, prirejene za medicinske ali veterinarske namene, hrana za dojenčke; prehranski dodatki za ljudi in živali; obliži, materiali za obveze; zobni vosek; dezinfekcijska sredstva; pripravki za uničevanje škodljivcev, fungicidi, herbicidi.</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DF5041" w:rsidRPr="00D85EAF" w:rsidTr="00DF5041">
        <w:trPr>
          <w:trHeight w:val="143"/>
          <w:tblHeader/>
        </w:trPr>
        <w:tc>
          <w:tcPr>
            <w:tcW w:w="9493" w:type="dxa"/>
            <w:gridSpan w:val="2"/>
            <w:shd w:val="clear" w:color="auto" w:fill="F2F2F2" w:themeFill="background1" w:themeFillShade="F2"/>
            <w:vAlign w:val="center"/>
          </w:tcPr>
          <w:p w:rsidR="00DF5041" w:rsidRPr="004611C8" w:rsidRDefault="00DF5041" w:rsidP="00DF5041">
            <w:pPr>
              <w:pStyle w:val="opomba"/>
              <w:rPr>
                <w:b/>
              </w:rPr>
            </w:pPr>
            <w:r w:rsidRPr="004611C8">
              <w:rPr>
                <w:b/>
              </w:rPr>
              <w:t xml:space="preserve">RAZRED </w:t>
            </w:r>
            <w:r w:rsidR="004611C8" w:rsidRPr="004611C8">
              <w:rPr>
                <w:b/>
              </w:rPr>
              <w:t>5</w:t>
            </w:r>
            <w:r w:rsidRPr="004611C8">
              <w:rPr>
                <w:b/>
              </w:rPr>
              <w:t xml:space="preserve"> - pojasnjevalne opombe</w:t>
            </w:r>
          </w:p>
        </w:tc>
      </w:tr>
      <w:tr w:rsidR="00DF5041" w:rsidRPr="00D85EAF" w:rsidTr="00DF5041">
        <w:trPr>
          <w:trHeight w:val="390"/>
        </w:trPr>
        <w:tc>
          <w:tcPr>
            <w:tcW w:w="9493" w:type="dxa"/>
            <w:gridSpan w:val="2"/>
            <w:shd w:val="clear" w:color="auto" w:fill="F2F2F2" w:themeFill="background1" w:themeFillShade="F2"/>
            <w:vAlign w:val="center"/>
          </w:tcPr>
          <w:p w:rsidR="00DF5041" w:rsidRPr="00993A45" w:rsidRDefault="004611C8" w:rsidP="00DF5041">
            <w:pPr>
              <w:pStyle w:val="opomba"/>
            </w:pPr>
            <w:r w:rsidRPr="00D85EAF">
              <w:t>Razred 5 vključuje predvsem farmacevtska sredstva in druge pripravke za medicinske in veterinarske namene.</w:t>
            </w:r>
          </w:p>
        </w:tc>
      </w:tr>
      <w:tr w:rsidR="00DF5041" w:rsidRPr="00D85EAF" w:rsidTr="00DF5041">
        <w:trPr>
          <w:trHeight w:val="3742"/>
        </w:trPr>
        <w:tc>
          <w:tcPr>
            <w:tcW w:w="4746" w:type="dxa"/>
            <w:shd w:val="clear" w:color="auto" w:fill="F2F2F2" w:themeFill="background1" w:themeFillShade="F2"/>
          </w:tcPr>
          <w:p w:rsidR="00DF5041" w:rsidRPr="00993A45" w:rsidRDefault="00DF5041" w:rsidP="00DF5041">
            <w:pPr>
              <w:pStyle w:val="opomba"/>
            </w:pPr>
            <w:r w:rsidRPr="00D85EAF">
              <w:t>V ta razred so vključeni zlasti:</w:t>
            </w:r>
          </w:p>
          <w:p w:rsidR="004611C8" w:rsidRPr="00D85EAF" w:rsidRDefault="004611C8" w:rsidP="008C16D9">
            <w:pPr>
              <w:pStyle w:val="opombapika"/>
            </w:pPr>
            <w:r w:rsidRPr="00D85EAF">
              <w:t>sanitarni pripravki za osebno higieno, razen toaletnih potrebščin;</w:t>
            </w:r>
          </w:p>
          <w:p w:rsidR="004611C8" w:rsidRPr="00D85EAF" w:rsidRDefault="004611C8" w:rsidP="008C16D9">
            <w:pPr>
              <w:pStyle w:val="opombapika"/>
            </w:pPr>
            <w:r w:rsidRPr="00D85EAF">
              <w:t>plenice za dojenčke in osebe z inkontinenco;</w:t>
            </w:r>
          </w:p>
          <w:p w:rsidR="004611C8" w:rsidRPr="00D85EAF" w:rsidRDefault="004611C8" w:rsidP="008C16D9">
            <w:pPr>
              <w:pStyle w:val="opombapika"/>
            </w:pPr>
            <w:r w:rsidRPr="00D85EAF">
              <w:t>dezodoranti, razen za ljudi ali živali;</w:t>
            </w:r>
          </w:p>
          <w:p w:rsidR="004611C8" w:rsidRPr="00D85EAF" w:rsidRDefault="004611C8" w:rsidP="008C16D9">
            <w:pPr>
              <w:pStyle w:val="opombapika"/>
            </w:pPr>
            <w:r w:rsidRPr="00D85EAF">
              <w:t>šamponi, mila, losjoni in sredstva za čiščenje zob z zdravilnimi učinkovinami;</w:t>
            </w:r>
          </w:p>
          <w:p w:rsidR="004611C8" w:rsidRPr="00D85EAF" w:rsidRDefault="004611C8" w:rsidP="008C16D9">
            <w:pPr>
              <w:pStyle w:val="opombapika"/>
            </w:pPr>
            <w:r w:rsidRPr="00D85EAF">
              <w:t>prehranska dopolnila, namenjena kot dopolnila običajni prehrani ali v korist zdravju;</w:t>
            </w:r>
          </w:p>
          <w:p w:rsidR="00DF5041" w:rsidRPr="00993A45" w:rsidRDefault="004611C8" w:rsidP="00A656D9">
            <w:pPr>
              <w:pStyle w:val="opombapika"/>
            </w:pPr>
            <w:r w:rsidRPr="00D85EAF">
              <w:t>nadomestki za obroke, dietetična živila in pijače, prirejeni za medicinsko ali veterinarsko uporabo;</w:t>
            </w:r>
          </w:p>
        </w:tc>
        <w:tc>
          <w:tcPr>
            <w:tcW w:w="4747" w:type="dxa"/>
            <w:shd w:val="clear" w:color="auto" w:fill="F2F2F2" w:themeFill="background1" w:themeFillShade="F2"/>
          </w:tcPr>
          <w:p w:rsidR="00DF5041" w:rsidRPr="00993A45" w:rsidRDefault="00DF5041" w:rsidP="00DF5041">
            <w:pPr>
              <w:pStyle w:val="opomba"/>
            </w:pPr>
            <w:r w:rsidRPr="00D85EAF">
              <w:t>V ta razred niso vključeni zlasti:</w:t>
            </w:r>
          </w:p>
          <w:p w:rsidR="004611C8" w:rsidRPr="00D85EAF" w:rsidRDefault="004611C8" w:rsidP="008C16D9">
            <w:pPr>
              <w:pStyle w:val="opombapika"/>
            </w:pPr>
            <w:r w:rsidRPr="00D85EAF">
              <w:t>sestavine za uporabo v proizvodnji farmacevtskih izdelkov, na primer vitamini, konzervansi in antioksidanti (razred 1)</w:t>
            </w:r>
          </w:p>
          <w:p w:rsidR="004611C8" w:rsidRPr="00D85EAF" w:rsidRDefault="004611C8" w:rsidP="008C16D9">
            <w:pPr>
              <w:pStyle w:val="opombapika"/>
            </w:pPr>
            <w:r w:rsidRPr="00D85EAF">
              <w:t>higienski izdelki kot toaletni izdelki brez zdravilnih učinkovin (razred 3)</w:t>
            </w:r>
          </w:p>
          <w:p w:rsidR="004611C8" w:rsidRPr="00D85EAF" w:rsidRDefault="004611C8" w:rsidP="008C16D9">
            <w:pPr>
              <w:pStyle w:val="opombapika"/>
            </w:pPr>
            <w:r w:rsidRPr="00D85EAF">
              <w:t>deodoranti za ljudi ali živali (razred 3)</w:t>
            </w:r>
          </w:p>
          <w:p w:rsidR="004611C8" w:rsidRPr="00D85EAF" w:rsidRDefault="004611C8" w:rsidP="008C16D9">
            <w:pPr>
              <w:pStyle w:val="opombapika"/>
            </w:pPr>
            <w:r w:rsidRPr="00D85EAF">
              <w:t>podporni povoji, ortopedski povoji (razred 10)</w:t>
            </w:r>
          </w:p>
          <w:p w:rsidR="00DF5041" w:rsidRPr="00993A45" w:rsidRDefault="004611C8" w:rsidP="008C16D9">
            <w:pPr>
              <w:pStyle w:val="opombapika"/>
            </w:pPr>
            <w:r w:rsidRPr="00D85EAF">
              <w:t>nadomestki obrokov ter dietetična hrana in pijače, ki niso navedeni kot za medicinsko ali veterinarsko uporabo, ki jih je treba razvrstiti v ustrezne razrede hrane ali pijače, na primer krompirjevi čipsi z nizko vsebnostjo maščob (razred 29), žitne ploščice z visoko vsebnostjo beljakovin (razred 30), izotonične pijače (razred 32)</w:t>
            </w:r>
          </w:p>
        </w:tc>
      </w:tr>
    </w:tbl>
    <w:p w:rsidR="00F875A9" w:rsidRPr="001C05F7" w:rsidRDefault="00F875A9" w:rsidP="001350B7">
      <w:pPr>
        <w:spacing w:after="360"/>
        <w:ind w:left="0" w:firstLine="0"/>
        <w:rPr>
          <w:lang w:val="sl-SI"/>
        </w:rPr>
      </w:pPr>
    </w:p>
    <w:p w:rsidR="001C05F7" w:rsidRPr="00454578" w:rsidRDefault="001C05F7">
      <w:pPr>
        <w:rPr>
          <w:lang w:val="sl-SI"/>
        </w:rPr>
        <w:sectPr w:rsidR="001C05F7" w:rsidRPr="00454578" w:rsidSect="00E00425">
          <w:type w:val="continuous"/>
          <w:pgSz w:w="11907" w:h="16840" w:code="9"/>
          <w:pgMar w:top="1418" w:right="1418" w:bottom="1418" w:left="1418" w:header="720" w:footer="720" w:gutter="0"/>
          <w:cols w:space="720"/>
          <w:docGrid w:linePitch="360"/>
        </w:sectPr>
      </w:pPr>
    </w:p>
    <w:p w:rsidR="00DF5041" w:rsidRDefault="00DF5041" w:rsidP="00DF5041">
      <w:r>
        <w:t>050001</w:t>
      </w:r>
      <w:r>
        <w:tab/>
        <w:t>Dentalni abrazivi</w:t>
      </w:r>
    </w:p>
    <w:p w:rsidR="00DF5041" w:rsidRDefault="00DF5041" w:rsidP="00DF5041">
      <w:r>
        <w:t>050002</w:t>
      </w:r>
      <w:r>
        <w:tab/>
        <w:t>Akonitin</w:t>
      </w:r>
    </w:p>
    <w:p w:rsidR="00DF5041" w:rsidRDefault="00DF5041" w:rsidP="00DF5041">
      <w:r>
        <w:t>050003</w:t>
      </w:r>
      <w:r>
        <w:tab/>
        <w:t>Lepila za zobne proteze</w:t>
      </w:r>
    </w:p>
    <w:p w:rsidR="00DF5041" w:rsidRDefault="00DF5041" w:rsidP="00DF5041">
      <w:r>
        <w:t>050005</w:t>
      </w:r>
      <w:r>
        <w:tab/>
        <w:t>Pripravki za čiščenje zraka</w:t>
      </w:r>
    </w:p>
    <w:p w:rsidR="00DF5041" w:rsidRDefault="00DF5041" w:rsidP="00DF5041">
      <w:r>
        <w:t>050006</w:t>
      </w:r>
      <w:r>
        <w:tab/>
        <w:t>Albuminska živila za medicinske namene</w:t>
      </w:r>
    </w:p>
    <w:p w:rsidR="00DF5041" w:rsidRDefault="00DF5041" w:rsidP="00DF5041">
      <w:r>
        <w:t>050007</w:t>
      </w:r>
      <w:r>
        <w:tab/>
        <w:t>Albuminski pripravki za medicinske namene</w:t>
      </w:r>
    </w:p>
    <w:p w:rsidR="00DF5041" w:rsidRDefault="00DF5041" w:rsidP="00DF5041">
      <w:r>
        <w:t>050008</w:t>
      </w:r>
      <w:r>
        <w:tab/>
        <w:t>Medicinski alkohol</w:t>
      </w:r>
    </w:p>
    <w:p w:rsidR="00DF5041" w:rsidRDefault="00DF5041" w:rsidP="00DF5041">
      <w:r>
        <w:t>050009</w:t>
      </w:r>
      <w:r>
        <w:tab/>
        <w:t>Aldehidi za farmacevtske namene</w:t>
      </w:r>
    </w:p>
    <w:p w:rsidR="00DF5041" w:rsidRDefault="00DF5041" w:rsidP="00DF5041">
      <w:r>
        <w:t>050010</w:t>
      </w:r>
      <w:r>
        <w:tab/>
        <w:t>Zlitine plemenitih kovin za zobozdravstvene namene</w:t>
      </w:r>
    </w:p>
    <w:p w:rsidR="00DF5041" w:rsidRDefault="00DF5041" w:rsidP="00DF5041">
      <w:r>
        <w:t>050012</w:t>
      </w:r>
      <w:r>
        <w:tab/>
        <w:t>Dentalni amalgami</w:t>
      </w:r>
    </w:p>
    <w:p w:rsidR="00DF5041" w:rsidRDefault="00DF5041" w:rsidP="00DF5041">
      <w:r>
        <w:t>050013</w:t>
      </w:r>
      <w:r>
        <w:tab/>
        <w:t>Škrob za dietetične ali farmacevtske namene</w:t>
      </w:r>
    </w:p>
    <w:p w:rsidR="00DF5041" w:rsidRDefault="00DF5041" w:rsidP="00DF5041">
      <w:r>
        <w:t>050017</w:t>
      </w:r>
      <w:r>
        <w:tab/>
        <w:t>Anestetiki</w:t>
      </w:r>
    </w:p>
    <w:p w:rsidR="00DF5041" w:rsidRDefault="00DF5041" w:rsidP="00DF5041">
      <w:r>
        <w:t>050018</w:t>
      </w:r>
      <w:r>
        <w:tab/>
        <w:t>Koprčevo olje za medicinske namene</w:t>
      </w:r>
    </w:p>
    <w:p w:rsidR="00DF5041" w:rsidRDefault="00DF5041" w:rsidP="00DF5041">
      <w:r>
        <w:t>050019</w:t>
      </w:r>
      <w:r>
        <w:tab/>
        <w:t>Obliži</w:t>
      </w:r>
    </w:p>
    <w:p w:rsidR="00DF5041" w:rsidRDefault="00DF5041" w:rsidP="00DF5041">
      <w:r>
        <w:t>050020</w:t>
      </w:r>
      <w:r>
        <w:tab/>
        <w:t>Lubje drevesa angostura za medicinske namene</w:t>
      </w:r>
    </w:p>
    <w:p w:rsidR="00DF5041" w:rsidRDefault="00DF5041" w:rsidP="00DF5041">
      <w:r>
        <w:t>050022</w:t>
      </w:r>
      <w:r>
        <w:tab/>
        <w:t>Čaj za astmatike</w:t>
      </w:r>
    </w:p>
    <w:p w:rsidR="00DF5041" w:rsidRDefault="00DF5041" w:rsidP="00DF5041">
      <w:r>
        <w:t>050023</w:t>
      </w:r>
      <w:r>
        <w:tab/>
        <w:t>Mazilo proti ozeblinam za farmacevtske namene</w:t>
      </w:r>
    </w:p>
    <w:p w:rsidR="00DF5041" w:rsidRDefault="00DF5041" w:rsidP="00DF5041">
      <w:r>
        <w:t>050025</w:t>
      </w:r>
      <w:r>
        <w:tab/>
        <w:t>Pripravki za hemoroide</w:t>
      </w:r>
    </w:p>
    <w:p w:rsidR="00DF5041" w:rsidRDefault="00DF5041" w:rsidP="00DF5041">
      <w:r>
        <w:t>050026</w:t>
      </w:r>
      <w:r>
        <w:tab/>
        <w:t>Pripravki za uničevanje glivic</w:t>
      </w:r>
    </w:p>
    <w:p w:rsidR="00DF5041" w:rsidRDefault="00DF5041" w:rsidP="00DF5041">
      <w:r>
        <w:t>050028</w:t>
      </w:r>
      <w:r>
        <w:tab/>
        <w:t>Sredstva proti moljem</w:t>
      </w:r>
    </w:p>
    <w:p w:rsidR="00DF5041" w:rsidRDefault="00DF5041" w:rsidP="00DF5041">
      <w:r>
        <w:t>050029</w:t>
      </w:r>
      <w:r>
        <w:tab/>
        <w:t>Sredstva proti zajedavcem</w:t>
      </w:r>
    </w:p>
    <w:p w:rsidR="00DF5041" w:rsidRDefault="00DF5041" w:rsidP="00DF5041">
      <w:r>
        <w:t>050030</w:t>
      </w:r>
      <w:r>
        <w:tab/>
        <w:t>Antiseptiki</w:t>
      </w:r>
    </w:p>
    <w:p w:rsidR="00DF5041" w:rsidRDefault="00DF5041" w:rsidP="00DF5041">
      <w:r>
        <w:t>050031</w:t>
      </w:r>
      <w:r>
        <w:tab/>
        <w:t>Antiseptični bombaž</w:t>
      </w:r>
    </w:p>
    <w:p w:rsidR="00DF5041" w:rsidRDefault="00DF5041" w:rsidP="00DF5041">
      <w:r>
        <w:t>050032</w:t>
      </w:r>
      <w:r>
        <w:tab/>
        <w:t>Antidiuretična sredstva</w:t>
      </w:r>
    </w:p>
    <w:p w:rsidR="00DF5041" w:rsidRDefault="00DF5041" w:rsidP="00DF5041">
      <w:r>
        <w:t>050033</w:t>
      </w:r>
      <w:r>
        <w:tab/>
        <w:t>Svinčniki za bradavice</w:t>
      </w:r>
    </w:p>
    <w:p w:rsidR="00DF5041" w:rsidRDefault="00DF5041" w:rsidP="00DF5041">
      <w:r>
        <w:t>050034</w:t>
      </w:r>
      <w:r>
        <w:tab/>
        <w:t>Aseptična vata</w:t>
      </w:r>
    </w:p>
    <w:p w:rsidR="00DF5041" w:rsidRDefault="00DF5041" w:rsidP="00DF5041">
      <w:r>
        <w:t>050035</w:t>
      </w:r>
      <w:r>
        <w:tab/>
        <w:t>Papir za lovljenje muh</w:t>
      </w:r>
    </w:p>
    <w:p w:rsidR="00DF5041" w:rsidRDefault="00DF5041" w:rsidP="00DF5041">
      <w:r>
        <w:t>050037</w:t>
      </w:r>
      <w:r>
        <w:tab/>
        <w:t>Bakteriološki pripravki za medicinsko in veterinarsko uporabo</w:t>
      </w:r>
    </w:p>
    <w:p w:rsidR="00DF5041" w:rsidRDefault="00DF5041" w:rsidP="00DF5041">
      <w:r>
        <w:t>050038</w:t>
      </w:r>
      <w:r>
        <w:tab/>
        <w:t>Bakterijski strupi</w:t>
      </w:r>
    </w:p>
    <w:p w:rsidR="00DF5041" w:rsidRDefault="00DF5041" w:rsidP="00DF5041">
      <w:r>
        <w:t>050039</w:t>
      </w:r>
      <w:r>
        <w:tab/>
        <w:t>Bakterijski pripravki za medicinsko in veterinarsko uporabo</w:t>
      </w:r>
    </w:p>
    <w:p w:rsidR="00DF5041" w:rsidRDefault="00DF5041" w:rsidP="00DF5041">
      <w:r>
        <w:t>050040</w:t>
      </w:r>
      <w:r>
        <w:tab/>
        <w:t>Obročki za kurja očesa na nogah</w:t>
      </w:r>
    </w:p>
    <w:p w:rsidR="00DF5041" w:rsidRDefault="00DF5041" w:rsidP="00DF5041">
      <w:r>
        <w:t>050041</w:t>
      </w:r>
      <w:r>
        <w:tab/>
        <w:t>Pripravki za kopanje za medicinske namene</w:t>
      </w:r>
    </w:p>
    <w:p w:rsidR="00DF5041" w:rsidRPr="003834FA" w:rsidRDefault="00DF5041" w:rsidP="00DF5041">
      <w:pPr>
        <w:rPr>
          <w:lang w:val="fr-FR"/>
        </w:rPr>
      </w:pPr>
      <w:r>
        <w:t>050042</w:t>
      </w:r>
      <w:r>
        <w:tab/>
      </w:r>
      <w:r w:rsidRPr="003834FA">
        <w:rPr>
          <w:lang w:val="fr-FR"/>
        </w:rPr>
        <w:t>Soli za mineralne vodne kopeli</w:t>
      </w:r>
    </w:p>
    <w:p w:rsidR="00DF5041" w:rsidRDefault="00DF5041" w:rsidP="00DF5041">
      <w:r>
        <w:t>050043</w:t>
      </w:r>
      <w:r>
        <w:tab/>
        <w:t>Kisikove kopeli</w:t>
      </w:r>
    </w:p>
    <w:p w:rsidR="00DF5041" w:rsidRDefault="00DF5041" w:rsidP="00DF5041">
      <w:r>
        <w:t>050044</w:t>
      </w:r>
      <w:r>
        <w:tab/>
        <w:t>Morska voda za zdravilne kopeli</w:t>
      </w:r>
    </w:p>
    <w:p w:rsidR="00DF5041" w:rsidRDefault="00DF5041" w:rsidP="00DF5041">
      <w:r>
        <w:t>050045</w:t>
      </w:r>
      <w:r>
        <w:tab/>
        <w:t>Terapevtski pripravki za kopel</w:t>
      </w:r>
    </w:p>
    <w:p w:rsidR="00DF5041" w:rsidRDefault="00DF5041" w:rsidP="00DF5041">
      <w:r>
        <w:t>050046</w:t>
      </w:r>
      <w:r>
        <w:tab/>
        <w:t>Balzamski pripravki za medicinske namene</w:t>
      </w:r>
    </w:p>
    <w:p w:rsidR="00DF5041" w:rsidRDefault="00DF5041" w:rsidP="00DF5041">
      <w:r>
        <w:lastRenderedPageBreak/>
        <w:t>050049</w:t>
      </w:r>
      <w:r>
        <w:tab/>
        <w:t>Povoji za obveze</w:t>
      </w:r>
    </w:p>
    <w:p w:rsidR="00DF5041" w:rsidRDefault="00DF5041" w:rsidP="00DF5041">
      <w:r>
        <w:t>050050</w:t>
      </w:r>
      <w:r>
        <w:tab/>
        <w:t>Balzami za medicinske namene</w:t>
      </w:r>
    </w:p>
    <w:p w:rsidR="00DF5041" w:rsidRDefault="00DF5041" w:rsidP="00DF5041">
      <w:r>
        <w:t>050051</w:t>
      </w:r>
      <w:r>
        <w:tab/>
        <w:t>Sredstva za umivanje živine [insekticidi]</w:t>
      </w:r>
    </w:p>
    <w:p w:rsidR="00DF5041" w:rsidRDefault="00DF5041" w:rsidP="00DF5041">
      <w:r>
        <w:t>050052</w:t>
      </w:r>
      <w:r>
        <w:tab/>
        <w:t>Biocidi</w:t>
      </w:r>
    </w:p>
    <w:p w:rsidR="00DF5041" w:rsidRDefault="00DF5041" w:rsidP="00DF5041">
      <w:r>
        <w:t>050053</w:t>
      </w:r>
      <w:r>
        <w:tab/>
        <w:t>Bizmutovi pripravki za farmacevtske namene</w:t>
      </w:r>
    </w:p>
    <w:p w:rsidR="00DF5041" w:rsidRDefault="00DF5041" w:rsidP="00DF5041">
      <w:r>
        <w:t>050055</w:t>
      </w:r>
      <w:r>
        <w:tab/>
        <w:t>Insekticidi</w:t>
      </w:r>
    </w:p>
    <w:p w:rsidR="00DF5041" w:rsidRDefault="00DF5041" w:rsidP="00DF5041">
      <w:r>
        <w:t>050056</w:t>
      </w:r>
      <w:r>
        <w:tab/>
        <w:t>Aktivno oglje za farmacevtske namene</w:t>
      </w:r>
    </w:p>
    <w:p w:rsidR="00DF5041" w:rsidRDefault="00DF5041" w:rsidP="00DF5041">
      <w:r>
        <w:t>050059</w:t>
      </w:r>
      <w:r>
        <w:tab/>
        <w:t>Blato za kopeli</w:t>
      </w:r>
    </w:p>
    <w:p w:rsidR="00DF5041" w:rsidRDefault="00DF5041" w:rsidP="00DF5041">
      <w:r>
        <w:t>050061</w:t>
      </w:r>
      <w:r>
        <w:tab/>
        <w:t>Preparati za zdravljenje opeklin</w:t>
      </w:r>
    </w:p>
    <w:p w:rsidR="00DF5041" w:rsidRDefault="00DF5041" w:rsidP="00DF5041">
      <w:r>
        <w:t>050062</w:t>
      </w:r>
      <w:r>
        <w:tab/>
        <w:t>Akacijev sok za farmacevtske namene</w:t>
      </w:r>
    </w:p>
    <w:p w:rsidR="00DF5041" w:rsidRDefault="00DF5041" w:rsidP="00DF5041">
      <w:r>
        <w:t>050063</w:t>
      </w:r>
      <w:r>
        <w:tab/>
        <w:t>Pripravki za otiščance</w:t>
      </w:r>
    </w:p>
    <w:p w:rsidR="00DF5041" w:rsidRDefault="00DF5041" w:rsidP="00DF5041">
      <w:r>
        <w:t>050064</w:t>
      </w:r>
      <w:r>
        <w:tab/>
        <w:t>Kalomel [fungicid]</w:t>
      </w:r>
    </w:p>
    <w:p w:rsidR="00DF5041" w:rsidRDefault="00DF5041" w:rsidP="00DF5041">
      <w:r>
        <w:t>050065</w:t>
      </w:r>
      <w:r>
        <w:tab/>
        <w:t>Kantaridin v prahu</w:t>
      </w:r>
    </w:p>
    <w:p w:rsidR="00DF5041" w:rsidRDefault="00DF5041" w:rsidP="00DF5041">
      <w:r>
        <w:t>050066</w:t>
      </w:r>
      <w:r>
        <w:tab/>
        <w:t>Guma za zobozdravstvene namene</w:t>
      </w:r>
    </w:p>
    <w:p w:rsidR="00DF5041" w:rsidRDefault="00DF5041" w:rsidP="00DF5041">
      <w:r>
        <w:t>050067</w:t>
      </w:r>
      <w:r>
        <w:tab/>
        <w:t>Sirupi za farmacevtske namene</w:t>
      </w:r>
    </w:p>
    <w:p w:rsidR="00DF5041" w:rsidRDefault="00DF5041" w:rsidP="00DF5041">
      <w:r>
        <w:t>050068</w:t>
      </w:r>
      <w:r>
        <w:tab/>
        <w:t>Kapsule za zdravila</w:t>
      </w:r>
    </w:p>
    <w:p w:rsidR="00DF5041" w:rsidRDefault="00DF5041" w:rsidP="00DF5041">
      <w:r>
        <w:t>050069</w:t>
      </w:r>
      <w:r>
        <w:tab/>
        <w:t>Farmacevtski pripravki</w:t>
      </w:r>
    </w:p>
    <w:p w:rsidR="00DF5041" w:rsidRDefault="00DF5041" w:rsidP="00DF5041">
      <w:r>
        <w:t>050070</w:t>
      </w:r>
      <w:r>
        <w:tab/>
        <w:t>Obkladki</w:t>
      </w:r>
    </w:p>
    <w:p w:rsidR="00DF5041" w:rsidRDefault="00DF5041" w:rsidP="00DF5041">
      <w:r>
        <w:t>050072</w:t>
      </w:r>
      <w:r>
        <w:tab/>
        <w:t>Bombaž za medicinske namene</w:t>
      </w:r>
    </w:p>
    <w:p w:rsidR="00DF5041" w:rsidRDefault="00DF5041" w:rsidP="00DF5041">
      <w:r>
        <w:t>050073</w:t>
      </w:r>
      <w:r>
        <w:tab/>
        <w:t>Gaza za medicinske namene</w:t>
      </w:r>
    </w:p>
    <w:p w:rsidR="00DF5041" w:rsidRDefault="00DF5041" w:rsidP="00DF5041">
      <w:r>
        <w:t>050074</w:t>
      </w:r>
      <w:r>
        <w:tab/>
        <w:t>Pripravki iz apna za farmacevtske namene</w:t>
      </w:r>
    </w:p>
    <w:p w:rsidR="00DF5041" w:rsidRDefault="00DF5041" w:rsidP="00DF5041">
      <w:r>
        <w:t>050075</w:t>
      </w:r>
      <w:r>
        <w:tab/>
        <w:t>Sredstva za umivanje psov [insekticidi]</w:t>
      </w:r>
    </w:p>
    <w:p w:rsidR="00DF5041" w:rsidRDefault="00DF5041" w:rsidP="00DF5041">
      <w:r>
        <w:t>050076</w:t>
      </w:r>
      <w:r>
        <w:tab/>
        <w:t>Sredstva za odganjanje psov</w:t>
      </w:r>
    </w:p>
    <w:p w:rsidR="00DF5041" w:rsidRDefault="00DF5041" w:rsidP="00DF5041">
      <w:r>
        <w:t>050077</w:t>
      </w:r>
      <w:r>
        <w:tab/>
        <w:t>Kemijsko-farmacevtski pripravki</w:t>
      </w:r>
    </w:p>
    <w:p w:rsidR="00DF5041" w:rsidRDefault="00DF5041" w:rsidP="00DF5041">
      <w:r>
        <w:t>050079</w:t>
      </w:r>
      <w:r>
        <w:tab/>
        <w:t>Hidriran kloral za farmacevtske namene</w:t>
      </w:r>
    </w:p>
    <w:p w:rsidR="00DF5041" w:rsidRDefault="00DF5041" w:rsidP="00DF5041">
      <w:r>
        <w:t>050080</w:t>
      </w:r>
      <w:r>
        <w:tab/>
        <w:t>Kloroform</w:t>
      </w:r>
    </w:p>
    <w:p w:rsidR="00DF5041" w:rsidRDefault="00DF5041" w:rsidP="00DF5041">
      <w:r>
        <w:t>050081</w:t>
      </w:r>
      <w:r>
        <w:tab/>
        <w:t>Cigarete brez tobaka za medicinske namene</w:t>
      </w:r>
    </w:p>
    <w:p w:rsidR="00DF5041" w:rsidRDefault="00DF5041" w:rsidP="00DF5041">
      <w:r>
        <w:t>050082</w:t>
      </w:r>
      <w:r>
        <w:tab/>
        <w:t>Dentalni cementi</w:t>
      </w:r>
    </w:p>
    <w:p w:rsidR="00DF5041" w:rsidRDefault="00DF5041" w:rsidP="00DF5041">
      <w:r>
        <w:t>050083</w:t>
      </w:r>
      <w:r>
        <w:tab/>
        <w:t>Cement za živalska kopita</w:t>
      </w:r>
    </w:p>
    <w:p w:rsidR="00DF5041" w:rsidRDefault="00DF5041" w:rsidP="00DF5041">
      <w:r>
        <w:t>050086</w:t>
      </w:r>
      <w:r>
        <w:tab/>
        <w:t>Kokain za medicinske namene</w:t>
      </w:r>
    </w:p>
    <w:p w:rsidR="00DF5041" w:rsidRDefault="00DF5041" w:rsidP="00DF5041">
      <w:r>
        <w:t>050087</w:t>
      </w:r>
      <w:r>
        <w:tab/>
        <w:t>Ovratnice proti parazitom za živali</w:t>
      </w:r>
    </w:p>
    <w:p w:rsidR="00DF5041" w:rsidRDefault="00DF5041" w:rsidP="00DF5041">
      <w:r>
        <w:t>050088</w:t>
      </w:r>
      <w:r>
        <w:tab/>
        <w:t>Sredstva za izpiranje oči</w:t>
      </w:r>
    </w:p>
    <w:p w:rsidR="00DF5041" w:rsidRDefault="00DF5041" w:rsidP="00DF5041">
      <w:r>
        <w:t>050089</w:t>
      </w:r>
      <w:r>
        <w:tab/>
        <w:t>Obveze</w:t>
      </w:r>
    </w:p>
    <w:p w:rsidR="00DF5041" w:rsidRDefault="00DF5041" w:rsidP="00DF5041">
      <w:r>
        <w:t>050090</w:t>
      </w:r>
      <w:r>
        <w:tab/>
        <w:t>Vitaminski pripravki</w:t>
      </w:r>
    </w:p>
    <w:p w:rsidR="00DF5041" w:rsidRDefault="00DF5041" w:rsidP="00DF5041">
      <w:r>
        <w:t>050091</w:t>
      </w:r>
      <w:r>
        <w:tab/>
        <w:t>Kemični prevodniki za elektrokardiografske elektrode</w:t>
      </w:r>
    </w:p>
    <w:p w:rsidR="00DF5041" w:rsidRDefault="00DF5041" w:rsidP="00DF5041">
      <w:r>
        <w:t>050092</w:t>
      </w:r>
      <w:r>
        <w:tab/>
        <w:t>Kondurangova skorja za medicinske namene</w:t>
      </w:r>
    </w:p>
    <w:p w:rsidR="00DF5041" w:rsidRDefault="00DF5041" w:rsidP="00DF5041">
      <w:r>
        <w:t>050093</w:t>
      </w:r>
      <w:r>
        <w:tab/>
        <w:t>Zdravila za olajševanje zaprtja</w:t>
      </w:r>
    </w:p>
    <w:p w:rsidR="00DF5041" w:rsidRDefault="00DF5041" w:rsidP="00DF5041">
      <w:r>
        <w:t>050094</w:t>
      </w:r>
      <w:r>
        <w:tab/>
        <w:t>Raztopine za kontaktne leče</w:t>
      </w:r>
    </w:p>
    <w:p w:rsidR="00DF5041" w:rsidRDefault="00DF5041" w:rsidP="00DF5041">
      <w:r>
        <w:t>050095</w:t>
      </w:r>
      <w:r>
        <w:tab/>
        <w:t>Kemična kontracepcijska sredstva</w:t>
      </w:r>
    </w:p>
    <w:p w:rsidR="00DF5041" w:rsidRDefault="00DF5041" w:rsidP="00DF5041">
      <w:r>
        <w:t>050096</w:t>
      </w:r>
      <w:r>
        <w:tab/>
        <w:t>Radiološke kontrastne snovi za medicinske namene</w:t>
      </w:r>
    </w:p>
    <w:p w:rsidR="00DF5041" w:rsidRDefault="00DF5041" w:rsidP="00DF5041">
      <w:r>
        <w:t>050098</w:t>
      </w:r>
      <w:r>
        <w:tab/>
        <w:t>Zdravila za kurja očesa</w:t>
      </w:r>
    </w:p>
    <w:p w:rsidR="00DF5041" w:rsidRDefault="00DF5041" w:rsidP="00DF5041">
      <w:r>
        <w:t>050099</w:t>
      </w:r>
      <w:r>
        <w:tab/>
        <w:t>Medicinski bombaž</w:t>
      </w:r>
    </w:p>
    <w:p w:rsidR="00DF5041" w:rsidRDefault="00DF5041" w:rsidP="00DF5041">
      <w:r>
        <w:t>050100</w:t>
      </w:r>
      <w:r>
        <w:tab/>
        <w:t>Pripravki za sončne opekline za farmacevtske namene</w:t>
      </w:r>
    </w:p>
    <w:p w:rsidR="00DF5041" w:rsidRDefault="00DF5041" w:rsidP="00DF5041">
      <w:r>
        <w:t>050102</w:t>
      </w:r>
      <w:r>
        <w:tab/>
        <w:t>Kavstični svinčniki</w:t>
      </w:r>
    </w:p>
    <w:p w:rsidR="00DF5041" w:rsidRDefault="00DF5041" w:rsidP="00DF5041">
      <w:r>
        <w:t>050103</w:t>
      </w:r>
      <w:r>
        <w:tab/>
        <w:t>Pripravki proti ozeblinam</w:t>
      </w:r>
    </w:p>
    <w:p w:rsidR="00DF5041" w:rsidRDefault="00DF5041" w:rsidP="00DF5041">
      <w:r>
        <w:t>050105</w:t>
      </w:r>
      <w:r>
        <w:tab/>
        <w:t>Krotonova skorja</w:t>
      </w:r>
    </w:p>
    <w:p w:rsidR="00DF5041" w:rsidRDefault="00DF5041" w:rsidP="00DF5041">
      <w:r>
        <w:t>050106</w:t>
      </w:r>
      <w:r>
        <w:tab/>
        <w:t>Kurare</w:t>
      </w:r>
    </w:p>
    <w:p w:rsidR="00DF5041" w:rsidRDefault="00DF5041" w:rsidP="00DF5041">
      <w:r>
        <w:t>050107</w:t>
      </w:r>
      <w:r>
        <w:tab/>
        <w:t>Cepiva</w:t>
      </w:r>
    </w:p>
    <w:p w:rsidR="00DF5041" w:rsidRDefault="00DF5041" w:rsidP="00DF5041">
      <w:r>
        <w:t>050108</w:t>
      </w:r>
      <w:r>
        <w:tab/>
        <w:t>Detergenti za medicinske namene</w:t>
      </w:r>
    </w:p>
    <w:p w:rsidR="00DF5041" w:rsidRDefault="00DF5041" w:rsidP="00DF5041">
      <w:r>
        <w:t>050109</w:t>
      </w:r>
      <w:r>
        <w:tab/>
        <w:t>Zvarki za farmacevtske namene</w:t>
      </w:r>
    </w:p>
    <w:p w:rsidR="00DF5041" w:rsidRDefault="00DF5041" w:rsidP="00DF5041">
      <w:r>
        <w:t>050110</w:t>
      </w:r>
      <w:r>
        <w:tab/>
        <w:t>Materiali za plombiranje zob</w:t>
      </w:r>
    </w:p>
    <w:p w:rsidR="00DF5041" w:rsidRDefault="00DF5041" w:rsidP="00DF5041">
      <w:r>
        <w:t>050111</w:t>
      </w:r>
      <w:r>
        <w:tab/>
        <w:t>Dentalni voski</w:t>
      </w:r>
    </w:p>
    <w:p w:rsidR="00DF5041" w:rsidRDefault="00DF5041" w:rsidP="00DF5041">
      <w:r>
        <w:t>050112</w:t>
      </w:r>
      <w:r>
        <w:tab/>
        <w:t>Dentalni lak</w:t>
      </w:r>
    </w:p>
    <w:p w:rsidR="00DF5041" w:rsidRDefault="00DF5041" w:rsidP="00DF5041">
      <w:r>
        <w:t>050113</w:t>
      </w:r>
      <w:r>
        <w:tab/>
        <w:t>Dentalni mastiksi</w:t>
      </w:r>
    </w:p>
    <w:p w:rsidR="00DF5041" w:rsidRDefault="00DF5041" w:rsidP="00DF5041">
      <w:r>
        <w:t>050114</w:t>
      </w:r>
      <w:r>
        <w:tab/>
        <w:t>Medicinske obveze</w:t>
      </w:r>
    </w:p>
    <w:p w:rsidR="00DF5041" w:rsidRDefault="00DF5041" w:rsidP="00DF5041">
      <w:r>
        <w:t>050115</w:t>
      </w:r>
      <w:r>
        <w:tab/>
        <w:t>Porcelan za zobne proteze</w:t>
      </w:r>
    </w:p>
    <w:p w:rsidR="00DF5041" w:rsidRDefault="00DF5041" w:rsidP="00DF5041">
      <w:r>
        <w:t>050116</w:t>
      </w:r>
      <w:r>
        <w:tab/>
        <w:t>Sredstva za lajšanje težav pri dobivanju zob</w:t>
      </w:r>
    </w:p>
    <w:p w:rsidR="00DF5041" w:rsidRDefault="00DF5041" w:rsidP="00DF5041">
      <w:r>
        <w:t>050117</w:t>
      </w:r>
      <w:r>
        <w:tab/>
        <w:t>Odvajala</w:t>
      </w:r>
    </w:p>
    <w:p w:rsidR="00DF5041" w:rsidRDefault="00DF5041" w:rsidP="00DF5041">
      <w:r>
        <w:t>050118</w:t>
      </w:r>
      <w:r>
        <w:tab/>
        <w:t>Razkužila za higienske namene</w:t>
      </w:r>
    </w:p>
    <w:p w:rsidR="00DF5041" w:rsidRPr="003834FA" w:rsidRDefault="00DF5041" w:rsidP="00DF5041">
      <w:pPr>
        <w:rPr>
          <w:lang w:val="fr-FR"/>
        </w:rPr>
      </w:pPr>
      <w:r>
        <w:t>050119</w:t>
      </w:r>
      <w:r>
        <w:tab/>
      </w:r>
      <w:r w:rsidRPr="003834FA">
        <w:rPr>
          <w:lang w:val="fr-FR"/>
        </w:rPr>
        <w:t>Dezodoranti, razen za ljudi ali živali</w:t>
      </w:r>
    </w:p>
    <w:p w:rsidR="00DF5041" w:rsidRDefault="00DF5041" w:rsidP="00DF5041">
      <w:r>
        <w:t>050120</w:t>
      </w:r>
      <w:r>
        <w:tab/>
        <w:t>Pripravki za uničevanje miši</w:t>
      </w:r>
    </w:p>
    <w:p w:rsidR="00DF5041" w:rsidRDefault="00DF5041" w:rsidP="00DF5041">
      <w:r>
        <w:t>050121</w:t>
      </w:r>
      <w:r>
        <w:tab/>
        <w:t>Diabetični kruh za medicinske namene</w:t>
      </w:r>
    </w:p>
    <w:p w:rsidR="00DF5041" w:rsidRDefault="00DF5041" w:rsidP="00DF5041">
      <w:r>
        <w:t>050122</w:t>
      </w:r>
      <w:r>
        <w:tab/>
        <w:t>Digestivi za farmacevtske namene</w:t>
      </w:r>
    </w:p>
    <w:p w:rsidR="00DF5041" w:rsidRDefault="00DF5041" w:rsidP="00DF5041">
      <w:r>
        <w:t>050123</w:t>
      </w:r>
      <w:r>
        <w:tab/>
        <w:t>Digitalin</w:t>
      </w:r>
    </w:p>
    <w:p w:rsidR="00DF5041" w:rsidRDefault="00DF5041" w:rsidP="00DF5041">
      <w:r>
        <w:t>050124</w:t>
      </w:r>
      <w:r>
        <w:tab/>
        <w:t>Analgetiki</w:t>
      </w:r>
    </w:p>
    <w:p w:rsidR="00DF5041" w:rsidRDefault="00DF5041" w:rsidP="00DF5041">
      <w:r>
        <w:t>050125</w:t>
      </w:r>
      <w:r>
        <w:tab/>
        <w:t>Droge za medicinske namene</w:t>
      </w:r>
    </w:p>
    <w:p w:rsidR="00DF5041" w:rsidRDefault="00DF5041" w:rsidP="00DF5041">
      <w:r>
        <w:t>050126</w:t>
      </w:r>
      <w:r>
        <w:tab/>
        <w:t>Potovalne torbe z zdravili</w:t>
      </w:r>
    </w:p>
    <w:p w:rsidR="00DF5041" w:rsidRDefault="00DF5041" w:rsidP="00DF5041">
      <w:r>
        <w:t>050127</w:t>
      </w:r>
      <w:r>
        <w:tab/>
        <w:t>Magnezijev oksid za farmacevtske namene</w:t>
      </w:r>
    </w:p>
    <w:p w:rsidR="00DF5041" w:rsidRDefault="00DF5041" w:rsidP="00DF5041">
      <w:r>
        <w:t>050128</w:t>
      </w:r>
      <w:r>
        <w:tab/>
        <w:t>Melisina voda za farmacevtske namene</w:t>
      </w:r>
    </w:p>
    <w:p w:rsidR="00DF5041" w:rsidRDefault="00DF5041" w:rsidP="00DF5041">
      <w:r>
        <w:t>050129</w:t>
      </w:r>
      <w:r>
        <w:tab/>
        <w:t>Mineralne vode za medicinske namene</w:t>
      </w:r>
    </w:p>
    <w:p w:rsidR="00DF5041" w:rsidRDefault="00DF5041" w:rsidP="00DF5041">
      <w:r>
        <w:t>050130</w:t>
      </w:r>
      <w:r>
        <w:tab/>
        <w:t>Soli mineralne vode</w:t>
      </w:r>
    </w:p>
    <w:p w:rsidR="00DF5041" w:rsidRDefault="00DF5041" w:rsidP="00DF5041">
      <w:r>
        <w:t>050131</w:t>
      </w:r>
      <w:r>
        <w:tab/>
        <w:t>Termalna voda</w:t>
      </w:r>
    </w:p>
    <w:p w:rsidR="00DF5041" w:rsidRDefault="00DF5041" w:rsidP="00DF5041">
      <w:r>
        <w:t>050132</w:t>
      </w:r>
      <w:r>
        <w:tab/>
        <w:t>Lubje za farmacevtske namene</w:t>
      </w:r>
    </w:p>
    <w:p w:rsidR="00DF5041" w:rsidRDefault="00DF5041" w:rsidP="00DF5041">
      <w:r>
        <w:t>050133</w:t>
      </w:r>
      <w:r>
        <w:tab/>
        <w:t>Eliksirji [farmacevtski preparati]</w:t>
      </w:r>
    </w:p>
    <w:p w:rsidR="00DF5041" w:rsidRDefault="00DF5041" w:rsidP="00DF5041">
      <w:r>
        <w:t>050134</w:t>
      </w:r>
      <w:r>
        <w:tab/>
        <w:t>Topila za odstranjevanje samolepilnih obližev</w:t>
      </w:r>
    </w:p>
    <w:p w:rsidR="00DF5041" w:rsidRDefault="00DF5041" w:rsidP="00DF5041">
      <w:r>
        <w:t>050135</w:t>
      </w:r>
      <w:r>
        <w:tab/>
        <w:t>Pripravki proti kritosemenkam</w:t>
      </w:r>
    </w:p>
    <w:p w:rsidR="00DF5041" w:rsidRDefault="00DF5041" w:rsidP="00DF5041">
      <w:r>
        <w:t>050136</w:t>
      </w:r>
      <w:r>
        <w:tab/>
        <w:t>Gobice za celjenje ran</w:t>
      </w:r>
    </w:p>
    <w:p w:rsidR="00DF5041" w:rsidRDefault="00DF5041" w:rsidP="00DF5041">
      <w:r>
        <w:t>050137</w:t>
      </w:r>
      <w:r>
        <w:tab/>
        <w:t>Soli za medicinske namene</w:t>
      </w:r>
    </w:p>
    <w:p w:rsidR="00DF5041" w:rsidRDefault="00DF5041" w:rsidP="00DF5041">
      <w:r>
        <w:t>050138</w:t>
      </w:r>
      <w:r>
        <w:tab/>
        <w:t>Estri za farmacevtske namene</w:t>
      </w:r>
    </w:p>
    <w:p w:rsidR="00DF5041" w:rsidRDefault="00DF5041" w:rsidP="00DF5041">
      <w:r>
        <w:t>050139</w:t>
      </w:r>
      <w:r>
        <w:tab/>
        <w:t>Etri za farmacevtske namene</w:t>
      </w:r>
    </w:p>
    <w:p w:rsidR="00DF5041" w:rsidRDefault="00DF5041" w:rsidP="00DF5041">
      <w:r>
        <w:t>050140</w:t>
      </w:r>
      <w:r>
        <w:tab/>
        <w:t>Kirurške obveze</w:t>
      </w:r>
    </w:p>
    <w:p w:rsidR="00DF5041" w:rsidRDefault="00DF5041" w:rsidP="00DF5041">
      <w:r>
        <w:t>050141</w:t>
      </w:r>
      <w:r>
        <w:tab/>
        <w:t>Evkaliptol za farmacevtske namene</w:t>
      </w:r>
    </w:p>
    <w:p w:rsidR="00DF5041" w:rsidRDefault="00DF5041" w:rsidP="00DF5041">
      <w:r>
        <w:t>050142</w:t>
      </w:r>
      <w:r>
        <w:tab/>
        <w:t>Evkaliptus za farmacevtske namene</w:t>
      </w:r>
    </w:p>
    <w:p w:rsidR="00DF5041" w:rsidRDefault="00DF5041" w:rsidP="00DF5041">
      <w:r>
        <w:t>050145</w:t>
      </w:r>
      <w:r>
        <w:tab/>
        <w:t>Mlečni prah za dojenčke</w:t>
      </w:r>
    </w:p>
    <w:p w:rsidR="00DF5041" w:rsidRDefault="00DF5041" w:rsidP="00DF5041">
      <w:r>
        <w:t>050146</w:t>
      </w:r>
      <w:r>
        <w:tab/>
        <w:t>Antipiretiki (zdravila za zniževanje zvišane telesne temperature)</w:t>
      </w:r>
    </w:p>
    <w:p w:rsidR="00DF5041" w:rsidRDefault="00DF5041" w:rsidP="00DF5041">
      <w:r>
        <w:t>050147</w:t>
      </w:r>
      <w:r>
        <w:tab/>
        <w:t>Janež za medicinske namene</w:t>
      </w:r>
    </w:p>
    <w:p w:rsidR="00DF5041" w:rsidRDefault="00DF5041" w:rsidP="00DF5041">
      <w:r>
        <w:t>050148</w:t>
      </w:r>
      <w:r>
        <w:tab/>
        <w:t>Zdravilne infuzije</w:t>
      </w:r>
    </w:p>
    <w:p w:rsidR="00DF5041" w:rsidRDefault="00DF5041" w:rsidP="00DF5041">
      <w:r>
        <w:t>050149</w:t>
      </w:r>
      <w:r>
        <w:tab/>
        <w:t>Zdravilni čaj</w:t>
      </w:r>
    </w:p>
    <w:p w:rsidR="00DF5041" w:rsidRDefault="00DF5041" w:rsidP="00DF5041">
      <w:r>
        <w:t>050150</w:t>
      </w:r>
      <w:r>
        <w:tab/>
        <w:t>Ribje olje</w:t>
      </w:r>
    </w:p>
    <w:p w:rsidR="00DF5041" w:rsidRDefault="00DF5041" w:rsidP="00DF5041">
      <w:r>
        <w:t>050151</w:t>
      </w:r>
      <w:r>
        <w:tab/>
        <w:t>Fungicidi</w:t>
      </w:r>
    </w:p>
    <w:p w:rsidR="00DF5041" w:rsidRDefault="00DF5041" w:rsidP="00DF5041">
      <w:r>
        <w:t>050152</w:t>
      </w:r>
      <w:r>
        <w:tab/>
        <w:t>Zdravila za živce</w:t>
      </w:r>
    </w:p>
    <w:p w:rsidR="00DF5041" w:rsidRDefault="00DF5041" w:rsidP="00DF5041">
      <w:r>
        <w:t>050153</w:t>
      </w:r>
      <w:r>
        <w:tab/>
        <w:t>Gvajakol za farmacevtske namene</w:t>
      </w:r>
    </w:p>
    <w:p w:rsidR="00DF5041" w:rsidRDefault="00DF5041" w:rsidP="00DF5041">
      <w:r>
        <w:t>050155</w:t>
      </w:r>
      <w:r>
        <w:tab/>
        <w:t>Gaza za obveze</w:t>
      </w:r>
    </w:p>
    <w:p w:rsidR="00DF5041" w:rsidRDefault="00DF5041" w:rsidP="00DF5041">
      <w:r>
        <w:t>050156</w:t>
      </w:r>
      <w:r>
        <w:tab/>
        <w:t>Laksativi</w:t>
      </w:r>
    </w:p>
    <w:p w:rsidR="00DF5041" w:rsidRDefault="00DF5041" w:rsidP="00DF5041">
      <w:r>
        <w:t>050157</w:t>
      </w:r>
      <w:r>
        <w:tab/>
        <w:t>Želatina za medicinske namene</w:t>
      </w:r>
    </w:p>
    <w:p w:rsidR="00DF5041" w:rsidRDefault="00DF5041" w:rsidP="00DF5041">
      <w:r>
        <w:t>050158</w:t>
      </w:r>
      <w:r>
        <w:tab/>
        <w:t>Encijan za farmacevtske namene</w:t>
      </w:r>
    </w:p>
    <w:p w:rsidR="00DF5041" w:rsidRDefault="00DF5041" w:rsidP="00DF5041">
      <w:r>
        <w:lastRenderedPageBreak/>
        <w:t>050159</w:t>
      </w:r>
      <w:r>
        <w:tab/>
        <w:t>Germicidi</w:t>
      </w:r>
    </w:p>
    <w:p w:rsidR="00DF5041" w:rsidRDefault="00DF5041" w:rsidP="00DF5041">
      <w:r>
        <w:t>050160</w:t>
      </w:r>
      <w:r>
        <w:tab/>
        <w:t>Glicerofosfati</w:t>
      </w:r>
    </w:p>
    <w:p w:rsidR="00DF5041" w:rsidRDefault="00DF5041" w:rsidP="00DF5041">
      <w:r>
        <w:t>050161</w:t>
      </w:r>
      <w:r>
        <w:tab/>
        <w:t>Gumi za medicinske namene</w:t>
      </w:r>
    </w:p>
    <w:p w:rsidR="00DF5041" w:rsidRDefault="00DF5041" w:rsidP="00DF5041">
      <w:r>
        <w:t>050163</w:t>
      </w:r>
      <w:r>
        <w:tab/>
        <w:t>Masti za medicinske namene</w:t>
      </w:r>
    </w:p>
    <w:p w:rsidR="00DF5041" w:rsidRDefault="00DF5041" w:rsidP="00DF5041">
      <w:r>
        <w:t>050164</w:t>
      </w:r>
      <w:r>
        <w:tab/>
        <w:t>Masti za veterinarske namene</w:t>
      </w:r>
    </w:p>
    <w:p w:rsidR="00DF5041" w:rsidRDefault="00DF5041" w:rsidP="00DF5041">
      <w:r>
        <w:t>050165</w:t>
      </w:r>
      <w:r>
        <w:tab/>
        <w:t>Molžna mast</w:t>
      </w:r>
    </w:p>
    <w:p w:rsidR="00DF5041" w:rsidRPr="003834FA" w:rsidRDefault="00DF5041" w:rsidP="00DF5041">
      <w:pPr>
        <w:rPr>
          <w:lang w:val="fr-FR"/>
        </w:rPr>
      </w:pPr>
      <w:r>
        <w:t>050166</w:t>
      </w:r>
      <w:r>
        <w:tab/>
      </w:r>
      <w:r w:rsidRPr="003834FA">
        <w:rPr>
          <w:lang w:val="fr-FR"/>
        </w:rPr>
        <w:t>Kemični pripravki za diagnosticiranje nosečnosti</w:t>
      </w:r>
    </w:p>
    <w:p w:rsidR="00DF5041" w:rsidRDefault="00DF5041" w:rsidP="00DF5041">
      <w:r>
        <w:t>050167</w:t>
      </w:r>
      <w:r>
        <w:tab/>
        <w:t>Medicinska olja</w:t>
      </w:r>
    </w:p>
    <w:p w:rsidR="00DF5041" w:rsidRDefault="00DF5041" w:rsidP="00DF5041">
      <w:r>
        <w:t>050170</w:t>
      </w:r>
      <w:r>
        <w:tab/>
        <w:t>Zdravilna zelišča</w:t>
      </w:r>
    </w:p>
    <w:p w:rsidR="00DF5041" w:rsidRDefault="00DF5041" w:rsidP="00DF5041">
      <w:r>
        <w:t>050171</w:t>
      </w:r>
      <w:r>
        <w:tab/>
        <w:t>Hormoni za medicinske namene</w:t>
      </w:r>
    </w:p>
    <w:p w:rsidR="00DF5041" w:rsidRDefault="00DF5041" w:rsidP="00DF5041">
      <w:r>
        <w:t>050172</w:t>
      </w:r>
      <w:r>
        <w:tab/>
        <w:t>Gorčično olje za medicinske namene</w:t>
      </w:r>
    </w:p>
    <w:p w:rsidR="00DF5041" w:rsidRDefault="00DF5041" w:rsidP="00DF5041">
      <w:r>
        <w:t>050174</w:t>
      </w:r>
      <w:r>
        <w:tab/>
        <w:t>Hidrastin</w:t>
      </w:r>
    </w:p>
    <w:p w:rsidR="00DF5041" w:rsidRDefault="00DF5041" w:rsidP="00DF5041">
      <w:r>
        <w:t>050175</w:t>
      </w:r>
      <w:r>
        <w:tab/>
        <w:t>Hidrastinin</w:t>
      </w:r>
    </w:p>
    <w:p w:rsidR="00DF5041" w:rsidRDefault="00DF5041" w:rsidP="00DF5041">
      <w:r>
        <w:t>050177</w:t>
      </w:r>
      <w:r>
        <w:tab/>
        <w:t>Sperma za umetno osemenjevanje</w:t>
      </w:r>
    </w:p>
    <w:p w:rsidR="00DF5041" w:rsidRDefault="00DF5041" w:rsidP="00DF5041">
      <w:r>
        <w:t>050178</w:t>
      </w:r>
      <w:r>
        <w:tab/>
        <w:t>Sredstva za odganjanje insektov</w:t>
      </w:r>
    </w:p>
    <w:p w:rsidR="00DF5041" w:rsidRDefault="00DF5041" w:rsidP="00DF5041">
      <w:r>
        <w:t>050179</w:t>
      </w:r>
      <w:r>
        <w:tab/>
        <w:t>Jodove tinkture</w:t>
      </w:r>
    </w:p>
    <w:p w:rsidR="00DF5041" w:rsidRDefault="00DF5041" w:rsidP="00DF5041">
      <w:r>
        <w:t>050180</w:t>
      </w:r>
      <w:r>
        <w:tab/>
        <w:t>Peptoni za farmacevtske namene</w:t>
      </w:r>
    </w:p>
    <w:p w:rsidR="00DF5041" w:rsidRDefault="00DF5041" w:rsidP="00DF5041">
      <w:r>
        <w:t>050181</w:t>
      </w:r>
      <w:r>
        <w:tab/>
        <w:t>Jodoform</w:t>
      </w:r>
    </w:p>
    <w:p w:rsidR="00DF5041" w:rsidRDefault="00DF5041" w:rsidP="00DF5041">
      <w:r>
        <w:t>050182</w:t>
      </w:r>
      <w:r>
        <w:tab/>
        <w:t>Karagen za medicinske namene</w:t>
      </w:r>
    </w:p>
    <w:p w:rsidR="00DF5041" w:rsidRDefault="00DF5041" w:rsidP="00DF5041">
      <w:r>
        <w:t>050183</w:t>
      </w:r>
      <w:r>
        <w:tab/>
        <w:t>Jalapa</w:t>
      </w:r>
    </w:p>
    <w:p w:rsidR="00DF5041" w:rsidRDefault="00DF5041" w:rsidP="00DF5041">
      <w:r>
        <w:t>050184</w:t>
      </w:r>
      <w:r>
        <w:tab/>
        <w:t>Jojoba z zdravilnimi učinkovinami</w:t>
      </w:r>
    </w:p>
    <w:p w:rsidR="00DF5041" w:rsidRDefault="00DF5041" w:rsidP="00DF5041">
      <w:r>
        <w:t>050185</w:t>
      </w:r>
      <w:r>
        <w:tab/>
        <w:t>Sladki koren za farmacevtske namene</w:t>
      </w:r>
    </w:p>
    <w:p w:rsidR="00DF5041" w:rsidRDefault="00DF5041" w:rsidP="00DF5041">
      <w:r>
        <w:t>050186</w:t>
      </w:r>
      <w:r>
        <w:tab/>
        <w:t>Tobačni ekstrakti [insekticidi]</w:t>
      </w:r>
    </w:p>
    <w:p w:rsidR="00DF5041" w:rsidRDefault="00DF5041" w:rsidP="00DF5041">
      <w:r>
        <w:t>050187</w:t>
      </w:r>
      <w:r>
        <w:tab/>
        <w:t>Mlečni fermenti za farmacevtske namene</w:t>
      </w:r>
    </w:p>
    <w:p w:rsidR="00DF5041" w:rsidRDefault="00DF5041" w:rsidP="00DF5041">
      <w:r>
        <w:t>050188</w:t>
      </w:r>
      <w:r>
        <w:tab/>
        <w:t>Mlečne pijače s sladom za medicinske namene</w:t>
      </w:r>
    </w:p>
    <w:p w:rsidR="00DF5041" w:rsidRPr="003834FA" w:rsidRDefault="00DF5041" w:rsidP="00DF5041">
      <w:pPr>
        <w:rPr>
          <w:lang w:val="fr-FR"/>
        </w:rPr>
      </w:pPr>
      <w:r>
        <w:t>050189</w:t>
      </w:r>
      <w:r>
        <w:tab/>
      </w:r>
      <w:r w:rsidRPr="003834FA">
        <w:rPr>
          <w:lang w:val="fr-FR"/>
        </w:rPr>
        <w:t>Sredstva za umivanje živali [insekticidi]</w:t>
      </w:r>
    </w:p>
    <w:p w:rsidR="00DF5041" w:rsidRDefault="00DF5041" w:rsidP="00DF5041">
      <w:r>
        <w:t>050191</w:t>
      </w:r>
      <w:r>
        <w:tab/>
        <w:t>Losjoni za farmacevtsko uporabo</w:t>
      </w:r>
    </w:p>
    <w:p w:rsidR="00DF5041" w:rsidRDefault="00DF5041" w:rsidP="00DF5041">
      <w:r>
        <w:t>050193</w:t>
      </w:r>
      <w:r>
        <w:tab/>
        <w:t>Sredstva za uničevanje ličink</w:t>
      </w:r>
    </w:p>
    <w:p w:rsidR="00DF5041" w:rsidRDefault="00DF5041" w:rsidP="00DF5041">
      <w:r>
        <w:t>050194</w:t>
      </w:r>
      <w:r>
        <w:tab/>
        <w:t>Kvas za farmacevtske namene</w:t>
      </w:r>
    </w:p>
    <w:p w:rsidR="00DF5041" w:rsidRDefault="00DF5041" w:rsidP="00DF5041">
      <w:r>
        <w:t>050195</w:t>
      </w:r>
      <w:r>
        <w:tab/>
        <w:t>Pripravki za uničevanje polžev</w:t>
      </w:r>
    </w:p>
    <w:p w:rsidR="00DF5041" w:rsidRDefault="00DF5041" w:rsidP="00DF5041">
      <w:r>
        <w:t>050196</w:t>
      </w:r>
      <w:r>
        <w:tab/>
        <w:t>Linimenti</w:t>
      </w:r>
    </w:p>
    <w:p w:rsidR="00DF5041" w:rsidRDefault="00DF5041" w:rsidP="00DF5041">
      <w:r>
        <w:t>050197</w:t>
      </w:r>
      <w:r>
        <w:tab/>
        <w:t>Lupulin za farmacevtske namene</w:t>
      </w:r>
    </w:p>
    <w:p w:rsidR="00DF5041" w:rsidRDefault="00DF5041" w:rsidP="00DF5041">
      <w:r>
        <w:t>050198</w:t>
      </w:r>
      <w:r>
        <w:tab/>
        <w:t>Žvečilni gumi za medicinske namene</w:t>
      </w:r>
    </w:p>
    <w:p w:rsidR="00DF5041" w:rsidRDefault="00DF5041" w:rsidP="00DF5041">
      <w:r>
        <w:t>050199</w:t>
      </w:r>
      <w:r>
        <w:tab/>
        <w:t>Skorja mangrove za farmacevtske namene</w:t>
      </w:r>
    </w:p>
    <w:p w:rsidR="00DF5041" w:rsidRDefault="00DF5041" w:rsidP="00DF5041">
      <w:r>
        <w:t>050201</w:t>
      </w:r>
      <w:r>
        <w:tab/>
        <w:t>Meta za farmacevtske namene</w:t>
      </w:r>
    </w:p>
    <w:p w:rsidR="00DF5041" w:rsidRPr="003834FA" w:rsidRDefault="00DF5041" w:rsidP="00DF5041">
      <w:pPr>
        <w:rPr>
          <w:lang w:val="fr-FR"/>
        </w:rPr>
      </w:pPr>
      <w:r>
        <w:t>050202</w:t>
      </w:r>
      <w:r>
        <w:tab/>
      </w:r>
      <w:r w:rsidRPr="003834FA">
        <w:rPr>
          <w:lang w:val="fr-FR"/>
        </w:rPr>
        <w:t>Kemični pripravki za zatiranje plesni</w:t>
      </w:r>
    </w:p>
    <w:p w:rsidR="00DF5041" w:rsidRDefault="00DF5041" w:rsidP="00DF5041">
      <w:r>
        <w:t>050203</w:t>
      </w:r>
      <w:r>
        <w:tab/>
        <w:t>Slad za farmacevtske namene</w:t>
      </w:r>
    </w:p>
    <w:p w:rsidR="00DF5041" w:rsidRDefault="00DF5041" w:rsidP="00DF5041">
      <w:r>
        <w:t>050205</w:t>
      </w:r>
      <w:r>
        <w:tab/>
        <w:t>Žveplove paličice [dezinfekcijska sredstva]</w:t>
      </w:r>
    </w:p>
    <w:p w:rsidR="00DF5041" w:rsidRDefault="00DF5041" w:rsidP="00DF5041">
      <w:r>
        <w:t>050207</w:t>
      </w:r>
      <w:r>
        <w:tab/>
        <w:t>Pomade za medicinske namene</w:t>
      </w:r>
    </w:p>
    <w:p w:rsidR="00DF5041" w:rsidRDefault="00DF5041" w:rsidP="00DF5041">
      <w:r>
        <w:t>050208</w:t>
      </w:r>
      <w:r>
        <w:tab/>
        <w:t>Tinkture za medicinske namene</w:t>
      </w:r>
    </w:p>
    <w:p w:rsidR="00DF5041" w:rsidRDefault="00DF5041" w:rsidP="00DF5041">
      <w:r>
        <w:t>050209</w:t>
      </w:r>
      <w:r>
        <w:tab/>
        <w:t>Serumi za medicinske namene</w:t>
      </w:r>
    </w:p>
    <w:p w:rsidR="00DF5041" w:rsidRDefault="00DF5041" w:rsidP="00DF5041">
      <w:r>
        <w:t>050210</w:t>
      </w:r>
      <w:r>
        <w:tab/>
        <w:t>Mentol</w:t>
      </w:r>
    </w:p>
    <w:p w:rsidR="00DF5041" w:rsidRDefault="00DF5041" w:rsidP="00DF5041">
      <w:r>
        <w:t>050211</w:t>
      </w:r>
      <w:r>
        <w:tab/>
        <w:t>Mazila iz živega srebra</w:t>
      </w:r>
    </w:p>
    <w:p w:rsidR="00DF5041" w:rsidRDefault="00DF5041" w:rsidP="00DF5041">
      <w:r>
        <w:t>050212</w:t>
      </w:r>
      <w:r>
        <w:tab/>
        <w:t>Hranilne snovi za mikroorganizme</w:t>
      </w:r>
    </w:p>
    <w:p w:rsidR="00DF5041" w:rsidRDefault="00DF5041" w:rsidP="00DF5041">
      <w:r>
        <w:t>050213</w:t>
      </w:r>
      <w:r>
        <w:tab/>
        <w:t>Kulture mikroorganizmov za medicinsko in veterinarsko uporabo</w:t>
      </w:r>
    </w:p>
    <w:p w:rsidR="00DF5041" w:rsidRDefault="00DF5041" w:rsidP="00DF5041">
      <w:r>
        <w:t>050216</w:t>
      </w:r>
      <w:r>
        <w:tab/>
        <w:t>Strup za podgane</w:t>
      </w:r>
    </w:p>
    <w:p w:rsidR="00DF5041" w:rsidRDefault="00DF5041" w:rsidP="00DF5041">
      <w:r>
        <w:t>050218</w:t>
      </w:r>
      <w:r>
        <w:tab/>
        <w:t>Pripravki za uničevanje muh</w:t>
      </w:r>
    </w:p>
    <w:p w:rsidR="00DF5041" w:rsidRDefault="00DF5041" w:rsidP="00DF5041">
      <w:r>
        <w:t>050219</w:t>
      </w:r>
      <w:r>
        <w:tab/>
        <w:t>Gorčica za farmacevtske namene</w:t>
      </w:r>
    </w:p>
    <w:p w:rsidR="00DF5041" w:rsidRDefault="00DF5041" w:rsidP="00DF5041">
      <w:r>
        <w:t>050220</w:t>
      </w:r>
      <w:r>
        <w:tab/>
        <w:t>Losjoni za veterinarske namene</w:t>
      </w:r>
    </w:p>
    <w:p w:rsidR="00DF5041" w:rsidRDefault="00DF5041" w:rsidP="00DF5041">
      <w:r>
        <w:t>050221</w:t>
      </w:r>
      <w:r>
        <w:tab/>
        <w:t>Skorja mirobalanovca za farmacevtske namene</w:t>
      </w:r>
    </w:p>
    <w:p w:rsidR="00DF5041" w:rsidRDefault="00DF5041" w:rsidP="00DF5041">
      <w:r>
        <w:t>050223</w:t>
      </w:r>
      <w:r>
        <w:tab/>
        <w:t>Narkotiki</w:t>
      </w:r>
    </w:p>
    <w:p w:rsidR="00DF5041" w:rsidRDefault="00DF5041" w:rsidP="00DF5041">
      <w:r>
        <w:t>050224</w:t>
      </w:r>
      <w:r>
        <w:tab/>
        <w:t>Dišeče soli</w:t>
      </w:r>
    </w:p>
    <w:p w:rsidR="00DF5041" w:rsidRDefault="00DF5041" w:rsidP="00DF5041">
      <w:r>
        <w:t>050225</w:t>
      </w:r>
      <w:r>
        <w:tab/>
        <w:t>Mazila za farmacevtske namene</w:t>
      </w:r>
    </w:p>
    <w:p w:rsidR="00DF5041" w:rsidRDefault="00DF5041" w:rsidP="00DF5041">
      <w:r>
        <w:t>050226</w:t>
      </w:r>
      <w:r>
        <w:tab/>
        <w:t>Opiati</w:t>
      </w:r>
    </w:p>
    <w:p w:rsidR="00DF5041" w:rsidRDefault="00DF5041" w:rsidP="00DF5041">
      <w:r>
        <w:t>050227</w:t>
      </w:r>
      <w:r>
        <w:tab/>
        <w:t>Opij za medicinske namene</w:t>
      </w:r>
    </w:p>
    <w:p w:rsidR="00DF5041" w:rsidRDefault="00DF5041" w:rsidP="00DF5041">
      <w:r>
        <w:t>050228</w:t>
      </w:r>
      <w:r>
        <w:tab/>
        <w:t>Opodeldok</w:t>
      </w:r>
    </w:p>
    <w:p w:rsidR="00DF5041" w:rsidRDefault="00DF5041" w:rsidP="00DF5041">
      <w:r>
        <w:t>050230</w:t>
      </w:r>
      <w:r>
        <w:tab/>
        <w:t>Dentalni amalgami iz zlata</w:t>
      </w:r>
    </w:p>
    <w:p w:rsidR="00DF5041" w:rsidRDefault="00DF5041" w:rsidP="00DF5041">
      <w:r>
        <w:t>050231</w:t>
      </w:r>
      <w:r>
        <w:tab/>
        <w:t>Pektin za farmacevtske namene</w:t>
      </w:r>
    </w:p>
    <w:p w:rsidR="00DF5041" w:rsidRDefault="00DF5041" w:rsidP="00DF5041">
      <w:r>
        <w:t>050236</w:t>
      </w:r>
      <w:r>
        <w:tab/>
        <w:t>Fenol za farmacevtske namene</w:t>
      </w:r>
    </w:p>
    <w:p w:rsidR="00DF5041" w:rsidRDefault="00DF5041" w:rsidP="00DF5041">
      <w:r>
        <w:t>050238</w:t>
      </w:r>
      <w:r>
        <w:tab/>
        <w:t>Sredstva proti parazitom</w:t>
      </w:r>
    </w:p>
    <w:p w:rsidR="00DF5041" w:rsidRDefault="00DF5041" w:rsidP="00DF5041">
      <w:r>
        <w:t>050239</w:t>
      </w:r>
      <w:r>
        <w:tab/>
        <w:t>Farmacevtski pripravki za nego kože</w:t>
      </w:r>
    </w:p>
    <w:p w:rsidR="00DF5041" w:rsidRDefault="00DF5041" w:rsidP="00DF5041">
      <w:r>
        <w:t>050240</w:t>
      </w:r>
      <w:r>
        <w:tab/>
        <w:t>Zeliščni čaji za medicinske namene</w:t>
      </w:r>
    </w:p>
    <w:p w:rsidR="00DF5041" w:rsidRDefault="00DF5041" w:rsidP="00DF5041">
      <w:r>
        <w:t>050241</w:t>
      </w:r>
      <w:r>
        <w:tab/>
        <w:t>Farmacevtski pripravki proti prhljaju</w:t>
      </w:r>
    </w:p>
    <w:p w:rsidR="00DF5041" w:rsidRDefault="00DF5041" w:rsidP="00DF5041">
      <w:r>
        <w:t>050242</w:t>
      </w:r>
      <w:r>
        <w:tab/>
        <w:t>Pepsini za farmacevtske namene</w:t>
      </w:r>
    </w:p>
    <w:p w:rsidR="00DF5041" w:rsidRDefault="00DF5041" w:rsidP="00DF5041">
      <w:r>
        <w:t>050243</w:t>
      </w:r>
      <w:r>
        <w:tab/>
        <w:t>Kapsule za farmacevtske namene</w:t>
      </w:r>
    </w:p>
    <w:p w:rsidR="00DF5041" w:rsidRDefault="00DF5041" w:rsidP="00DF5041">
      <w:r>
        <w:t>050244</w:t>
      </w:r>
      <w:r>
        <w:tab/>
        <w:t>Škatle prve pomoči, polne</w:t>
      </w:r>
    </w:p>
    <w:p w:rsidR="00DF5041" w:rsidRDefault="00DF5041" w:rsidP="00DF5041">
      <w:r>
        <w:t>050245</w:t>
      </w:r>
      <w:r>
        <w:tab/>
        <w:t>Fosfati za farmacevtske namene</w:t>
      </w:r>
    </w:p>
    <w:p w:rsidR="00DF5041" w:rsidRDefault="00DF5041" w:rsidP="00DF5041">
      <w:r>
        <w:t>050246</w:t>
      </w:r>
      <w:r>
        <w:tab/>
        <w:t>Kemični pripravki za uničevanje filoksere</w:t>
      </w:r>
    </w:p>
    <w:p w:rsidR="00DF5041" w:rsidRDefault="00DF5041" w:rsidP="00DF5041">
      <w:r>
        <w:t>050247</w:t>
      </w:r>
      <w:r>
        <w:tab/>
        <w:t>Zdravila proti potenju nog</w:t>
      </w:r>
    </w:p>
    <w:p w:rsidR="00DF5041" w:rsidRDefault="00DF5041" w:rsidP="00DF5041">
      <w:r>
        <w:t>050248</w:t>
      </w:r>
      <w:r>
        <w:tab/>
        <w:t>Krvna plazma</w:t>
      </w:r>
    </w:p>
    <w:p w:rsidR="00DF5041" w:rsidRDefault="00DF5041" w:rsidP="00DF5041">
      <w:r>
        <w:t>050249</w:t>
      </w:r>
      <w:r>
        <w:tab/>
        <w:t>Strupi</w:t>
      </w:r>
    </w:p>
    <w:p w:rsidR="00DF5041" w:rsidRDefault="00DF5041" w:rsidP="00DF5041">
      <w:r>
        <w:t>050251</w:t>
      </w:r>
      <w:r>
        <w:tab/>
        <w:t>Kalijeve soli za medicinske namene</w:t>
      </w:r>
    </w:p>
    <w:p w:rsidR="00DF5041" w:rsidRDefault="00DF5041" w:rsidP="00DF5041">
      <w:r>
        <w:t>050252</w:t>
      </w:r>
      <w:r>
        <w:tab/>
        <w:t>Piretrum v prahu</w:t>
      </w:r>
    </w:p>
    <w:p w:rsidR="00DF5041" w:rsidRDefault="00DF5041" w:rsidP="00DF5041">
      <w:r>
        <w:t>050253</w:t>
      </w:r>
      <w:r>
        <w:tab/>
        <w:t>Kebračo za medicinske namene</w:t>
      </w:r>
    </w:p>
    <w:p w:rsidR="00DF5041" w:rsidRDefault="00DF5041" w:rsidP="00DF5041">
      <w:r>
        <w:t>050254</w:t>
      </w:r>
      <w:r>
        <w:tab/>
        <w:t>Kvasija za medicinske namene</w:t>
      </w:r>
    </w:p>
    <w:p w:rsidR="00DF5041" w:rsidRDefault="00DF5041" w:rsidP="00DF5041">
      <w:r>
        <w:t>050256</w:t>
      </w:r>
      <w:r>
        <w:tab/>
        <w:t>Kinin za medicinske namene</w:t>
      </w:r>
    </w:p>
    <w:p w:rsidR="00DF5041" w:rsidRDefault="00DF5041" w:rsidP="00DF5041">
      <w:r>
        <w:t>050257</w:t>
      </w:r>
      <w:r>
        <w:tab/>
        <w:t>Kinolin za medicinske namene</w:t>
      </w:r>
    </w:p>
    <w:p w:rsidR="00DF5041" w:rsidRDefault="00DF5041" w:rsidP="00DF5041">
      <w:r>
        <w:t>050258</w:t>
      </w:r>
      <w:r>
        <w:tab/>
        <w:t>Radioaktivne snovi za medicinske namene</w:t>
      </w:r>
    </w:p>
    <w:p w:rsidR="00DF5041" w:rsidRDefault="00DF5041" w:rsidP="00DF5041">
      <w:r>
        <w:t>050259</w:t>
      </w:r>
      <w:r>
        <w:tab/>
        <w:t>Radij za medicinske namene</w:t>
      </w:r>
    </w:p>
    <w:p w:rsidR="00DF5041" w:rsidRDefault="00DF5041" w:rsidP="00DF5041">
      <w:r>
        <w:t>050260</w:t>
      </w:r>
      <w:r>
        <w:tab/>
        <w:t>Zdravilne korenine</w:t>
      </w:r>
    </w:p>
    <w:p w:rsidR="00DF5041" w:rsidRDefault="00DF5041" w:rsidP="00DF5041">
      <w:r>
        <w:t>050261</w:t>
      </w:r>
      <w:r>
        <w:tab/>
        <w:t>Rabarbarine korenine za farmacevtske namene</w:t>
      </w:r>
    </w:p>
    <w:p w:rsidR="00DF5041" w:rsidRDefault="00DF5041" w:rsidP="00DF5041">
      <w:r>
        <w:t>050262</w:t>
      </w:r>
      <w:r>
        <w:tab/>
        <w:t>Toniki [zdravila]</w:t>
      </w:r>
    </w:p>
    <w:p w:rsidR="00DF5041" w:rsidRDefault="00DF5041" w:rsidP="00DF5041">
      <w:r>
        <w:t>050263</w:t>
      </w:r>
      <w:r>
        <w:tab/>
        <w:t>Bizmutov subnitrat za farmacevtske namene</w:t>
      </w:r>
    </w:p>
    <w:p w:rsidR="00DF5041" w:rsidRDefault="00DF5041" w:rsidP="00DF5041">
      <w:r>
        <w:t>050264</w:t>
      </w:r>
      <w:r>
        <w:tab/>
        <w:t>Sarsaparilla za medicinske namene</w:t>
      </w:r>
    </w:p>
    <w:p w:rsidR="00DF5041" w:rsidRDefault="00DF5041" w:rsidP="00DF5041">
      <w:r>
        <w:t>050265</w:t>
      </w:r>
      <w:r>
        <w:tab/>
        <w:t>Kri za medicinske namene</w:t>
      </w:r>
    </w:p>
    <w:p w:rsidR="00DF5041" w:rsidRDefault="00DF5041" w:rsidP="00DF5041">
      <w:r>
        <w:t>050266</w:t>
      </w:r>
      <w:r>
        <w:tab/>
        <w:t>Pijavke za medicinske namene</w:t>
      </w:r>
    </w:p>
    <w:p w:rsidR="00DF5041" w:rsidRDefault="00DF5041" w:rsidP="00DF5041">
      <w:r>
        <w:t>050267</w:t>
      </w:r>
      <w:r>
        <w:tab/>
        <w:t>Ramenski povoji za kirurške namene</w:t>
      </w:r>
    </w:p>
    <w:p w:rsidR="00DF5041" w:rsidRDefault="00DF5041" w:rsidP="00DF5041">
      <w:r>
        <w:t>050269</w:t>
      </w:r>
      <w:r>
        <w:tab/>
        <w:t>Ergot za farmacevtske namene</w:t>
      </w:r>
    </w:p>
    <w:p w:rsidR="00DF5041" w:rsidRDefault="00DF5041" w:rsidP="00DF5041">
      <w:r>
        <w:t>050270</w:t>
      </w:r>
      <w:r>
        <w:tab/>
        <w:t>Zdravila za seroterapijo</w:t>
      </w:r>
    </w:p>
    <w:p w:rsidR="00DF5041" w:rsidRDefault="00DF5041" w:rsidP="00DF5041">
      <w:r>
        <w:t>050273</w:t>
      </w:r>
      <w:r>
        <w:tab/>
        <w:t>Uspavala</w:t>
      </w:r>
    </w:p>
    <w:p w:rsidR="00DF5041" w:rsidRDefault="00DF5041" w:rsidP="00DF5041">
      <w:r>
        <w:t>050274</w:t>
      </w:r>
      <w:r>
        <w:tab/>
        <w:t>Natrijeve soli za medicinske namene</w:t>
      </w:r>
    </w:p>
    <w:p w:rsidR="00DF5041" w:rsidRDefault="00DF5041" w:rsidP="00DF5041">
      <w:r>
        <w:t>050276</w:t>
      </w:r>
      <w:r>
        <w:tab/>
        <w:t>Strihnin</w:t>
      </w:r>
    </w:p>
    <w:p w:rsidR="00DF5041" w:rsidRDefault="00DF5041" w:rsidP="00DF5041">
      <w:r>
        <w:t>050277</w:t>
      </w:r>
      <w:r>
        <w:tab/>
        <w:t>Stiptiki</w:t>
      </w:r>
    </w:p>
    <w:p w:rsidR="00DF5041" w:rsidRDefault="00DF5041" w:rsidP="00DF5041">
      <w:r>
        <w:t>050278</w:t>
      </w:r>
      <w:r>
        <w:tab/>
        <w:t>Sladkor za medicinske namene</w:t>
      </w:r>
    </w:p>
    <w:p w:rsidR="00DF5041" w:rsidRDefault="00DF5041" w:rsidP="00DF5041">
      <w:r>
        <w:t>050279</w:t>
      </w:r>
      <w:r>
        <w:tab/>
        <w:t>Sulfonamidi [zdravila]</w:t>
      </w:r>
    </w:p>
    <w:p w:rsidR="00DF5041" w:rsidRDefault="00DF5041" w:rsidP="00DF5041">
      <w:r>
        <w:t>050280</w:t>
      </w:r>
      <w:r>
        <w:tab/>
        <w:t>Supozitoriji</w:t>
      </w:r>
    </w:p>
    <w:p w:rsidR="00DF5041" w:rsidRDefault="00DF5041" w:rsidP="00DF5041">
      <w:r>
        <w:t>050281</w:t>
      </w:r>
      <w:r>
        <w:tab/>
        <w:t>Kalijev tartrat za farmacevtsko uporabo</w:t>
      </w:r>
    </w:p>
    <w:p w:rsidR="00DF5041" w:rsidRDefault="00DF5041" w:rsidP="00DF5041">
      <w:r>
        <w:lastRenderedPageBreak/>
        <w:t>050282</w:t>
      </w:r>
      <w:r>
        <w:tab/>
        <w:t>Terpentin za farmacevtske namene</w:t>
      </w:r>
    </w:p>
    <w:p w:rsidR="00DF5041" w:rsidRDefault="00DF5041" w:rsidP="00DF5041">
      <w:r>
        <w:t>050283</w:t>
      </w:r>
      <w:r>
        <w:tab/>
        <w:t>Terpentinovo olje za farmacevtske namene</w:t>
      </w:r>
    </w:p>
    <w:p w:rsidR="00DF5041" w:rsidRDefault="00DF5041" w:rsidP="00DF5041">
      <w:r>
        <w:t>050284</w:t>
      </w:r>
      <w:r>
        <w:tab/>
        <w:t>Timol za farmacevtske namene</w:t>
      </w:r>
    </w:p>
    <w:p w:rsidR="00DF5041" w:rsidRDefault="00DF5041" w:rsidP="00DF5041">
      <w:r>
        <w:t>050285</w:t>
      </w:r>
      <w:r>
        <w:tab/>
        <w:t>Zdravila proti potenju</w:t>
      </w:r>
    </w:p>
    <w:p w:rsidR="00DF5041" w:rsidRDefault="00DF5041" w:rsidP="00DF5041">
      <w:r>
        <w:t>050287</w:t>
      </w:r>
      <w:r>
        <w:tab/>
        <w:t>Veterinarski pripravki</w:t>
      </w:r>
    </w:p>
    <w:p w:rsidR="00DF5041" w:rsidRDefault="00DF5041" w:rsidP="00DF5041">
      <w:r>
        <w:t>050288</w:t>
      </w:r>
      <w:r>
        <w:tab/>
        <w:t>Kemikalije za zdravljenje bolezni trte</w:t>
      </w:r>
    </w:p>
    <w:p w:rsidR="00DF5041" w:rsidRDefault="00DF5041" w:rsidP="00DF5041">
      <w:r>
        <w:t>050289</w:t>
      </w:r>
      <w:r>
        <w:tab/>
        <w:t>Pripravki za uničevanje zajedavcev</w:t>
      </w:r>
    </w:p>
    <w:p w:rsidR="00DF5041" w:rsidRDefault="00DF5041" w:rsidP="00DF5041">
      <w:r>
        <w:t>050290</w:t>
      </w:r>
      <w:r>
        <w:tab/>
        <w:t>Mehurjevci</w:t>
      </w:r>
    </w:p>
    <w:p w:rsidR="00DF5041" w:rsidRDefault="00DF5041" w:rsidP="00DF5041">
      <w:r>
        <w:t>050291</w:t>
      </w:r>
      <w:r>
        <w:tab/>
        <w:t>Acetati za farmacevtske namene</w:t>
      </w:r>
    </w:p>
    <w:p w:rsidR="00DF5041" w:rsidRDefault="00DF5041" w:rsidP="00DF5041">
      <w:r>
        <w:t>050292</w:t>
      </w:r>
      <w:r>
        <w:tab/>
        <w:t>Kisline za farmacevtske namene</w:t>
      </w:r>
    </w:p>
    <w:p w:rsidR="00DF5041" w:rsidRDefault="00DF5041" w:rsidP="00DF5041">
      <w:r>
        <w:t>050294</w:t>
      </w:r>
      <w:r>
        <w:tab/>
        <w:t>Lepilni trakovi za medicinske namene</w:t>
      </w:r>
    </w:p>
    <w:p w:rsidR="00DF5041" w:rsidRDefault="00DF5041" w:rsidP="00DF5041">
      <w:r>
        <w:t>050296</w:t>
      </w:r>
      <w:r>
        <w:tab/>
        <w:t>Alkaloidi za medicinske namene</w:t>
      </w:r>
    </w:p>
    <w:p w:rsidR="00DF5041" w:rsidRDefault="00DF5041" w:rsidP="00DF5041">
      <w:r>
        <w:t>050297</w:t>
      </w:r>
      <w:r>
        <w:tab/>
        <w:t>Dietetična hrana, prilagojena za medicinske namene</w:t>
      </w:r>
    </w:p>
    <w:p w:rsidR="00DF5041" w:rsidRDefault="00DF5041" w:rsidP="00DF5041">
      <w:r>
        <w:t>050298</w:t>
      </w:r>
      <w:r>
        <w:tab/>
        <w:t>Hrana za dojenčke</w:t>
      </w:r>
    </w:p>
    <w:p w:rsidR="00DF5041" w:rsidRDefault="00DF5041" w:rsidP="00DF5041">
      <w:r>
        <w:t>050299</w:t>
      </w:r>
      <w:r>
        <w:tab/>
        <w:t>Aluminijev acetat za farmacevtske namene</w:t>
      </w:r>
    </w:p>
    <w:p w:rsidR="00DF5041" w:rsidRDefault="00DF5041" w:rsidP="00DF5041">
      <w:r>
        <w:t>050300</w:t>
      </w:r>
      <w:r>
        <w:tab/>
        <w:t>Mandljevo mleko za farmacevtske namene</w:t>
      </w:r>
    </w:p>
    <w:p w:rsidR="00DF5041" w:rsidRDefault="00DF5041" w:rsidP="00DF5041">
      <w:r>
        <w:t>050301</w:t>
      </w:r>
      <w:r>
        <w:tab/>
        <w:t>Mazila za sončne opekline</w:t>
      </w:r>
    </w:p>
    <w:p w:rsidR="00DF5041" w:rsidRDefault="00DF5041" w:rsidP="00DF5041">
      <w:r>
        <w:t>050302</w:t>
      </w:r>
      <w:r>
        <w:tab/>
        <w:t>Soli za kopel za medicinske namene</w:t>
      </w:r>
    </w:p>
    <w:p w:rsidR="00DF5041" w:rsidRDefault="00DF5041" w:rsidP="00DF5041">
      <w:r>
        <w:t>050303</w:t>
      </w:r>
      <w:r>
        <w:tab/>
        <w:t>Paličke sladkega korena za farmacevtske namene</w:t>
      </w:r>
    </w:p>
    <w:p w:rsidR="00DF5041" w:rsidRDefault="00DF5041" w:rsidP="00DF5041">
      <w:r>
        <w:t>050304</w:t>
      </w:r>
      <w:r>
        <w:tab/>
        <w:t>Natrijev bikarbonat za farmacevtske namene</w:t>
      </w:r>
    </w:p>
    <w:p w:rsidR="00DF5041" w:rsidRDefault="00DF5041" w:rsidP="00DF5041">
      <w:r>
        <w:t>050305</w:t>
      </w:r>
      <w:r>
        <w:tab/>
        <w:t>Biološki preparati za medicinske namene</w:t>
      </w:r>
    </w:p>
    <w:p w:rsidR="00DF5041" w:rsidRDefault="00DF5041" w:rsidP="00DF5041">
      <w:r>
        <w:t>050306</w:t>
      </w:r>
      <w:r>
        <w:tab/>
        <w:t>Brom za farmacevtske namene</w:t>
      </w:r>
    </w:p>
    <w:p w:rsidR="00DF5041" w:rsidRDefault="00DF5041" w:rsidP="00DF5041">
      <w:r>
        <w:t>050307</w:t>
      </w:r>
      <w:r>
        <w:tab/>
        <w:t>Dietetične pijače, prirejene za medicinske namene</w:t>
      </w:r>
    </w:p>
    <w:p w:rsidR="00DF5041" w:rsidRDefault="00DF5041" w:rsidP="00DF5041">
      <w:r>
        <w:t>050308</w:t>
      </w:r>
      <w:r>
        <w:tab/>
        <w:t>Kafrino olje za medicinske namene</w:t>
      </w:r>
    </w:p>
    <w:p w:rsidR="00DF5041" w:rsidRDefault="00DF5041" w:rsidP="00DF5041">
      <w:r>
        <w:t>050309</w:t>
      </w:r>
      <w:r>
        <w:tab/>
        <w:t>Kafra za medicinske namene</w:t>
      </w:r>
    </w:p>
    <w:p w:rsidR="00DF5041" w:rsidRDefault="00DF5041" w:rsidP="00DF5041">
      <w:r>
        <w:t>050310</w:t>
      </w:r>
      <w:r>
        <w:tab/>
        <w:t>Kristalizirani kandirani sladkor za medicinske namene</w:t>
      </w:r>
    </w:p>
    <w:p w:rsidR="00DF5041" w:rsidRDefault="00DF5041" w:rsidP="00DF5041">
      <w:r>
        <w:t>050311</w:t>
      </w:r>
      <w:r>
        <w:tab/>
        <w:t>Karbolineum [sredstvo proti parazitom]</w:t>
      </w:r>
    </w:p>
    <w:p w:rsidR="00DF5041" w:rsidRDefault="00DF5041" w:rsidP="00DF5041">
      <w:r>
        <w:t>050312</w:t>
      </w:r>
      <w:r>
        <w:tab/>
        <w:t>Algicidi</w:t>
      </w:r>
    </w:p>
    <w:p w:rsidR="00DF5041" w:rsidRDefault="00DF5041" w:rsidP="00DF5041">
      <w:r>
        <w:t>050313</w:t>
      </w:r>
      <w:r>
        <w:tab/>
        <w:t>Lecitin za medicinske namene</w:t>
      </w:r>
    </w:p>
    <w:p w:rsidR="00DF5041" w:rsidRDefault="00DF5041" w:rsidP="00DF5041">
      <w:r>
        <w:t>050314</w:t>
      </w:r>
      <w:r>
        <w:tab/>
        <w:t>Plini za medicinske namene</w:t>
      </w:r>
    </w:p>
    <w:p w:rsidR="00DF5041" w:rsidRDefault="00DF5041" w:rsidP="00DF5041">
      <w:r>
        <w:t>050315</w:t>
      </w:r>
      <w:r>
        <w:tab/>
        <w:t>Tanki higienski vložki</w:t>
      </w:r>
    </w:p>
    <w:p w:rsidR="00DF5041" w:rsidRDefault="00DF5041" w:rsidP="00DF5041">
      <w:r>
        <w:t>050316</w:t>
      </w:r>
      <w:r>
        <w:tab/>
        <w:t>Matični mleček za farmacevtske namene</w:t>
      </w:r>
    </w:p>
    <w:p w:rsidR="00DF5041" w:rsidRDefault="00DF5041" w:rsidP="00DF5041">
      <w:r>
        <w:t>050317</w:t>
      </w:r>
      <w:r>
        <w:tab/>
        <w:t>Zdravilni pripravki za hujšanje</w:t>
      </w:r>
    </w:p>
    <w:p w:rsidR="00DF5041" w:rsidRDefault="00DF5041" w:rsidP="00DF5041">
      <w:r>
        <w:t>050318</w:t>
      </w:r>
      <w:r>
        <w:tab/>
        <w:t>Celulozni estri za farmacevtske namene</w:t>
      </w:r>
    </w:p>
    <w:p w:rsidR="00DF5041" w:rsidRDefault="00DF5041" w:rsidP="00DF5041">
      <w:r>
        <w:t>050319</w:t>
      </w:r>
      <w:r>
        <w:tab/>
        <w:t>Kavstiki za farmacevtske namene</w:t>
      </w:r>
    </w:p>
    <w:p w:rsidR="00DF5041" w:rsidRDefault="00DF5041" w:rsidP="00DF5041">
      <w:r>
        <w:t>050320</w:t>
      </w:r>
      <w:r>
        <w:tab/>
        <w:t>Celulozni etri za farmacevtske namene</w:t>
      </w:r>
    </w:p>
    <w:p w:rsidR="00DF5041" w:rsidRDefault="00DF5041" w:rsidP="00DF5041">
      <w:r>
        <w:t>050321</w:t>
      </w:r>
      <w:r>
        <w:tab/>
        <w:t>Stranski produkti za predelavo žitaric, za dietetične ali medicinske namene</w:t>
      </w:r>
    </w:p>
    <w:p w:rsidR="00DF5041" w:rsidRDefault="00DF5041" w:rsidP="00DF5041">
      <w:r>
        <w:t>050323</w:t>
      </w:r>
      <w:r>
        <w:tab/>
        <w:t>Kemični pripravki za farmacevtske namene</w:t>
      </w:r>
    </w:p>
    <w:p w:rsidR="00DF5041" w:rsidRDefault="00DF5041" w:rsidP="00DF5041">
      <w:r>
        <w:t>050324</w:t>
      </w:r>
      <w:r>
        <w:tab/>
        <w:t>Kolodij za farmacevtske namene</w:t>
      </w:r>
    </w:p>
    <w:p w:rsidR="00DF5041" w:rsidRDefault="00DF5041" w:rsidP="00DF5041">
      <w:r>
        <w:t>050325</w:t>
      </w:r>
      <w:r>
        <w:tab/>
        <w:t>Vinski kamen za farmacevtske namene</w:t>
      </w:r>
    </w:p>
    <w:p w:rsidR="00DF5041" w:rsidRDefault="00DF5041" w:rsidP="00DF5041">
      <w:r>
        <w:t>050326</w:t>
      </w:r>
      <w:r>
        <w:tab/>
        <w:t>Kreozot za farmacevtske namene</w:t>
      </w:r>
    </w:p>
    <w:p w:rsidR="00DF5041" w:rsidRDefault="00DF5041" w:rsidP="00DF5041">
      <w:r>
        <w:t>050327</w:t>
      </w:r>
      <w:r>
        <w:tab/>
        <w:t>Zdravila za dentalne namene</w:t>
      </w:r>
    </w:p>
    <w:p w:rsidR="00DF5041" w:rsidRDefault="00DF5041" w:rsidP="00DF5041">
      <w:r>
        <w:t>050328</w:t>
      </w:r>
      <w:r>
        <w:tab/>
        <w:t>Zdravila za ljudi</w:t>
      </w:r>
    </w:p>
    <w:p w:rsidR="00DF5041" w:rsidRDefault="00DF5041" w:rsidP="00DF5041">
      <w:r>
        <w:t>050329</w:t>
      </w:r>
      <w:r>
        <w:tab/>
        <w:t>Zdravila za veterinarske namene</w:t>
      </w:r>
    </w:p>
    <w:p w:rsidR="00DF5041" w:rsidRDefault="00DF5041" w:rsidP="00DF5041">
      <w:r>
        <w:t>050330</w:t>
      </w:r>
      <w:r>
        <w:tab/>
        <w:t>Diagnostični preparati</w:t>
      </w:r>
    </w:p>
    <w:p w:rsidR="00DF5041" w:rsidRDefault="00DF5041" w:rsidP="00DF5041">
      <w:r>
        <w:t>050331</w:t>
      </w:r>
      <w:r>
        <w:tab/>
        <w:t>Glicerin za medicinske namene</w:t>
      </w:r>
    </w:p>
    <w:p w:rsidR="00DF5041" w:rsidRDefault="00DF5041" w:rsidP="00DF5041">
      <w:r>
        <w:t>050332</w:t>
      </w:r>
      <w:r>
        <w:tab/>
        <w:t>Pijače za medicinske namene</w:t>
      </w:r>
    </w:p>
    <w:p w:rsidR="00DF5041" w:rsidRDefault="00DF5041" w:rsidP="00DF5041">
      <w:r>
        <w:t>050333</w:t>
      </w:r>
      <w:r>
        <w:tab/>
        <w:t>Fermenti za farmacevtske namene</w:t>
      </w:r>
    </w:p>
    <w:p w:rsidR="00DF5041" w:rsidRDefault="00DF5041" w:rsidP="00DF5041">
      <w:r>
        <w:t>050334</w:t>
      </w:r>
      <w:r>
        <w:tab/>
        <w:t>Žveplov cvet za farmacevtske namene</w:t>
      </w:r>
    </w:p>
    <w:p w:rsidR="00DF5041" w:rsidRDefault="00DF5041" w:rsidP="00DF5041">
      <w:r>
        <w:t>050335</w:t>
      </w:r>
      <w:r>
        <w:tab/>
        <w:t>Formaldehid za farmacevtske namene</w:t>
      </w:r>
    </w:p>
    <w:p w:rsidR="00DF5041" w:rsidRDefault="00DF5041" w:rsidP="00DF5041">
      <w:r>
        <w:t>050336</w:t>
      </w:r>
      <w:r>
        <w:tab/>
        <w:t>Zelišča za kajenje za medicinske namene</w:t>
      </w:r>
    </w:p>
    <w:p w:rsidR="00DF5041" w:rsidRDefault="00DF5041" w:rsidP="00DF5041">
      <w:r>
        <w:t>050337</w:t>
      </w:r>
      <w:r>
        <w:tab/>
        <w:t>Razkuževalni pripravki za medicinske namene</w:t>
      </w:r>
    </w:p>
    <w:p w:rsidR="00DF5041" w:rsidRDefault="00DF5041" w:rsidP="00DF5041">
      <w:r>
        <w:t>050338</w:t>
      </w:r>
      <w:r>
        <w:tab/>
        <w:t>Galova kislina za farmacevtske namene</w:t>
      </w:r>
    </w:p>
    <w:p w:rsidR="00DF5041" w:rsidRDefault="00DF5041" w:rsidP="00DF5041">
      <w:r>
        <w:t>050339</w:t>
      </w:r>
      <w:r>
        <w:tab/>
        <w:t>Vazelin za medicinske namene</w:t>
      </w:r>
    </w:p>
    <w:p w:rsidR="00DF5041" w:rsidRDefault="00DF5041" w:rsidP="00DF5041">
      <w:r>
        <w:t>050340</w:t>
      </w:r>
      <w:r>
        <w:tab/>
        <w:t>Glukoza za medicinske namene</w:t>
      </w:r>
    </w:p>
    <w:p w:rsidR="00DF5041" w:rsidRDefault="00DF5041" w:rsidP="00DF5041">
      <w:r>
        <w:t>050341</w:t>
      </w:r>
      <w:r>
        <w:tab/>
        <w:t>Gumigut za medicinske namene</w:t>
      </w:r>
    </w:p>
    <w:p w:rsidR="00DF5041" w:rsidRDefault="00DF5041" w:rsidP="00DF5041">
      <w:r>
        <w:t>050342</w:t>
      </w:r>
      <w:r>
        <w:tab/>
        <w:t>Gurjon balzam za medicinske namene</w:t>
      </w:r>
    </w:p>
    <w:p w:rsidR="00DF5041" w:rsidRDefault="00DF5041" w:rsidP="00DF5041">
      <w:r>
        <w:t>050343</w:t>
      </w:r>
      <w:r>
        <w:tab/>
        <w:t>Ekstrakti iz hmelja za farmacevtske namene</w:t>
      </w:r>
    </w:p>
    <w:p w:rsidR="00DF5041" w:rsidRDefault="00DF5041" w:rsidP="00DF5041">
      <w:r>
        <w:t>050344</w:t>
      </w:r>
      <w:r>
        <w:tab/>
        <w:t>Ricinusovo olje za medicinske namene</w:t>
      </w:r>
    </w:p>
    <w:p w:rsidR="00DF5041" w:rsidRDefault="00DF5041" w:rsidP="00DF5041">
      <w:r>
        <w:t>050345</w:t>
      </w:r>
      <w:r>
        <w:tab/>
        <w:t>Vodikov peroksid za medicinske namene</w:t>
      </w:r>
    </w:p>
    <w:p w:rsidR="00DF5041" w:rsidRDefault="00DF5041" w:rsidP="00DF5041">
      <w:r>
        <w:t>050346</w:t>
      </w:r>
      <w:r>
        <w:tab/>
        <w:t>Jod za farmacevtske namene</w:t>
      </w:r>
    </w:p>
    <w:p w:rsidR="00DF5041" w:rsidRDefault="00DF5041" w:rsidP="00DF5041">
      <w:r>
        <w:t>050347</w:t>
      </w:r>
      <w:r>
        <w:tab/>
        <w:t>Jodidi za farmacevtske namene</w:t>
      </w:r>
    </w:p>
    <w:p w:rsidR="00DF5041" w:rsidRDefault="00DF5041" w:rsidP="00DF5041">
      <w:r>
        <w:t>050348</w:t>
      </w:r>
      <w:r>
        <w:tab/>
        <w:t>Alkalni jodidi za farmacevtske namene</w:t>
      </w:r>
    </w:p>
    <w:p w:rsidR="00DF5041" w:rsidRDefault="00DF5041" w:rsidP="00DF5041">
      <w:r>
        <w:t>050349</w:t>
      </w:r>
      <w:r>
        <w:tab/>
        <w:t>Izotopi za medicinske namene</w:t>
      </w:r>
    </w:p>
    <w:p w:rsidR="00DF5041" w:rsidRDefault="00DF5041" w:rsidP="00DF5041">
      <w:r>
        <w:t>050350</w:t>
      </w:r>
      <w:r>
        <w:tab/>
        <w:t>Dietetične snovi za medicinsko uporabo</w:t>
      </w:r>
    </w:p>
    <w:p w:rsidR="00DF5041" w:rsidRDefault="00DF5041" w:rsidP="00DF5041">
      <w:r>
        <w:t>050351</w:t>
      </w:r>
      <w:r>
        <w:tab/>
        <w:t>Plenice za osebe z inkontinenco</w:t>
      </w:r>
    </w:p>
    <w:p w:rsidR="00DF5041" w:rsidRDefault="00DF5041" w:rsidP="00DF5041">
      <w:r>
        <w:t>050361</w:t>
      </w:r>
      <w:r>
        <w:tab/>
        <w:t>Biološki preparati za veterinarsko uporabo</w:t>
      </w:r>
    </w:p>
    <w:p w:rsidR="00DF5041" w:rsidRDefault="00DF5041" w:rsidP="00DF5041">
      <w:r>
        <w:t>050362</w:t>
      </w:r>
      <w:r>
        <w:tab/>
        <w:t>Kemični pripravki za medicinske namene</w:t>
      </w:r>
    </w:p>
    <w:p w:rsidR="00DF5041" w:rsidRDefault="00DF5041" w:rsidP="00DF5041">
      <w:r>
        <w:t>050363</w:t>
      </w:r>
      <w:r>
        <w:tab/>
        <w:t>Kemični pripravki za veterinarske namene</w:t>
      </w:r>
    </w:p>
    <w:p w:rsidR="00DF5041" w:rsidRDefault="00DF5041" w:rsidP="00DF5041">
      <w:r>
        <w:t>050364</w:t>
      </w:r>
      <w:r>
        <w:tab/>
        <w:t>Kemični reagenti za medicinske ali veterinarske namene</w:t>
      </w:r>
    </w:p>
    <w:p w:rsidR="00DF5041" w:rsidRDefault="00DF5041" w:rsidP="00DF5041">
      <w:r>
        <w:t>050365</w:t>
      </w:r>
      <w:r>
        <w:tab/>
        <w:t>Pripravki za čiščenje kontaktnih leč</w:t>
      </w:r>
    </w:p>
    <w:p w:rsidR="00DF5041" w:rsidRDefault="00DF5041" w:rsidP="00DF5041">
      <w:r>
        <w:t>050366</w:t>
      </w:r>
      <w:r>
        <w:tab/>
        <w:t>Diastaza za medicinske namene</w:t>
      </w:r>
    </w:p>
    <w:p w:rsidR="00DF5041" w:rsidRDefault="00DF5041" w:rsidP="00DF5041">
      <w:r>
        <w:t>050368</w:t>
      </w:r>
      <w:r>
        <w:tab/>
        <w:t>Encimi za medicinske namene</w:t>
      </w:r>
    </w:p>
    <w:p w:rsidR="00DF5041" w:rsidRDefault="00DF5041" w:rsidP="00DF5041">
      <w:r>
        <w:t>050369</w:t>
      </w:r>
      <w:r>
        <w:tab/>
        <w:t>Encimi za veterinarske namene</w:t>
      </w:r>
    </w:p>
    <w:p w:rsidR="00DF5041" w:rsidRDefault="00DF5041" w:rsidP="00DF5041">
      <w:r>
        <w:t>050370</w:t>
      </w:r>
      <w:r>
        <w:tab/>
        <w:t>Encimski preparati za medicinske namene</w:t>
      </w:r>
    </w:p>
    <w:p w:rsidR="00DF5041" w:rsidRDefault="00DF5041" w:rsidP="00DF5041">
      <w:r>
        <w:t>050371</w:t>
      </w:r>
      <w:r>
        <w:tab/>
        <w:t>Encimski preparati za veterinarske namene</w:t>
      </w:r>
    </w:p>
    <w:p w:rsidR="00DF5041" w:rsidRDefault="00DF5041" w:rsidP="00DF5041">
      <w:r>
        <w:t>050372</w:t>
      </w:r>
      <w:r>
        <w:tab/>
        <w:t>Vpojne hlačke za inkontinenco</w:t>
      </w:r>
    </w:p>
    <w:p w:rsidR="00DF5041" w:rsidRDefault="00DF5041" w:rsidP="00DF5041">
      <w:r>
        <w:t>050373</w:t>
      </w:r>
      <w:r>
        <w:tab/>
        <w:t>Sikativi [sredstva za sušenje] za medicinske namene</w:t>
      </w:r>
    </w:p>
    <w:p w:rsidR="00DF5041" w:rsidRDefault="00DF5041" w:rsidP="00DF5041">
      <w:r>
        <w:t>050374</w:t>
      </w:r>
      <w:r>
        <w:tab/>
        <w:t>Robčki, prepojeni s farmacevtskimi losjoni</w:t>
      </w:r>
    </w:p>
    <w:p w:rsidR="00DF5041" w:rsidRDefault="00DF5041" w:rsidP="00DF5041">
      <w:r>
        <w:t>050375</w:t>
      </w:r>
      <w:r>
        <w:tab/>
        <w:t>Preparati iz elementov v sledovih za človeško in živalsko uporabo</w:t>
      </w:r>
    </w:p>
    <w:p w:rsidR="00DF5041" w:rsidRDefault="00DF5041" w:rsidP="00DF5041">
      <w:r>
        <w:t>050376</w:t>
      </w:r>
      <w:r>
        <w:tab/>
        <w:t>Aminokisline za medicinske namene</w:t>
      </w:r>
    </w:p>
    <w:p w:rsidR="00DF5041" w:rsidRDefault="00DF5041" w:rsidP="00DF5041">
      <w:r>
        <w:t>050377</w:t>
      </w:r>
      <w:r>
        <w:tab/>
        <w:t>Aminokisline za veterinarske namene</w:t>
      </w:r>
    </w:p>
    <w:p w:rsidR="00DF5041" w:rsidRDefault="00DF5041" w:rsidP="00DF5041">
      <w:r>
        <w:t>050378</w:t>
      </w:r>
      <w:r>
        <w:tab/>
        <w:t>Blazinice za prsi za doječe matere</w:t>
      </w:r>
    </w:p>
    <w:p w:rsidR="00DF5041" w:rsidRPr="003834FA" w:rsidRDefault="00DF5041" w:rsidP="00DF5041">
      <w:pPr>
        <w:rPr>
          <w:lang w:val="fr-FR"/>
        </w:rPr>
      </w:pPr>
      <w:r>
        <w:t>050379</w:t>
      </w:r>
      <w:r>
        <w:tab/>
      </w:r>
      <w:r w:rsidRPr="003834FA">
        <w:rPr>
          <w:lang w:val="fr-FR"/>
        </w:rPr>
        <w:t>Cedrin les za odganjanje insektov</w:t>
      </w:r>
    </w:p>
    <w:p w:rsidR="00DF5041" w:rsidRDefault="00DF5041" w:rsidP="00DF5041">
      <w:r>
        <w:t>050380</w:t>
      </w:r>
      <w:r>
        <w:tab/>
        <w:t>Dezinfekcijska sredstva za kemična stranišča</w:t>
      </w:r>
    </w:p>
    <w:p w:rsidR="00DF5041" w:rsidRDefault="00DF5041" w:rsidP="00DF5041">
      <w:r>
        <w:t>050381</w:t>
      </w:r>
      <w:r>
        <w:tab/>
        <w:t>Moka iz ribjih kosti za farmacevtske namene</w:t>
      </w:r>
    </w:p>
    <w:p w:rsidR="00DF5041" w:rsidRDefault="00DF5041" w:rsidP="00DF5041">
      <w:r>
        <w:lastRenderedPageBreak/>
        <w:t>050382</w:t>
      </w:r>
      <w:r>
        <w:tab/>
        <w:t>Mineralni dodatki za živila</w:t>
      </w:r>
    </w:p>
    <w:p w:rsidR="00DF5041" w:rsidRDefault="00DF5041" w:rsidP="00DF5041">
      <w:r>
        <w:t>050383</w:t>
      </w:r>
      <w:r>
        <w:tab/>
        <w:t>Ustne vode za medicinske namene</w:t>
      </w:r>
    </w:p>
    <w:p w:rsidR="00DF5041" w:rsidRDefault="00DF5041" w:rsidP="00DF5041">
      <w:r>
        <w:t>050384</w:t>
      </w:r>
      <w:r>
        <w:tab/>
        <w:t>Hranilni dodatki</w:t>
      </w:r>
    </w:p>
    <w:p w:rsidR="00DF5041" w:rsidRDefault="00DF5041" w:rsidP="00DF5041">
      <w:r>
        <w:t>050386</w:t>
      </w:r>
      <w:r>
        <w:tab/>
        <w:t>Kadilo za odganjanje insektov</w:t>
      </w:r>
    </w:p>
    <w:p w:rsidR="00DF5041" w:rsidRDefault="00DF5041" w:rsidP="00DF5041">
      <w:r>
        <w:t>050387</w:t>
      </w:r>
      <w:r>
        <w:tab/>
        <w:t>Akaricidi</w:t>
      </w:r>
    </w:p>
    <w:p w:rsidR="00DF5041" w:rsidRDefault="00DF5041" w:rsidP="00DF5041">
      <w:r>
        <w:t>050388</w:t>
      </w:r>
      <w:r>
        <w:tab/>
        <w:t>Antibiotiki</w:t>
      </w:r>
    </w:p>
    <w:p w:rsidR="00DF5041" w:rsidRDefault="00DF5041" w:rsidP="00DF5041">
      <w:r>
        <w:t>050389</w:t>
      </w:r>
      <w:r>
        <w:tab/>
        <w:t>Sredstva za zmanjševanje apetita za medicinske namene</w:t>
      </w:r>
    </w:p>
    <w:p w:rsidR="00DF5041" w:rsidRDefault="00DF5041" w:rsidP="00DF5041">
      <w:r>
        <w:t>050390</w:t>
      </w:r>
      <w:r>
        <w:tab/>
        <w:t>Bronchodilatacijski pripravki</w:t>
      </w:r>
    </w:p>
    <w:p w:rsidR="00DF5041" w:rsidRDefault="00DF5041" w:rsidP="00DF5041">
      <w:r>
        <w:t>050391</w:t>
      </w:r>
      <w:r>
        <w:tab/>
        <w:t>Blazinice za žulje</w:t>
      </w:r>
    </w:p>
    <w:p w:rsidR="00DF5041" w:rsidRDefault="00DF5041" w:rsidP="00DF5041">
      <w:r>
        <w:t>050392</w:t>
      </w:r>
      <w:r>
        <w:tab/>
        <w:t>Krtovo krzno za medicinske namene</w:t>
      </w:r>
    </w:p>
    <w:p w:rsidR="00DF5041" w:rsidRDefault="00DF5041" w:rsidP="00DF5041">
      <w:r>
        <w:t>050393</w:t>
      </w:r>
      <w:r>
        <w:tab/>
        <w:t>Vaginalna izpirala za medicinske namene</w:t>
      </w:r>
    </w:p>
    <w:p w:rsidR="00DF5041" w:rsidRDefault="00DF5041" w:rsidP="00DF5041">
      <w:r>
        <w:t>050394</w:t>
      </w:r>
      <w:r>
        <w:tab/>
        <w:t>Medicinski pripravki za rast las</w:t>
      </w:r>
    </w:p>
    <w:p w:rsidR="00DF5041" w:rsidRDefault="00DF5041" w:rsidP="00DF5041">
      <w:r>
        <w:t>050395</w:t>
      </w:r>
      <w:r>
        <w:tab/>
        <w:t>Steroidi</w:t>
      </w:r>
    </w:p>
    <w:p w:rsidR="00DF5041" w:rsidRDefault="00DF5041" w:rsidP="00DF5041">
      <w:r>
        <w:t>050396</w:t>
      </w:r>
      <w:r>
        <w:tab/>
        <w:t>Pomožna sredstva za medicinske namene</w:t>
      </w:r>
    </w:p>
    <w:p w:rsidR="00DF5041" w:rsidRDefault="00DF5041" w:rsidP="00DF5041">
      <w:r>
        <w:t>050397</w:t>
      </w:r>
      <w:r>
        <w:tab/>
        <w:t>Kirurški vsadki iz živih tkiv</w:t>
      </w:r>
    </w:p>
    <w:p w:rsidR="00DF5041" w:rsidRDefault="00DF5041" w:rsidP="00DF5041">
      <w:r>
        <w:t>050398</w:t>
      </w:r>
      <w:r>
        <w:tab/>
        <w:t>Očesne blazinice za medicinske namene</w:t>
      </w:r>
    </w:p>
    <w:p w:rsidR="00DF5041" w:rsidRDefault="00DF5041" w:rsidP="00DF5041">
      <w:r>
        <w:t>050399</w:t>
      </w:r>
      <w:r>
        <w:tab/>
        <w:t>Kisik za medicinske namene</w:t>
      </w:r>
    </w:p>
    <w:p w:rsidR="00DF5041" w:rsidRDefault="00DF5041" w:rsidP="00DF5041">
      <w:r>
        <w:t>050400</w:t>
      </w:r>
      <w:r>
        <w:tab/>
        <w:t>Dezodoranti za oblačila in tekstil</w:t>
      </w:r>
    </w:p>
    <w:p w:rsidR="00DF5041" w:rsidRDefault="00DF5041" w:rsidP="00DF5041">
      <w:r>
        <w:t>050402</w:t>
      </w:r>
      <w:r>
        <w:tab/>
        <w:t>Pripravki za izpiranje vagine za medicinske namene</w:t>
      </w:r>
    </w:p>
    <w:p w:rsidR="00DF5041" w:rsidRDefault="00DF5041" w:rsidP="00DF5041">
      <w:r>
        <w:t>050403</w:t>
      </w:r>
      <w:r>
        <w:tab/>
        <w:t>Matične celice za medicinske namene</w:t>
      </w:r>
    </w:p>
    <w:p w:rsidR="00DF5041" w:rsidRDefault="00DF5041" w:rsidP="00DF5041">
      <w:r>
        <w:t>050404</w:t>
      </w:r>
      <w:r>
        <w:tab/>
        <w:t>Matične celice za veterinarske namene</w:t>
      </w:r>
    </w:p>
    <w:p w:rsidR="00DF5041" w:rsidRDefault="00DF5041" w:rsidP="00DF5041">
      <w:r>
        <w:t>050405</w:t>
      </w:r>
      <w:r>
        <w:tab/>
        <w:t>Biološke tkivne kulture za medicinske namene</w:t>
      </w:r>
    </w:p>
    <w:p w:rsidR="00DF5041" w:rsidRDefault="00DF5041" w:rsidP="00DF5041">
      <w:r>
        <w:t>050406</w:t>
      </w:r>
      <w:r>
        <w:tab/>
        <w:t>Biološke tkivne kulture za veterinarske namene</w:t>
      </w:r>
    </w:p>
    <w:p w:rsidR="00DF5041" w:rsidRDefault="00DF5041" w:rsidP="00DF5041">
      <w:r>
        <w:t>050407</w:t>
      </w:r>
      <w:r>
        <w:tab/>
        <w:t>Hladilni spreji za medicinske namene</w:t>
      </w:r>
    </w:p>
    <w:p w:rsidR="00DF5041" w:rsidRDefault="00DF5041" w:rsidP="00DF5041">
      <w:r>
        <w:t>050408</w:t>
      </w:r>
      <w:r>
        <w:tab/>
        <w:t>Lubrikanti za osebno seksualno uporabo</w:t>
      </w:r>
    </w:p>
    <w:p w:rsidR="00DF5041" w:rsidRDefault="00DF5041" w:rsidP="00DF5041">
      <w:r>
        <w:t>050409</w:t>
      </w:r>
      <w:r>
        <w:tab/>
        <w:t>Aloe vera pripravki za farmacevtske namene</w:t>
      </w:r>
    </w:p>
    <w:p w:rsidR="00DF5041" w:rsidRDefault="00DF5041" w:rsidP="00DF5041">
      <w:r>
        <w:t>050410</w:t>
      </w:r>
      <w:r>
        <w:tab/>
        <w:t>Biserni prah za medicinske namene</w:t>
      </w:r>
    </w:p>
    <w:p w:rsidR="00DF5041" w:rsidRDefault="00DF5041" w:rsidP="00DF5041">
      <w:r>
        <w:t>050411</w:t>
      </w:r>
      <w:r>
        <w:tab/>
        <w:t>Pripravki za zmanjševanje spolne aktivnosti</w:t>
      </w:r>
    </w:p>
    <w:p w:rsidR="00DF5041" w:rsidRDefault="00DF5041" w:rsidP="00DF5041">
      <w:r>
        <w:t>050414</w:t>
      </w:r>
      <w:r>
        <w:tab/>
        <w:t>Sredstva za izpiranje oči z zdravilnimi učinkovinami</w:t>
      </w:r>
    </w:p>
    <w:p w:rsidR="00DF5041" w:rsidRDefault="00DF5041" w:rsidP="00DF5041">
      <w:r>
        <w:t>050415</w:t>
      </w:r>
      <w:r>
        <w:tab/>
        <w:t>Tablete za zmanjševanje apetita</w:t>
      </w:r>
    </w:p>
    <w:p w:rsidR="00DF5041" w:rsidRDefault="00DF5041" w:rsidP="00DF5041">
      <w:r>
        <w:t>050416</w:t>
      </w:r>
      <w:r>
        <w:tab/>
        <w:t>Shujševalne tablete</w:t>
      </w:r>
    </w:p>
    <w:p w:rsidR="00DF5041" w:rsidRDefault="00DF5041" w:rsidP="00DF5041">
      <w:r>
        <w:t>050417</w:t>
      </w:r>
      <w:r>
        <w:tab/>
        <w:t>Tablete za samoporjavitev</w:t>
      </w:r>
    </w:p>
    <w:p w:rsidR="00DF5041" w:rsidRDefault="00DF5041" w:rsidP="00DF5041">
      <w:r>
        <w:t>050418</w:t>
      </w:r>
      <w:r>
        <w:tab/>
        <w:t>Tablete z antioksidanti</w:t>
      </w:r>
    </w:p>
    <w:p w:rsidR="00DF5041" w:rsidRDefault="00DF5041" w:rsidP="00DF5041">
      <w:r>
        <w:t>050419</w:t>
      </w:r>
      <w:r>
        <w:tab/>
        <w:t>Prehranska dopolnila za živali</w:t>
      </w:r>
    </w:p>
    <w:p w:rsidR="00DF5041" w:rsidRDefault="00DF5041" w:rsidP="00DF5041">
      <w:r>
        <w:t>050420</w:t>
      </w:r>
      <w:r>
        <w:tab/>
        <w:t>Beljakovine kot prehranski dodatki</w:t>
      </w:r>
    </w:p>
    <w:p w:rsidR="00DF5041" w:rsidRDefault="00DF5041" w:rsidP="00DF5041">
      <w:r>
        <w:t>050423</w:t>
      </w:r>
      <w:r>
        <w:tab/>
        <w:t>Pšenični kalčki kot prehranski dodatki</w:t>
      </w:r>
    </w:p>
    <w:p w:rsidR="00DF5041" w:rsidRDefault="00DF5041" w:rsidP="00DF5041">
      <w:r>
        <w:t>050424</w:t>
      </w:r>
      <w:r>
        <w:tab/>
        <w:t>Prehranski dodatki iz kvasa</w:t>
      </w:r>
    </w:p>
    <w:p w:rsidR="00DF5041" w:rsidRDefault="00DF5041" w:rsidP="00DF5041">
      <w:r>
        <w:t>050425</w:t>
      </w:r>
      <w:r>
        <w:tab/>
        <w:t>Matični mleček kot prehranski dodatek</w:t>
      </w:r>
    </w:p>
    <w:p w:rsidR="00DF5041" w:rsidRDefault="00DF5041" w:rsidP="00DF5041">
      <w:r>
        <w:t>050426</w:t>
      </w:r>
      <w:r>
        <w:tab/>
        <w:t>Propolis za farmacevtske namene</w:t>
      </w:r>
    </w:p>
    <w:p w:rsidR="00DF5041" w:rsidRDefault="00DF5041" w:rsidP="00DF5041">
      <w:r>
        <w:t>050427</w:t>
      </w:r>
      <w:r>
        <w:tab/>
        <w:t>Propolis kot prehranski dodatek</w:t>
      </w:r>
    </w:p>
    <w:p w:rsidR="00DF5041" w:rsidRDefault="00DF5041" w:rsidP="00DF5041">
      <w:r>
        <w:t>050428</w:t>
      </w:r>
      <w:r>
        <w:tab/>
        <w:t>Pelod kot prehranski dodatek</w:t>
      </w:r>
    </w:p>
    <w:p w:rsidR="00DF5041" w:rsidRDefault="00DF5041" w:rsidP="00DF5041">
      <w:r>
        <w:t>050429</w:t>
      </w:r>
      <w:r>
        <w:tab/>
        <w:t>Encimi kot prehranski dodatki</w:t>
      </w:r>
    </w:p>
    <w:p w:rsidR="00DF5041" w:rsidRDefault="00DF5041" w:rsidP="00DF5041">
      <w:r>
        <w:t>050430</w:t>
      </w:r>
      <w:r>
        <w:tab/>
        <w:t>Glukoza kot prehranski dodatek</w:t>
      </w:r>
    </w:p>
    <w:p w:rsidR="00DF5041" w:rsidRDefault="00DF5041" w:rsidP="00DF5041">
      <w:r>
        <w:t>050431</w:t>
      </w:r>
      <w:r>
        <w:tab/>
        <w:t>Lecitin kot prehranski dodatek</w:t>
      </w:r>
    </w:p>
    <w:p w:rsidR="00DF5041" w:rsidRDefault="00DF5041" w:rsidP="00DF5041">
      <w:r>
        <w:t>050432</w:t>
      </w:r>
      <w:r>
        <w:tab/>
        <w:t>Alginati kot prehranski dodatki</w:t>
      </w:r>
    </w:p>
    <w:p w:rsidR="00DF5041" w:rsidRDefault="00DF5041" w:rsidP="00DF5041">
      <w:r>
        <w:t>050433</w:t>
      </w:r>
      <w:r>
        <w:tab/>
        <w:t>Alginati za farmacevtske namene</w:t>
      </w:r>
    </w:p>
    <w:p w:rsidR="00DF5041" w:rsidRDefault="00DF5041" w:rsidP="00DF5041">
      <w:r>
        <w:t>050434</w:t>
      </w:r>
      <w:r>
        <w:tab/>
        <w:t>Kazein kot prehranski dodatek</w:t>
      </w:r>
    </w:p>
    <w:p w:rsidR="00DF5041" w:rsidRDefault="00DF5041" w:rsidP="00DF5041">
      <w:r>
        <w:t>050435</w:t>
      </w:r>
      <w:r>
        <w:tab/>
        <w:t>Proteini kot prehranski dodatki</w:t>
      </w:r>
    </w:p>
    <w:p w:rsidR="00DF5041" w:rsidRDefault="00DF5041" w:rsidP="00DF5041">
      <w:r>
        <w:t>050436</w:t>
      </w:r>
      <w:r>
        <w:tab/>
        <w:t>Proteinski dodatki za živali</w:t>
      </w:r>
    </w:p>
    <w:p w:rsidR="00DF5041" w:rsidRDefault="00DF5041" w:rsidP="00DF5041">
      <w:r>
        <w:t>050437</w:t>
      </w:r>
      <w:r>
        <w:tab/>
        <w:t>Reagenčni papir za medicinske namene</w:t>
      </w:r>
    </w:p>
    <w:p w:rsidR="00DF5041" w:rsidRDefault="00DF5041" w:rsidP="00DF5041">
      <w:r>
        <w:t>050438</w:t>
      </w:r>
      <w:r>
        <w:tab/>
        <w:t>Alkohol za farmacevtske namene</w:t>
      </w:r>
    </w:p>
    <w:p w:rsidR="00DF5041" w:rsidRDefault="00DF5041" w:rsidP="00DF5041">
      <w:r>
        <w:t>050439</w:t>
      </w:r>
      <w:r>
        <w:tab/>
        <w:t>Pesticidi</w:t>
      </w:r>
    </w:p>
    <w:p w:rsidR="00DF5041" w:rsidRDefault="00DF5041" w:rsidP="00DF5041">
      <w:r>
        <w:t>050440</w:t>
      </w:r>
      <w:r>
        <w:tab/>
        <w:t>Plenice za hišne ljubljenčke</w:t>
      </w:r>
    </w:p>
    <w:p w:rsidR="00DF5041" w:rsidRDefault="00DF5041" w:rsidP="00DF5041">
      <w:r>
        <w:t>050441</w:t>
      </w:r>
      <w:r>
        <w:tab/>
        <w:t>Razkužila</w:t>
      </w:r>
    </w:p>
    <w:p w:rsidR="00DF5041" w:rsidRDefault="00DF5041" w:rsidP="00DF5041">
      <w:r>
        <w:t>050442</w:t>
      </w:r>
      <w:r>
        <w:tab/>
        <w:t>Kirurška lepila</w:t>
      </w:r>
    </w:p>
    <w:p w:rsidR="00DF5041" w:rsidRDefault="00DF5041" w:rsidP="00DF5041">
      <w:r>
        <w:t>050443</w:t>
      </w:r>
      <w:r>
        <w:tab/>
        <w:t>Diagnostični reagenti za ugotavljanje biomarkerjev za medicinske namene</w:t>
      </w:r>
    </w:p>
    <w:p w:rsidR="00DF5041" w:rsidRDefault="00DF5041" w:rsidP="00DF5041">
      <w:r>
        <w:t>050444</w:t>
      </w:r>
      <w:r>
        <w:tab/>
        <w:t>Pripravki za zdravljenje aken</w:t>
      </w:r>
    </w:p>
    <w:p w:rsidR="00DF5041" w:rsidRDefault="00DF5041" w:rsidP="00DF5041">
      <w:r>
        <w:t>050445</w:t>
      </w:r>
      <w:r>
        <w:tab/>
        <w:t>Krma za živali z zdravilnimi učinkovinami</w:t>
      </w:r>
    </w:p>
    <w:p w:rsidR="00DF5041" w:rsidRDefault="00DF5041" w:rsidP="00DF5041">
      <w:r>
        <w:t>050446</w:t>
      </w:r>
      <w:r>
        <w:tab/>
        <w:t>Diagnostični preparati za veterinarske namene</w:t>
      </w:r>
    </w:p>
    <w:p w:rsidR="00DF5041" w:rsidRDefault="00DF5041" w:rsidP="00DF5041">
      <w:r>
        <w:t>050448</w:t>
      </w:r>
      <w:r>
        <w:tab/>
        <w:t>Mlečna formula za dojenčke</w:t>
      </w:r>
    </w:p>
    <w:p w:rsidR="00DF5041" w:rsidRDefault="00DF5041" w:rsidP="00DF5041">
      <w:r>
        <w:t>050449</w:t>
      </w:r>
      <w:r>
        <w:tab/>
        <w:t>Mleko v prahu za dojenčke</w:t>
      </w:r>
    </w:p>
    <w:p w:rsidR="00DF5041" w:rsidRDefault="00DF5041" w:rsidP="00DF5041">
      <w:r>
        <w:t>050450</w:t>
      </w:r>
      <w:r>
        <w:tab/>
        <w:t>Presadki [živa tkiva]</w:t>
      </w:r>
    </w:p>
    <w:p w:rsidR="00DF5041" w:rsidRDefault="00DF5041" w:rsidP="00DF5041">
      <w:r>
        <w:t>050451</w:t>
      </w:r>
      <w:r>
        <w:tab/>
        <w:t>Kolagen za medicinske namene</w:t>
      </w:r>
    </w:p>
    <w:p w:rsidR="00DF5041" w:rsidRDefault="00DF5041" w:rsidP="00DF5041">
      <w:r>
        <w:t>050452</w:t>
      </w:r>
      <w:r>
        <w:tab/>
        <w:t>Rastlinski izvlečki za farmacevtske namene</w:t>
      </w:r>
    </w:p>
    <w:p w:rsidR="00DF5041" w:rsidRDefault="00DF5041" w:rsidP="00DF5041">
      <w:r>
        <w:t>050453</w:t>
      </w:r>
      <w:r>
        <w:tab/>
        <w:t>Farmacevtski izdelki</w:t>
      </w:r>
    </w:p>
    <w:p w:rsidR="00DF5041" w:rsidRDefault="00DF5041" w:rsidP="00DF5041">
      <w:r>
        <w:t>050454</w:t>
      </w:r>
      <w:r>
        <w:tab/>
        <w:t>Pripravki iz mikroorganizmov za medicinsko in veterinarsko uporabo</w:t>
      </w:r>
    </w:p>
    <w:p w:rsidR="00DF5041" w:rsidRDefault="00DF5041" w:rsidP="00DF5041">
      <w:r>
        <w:t>050455</w:t>
      </w:r>
      <w:r>
        <w:tab/>
        <w:t>Fitoterapevtski pripravki za medicinske namene</w:t>
      </w:r>
    </w:p>
    <w:p w:rsidR="00DF5041" w:rsidRDefault="00DF5041" w:rsidP="00DF5041">
      <w:r>
        <w:t>050456</w:t>
      </w:r>
      <w:r>
        <w:tab/>
        <w:t>Zeliščni ekstrakti za medicinske namene</w:t>
      </w:r>
    </w:p>
    <w:p w:rsidR="00DF5041" w:rsidRDefault="00DF5041" w:rsidP="00DF5041">
      <w:r>
        <w:t>050457</w:t>
      </w:r>
      <w:r>
        <w:tab/>
        <w:t>Geli za spolno stimulacijo</w:t>
      </w:r>
    </w:p>
    <w:p w:rsidR="00DF5041" w:rsidRDefault="00DF5041" w:rsidP="00DF5041">
      <w:r>
        <w:t>050458</w:t>
      </w:r>
      <w:r>
        <w:tab/>
        <w:t>Imunostimulanti</w:t>
      </w:r>
    </w:p>
    <w:p w:rsidR="00DF5041" w:rsidRDefault="00DF5041" w:rsidP="00DF5041">
      <w:r>
        <w:t>050459</w:t>
      </w:r>
      <w:r>
        <w:tab/>
        <w:t>Nutracevtiki za terapevtske ali medicinske namene</w:t>
      </w:r>
    </w:p>
    <w:p w:rsidR="00DF5041" w:rsidRDefault="00DF5041" w:rsidP="00DF5041">
      <w:r>
        <w:t>050462</w:t>
      </w:r>
      <w:r>
        <w:tab/>
        <w:t>Predhodno napolnjene injekcijske brizge za medicinske namene</w:t>
      </w:r>
    </w:p>
    <w:p w:rsidR="00DF5041" w:rsidRDefault="00DF5041" w:rsidP="00DF5041">
      <w:r>
        <w:t>050464</w:t>
      </w:r>
      <w:r>
        <w:tab/>
        <w:t>Reagenčni papir za veterinarske namene</w:t>
      </w:r>
    </w:p>
    <w:p w:rsidR="00DF5041" w:rsidRDefault="00DF5041" w:rsidP="00DF5041">
      <w:r>
        <w:t>050465</w:t>
      </w:r>
      <w:r>
        <w:tab/>
        <w:t>Adstringenti za medicinske namene</w:t>
      </w:r>
    </w:p>
    <w:p w:rsidR="00DF5041" w:rsidRDefault="00DF5041" w:rsidP="00DF5041">
      <w:r>
        <w:t>050466</w:t>
      </w:r>
      <w:r>
        <w:tab/>
        <w:t>Sredstva za čiščenje zob z zdravilnimi učinkovinami</w:t>
      </w:r>
    </w:p>
    <w:p w:rsidR="00DF5041" w:rsidRDefault="00DF5041" w:rsidP="00DF5041">
      <w:r>
        <w:t>050467</w:t>
      </w:r>
      <w:r>
        <w:tab/>
        <w:t>Pripravki za odstranjevanje uši [pedikulicidi]</w:t>
      </w:r>
    </w:p>
    <w:p w:rsidR="00DF5041" w:rsidRDefault="00DF5041" w:rsidP="00DF5041">
      <w:r>
        <w:t>050468</w:t>
      </w:r>
      <w:r>
        <w:tab/>
        <w:t>Pedikulicidni šamponi</w:t>
      </w:r>
    </w:p>
    <w:p w:rsidR="00DF5041" w:rsidRDefault="00DF5041" w:rsidP="00DF5041">
      <w:r>
        <w:t>050469</w:t>
      </w:r>
      <w:r>
        <w:tab/>
        <w:t>Insekticidni šamponi za živali</w:t>
      </w:r>
    </w:p>
    <w:p w:rsidR="00DF5041" w:rsidRDefault="00DF5041" w:rsidP="00DF5041">
      <w:r>
        <w:t>050470</w:t>
      </w:r>
      <w:r>
        <w:tab/>
        <w:t>Insekticidne tekočine za izpiranje za veterinarsko uporabo</w:t>
      </w:r>
    </w:p>
    <w:p w:rsidR="00DF5041" w:rsidRDefault="00DF5041" w:rsidP="00DF5041">
      <w:r>
        <w:t>050471</w:t>
      </w:r>
      <w:r>
        <w:tab/>
        <w:t>Antibakterijska mila</w:t>
      </w:r>
    </w:p>
    <w:p w:rsidR="00DF5041" w:rsidRDefault="00DF5041" w:rsidP="00DF5041">
      <w:r>
        <w:t>050472</w:t>
      </w:r>
      <w:r>
        <w:tab/>
        <w:t>Antibakterijska čistila za roke</w:t>
      </w:r>
    </w:p>
    <w:p w:rsidR="00DF5041" w:rsidRDefault="00DF5041" w:rsidP="00DF5041">
      <w:r>
        <w:t>050473</w:t>
      </w:r>
      <w:r>
        <w:tab/>
        <w:t>Losjoni za po britju z zdravilnimi učinkovinami</w:t>
      </w:r>
    </w:p>
    <w:p w:rsidR="00DF5041" w:rsidRDefault="00DF5041" w:rsidP="00DF5041">
      <w:r>
        <w:t>050474</w:t>
      </w:r>
      <w:r>
        <w:tab/>
        <w:t>Šamponi z zdravilnimi učinkovinami</w:t>
      </w:r>
    </w:p>
    <w:p w:rsidR="00DF5041" w:rsidRDefault="00DF5041" w:rsidP="00DF5041">
      <w:r>
        <w:t>050475</w:t>
      </w:r>
      <w:r>
        <w:tab/>
        <w:t>Toaletni pripravki z zdravilnimi učinkovinami</w:t>
      </w:r>
    </w:p>
    <w:p w:rsidR="00DF5041" w:rsidRDefault="00DF5041" w:rsidP="00DF5041">
      <w:r>
        <w:t>050476</w:t>
      </w:r>
      <w:r>
        <w:tab/>
        <w:t>Losjoni za lase z zdravilnimi učinkovinami</w:t>
      </w:r>
    </w:p>
    <w:p w:rsidR="00DF5041" w:rsidRDefault="00DF5041" w:rsidP="00DF5041">
      <w:r>
        <w:t>050477</w:t>
      </w:r>
      <w:r>
        <w:tab/>
        <w:t>Suhi šamponi z zdravilnimi učinkovinami</w:t>
      </w:r>
    </w:p>
    <w:p w:rsidR="00DF5041" w:rsidRDefault="00DF5041" w:rsidP="00DF5041">
      <w:r>
        <w:lastRenderedPageBreak/>
        <w:t>050478</w:t>
      </w:r>
      <w:r>
        <w:tab/>
        <w:t>Šamponi za hišne ljubljence z zdravilnimi učinkovinami</w:t>
      </w:r>
    </w:p>
    <w:p w:rsidR="00DF5041" w:rsidRDefault="00DF5041" w:rsidP="00DF5041">
      <w:r>
        <w:t>050479</w:t>
      </w:r>
      <w:r>
        <w:tab/>
        <w:t>Dezinfekcijsko milo</w:t>
      </w:r>
    </w:p>
    <w:p w:rsidR="00DF5041" w:rsidRDefault="00DF5041" w:rsidP="00DF5041">
      <w:r>
        <w:t>050480</w:t>
      </w:r>
      <w:r>
        <w:tab/>
        <w:t>Milo z zdravilnimi učinkovinami</w:t>
      </w:r>
    </w:p>
    <w:p w:rsidR="00DF5041" w:rsidRDefault="00DF5041" w:rsidP="00DF5041">
      <w:r>
        <w:t>050481</w:t>
      </w:r>
      <w:r>
        <w:tab/>
        <w:t>Masažne sveče za terapevtske namene</w:t>
      </w:r>
    </w:p>
    <w:p w:rsidR="00DF5041" w:rsidRDefault="00DF5041" w:rsidP="00DF5041">
      <w:r>
        <w:t>050482</w:t>
      </w:r>
      <w:r>
        <w:tab/>
        <w:t>Prehranska dopolnila iz acai jagod v prahu</w:t>
      </w:r>
    </w:p>
    <w:p w:rsidR="00DF5041" w:rsidRDefault="00DF5041" w:rsidP="00DF5041">
      <w:r>
        <w:t>050483</w:t>
      </w:r>
      <w:r>
        <w:tab/>
        <w:t>Obliži z vitaminskimi dopolnili</w:t>
      </w:r>
    </w:p>
    <w:p w:rsidR="00DF5041" w:rsidRDefault="00DF5041" w:rsidP="00DF5041">
      <w:r>
        <w:t>050484</w:t>
      </w:r>
      <w:r>
        <w:tab/>
        <w:t>Prehranska dopolnila s kozmetičnimi učinki</w:t>
      </w:r>
    </w:p>
    <w:p w:rsidR="00DF5041" w:rsidRDefault="00DF5041" w:rsidP="00DF5041">
      <w:r>
        <w:t>050485</w:t>
      </w:r>
      <w:r>
        <w:tab/>
        <w:t>Nikotinski žvečilni gumi, ki se uporablja kot pripomoček za odvajanje od kajenja</w:t>
      </w:r>
    </w:p>
    <w:p w:rsidR="00DF5041" w:rsidRDefault="00DF5041" w:rsidP="00DF5041">
      <w:r>
        <w:t>050486</w:t>
      </w:r>
      <w:r>
        <w:tab/>
        <w:t>Nikotinski obliži za uporabo kot pripomoček za odvajanje od kajenja</w:t>
      </w:r>
    </w:p>
    <w:p w:rsidR="00DF5041" w:rsidRDefault="00DF5041" w:rsidP="00DF5041">
      <w:r>
        <w:t>050487</w:t>
      </w:r>
      <w:r>
        <w:tab/>
        <w:t>Kapsule, narejene iz polimerov na osnovi dendrimerov, za farmacevtske proizvode</w:t>
      </w:r>
    </w:p>
    <w:p w:rsidR="00DF5041" w:rsidRDefault="00DF5041" w:rsidP="00DF5041">
      <w:r>
        <w:t>050488</w:t>
      </w:r>
      <w:r>
        <w:tab/>
        <w:t>Kemični pripravki za zdravljenje bolezni, ki napadajo žitarice</w:t>
      </w:r>
    </w:p>
    <w:p w:rsidR="00DF5041" w:rsidRDefault="00DF5041" w:rsidP="00DF5041">
      <w:r>
        <w:t>050489</w:t>
      </w:r>
      <w:r>
        <w:tab/>
        <w:t>Dermalna polnila za injiciranje</w:t>
      </w:r>
    </w:p>
    <w:p w:rsidR="00DF5041" w:rsidRDefault="00DF5041" w:rsidP="00DF5041">
      <w:r>
        <w:t>050490</w:t>
      </w:r>
      <w:r>
        <w:tab/>
        <w:t>Zapestnice, prepojene s sredstvom za odganjanje mrčesa</w:t>
      </w:r>
    </w:p>
    <w:p w:rsidR="00DF5041" w:rsidRPr="003834FA" w:rsidRDefault="00DF5041" w:rsidP="00DF5041">
      <w:pPr>
        <w:rPr>
          <w:lang w:val="fr-FR"/>
        </w:rPr>
      </w:pPr>
      <w:r>
        <w:t>050491</w:t>
      </w:r>
      <w:r>
        <w:tab/>
      </w:r>
      <w:r w:rsidRPr="003834FA">
        <w:rPr>
          <w:lang w:val="fr-FR"/>
        </w:rPr>
        <w:t>Zobne paste z zdravilnimi učinkovinami</w:t>
      </w:r>
    </w:p>
    <w:p w:rsidR="00DF5041" w:rsidRDefault="00DF5041" w:rsidP="00DF5041">
      <w:r>
        <w:t>050492</w:t>
      </w:r>
      <w:r>
        <w:tab/>
        <w:t>Masažni geli za medicinske namene</w:t>
      </w:r>
    </w:p>
    <w:p w:rsidR="00DF5041" w:rsidRDefault="00DF5041" w:rsidP="00DF5041">
      <w:r>
        <w:t>050493</w:t>
      </w:r>
      <w:r>
        <w:tab/>
        <w:t>Pripravki v stiku za lajšanje glavobola</w:t>
      </w:r>
    </w:p>
    <w:p w:rsidR="00DF5041" w:rsidRDefault="00DF5041" w:rsidP="00DF5041">
      <w:r>
        <w:t>050494</w:t>
      </w:r>
      <w:r>
        <w:tab/>
        <w:t>Kontracepcijske gobe</w:t>
      </w:r>
    </w:p>
    <w:p w:rsidR="00DF5041" w:rsidRDefault="00DF5041" w:rsidP="00DF5041">
      <w:r>
        <w:t>050498</w:t>
      </w:r>
      <w:r>
        <w:tab/>
        <w:t>Polnila za votle kosti, sestavljena iz živih tkiv</w:t>
      </w:r>
    </w:p>
    <w:p w:rsidR="00DF5041" w:rsidRDefault="00DF5041" w:rsidP="00DF5041">
      <w:r>
        <w:t>050499</w:t>
      </w:r>
      <w:r>
        <w:tab/>
        <w:t>Kisikove jeklenke, polnjene, za medicinske namene</w:t>
      </w:r>
    </w:p>
    <w:p w:rsidR="00DF5041" w:rsidRDefault="00DF5041" w:rsidP="00DF5041">
      <w:r>
        <w:t>050503</w:t>
      </w:r>
      <w:r>
        <w:tab/>
        <w:t>Diagnostični trakovi za testiranje materinega mleka za medicinsko uporabo</w:t>
      </w:r>
    </w:p>
    <w:p w:rsidR="00DF5041" w:rsidRDefault="00DF5041" w:rsidP="00DF5041">
      <w:r>
        <w:t>050504</w:t>
      </w:r>
      <w:r>
        <w:tab/>
        <w:t>Prehranska dopolnila na osnovi beljakovine iz sirotke</w:t>
      </w:r>
    </w:p>
    <w:p w:rsidR="00DF5041" w:rsidRDefault="00DF5041" w:rsidP="00DF5041">
      <w:r>
        <w:t>050505</w:t>
      </w:r>
      <w:r>
        <w:tab/>
        <w:t>Prehranska dopolnila na osnovi pivskega kvasa</w:t>
      </w:r>
    </w:p>
    <w:p w:rsidR="00DF5041" w:rsidRDefault="00DF5041" w:rsidP="00DF5041">
      <w:r>
        <w:t>050506</w:t>
      </w:r>
      <w:r>
        <w:tab/>
        <w:t>Pripravki iz kanabidiola za medicinsko uporabo</w:t>
      </w:r>
    </w:p>
    <w:p w:rsidR="00DF5041" w:rsidRDefault="00DF5041" w:rsidP="00DF5041">
      <w:r>
        <w:t>050507</w:t>
      </w:r>
      <w:r>
        <w:tab/>
        <w:t>Tetrahidrokanabinol [THC] za medicinsko uporabo</w:t>
      </w:r>
    </w:p>
    <w:p w:rsidR="00DF5041" w:rsidRDefault="00DF5041" w:rsidP="00DF5041">
      <w:r>
        <w:t>050508</w:t>
      </w:r>
      <w:r>
        <w:tab/>
        <w:t>Čaj za kopeli za terapevtske namene</w:t>
      </w:r>
    </w:p>
    <w:p w:rsidR="00DF5041" w:rsidRDefault="00DF5041" w:rsidP="00DF5041">
      <w:r>
        <w:t>050510</w:t>
      </w:r>
      <w:r>
        <w:tab/>
        <w:t>Protivnetna sredstva</w:t>
      </w:r>
    </w:p>
    <w:p w:rsidR="00DF5041" w:rsidRDefault="00DF5041" w:rsidP="00DF5041">
      <w:r>
        <w:t>050513</w:t>
      </w:r>
      <w:r>
        <w:tab/>
        <w:t>Prehranski dodatki za ljudi</w:t>
      </w:r>
    </w:p>
    <w:p w:rsidR="00DF5041" w:rsidRDefault="00DF5041" w:rsidP="00DF5041">
      <w:r>
        <w:t>050514</w:t>
      </w:r>
      <w:r>
        <w:tab/>
        <w:t>Krpice, prepojene z razkužili, za higienske namene</w:t>
      </w:r>
    </w:p>
    <w:p w:rsidR="00DF5041" w:rsidRDefault="00DF5041" w:rsidP="00DF5041">
      <w:r>
        <w:t>050515</w:t>
      </w:r>
      <w:r>
        <w:tab/>
        <w:t>Vlažilna sredstva za kožo v obliki dermalnih polnil za injiciranje</w:t>
      </w:r>
    </w:p>
    <w:p w:rsidR="00DF5041" w:rsidRDefault="00DF5041" w:rsidP="00DF5041">
      <w:r>
        <w:t>050516</w:t>
      </w:r>
      <w:r>
        <w:tab/>
        <w:t>Mandljevo olje za medicinske namene</w:t>
      </w:r>
    </w:p>
    <w:p w:rsidR="00DF5041" w:rsidRDefault="00DF5041" w:rsidP="00DF5041">
      <w:r>
        <w:t>050517</w:t>
      </w:r>
      <w:r>
        <w:tab/>
        <w:t>Dermatološki pripravki</w:t>
      </w:r>
    </w:p>
    <w:p w:rsidR="00DF5041" w:rsidRDefault="00DF5041" w:rsidP="00DF5041">
      <w:r>
        <w:t>050518</w:t>
      </w:r>
      <w:r>
        <w:tab/>
        <w:t>Lepilni obliži za prsne bradavice za medicinske namene</w:t>
      </w:r>
    </w:p>
    <w:p w:rsidR="00DF5041" w:rsidRDefault="00DF5041" w:rsidP="00DF5041">
      <w:r>
        <w:t>050519</w:t>
      </w:r>
      <w:r>
        <w:tab/>
        <w:t>Mazila na osnovi medu za medicinske namene</w:t>
      </w:r>
    </w:p>
    <w:p w:rsidR="00DF5041" w:rsidRDefault="00DF5041" w:rsidP="00DF5041">
      <w:r>
        <w:t>050520</w:t>
      </w:r>
      <w:r>
        <w:tab/>
        <w:t>Diagnostični pripravki za medicinske namene za uporabo v medicinskih laboratorijih</w:t>
      </w:r>
    </w:p>
    <w:p w:rsidR="00DF5041" w:rsidRDefault="00DF5041" w:rsidP="00DF5041">
      <w:r>
        <w:t>050521</w:t>
      </w:r>
      <w:r>
        <w:tab/>
        <w:t>Ovojni trakovi kot podloge za atletske trakove</w:t>
      </w:r>
    </w:p>
    <w:p w:rsidR="00DF5041" w:rsidRDefault="00DF5041" w:rsidP="00DF5041">
      <w:r>
        <w:t>050522</w:t>
      </w:r>
      <w:r>
        <w:tab/>
        <w:t>Obliži, impregnirani s pripravki za zdravljenje aken</w:t>
      </w:r>
    </w:p>
    <w:p w:rsidR="00DF5041" w:rsidRDefault="00DF5041" w:rsidP="00DF5041">
      <w:r>
        <w:t>050523</w:t>
      </w:r>
      <w:r>
        <w:tab/>
        <w:t>Nikotinske vrečke za uporabo kot pripomoček pri prenehanju kajenja</w:t>
      </w:r>
    </w:p>
    <w:p w:rsidR="00DF5041" w:rsidRPr="003834FA" w:rsidRDefault="00DF5041" w:rsidP="00DF5041">
      <w:pPr>
        <w:rPr>
          <w:lang w:val="fr-FR"/>
        </w:rPr>
      </w:pPr>
      <w:r>
        <w:t>050524</w:t>
      </w:r>
      <w:r>
        <w:tab/>
      </w:r>
      <w:r w:rsidRPr="003834FA">
        <w:rPr>
          <w:lang w:val="fr-FR"/>
        </w:rPr>
        <w:t>Impregnirane folije za zdravljenje opeklin</w:t>
      </w:r>
    </w:p>
    <w:p w:rsidR="00DF5041" w:rsidRDefault="00DF5041" w:rsidP="00DF5041">
      <w:r>
        <w:t>050525</w:t>
      </w:r>
      <w:r>
        <w:tab/>
        <w:t>Olja za aromaterapijo</w:t>
      </w:r>
    </w:p>
    <w:p w:rsidR="00DF5041" w:rsidRDefault="00DF5041" w:rsidP="00DF5041">
      <w:r>
        <w:t>050526</w:t>
      </w:r>
      <w:r>
        <w:tab/>
        <w:t>Kreme za aromaterapijo</w:t>
      </w:r>
    </w:p>
    <w:p w:rsidR="00DF5041" w:rsidRDefault="00DF5041" w:rsidP="00DF5041">
      <w:r>
        <w:t>050527</w:t>
      </w:r>
      <w:r>
        <w:tab/>
        <w:t>Cvetna voda za medicinske namene</w:t>
      </w:r>
    </w:p>
    <w:p w:rsidR="00DF5041" w:rsidRDefault="00DF5041" w:rsidP="00DF5041">
      <w:r>
        <w:t>050528</w:t>
      </w:r>
      <w:r>
        <w:tab/>
        <w:t>Geli z natrijevim hialuronatom za medicinske namene</w:t>
      </w:r>
    </w:p>
    <w:p w:rsidR="00DF5041" w:rsidRDefault="00DF5041" w:rsidP="00DF5041">
      <w:r>
        <w:t>050529</w:t>
      </w:r>
      <w:r>
        <w:tab/>
        <w:t>Prehranski dodatki z mlezivom</w:t>
      </w:r>
    </w:p>
    <w:p w:rsidR="00DF5041" w:rsidRDefault="00DF5041" w:rsidP="00DF5041">
      <w:r>
        <w:t>050530</w:t>
      </w:r>
      <w:r>
        <w:tab/>
        <w:t>Nikotinski pripravki za uporabo kot pripomoček za opustitev kajejnja</w:t>
      </w:r>
    </w:p>
    <w:p w:rsidR="00DF5041" w:rsidRDefault="00DF5041" w:rsidP="00DF5041">
      <w:r>
        <w:t>050531</w:t>
      </w:r>
      <w:r>
        <w:tab/>
        <w:t>Fluorescentna barvila za medicinske namene</w:t>
      </w:r>
    </w:p>
    <w:p w:rsidR="001C05F7" w:rsidRDefault="001C05F7">
      <w:pPr>
        <w:pStyle w:val="Naslov1"/>
        <w:sectPr w:rsidR="001C05F7" w:rsidSect="00E00425">
          <w:type w:val="continuous"/>
          <w:pgSz w:w="11907" w:h="16840" w:code="9"/>
          <w:pgMar w:top="1418" w:right="1418" w:bottom="1418" w:left="1418" w:header="720" w:footer="720" w:gutter="0"/>
          <w:cols w:num="2" w:space="720"/>
          <w:docGrid w:linePitch="360"/>
        </w:sectPr>
      </w:pPr>
    </w:p>
    <w:p w:rsidR="00E00425" w:rsidRDefault="00E00425">
      <w:pPr>
        <w:tabs>
          <w:tab w:val="clear" w:pos="907"/>
        </w:tabs>
        <w:spacing w:after="200" w:line="276" w:lineRule="auto"/>
        <w:ind w:left="0" w:firstLine="0"/>
        <w:rPr>
          <w:rFonts w:eastAsiaTheme="majorEastAsia" w:cstheme="majorBidi"/>
          <w:b/>
          <w:bCs/>
          <w:color w:val="000000" w:themeColor="text1"/>
          <w:sz w:val="22"/>
          <w:szCs w:val="28"/>
          <w:lang w:val="sl-SI" w:eastAsia="sl-SI"/>
        </w:rPr>
      </w:pPr>
      <w:r>
        <w:rPr>
          <w:lang w:val="sl-SI" w:eastAsia="sl-SI"/>
        </w:rPr>
        <w:br w:type="page"/>
      </w:r>
    </w:p>
    <w:p w:rsidR="004C5352" w:rsidRPr="005561BE" w:rsidRDefault="004C5352" w:rsidP="00DF5041">
      <w:pPr>
        <w:pStyle w:val="Naslov1"/>
        <w:spacing w:before="720"/>
        <w:rPr>
          <w:lang w:val="sl-SI" w:eastAsia="sl-SI"/>
        </w:rPr>
      </w:pPr>
      <w:r w:rsidRPr="005561BE">
        <w:rPr>
          <w:lang w:val="sl-SI" w:eastAsia="sl-SI"/>
        </w:rPr>
        <w:lastRenderedPageBreak/>
        <w:t xml:space="preserve">Razred 6 </w:t>
      </w:r>
    </w:p>
    <w:p w:rsidR="004C5352" w:rsidRPr="00DF5041" w:rsidRDefault="004C5352" w:rsidP="00DF5041">
      <w:pPr>
        <w:pStyle w:val="Naslov2"/>
        <w:rPr>
          <w:szCs w:val="20"/>
          <w:lang w:val="sl-SI" w:eastAsia="sl-SI"/>
        </w:rPr>
      </w:pPr>
      <w:r w:rsidRPr="00DF5041">
        <w:rPr>
          <w:szCs w:val="20"/>
          <w:lang w:val="sl-SI" w:eastAsia="sl-SI"/>
        </w:rPr>
        <w:t>Navadne kovine in njihove zlitine, rude; kovinski materiali za stavbeništvo in gradbeništvo; prenosne kovinske zgradbe; neelektrični kovinski kabli in žice iz navadnih kovin; drobni železni izdelki (železnina); kovinski zabojniki za skladiščenje in prevoz; trezorji.</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DF5041" w:rsidRPr="00D85EAF" w:rsidTr="00DF5041">
        <w:trPr>
          <w:trHeight w:val="143"/>
          <w:tblHeader/>
        </w:trPr>
        <w:tc>
          <w:tcPr>
            <w:tcW w:w="9493" w:type="dxa"/>
            <w:gridSpan w:val="2"/>
            <w:shd w:val="clear" w:color="auto" w:fill="F2F2F2" w:themeFill="background1" w:themeFillShade="F2"/>
            <w:vAlign w:val="center"/>
          </w:tcPr>
          <w:p w:rsidR="00DF5041" w:rsidRPr="006715E9" w:rsidRDefault="00DF5041" w:rsidP="00DF5041">
            <w:pPr>
              <w:pStyle w:val="opomba"/>
              <w:rPr>
                <w:b/>
              </w:rPr>
            </w:pPr>
            <w:r w:rsidRPr="006715E9">
              <w:rPr>
                <w:b/>
              </w:rPr>
              <w:t xml:space="preserve">RAZRED </w:t>
            </w:r>
            <w:r w:rsidR="006715E9" w:rsidRPr="006715E9">
              <w:rPr>
                <w:b/>
              </w:rPr>
              <w:t>6</w:t>
            </w:r>
            <w:r w:rsidRPr="006715E9">
              <w:rPr>
                <w:b/>
              </w:rPr>
              <w:t xml:space="preserve"> - pojasnjevalne opombe</w:t>
            </w:r>
          </w:p>
        </w:tc>
      </w:tr>
      <w:tr w:rsidR="00DF5041" w:rsidRPr="00D85EAF" w:rsidTr="00DF5041">
        <w:trPr>
          <w:trHeight w:val="390"/>
        </w:trPr>
        <w:tc>
          <w:tcPr>
            <w:tcW w:w="9493" w:type="dxa"/>
            <w:gridSpan w:val="2"/>
            <w:shd w:val="clear" w:color="auto" w:fill="F2F2F2" w:themeFill="background1" w:themeFillShade="F2"/>
            <w:vAlign w:val="center"/>
          </w:tcPr>
          <w:p w:rsidR="00DF5041" w:rsidRPr="00993A45" w:rsidRDefault="001350B7" w:rsidP="00DF5041">
            <w:pPr>
              <w:pStyle w:val="opomba"/>
            </w:pPr>
            <w:r w:rsidRPr="00D85EAF">
              <w:t>Razred 6 vključuje zlasti neobdelane in delno obdelane navadne kovine, vključno z rudami in nekatero blago iz navadnih kovin.</w:t>
            </w:r>
          </w:p>
        </w:tc>
      </w:tr>
      <w:tr w:rsidR="00DF5041" w:rsidRPr="00D85EAF" w:rsidTr="00DF5041">
        <w:trPr>
          <w:trHeight w:val="3742"/>
        </w:trPr>
        <w:tc>
          <w:tcPr>
            <w:tcW w:w="4746" w:type="dxa"/>
            <w:shd w:val="clear" w:color="auto" w:fill="F2F2F2" w:themeFill="background1" w:themeFillShade="F2"/>
          </w:tcPr>
          <w:p w:rsidR="00DF5041" w:rsidRPr="00993A45" w:rsidRDefault="00DF5041" w:rsidP="00DF5041">
            <w:pPr>
              <w:pStyle w:val="opomba"/>
            </w:pPr>
            <w:r w:rsidRPr="00D85EAF">
              <w:t>V ta razred so vključeni zlasti:</w:t>
            </w:r>
          </w:p>
          <w:p w:rsidR="001350B7" w:rsidRPr="00D85EAF" w:rsidRDefault="001350B7" w:rsidP="008C16D9">
            <w:pPr>
              <w:pStyle w:val="opombapika"/>
            </w:pPr>
            <w:r w:rsidRPr="00D85EAF">
              <w:t>kovine v obliki folij ali prahu za nadaljnjo obdelavo, na primer za 3D-tiskalnike;</w:t>
            </w:r>
          </w:p>
          <w:p w:rsidR="001350B7" w:rsidRPr="00D85EAF" w:rsidRDefault="001350B7" w:rsidP="008C16D9">
            <w:pPr>
              <w:pStyle w:val="opombapika"/>
            </w:pPr>
            <w:r w:rsidRPr="00D85EAF">
              <w:t>kovinski gradbeni materiali, na primer kovinski materiali za železniške tire, kovinske cevi;</w:t>
            </w:r>
          </w:p>
          <w:p w:rsidR="001350B7" w:rsidRPr="00D85EAF" w:rsidRDefault="001350B7" w:rsidP="008C16D9">
            <w:pPr>
              <w:pStyle w:val="opombapika"/>
            </w:pPr>
            <w:r w:rsidRPr="00D85EAF">
              <w:t>drobni železni izdelki (železnina), na primer zapahi, vijaki, žeblji, kolesca za pohištvo, zapirala za okna;</w:t>
            </w:r>
          </w:p>
          <w:p w:rsidR="001350B7" w:rsidRPr="00D85EAF" w:rsidRDefault="001350B7" w:rsidP="008C16D9">
            <w:pPr>
              <w:pStyle w:val="opombapika"/>
            </w:pPr>
            <w:r w:rsidRPr="00D85EAF">
              <w:t>prenosne kovinske zgradbe ali konstrukcije, na primer montažne hiše, bazeni, kletke za divje živali, drsališča;</w:t>
            </w:r>
          </w:p>
          <w:p w:rsidR="001350B7" w:rsidRPr="00D85EAF" w:rsidRDefault="001350B7" w:rsidP="008C16D9">
            <w:pPr>
              <w:pStyle w:val="opombapika"/>
            </w:pPr>
            <w:r w:rsidRPr="00D85EAF">
              <w:t>nekatere kovinske podajalne naprave, avtomatske ali neavtomatske, na primer podajalniki brisač, podajalniki čakalnih listkov, podajalniki vrečk za pasje iztrebke, podajalniki toaletnega papirja</w:t>
            </w:r>
          </w:p>
          <w:p w:rsidR="00DF5041" w:rsidRPr="00993A45" w:rsidRDefault="001350B7" w:rsidP="008C16D9">
            <w:pPr>
              <w:pStyle w:val="opombapika"/>
            </w:pPr>
            <w:r w:rsidRPr="00D85EAF">
              <w:t>nekateri izdelki iz navadne kovine, ki niso drugače razvrščeni po funkciji ali namenu, na primer večnamenske škatle iz navadne kovine, kipi, doprsni kipi in umetniška dela iz navadne kovine</w:t>
            </w:r>
          </w:p>
        </w:tc>
        <w:tc>
          <w:tcPr>
            <w:tcW w:w="4747" w:type="dxa"/>
            <w:shd w:val="clear" w:color="auto" w:fill="F2F2F2" w:themeFill="background1" w:themeFillShade="F2"/>
          </w:tcPr>
          <w:p w:rsidR="00DF5041" w:rsidRPr="00993A45" w:rsidRDefault="00DF5041" w:rsidP="00DF5041">
            <w:pPr>
              <w:pStyle w:val="opomba"/>
            </w:pPr>
            <w:r w:rsidRPr="00D85EAF">
              <w:t>V ta razred niso vključeni zlasti:</w:t>
            </w:r>
          </w:p>
          <w:p w:rsidR="001350B7" w:rsidRPr="00D85EAF" w:rsidRDefault="001350B7" w:rsidP="008C16D9">
            <w:pPr>
              <w:pStyle w:val="opombapika"/>
            </w:pPr>
            <w:r w:rsidRPr="00D85EAF">
              <w:t>kovine in rude, ki se zaradi svojih kemijskih lastnosti uporabljajo kot kemikalije v industriji ali znanstvenih raziskavah, na primer boksit, živo srebro, antimon, alkalijske in zemljo</w:t>
            </w:r>
            <w:r>
              <w:t xml:space="preserve"> </w:t>
            </w:r>
            <w:r w:rsidRPr="00D85EAF">
              <w:t>alkalijske kovine (razred 1);</w:t>
            </w:r>
          </w:p>
          <w:p w:rsidR="001350B7" w:rsidRPr="00D85EAF" w:rsidRDefault="001350B7" w:rsidP="008C16D9">
            <w:pPr>
              <w:pStyle w:val="opombapika"/>
            </w:pPr>
            <w:r w:rsidRPr="00D85EAF">
              <w:t>kovine v obliki folij in prahu za pleskarje, dekoraterje, tiskarje in umetnike (razred 2);</w:t>
            </w:r>
          </w:p>
          <w:p w:rsidR="001350B7" w:rsidRPr="00D85EAF" w:rsidRDefault="001350B7" w:rsidP="008C16D9">
            <w:pPr>
              <w:pStyle w:val="opombapika"/>
            </w:pPr>
            <w:r w:rsidRPr="00D85EAF">
              <w:t>nekatere podajalne naprave, ki so razvrščene glede na njihovo funkcijo ali namen, na primer stroji za razdeljevanje tekočine za industrijsko uporabo (razred 7), terminali za izdajo vstopnic, elektronski (razred 9), dozirni aparati za medicinsko uporabo (razred 10), podajalniki lepilnega traku (razred 16)</w:t>
            </w:r>
          </w:p>
          <w:p w:rsidR="001350B7" w:rsidRDefault="001350B7" w:rsidP="008C16D9">
            <w:pPr>
              <w:pStyle w:val="opombapika"/>
            </w:pPr>
            <w:r w:rsidRPr="00D85EAF">
              <w:t xml:space="preserve">nekatero blago iz navadnih kovin, razvrščeno po funkciji ali namenu, na primer ročno orodje, orodje za ročno upravljanje (razred 8), papirne sponke (razred 16), pohištvo (razred 20), </w:t>
            </w:r>
          </w:p>
          <w:p w:rsidR="001350B7" w:rsidRPr="00D85EAF" w:rsidRDefault="001350B7" w:rsidP="008C16D9">
            <w:pPr>
              <w:pStyle w:val="opombapika"/>
            </w:pPr>
            <w:r w:rsidRPr="00D85EAF">
              <w:t>kuhinjski pripomočki (razred 21), posode za gospodinjstvo (razred 21)</w:t>
            </w:r>
          </w:p>
          <w:p w:rsidR="001350B7" w:rsidRPr="00D85EAF" w:rsidRDefault="001350B7" w:rsidP="008C16D9">
            <w:pPr>
              <w:pStyle w:val="opombapika"/>
            </w:pPr>
            <w:r w:rsidRPr="00D85EAF">
              <w:t>električni kabli (razred 9) in neelektrični kabli in vrvi, nekovinski (razred 22)</w:t>
            </w:r>
          </w:p>
          <w:p w:rsidR="001350B7" w:rsidRPr="00D85EAF" w:rsidRDefault="001350B7" w:rsidP="008C16D9">
            <w:pPr>
              <w:pStyle w:val="opombapika"/>
            </w:pPr>
            <w:r w:rsidRPr="00D85EAF">
              <w:t>cevi, ki so deli sanitarnih napeljav (razred 11), gibljive cevi, tubusi in cevi, nekovinske (razred 17) in toge cevi, nekovinske (razred 19)</w:t>
            </w:r>
          </w:p>
          <w:p w:rsidR="00DF5041" w:rsidRPr="00993A45" w:rsidRDefault="001350B7" w:rsidP="008C16D9">
            <w:pPr>
              <w:pStyle w:val="opombapika"/>
            </w:pPr>
            <w:r w:rsidRPr="00D85EAF">
              <w:t>kletke za hišne ljubljenčke (razred 21)</w:t>
            </w:r>
          </w:p>
        </w:tc>
      </w:tr>
    </w:tbl>
    <w:p w:rsidR="00DF5041" w:rsidRPr="001C05F7" w:rsidRDefault="00DF5041" w:rsidP="00A656D9">
      <w:pPr>
        <w:spacing w:after="240"/>
        <w:ind w:left="0" w:firstLine="0"/>
        <w:rPr>
          <w:lang w:val="sl-SI"/>
        </w:rPr>
      </w:pPr>
    </w:p>
    <w:p w:rsidR="001F7CF4" w:rsidRPr="004C5352" w:rsidRDefault="001F7CF4" w:rsidP="00E00425">
      <w:pPr>
        <w:spacing w:after="240"/>
        <w:ind w:left="0" w:firstLine="0"/>
        <w:rPr>
          <w:lang w:val="sl-SI"/>
        </w:rPr>
        <w:sectPr w:rsidR="001F7CF4" w:rsidRPr="004C5352" w:rsidSect="00E00425">
          <w:type w:val="continuous"/>
          <w:pgSz w:w="11907" w:h="16840" w:code="9"/>
          <w:pgMar w:top="1418" w:right="1418" w:bottom="1418" w:left="1418" w:header="720" w:footer="720" w:gutter="0"/>
          <w:cols w:space="720"/>
          <w:docGrid w:linePitch="360"/>
        </w:sectPr>
      </w:pPr>
    </w:p>
    <w:p w:rsidR="004611C8" w:rsidRDefault="004611C8" w:rsidP="004611C8">
      <w:r>
        <w:t>060001</w:t>
      </w:r>
      <w:r>
        <w:tab/>
        <w:t>Jeklo, neobdelano ali delno obdelano</w:t>
      </w:r>
    </w:p>
    <w:p w:rsidR="004611C8" w:rsidRDefault="004611C8" w:rsidP="004611C8">
      <w:r>
        <w:t>060002</w:t>
      </w:r>
      <w:r>
        <w:tab/>
        <w:t>Jeklene zlitine</w:t>
      </w:r>
    </w:p>
    <w:p w:rsidR="004611C8" w:rsidRDefault="004611C8" w:rsidP="004611C8">
      <w:r>
        <w:t>060004</w:t>
      </w:r>
      <w:r>
        <w:tab/>
        <w:t>Jeklena žica</w:t>
      </w:r>
    </w:p>
    <w:p w:rsidR="004611C8" w:rsidRDefault="004611C8" w:rsidP="004611C8">
      <w:r>
        <w:t>060005</w:t>
      </w:r>
      <w:r>
        <w:tab/>
        <w:t>Lito jeklo</w:t>
      </w:r>
    </w:p>
    <w:p w:rsidR="004611C8" w:rsidRDefault="004611C8" w:rsidP="004611C8">
      <w:r>
        <w:t>060006</w:t>
      </w:r>
      <w:r>
        <w:tab/>
        <w:t>Jekleni stebri</w:t>
      </w:r>
    </w:p>
    <w:p w:rsidR="004611C8" w:rsidRDefault="004611C8" w:rsidP="004611C8">
      <w:r>
        <w:t>060009</w:t>
      </w:r>
      <w:r>
        <w:tab/>
        <w:t>Rolete (jeklene)</w:t>
      </w:r>
    </w:p>
    <w:p w:rsidR="004611C8" w:rsidRDefault="004611C8" w:rsidP="004611C8">
      <w:r>
        <w:t>060010</w:t>
      </w:r>
      <w:r>
        <w:tab/>
        <w:t>Jeklena pločevina</w:t>
      </w:r>
    </w:p>
    <w:p w:rsidR="004611C8" w:rsidRDefault="004611C8" w:rsidP="004611C8">
      <w:r>
        <w:t>060012</w:t>
      </w:r>
      <w:r>
        <w:tab/>
        <w:t>Kovinski pritrdilni elementi za strojne jermene</w:t>
      </w:r>
    </w:p>
    <w:p w:rsidR="004611C8" w:rsidRDefault="004611C8" w:rsidP="004611C8">
      <w:r>
        <w:t>060014</w:t>
      </w:r>
      <w:r>
        <w:tab/>
        <w:t>Šobe iz kovine</w:t>
      </w:r>
    </w:p>
    <w:p w:rsidR="004611C8" w:rsidRDefault="004611C8" w:rsidP="004611C8">
      <w:r>
        <w:t>060017</w:t>
      </w:r>
      <w:r>
        <w:tab/>
        <w:t>Aluminij</w:t>
      </w:r>
    </w:p>
    <w:p w:rsidR="004611C8" w:rsidRDefault="004611C8" w:rsidP="004611C8">
      <w:r>
        <w:t>060018</w:t>
      </w:r>
      <w:r>
        <w:tab/>
        <w:t>Bron</w:t>
      </w:r>
    </w:p>
    <w:p w:rsidR="004611C8" w:rsidRDefault="004611C8" w:rsidP="004611C8">
      <w:r>
        <w:t>060019</w:t>
      </w:r>
      <w:r>
        <w:tab/>
        <w:t>Aluminijaste žice</w:t>
      </w:r>
    </w:p>
    <w:p w:rsidR="004611C8" w:rsidRDefault="004611C8" w:rsidP="004611C8">
      <w:r>
        <w:t>060021</w:t>
      </w:r>
      <w:r>
        <w:tab/>
        <w:t>Ustniki cevi iz kovine (šobe)</w:t>
      </w:r>
    </w:p>
    <w:p w:rsidR="004611C8" w:rsidRDefault="004611C8" w:rsidP="004611C8">
      <w:r>
        <w:t>060022</w:t>
      </w:r>
      <w:r>
        <w:tab/>
        <w:t>Zaskočni zapahi iz kovine</w:t>
      </w:r>
    </w:p>
    <w:p w:rsidR="004611C8" w:rsidRDefault="004611C8" w:rsidP="004611C8">
      <w:r>
        <w:t>060023</w:t>
      </w:r>
      <w:r>
        <w:tab/>
        <w:t>Kovinski jambori</w:t>
      </w:r>
    </w:p>
    <w:p w:rsidR="004611C8" w:rsidRDefault="004611C8" w:rsidP="004611C8">
      <w:r>
        <w:t>060024</w:t>
      </w:r>
      <w:r>
        <w:tab/>
        <w:t>Palice iz kovine</w:t>
      </w:r>
    </w:p>
    <w:p w:rsidR="004611C8" w:rsidRDefault="004611C8" w:rsidP="004611C8">
      <w:r>
        <w:t>060025</w:t>
      </w:r>
      <w:r>
        <w:tab/>
        <w:t>Pasti za divje živali</w:t>
      </w:r>
    </w:p>
    <w:p w:rsidR="004611C8" w:rsidRDefault="004611C8" w:rsidP="004611C8">
      <w:r>
        <w:t>060027</w:t>
      </w:r>
      <w:r>
        <w:tab/>
        <w:t>Antifrikcijska kovina</w:t>
      </w:r>
    </w:p>
    <w:p w:rsidR="004611C8" w:rsidRDefault="004611C8" w:rsidP="004611C8">
      <w:r>
        <w:t>060028</w:t>
      </w:r>
      <w:r>
        <w:tab/>
        <w:t>Drevesna zaščita iz kovine</w:t>
      </w:r>
    </w:p>
    <w:p w:rsidR="004611C8" w:rsidRDefault="004611C8" w:rsidP="004611C8">
      <w:r>
        <w:t>060029</w:t>
      </w:r>
      <w:r>
        <w:tab/>
        <w:t>Ročne blagajne [kovinske ali nekovinske]</w:t>
      </w:r>
    </w:p>
    <w:p w:rsidR="004611C8" w:rsidRDefault="004611C8" w:rsidP="004611C8">
      <w:r>
        <w:t>060030</w:t>
      </w:r>
      <w:r>
        <w:tab/>
        <w:t>Srebrov lot (spojke)</w:t>
      </w:r>
    </w:p>
    <w:p w:rsidR="004611C8" w:rsidRDefault="004611C8" w:rsidP="004611C8">
      <w:r>
        <w:t>060032</w:t>
      </w:r>
      <w:r>
        <w:tab/>
        <w:t>Kositrove zlitine, prevlečene s srebrom</w:t>
      </w:r>
    </w:p>
    <w:p w:rsidR="004611C8" w:rsidRDefault="004611C8" w:rsidP="004611C8">
      <w:r>
        <w:t>060033</w:t>
      </w:r>
      <w:r>
        <w:tab/>
        <w:t>Kovinske armature za beton</w:t>
      </w:r>
    </w:p>
    <w:p w:rsidR="004611C8" w:rsidRDefault="004611C8" w:rsidP="004611C8">
      <w:r>
        <w:t>060035</w:t>
      </w:r>
      <w:r>
        <w:tab/>
        <w:t>Okenske zapore iz kovine</w:t>
      </w:r>
    </w:p>
    <w:p w:rsidR="004611C8" w:rsidRDefault="004611C8" w:rsidP="004611C8">
      <w:r>
        <w:t>060036</w:t>
      </w:r>
      <w:r>
        <w:tab/>
        <w:t>Vratne zapore iz kovine</w:t>
      </w:r>
    </w:p>
    <w:p w:rsidR="004611C8" w:rsidRDefault="004611C8" w:rsidP="004611C8">
      <w:r>
        <w:t>060037</w:t>
      </w:r>
      <w:r>
        <w:tab/>
        <w:t>Podložke iz kovine</w:t>
      </w:r>
    </w:p>
    <w:p w:rsidR="004611C8" w:rsidRDefault="004611C8" w:rsidP="004611C8">
      <w:r>
        <w:lastRenderedPageBreak/>
        <w:t>060039</w:t>
      </w:r>
      <w:r>
        <w:tab/>
        <w:t>Tečaji iz kovine (za okna in vrata)</w:t>
      </w:r>
    </w:p>
    <w:p w:rsidR="004611C8" w:rsidRDefault="004611C8" w:rsidP="004611C8">
      <w:r>
        <w:t>060040</w:t>
      </w:r>
      <w:r>
        <w:tab/>
        <w:t>Talne ploščice iz kovine</w:t>
      </w:r>
    </w:p>
    <w:p w:rsidR="004611C8" w:rsidRDefault="004611C8" w:rsidP="004611C8">
      <w:r>
        <w:t>060041</w:t>
      </w:r>
      <w:r>
        <w:tab/>
        <w:t>Bodeča žica</w:t>
      </w:r>
    </w:p>
    <w:p w:rsidR="004611C8" w:rsidRDefault="004611C8" w:rsidP="004611C8">
      <w:r>
        <w:t>060042</w:t>
      </w:r>
      <w:r>
        <w:tab/>
        <w:t>Palice za kovinske ograje</w:t>
      </w:r>
    </w:p>
    <w:p w:rsidR="004611C8" w:rsidRDefault="004611C8" w:rsidP="004611C8">
      <w:r>
        <w:t>060044</w:t>
      </w:r>
      <w:r>
        <w:tab/>
        <w:t>Verige za živino</w:t>
      </w:r>
    </w:p>
    <w:p w:rsidR="004611C8" w:rsidRDefault="004611C8" w:rsidP="004611C8">
      <w:r>
        <w:t>060046</w:t>
      </w:r>
      <w:r>
        <w:tab/>
        <w:t>Bele kovine</w:t>
      </w:r>
    </w:p>
    <w:p w:rsidR="004611C8" w:rsidRDefault="004611C8" w:rsidP="004611C8">
      <w:r>
        <w:t>060048</w:t>
      </w:r>
      <w:r>
        <w:tab/>
        <w:t>Kovinske vezi za zaboje</w:t>
      </w:r>
    </w:p>
    <w:p w:rsidR="004611C8" w:rsidRDefault="004611C8" w:rsidP="004611C8">
      <w:r>
        <w:t>060049</w:t>
      </w:r>
      <w:r>
        <w:tab/>
        <w:t>Kovinski sorniki</w:t>
      </w:r>
    </w:p>
    <w:p w:rsidR="004611C8" w:rsidRDefault="004611C8" w:rsidP="004611C8">
      <w:r>
        <w:t>060050</w:t>
      </w:r>
      <w:r>
        <w:tab/>
        <w:t>Jeklenke [vsebniki] za stisnjen plin ali utekočinjen zrak</w:t>
      </w:r>
    </w:p>
    <w:p w:rsidR="004611C8" w:rsidRDefault="004611C8" w:rsidP="004611C8">
      <w:r>
        <w:t>060051</w:t>
      </w:r>
      <w:r>
        <w:tab/>
        <w:t>Identifikacijske zapestnice iz kovine</w:t>
      </w:r>
    </w:p>
    <w:p w:rsidR="004611C8" w:rsidRDefault="004611C8" w:rsidP="004611C8">
      <w:r>
        <w:t>060052</w:t>
      </w:r>
      <w:r>
        <w:tab/>
        <w:t>Železne plošče</w:t>
      </w:r>
    </w:p>
    <w:p w:rsidR="004611C8" w:rsidRDefault="004611C8" w:rsidP="004611C8">
      <w:r>
        <w:t>060053</w:t>
      </w:r>
      <w:r>
        <w:tab/>
        <w:t>Varilne zlitine</w:t>
      </w:r>
    </w:p>
    <w:p w:rsidR="004611C8" w:rsidRDefault="004611C8" w:rsidP="004611C8">
      <w:r>
        <w:t>060054</w:t>
      </w:r>
      <w:r>
        <w:tab/>
        <w:t>Prirobnice iz kovine</w:t>
      </w:r>
    </w:p>
    <w:p w:rsidR="004611C8" w:rsidRDefault="004611C8" w:rsidP="004611C8">
      <w:r>
        <w:t>060056</w:t>
      </w:r>
      <w:r>
        <w:tab/>
        <w:t>Bronasta umetniška dela</w:t>
      </w:r>
    </w:p>
    <w:p w:rsidR="004611C8" w:rsidRDefault="004611C8" w:rsidP="004611C8">
      <w:r>
        <w:t>060057</w:t>
      </w:r>
      <w:r>
        <w:tab/>
        <w:t>Kabli za žičnice</w:t>
      </w:r>
    </w:p>
    <w:p w:rsidR="004611C8" w:rsidRDefault="004611C8" w:rsidP="004611C8">
      <w:r>
        <w:t>060058</w:t>
      </w:r>
      <w:r>
        <w:tab/>
        <w:t>Kratke kovinske cevi za vrvi (prstan)</w:t>
      </w:r>
    </w:p>
    <w:p w:rsidR="004611C8" w:rsidRDefault="004611C8" w:rsidP="004611C8">
      <w:r>
        <w:t>060061</w:t>
      </w:r>
      <w:r>
        <w:tab/>
        <w:t>Kadmij</w:t>
      </w:r>
    </w:p>
    <w:p w:rsidR="004611C8" w:rsidRDefault="004611C8" w:rsidP="004611C8">
      <w:r>
        <w:t>060062</w:t>
      </w:r>
      <w:r>
        <w:tab/>
        <w:t>Žabice (ključavnice)</w:t>
      </w:r>
    </w:p>
    <w:p w:rsidR="004611C8" w:rsidRDefault="004611C8" w:rsidP="004611C8">
      <w:r>
        <w:t>060063</w:t>
      </w:r>
      <w:r>
        <w:tab/>
        <w:t>Kovinske ploščice za boljše spajanje ali izravnanje</w:t>
      </w:r>
    </w:p>
    <w:p w:rsidR="004611C8" w:rsidRDefault="004611C8" w:rsidP="004611C8">
      <w:r>
        <w:t>060064</w:t>
      </w:r>
      <w:r>
        <w:tab/>
        <w:t>Kovinske konice za sprehajalne palice</w:t>
      </w:r>
    </w:p>
    <w:p w:rsidR="004611C8" w:rsidRDefault="004611C8" w:rsidP="004611C8">
      <w:r>
        <w:t>060065</w:t>
      </w:r>
      <w:r>
        <w:tab/>
        <w:t>Kovinske posode za shranjevanje kislin</w:t>
      </w:r>
    </w:p>
    <w:p w:rsidR="004611C8" w:rsidRDefault="004611C8" w:rsidP="004611C8">
      <w:r>
        <w:t>060066</w:t>
      </w:r>
      <w:r>
        <w:tab/>
        <w:t>Kovinski sefi</w:t>
      </w:r>
    </w:p>
    <w:p w:rsidR="004611C8" w:rsidRDefault="004611C8" w:rsidP="004611C8">
      <w:r>
        <w:t>060068</w:t>
      </w:r>
      <w:r>
        <w:tab/>
        <w:t>Kovinske verige</w:t>
      </w:r>
    </w:p>
    <w:p w:rsidR="004611C8" w:rsidRDefault="004611C8" w:rsidP="004611C8">
      <w:r>
        <w:t>060071</w:t>
      </w:r>
      <w:r>
        <w:tab/>
        <w:t>Varnostne verige iz kovine</w:t>
      </w:r>
    </w:p>
    <w:p w:rsidR="004611C8" w:rsidRDefault="004611C8" w:rsidP="004611C8">
      <w:r>
        <w:t>060073</w:t>
      </w:r>
      <w:r>
        <w:tab/>
        <w:t>Spojke iz kovine, za verige</w:t>
      </w:r>
    </w:p>
    <w:p w:rsidR="004611C8" w:rsidRDefault="004611C8" w:rsidP="004611C8">
      <w:r>
        <w:t>060074</w:t>
      </w:r>
      <w:r>
        <w:tab/>
        <w:t>Okvirji iz kovine za gradbeništvo</w:t>
      </w:r>
    </w:p>
    <w:p w:rsidR="004611C8" w:rsidRDefault="004611C8" w:rsidP="004611C8">
      <w:r>
        <w:t>060077</w:t>
      </w:r>
      <w:r>
        <w:tab/>
        <w:t>Žeblji za podkve</w:t>
      </w:r>
    </w:p>
    <w:p w:rsidR="004611C8" w:rsidRDefault="004611C8" w:rsidP="004611C8">
      <w:r>
        <w:t>060079</w:t>
      </w:r>
      <w:r>
        <w:tab/>
        <w:t>Krom</w:t>
      </w:r>
    </w:p>
    <w:p w:rsidR="004611C8" w:rsidRDefault="004611C8" w:rsidP="004611C8">
      <w:r>
        <w:t>060080</w:t>
      </w:r>
      <w:r>
        <w:tab/>
        <w:t>Kromirano železo</w:t>
      </w:r>
    </w:p>
    <w:p w:rsidR="004611C8" w:rsidRDefault="004611C8" w:rsidP="004611C8">
      <w:r>
        <w:t>060081</w:t>
      </w:r>
      <w:r>
        <w:tab/>
        <w:t>Kromove rude</w:t>
      </w:r>
    </w:p>
    <w:p w:rsidR="004611C8" w:rsidRDefault="004611C8" w:rsidP="004611C8">
      <w:r>
        <w:t>060082</w:t>
      </w:r>
      <w:r>
        <w:tab/>
        <w:t>Razcepke iz kovine</w:t>
      </w:r>
    </w:p>
    <w:p w:rsidR="004611C8" w:rsidRDefault="004611C8" w:rsidP="004611C8">
      <w:r>
        <w:t>060083</w:t>
      </w:r>
      <w:r>
        <w:tab/>
        <w:t>Kovinski ključi</w:t>
      </w:r>
    </w:p>
    <w:p w:rsidR="004611C8" w:rsidRDefault="004611C8" w:rsidP="004611C8">
      <w:r>
        <w:t>060085</w:t>
      </w:r>
      <w:r>
        <w:tab/>
        <w:t>Kovinski žeblji</w:t>
      </w:r>
    </w:p>
    <w:p w:rsidR="004611C8" w:rsidRDefault="004611C8" w:rsidP="004611C8">
      <w:r>
        <w:t>060087</w:t>
      </w:r>
      <w:r>
        <w:tab/>
        <w:t>Zidni čepi iz kovine</w:t>
      </w:r>
    </w:p>
    <w:p w:rsidR="004611C8" w:rsidRDefault="004611C8" w:rsidP="004611C8">
      <w:r>
        <w:t>060088</w:t>
      </w:r>
      <w:r>
        <w:tab/>
        <w:t>Kobalt (surov)</w:t>
      </w:r>
    </w:p>
    <w:p w:rsidR="004611C8" w:rsidRDefault="004611C8" w:rsidP="004611C8">
      <w:r>
        <w:t>060089</w:t>
      </w:r>
      <w:r>
        <w:tab/>
        <w:t>Kovinski materiali za železniške tračnice</w:t>
      </w:r>
    </w:p>
    <w:p w:rsidR="004611C8" w:rsidRDefault="004611C8" w:rsidP="004611C8">
      <w:r>
        <w:t>060090</w:t>
      </w:r>
      <w:r>
        <w:tab/>
        <w:t>Kovinski nosilci za gradnjo</w:t>
      </w:r>
    </w:p>
    <w:p w:rsidR="004611C8" w:rsidRDefault="004611C8" w:rsidP="004611C8">
      <w:r>
        <w:t>060091</w:t>
      </w:r>
      <w:r>
        <w:tab/>
        <w:t>Vodne napeljave iz kovine</w:t>
      </w:r>
    </w:p>
    <w:p w:rsidR="004611C8" w:rsidRDefault="004611C8" w:rsidP="004611C8">
      <w:r>
        <w:t>060092</w:t>
      </w:r>
      <w:r>
        <w:tab/>
        <w:t>Kovinski oglavki</w:t>
      </w:r>
    </w:p>
    <w:p w:rsidR="004611C8" w:rsidRPr="003834FA" w:rsidRDefault="004611C8" w:rsidP="004611C8">
      <w:pPr>
        <w:rPr>
          <w:lang w:val="fr-FR"/>
        </w:rPr>
      </w:pPr>
      <w:r>
        <w:t>060094</w:t>
      </w:r>
      <w:r>
        <w:tab/>
      </w:r>
      <w:r w:rsidRPr="003834FA">
        <w:rPr>
          <w:lang w:val="fr-FR"/>
        </w:rPr>
        <w:t>Kontejnerji iz kovine [skladiščenje, transport]</w:t>
      </w:r>
    </w:p>
    <w:p w:rsidR="004611C8" w:rsidRDefault="004611C8" w:rsidP="004611C8">
      <w:r>
        <w:t>060097</w:t>
      </w:r>
      <w:r>
        <w:tab/>
        <w:t>Nakovala</w:t>
      </w:r>
    </w:p>
    <w:p w:rsidR="004611C8" w:rsidRDefault="004611C8" w:rsidP="004611C8">
      <w:r>
        <w:t>060098</w:t>
      </w:r>
      <w:r>
        <w:tab/>
        <w:t>Kovinska strešna obroba</w:t>
      </w:r>
    </w:p>
    <w:p w:rsidR="004611C8" w:rsidRDefault="004611C8" w:rsidP="004611C8">
      <w:r>
        <w:t>060099</w:t>
      </w:r>
      <w:r>
        <w:tab/>
        <w:t>Kovinska kolena za cevi</w:t>
      </w:r>
    </w:p>
    <w:p w:rsidR="004611C8" w:rsidRDefault="004611C8" w:rsidP="004611C8">
      <w:r>
        <w:t>060100</w:t>
      </w:r>
      <w:r>
        <w:tab/>
        <w:t>Kovinska vrata</w:t>
      </w:r>
    </w:p>
    <w:p w:rsidR="004611C8" w:rsidRDefault="004611C8" w:rsidP="004611C8">
      <w:r>
        <w:t>060101</w:t>
      </w:r>
      <w:r>
        <w:tab/>
        <w:t>Kovinski napenjalci za trakove</w:t>
      </w:r>
    </w:p>
    <w:p w:rsidR="004611C8" w:rsidRDefault="004611C8" w:rsidP="004611C8">
      <w:r>
        <w:t>060103</w:t>
      </w:r>
      <w:r>
        <w:tab/>
        <w:t>Kovinski kavlji za obešanje posode</w:t>
      </w:r>
    </w:p>
    <w:p w:rsidR="004611C8" w:rsidRDefault="004611C8" w:rsidP="004611C8">
      <w:r>
        <w:t>060104</w:t>
      </w:r>
      <w:r>
        <w:tab/>
        <w:t>Zapahi za naoknice</w:t>
      </w:r>
    </w:p>
    <w:p w:rsidR="004611C8" w:rsidRDefault="004611C8" w:rsidP="004611C8">
      <w:r>
        <w:t>060105</w:t>
      </w:r>
      <w:r>
        <w:tab/>
        <w:t>Kljuke (kovinsko okovje)</w:t>
      </w:r>
    </w:p>
    <w:p w:rsidR="004611C8" w:rsidRDefault="004611C8" w:rsidP="004611C8">
      <w:r>
        <w:t>060106</w:t>
      </w:r>
      <w:r>
        <w:tab/>
        <w:t>Železna okovja za okna</w:t>
      </w:r>
    </w:p>
    <w:p w:rsidR="004611C8" w:rsidRDefault="004611C8" w:rsidP="004611C8">
      <w:r>
        <w:t>060108</w:t>
      </w:r>
      <w:r>
        <w:tab/>
        <w:t>Žica iz kovine</w:t>
      </w:r>
    </w:p>
    <w:p w:rsidR="004611C8" w:rsidRDefault="004611C8" w:rsidP="004611C8">
      <w:r>
        <w:t>060109</w:t>
      </w:r>
      <w:r>
        <w:tab/>
        <w:t>Baker, neobdelana ali polobdelan</w:t>
      </w:r>
    </w:p>
    <w:p w:rsidR="004611C8" w:rsidRDefault="004611C8" w:rsidP="004611C8">
      <w:r>
        <w:t>060110</w:t>
      </w:r>
      <w:r>
        <w:tab/>
        <w:t>Bakreni obroči (prstani)</w:t>
      </w:r>
    </w:p>
    <w:p w:rsidR="004611C8" w:rsidRDefault="004611C8" w:rsidP="004611C8">
      <w:r>
        <w:t>060111</w:t>
      </w:r>
      <w:r>
        <w:tab/>
        <w:t>Instalacija cevi iz kovine</w:t>
      </w:r>
    </w:p>
    <w:p w:rsidR="004611C8" w:rsidRDefault="004611C8" w:rsidP="004611C8">
      <w:r>
        <w:t>060112</w:t>
      </w:r>
      <w:r>
        <w:tab/>
        <w:t>Kontejnerji iz kovine za stisnjen plin ali utekočinjen zrak</w:t>
      </w:r>
    </w:p>
    <w:p w:rsidR="004611C8" w:rsidRDefault="004611C8" w:rsidP="004611C8">
      <w:r>
        <w:t>060113</w:t>
      </w:r>
      <w:r>
        <w:tab/>
        <w:t>Predpražniki</w:t>
      </w:r>
    </w:p>
    <w:p w:rsidR="004611C8" w:rsidRDefault="004611C8" w:rsidP="004611C8">
      <w:r>
        <w:t>060114</w:t>
      </w:r>
      <w:r>
        <w:tab/>
        <w:t>Kovinske odtočne cevi</w:t>
      </w:r>
    </w:p>
    <w:p w:rsidR="004611C8" w:rsidRDefault="004611C8" w:rsidP="004611C8">
      <w:r>
        <w:t>060115</w:t>
      </w:r>
      <w:r>
        <w:tab/>
        <w:t>Jeklo, nepredelano ali delno predelano</w:t>
      </w:r>
    </w:p>
    <w:p w:rsidR="004611C8" w:rsidRDefault="004611C8" w:rsidP="004611C8">
      <w:r>
        <w:t>060116</w:t>
      </w:r>
      <w:r>
        <w:tab/>
        <w:t>Tirnične spojke</w:t>
      </w:r>
    </w:p>
    <w:p w:rsidR="004611C8" w:rsidRDefault="004611C8" w:rsidP="004611C8">
      <w:r>
        <w:t>060118</w:t>
      </w:r>
      <w:r>
        <w:tab/>
        <w:t>Vijaki iz kovine</w:t>
      </w:r>
    </w:p>
    <w:p w:rsidR="004611C8" w:rsidRDefault="004611C8" w:rsidP="004611C8">
      <w:r>
        <w:t>060119</w:t>
      </w:r>
      <w:r>
        <w:tab/>
        <w:t>Embalaža iz bele pločevine</w:t>
      </w:r>
    </w:p>
    <w:p w:rsidR="004611C8" w:rsidRDefault="004611C8" w:rsidP="004611C8">
      <w:r>
        <w:t>060120</w:t>
      </w:r>
      <w:r>
        <w:tab/>
        <w:t>Poštni nabiralniki iz kovine</w:t>
      </w:r>
    </w:p>
    <w:p w:rsidR="004611C8" w:rsidRDefault="004611C8" w:rsidP="004611C8">
      <w:r>
        <w:t>060121</w:t>
      </w:r>
      <w:r>
        <w:tab/>
        <w:t>Neelektrični kovinski hišni zvonci</w:t>
      </w:r>
    </w:p>
    <w:p w:rsidR="004611C8" w:rsidRDefault="004611C8" w:rsidP="004611C8">
      <w:r>
        <w:t>060122</w:t>
      </w:r>
      <w:r>
        <w:tab/>
        <w:t>Ostroge</w:t>
      </w:r>
    </w:p>
    <w:p w:rsidR="004611C8" w:rsidRDefault="004611C8" w:rsidP="004611C8">
      <w:r>
        <w:t>060123</w:t>
      </w:r>
      <w:r>
        <w:tab/>
        <w:t>Kovinski nosilci za gradbeništvo</w:t>
      </w:r>
    </w:p>
    <w:p w:rsidR="004611C8" w:rsidRDefault="004611C8" w:rsidP="004611C8">
      <w:r>
        <w:t>060124</w:t>
      </w:r>
      <w:r>
        <w:tab/>
        <w:t>Stopnišča iz kovine</w:t>
      </w:r>
    </w:p>
    <w:p w:rsidR="004611C8" w:rsidRDefault="004611C8" w:rsidP="004611C8">
      <w:r>
        <w:t>060125</w:t>
      </w:r>
      <w:r>
        <w:tab/>
        <w:t>Kovinska zapirala za okna</w:t>
      </w:r>
    </w:p>
    <w:p w:rsidR="004611C8" w:rsidRDefault="004611C8" w:rsidP="004611C8">
      <w:r>
        <w:t>060129</w:t>
      </w:r>
      <w:r>
        <w:tab/>
        <w:t>Tračnice iz kovine</w:t>
      </w:r>
    </w:p>
    <w:p w:rsidR="004611C8" w:rsidRDefault="004611C8" w:rsidP="004611C8">
      <w:r>
        <w:t>060130</w:t>
      </w:r>
      <w:r>
        <w:tab/>
        <w:t>Okovja iz kovine za okna</w:t>
      </w:r>
    </w:p>
    <w:p w:rsidR="004611C8" w:rsidRDefault="004611C8" w:rsidP="004611C8">
      <w:r>
        <w:t>060132</w:t>
      </w:r>
      <w:r>
        <w:tab/>
        <w:t>Kovinska žica</w:t>
      </w:r>
    </w:p>
    <w:p w:rsidR="004611C8" w:rsidRDefault="004611C8" w:rsidP="004611C8">
      <w:r>
        <w:t>060133</w:t>
      </w:r>
      <w:r>
        <w:tab/>
        <w:t>Lito železo, nepredelano ali polpredelano</w:t>
      </w:r>
    </w:p>
    <w:p w:rsidR="004611C8" w:rsidRDefault="004611C8" w:rsidP="004611C8">
      <w:r>
        <w:t>060134</w:t>
      </w:r>
      <w:r>
        <w:tab/>
        <w:t>Železove rude</w:t>
      </w:r>
    </w:p>
    <w:p w:rsidR="004611C8" w:rsidRDefault="004611C8" w:rsidP="004611C8">
      <w:r>
        <w:t>060136</w:t>
      </w:r>
      <w:r>
        <w:tab/>
        <w:t>Železo (Molibden -)</w:t>
      </w:r>
    </w:p>
    <w:p w:rsidR="004611C8" w:rsidRDefault="004611C8" w:rsidP="004611C8">
      <w:r>
        <w:t>060137</w:t>
      </w:r>
      <w:r>
        <w:tab/>
        <w:t>Silicijevo železo</w:t>
      </w:r>
    </w:p>
    <w:p w:rsidR="004611C8" w:rsidRDefault="004611C8" w:rsidP="004611C8">
      <w:r>
        <w:t>060139</w:t>
      </w:r>
      <w:r>
        <w:tab/>
        <w:t>Volframovo železo</w:t>
      </w:r>
    </w:p>
    <w:p w:rsidR="004611C8" w:rsidRDefault="004611C8" w:rsidP="004611C8">
      <w:r>
        <w:t>060140</w:t>
      </w:r>
      <w:r>
        <w:tab/>
        <w:t>Oprema iz kovine za gradbeništvo</w:t>
      </w:r>
    </w:p>
    <w:p w:rsidR="004611C8" w:rsidRDefault="004611C8" w:rsidP="004611C8">
      <w:r>
        <w:t>060141</w:t>
      </w:r>
      <w:r>
        <w:tab/>
        <w:t>Zatiči [drobni kovinski predmeti]</w:t>
      </w:r>
    </w:p>
    <w:p w:rsidR="004611C8" w:rsidRDefault="004611C8" w:rsidP="004611C8">
      <w:r>
        <w:t>060144</w:t>
      </w:r>
      <w:r>
        <w:tab/>
        <w:t>Neelektrične ključavnice iz kovine</w:t>
      </w:r>
    </w:p>
    <w:p w:rsidR="004611C8" w:rsidRDefault="004611C8" w:rsidP="004611C8">
      <w:r>
        <w:t>060145</w:t>
      </w:r>
      <w:r>
        <w:tab/>
        <w:t>Galenit [ruda]</w:t>
      </w:r>
    </w:p>
    <w:p w:rsidR="004611C8" w:rsidRDefault="004611C8" w:rsidP="004611C8">
      <w:r>
        <w:t>060146</w:t>
      </w:r>
      <w:r>
        <w:tab/>
        <w:t>Svinčeva plomba</w:t>
      </w:r>
    </w:p>
    <w:p w:rsidR="004611C8" w:rsidRDefault="004611C8" w:rsidP="004611C8">
      <w:r>
        <w:t>060147</w:t>
      </w:r>
      <w:r>
        <w:tab/>
        <w:t>Germanij</w:t>
      </w:r>
    </w:p>
    <w:p w:rsidR="004611C8" w:rsidRDefault="004611C8" w:rsidP="004611C8">
      <w:r>
        <w:t>060149</w:t>
      </w:r>
      <w:r>
        <w:tab/>
        <w:t>Dereze [plezalne]</w:t>
      </w:r>
    </w:p>
    <w:p w:rsidR="004611C8" w:rsidRDefault="004611C8" w:rsidP="004611C8">
      <w:r>
        <w:t>060150</w:t>
      </w:r>
      <w:r>
        <w:tab/>
        <w:t>Kovinski modeli za led</w:t>
      </w:r>
    </w:p>
    <w:p w:rsidR="004611C8" w:rsidRDefault="004611C8" w:rsidP="004611C8">
      <w:r>
        <w:t>060151</w:t>
      </w:r>
      <w:r>
        <w:tab/>
        <w:t>Mazalka iz kovine</w:t>
      </w:r>
    </w:p>
    <w:p w:rsidR="004611C8" w:rsidRDefault="004611C8" w:rsidP="004611C8">
      <w:r>
        <w:t>060153</w:t>
      </w:r>
      <w:r>
        <w:tab/>
        <w:t>Zaskočne ključavnice</w:t>
      </w:r>
    </w:p>
    <w:p w:rsidR="004611C8" w:rsidRDefault="004611C8" w:rsidP="004611C8">
      <w:r>
        <w:t>060154</w:t>
      </w:r>
      <w:r>
        <w:tab/>
        <w:t>Indij</w:t>
      </w:r>
    </w:p>
    <w:p w:rsidR="004611C8" w:rsidRDefault="004611C8" w:rsidP="004611C8">
      <w:r>
        <w:t>060155</w:t>
      </w:r>
      <w:r>
        <w:tab/>
        <w:t>Priponke iz kovine za vozila</w:t>
      </w:r>
    </w:p>
    <w:p w:rsidR="004611C8" w:rsidRDefault="004611C8" w:rsidP="004611C8">
      <w:r>
        <w:t>060156</w:t>
      </w:r>
      <w:r>
        <w:tab/>
        <w:t>Žaluzije iz kovine</w:t>
      </w:r>
    </w:p>
    <w:p w:rsidR="004611C8" w:rsidRDefault="004611C8" w:rsidP="004611C8">
      <w:r>
        <w:t>060157</w:t>
      </w:r>
      <w:r>
        <w:tab/>
        <w:t>Medenina, neobdelana ali polobdelana</w:t>
      </w:r>
    </w:p>
    <w:p w:rsidR="004611C8" w:rsidRDefault="004611C8" w:rsidP="004611C8">
      <w:r>
        <w:t>060158</w:t>
      </w:r>
      <w:r>
        <w:tab/>
        <w:t>Zunanje kovinske žaluzije</w:t>
      </w:r>
    </w:p>
    <w:p w:rsidR="004611C8" w:rsidRDefault="004611C8" w:rsidP="004611C8">
      <w:r>
        <w:t>060159</w:t>
      </w:r>
      <w:r>
        <w:tab/>
        <w:t>Kovinske platforme za izstrelitev raket</w:t>
      </w:r>
    </w:p>
    <w:p w:rsidR="004611C8" w:rsidRDefault="004611C8" w:rsidP="004611C8">
      <w:r>
        <w:t>060160</w:t>
      </w:r>
      <w:r>
        <w:tab/>
        <w:t>Letve iz kovine</w:t>
      </w:r>
    </w:p>
    <w:p w:rsidR="004611C8" w:rsidRDefault="004611C8" w:rsidP="004611C8">
      <w:r>
        <w:t>060161</w:t>
      </w:r>
      <w:r>
        <w:tab/>
        <w:t>Kovinska polnila</w:t>
      </w:r>
    </w:p>
    <w:p w:rsidR="004611C8" w:rsidRDefault="004611C8" w:rsidP="004611C8">
      <w:r>
        <w:t>060162</w:t>
      </w:r>
      <w:r>
        <w:tab/>
        <w:t>Stopniščne stranice iz kovine</w:t>
      </w:r>
    </w:p>
    <w:p w:rsidR="004611C8" w:rsidRDefault="004611C8" w:rsidP="004611C8">
      <w:r>
        <w:t>060163</w:t>
      </w:r>
      <w:r>
        <w:tab/>
        <w:t>Limonit</w:t>
      </w:r>
    </w:p>
    <w:p w:rsidR="004611C8" w:rsidRDefault="004611C8" w:rsidP="004611C8">
      <w:r>
        <w:t>060164</w:t>
      </w:r>
      <w:r>
        <w:tab/>
        <w:t>Ingoti iz navadnih kovin</w:t>
      </w:r>
    </w:p>
    <w:p w:rsidR="004611C8" w:rsidRDefault="004611C8" w:rsidP="004611C8">
      <w:r>
        <w:t>060165</w:t>
      </w:r>
      <w:r>
        <w:tab/>
        <w:t>Nadpražniki iz kovine (za okna in vrata)</w:t>
      </w:r>
    </w:p>
    <w:p w:rsidR="004611C8" w:rsidRDefault="004611C8" w:rsidP="004611C8">
      <w:r>
        <w:t>060166</w:t>
      </w:r>
      <w:r>
        <w:tab/>
        <w:t>Posteljna kolesca iz kovine</w:t>
      </w:r>
    </w:p>
    <w:p w:rsidR="004611C8" w:rsidRDefault="004611C8" w:rsidP="004611C8">
      <w:r>
        <w:t>060167</w:t>
      </w:r>
      <w:r>
        <w:tab/>
        <w:t>Zapahi iz kovine</w:t>
      </w:r>
    </w:p>
    <w:p w:rsidR="004611C8" w:rsidRDefault="004611C8" w:rsidP="004611C8">
      <w:r>
        <w:t>060168</w:t>
      </w:r>
      <w:r>
        <w:tab/>
        <w:t>Grude stopljenega železa [metalurgija]</w:t>
      </w:r>
    </w:p>
    <w:p w:rsidR="004611C8" w:rsidRDefault="004611C8" w:rsidP="004611C8">
      <w:r>
        <w:t>060169</w:t>
      </w:r>
      <w:r>
        <w:tab/>
        <w:t>Magnezij</w:t>
      </w:r>
    </w:p>
    <w:p w:rsidR="004611C8" w:rsidRDefault="004611C8" w:rsidP="004611C8">
      <w:r>
        <w:t>060170</w:t>
      </w:r>
      <w:r>
        <w:tab/>
        <w:t>Prenosne kovinske strukture</w:t>
      </w:r>
    </w:p>
    <w:p w:rsidR="004611C8" w:rsidRDefault="004611C8" w:rsidP="004611C8">
      <w:r>
        <w:lastRenderedPageBreak/>
        <w:t>060172</w:t>
      </w:r>
      <w:r>
        <w:tab/>
        <w:t>Kovinske kapice (obroči) za ročaje</w:t>
      </w:r>
    </w:p>
    <w:p w:rsidR="004611C8" w:rsidRDefault="004611C8" w:rsidP="004611C8">
      <w:r>
        <w:t>060173</w:t>
      </w:r>
      <w:r>
        <w:tab/>
        <w:t>Cevne spojke iz kovine</w:t>
      </w:r>
    </w:p>
    <w:p w:rsidR="004611C8" w:rsidRDefault="004611C8" w:rsidP="004611C8">
      <w:r>
        <w:t>060174</w:t>
      </w:r>
      <w:r>
        <w:tab/>
        <w:t>Mangan</w:t>
      </w:r>
    </w:p>
    <w:p w:rsidR="004611C8" w:rsidRDefault="004611C8" w:rsidP="004611C8">
      <w:r>
        <w:t>060175</w:t>
      </w:r>
      <w:r>
        <w:tab/>
        <w:t>Palete iz kovine</w:t>
      </w:r>
    </w:p>
    <w:p w:rsidR="004611C8" w:rsidRDefault="004611C8" w:rsidP="004611C8">
      <w:r>
        <w:t>060176</w:t>
      </w:r>
      <w:r>
        <w:tab/>
        <w:t>Transportne palete iz kovine</w:t>
      </w:r>
    </w:p>
    <w:p w:rsidR="004611C8" w:rsidRDefault="004611C8" w:rsidP="004611C8">
      <w:r>
        <w:t>060177</w:t>
      </w:r>
      <w:r>
        <w:tab/>
        <w:t>Kovinske stopnične lestve</w:t>
      </w:r>
    </w:p>
    <w:p w:rsidR="004611C8" w:rsidRDefault="004611C8" w:rsidP="004611C8">
      <w:r>
        <w:t>060179</w:t>
      </w:r>
      <w:r>
        <w:tab/>
        <w:t>Konstrukcije iz kovine za preddverja</w:t>
      </w:r>
    </w:p>
    <w:p w:rsidR="004611C8" w:rsidRDefault="004611C8" w:rsidP="004611C8">
      <w:r>
        <w:t>060180</w:t>
      </w:r>
      <w:r>
        <w:tab/>
        <w:t>Kovinska vratna tolkala</w:t>
      </w:r>
    </w:p>
    <w:p w:rsidR="004611C8" w:rsidRDefault="004611C8" w:rsidP="004611C8">
      <w:r>
        <w:t>060181</w:t>
      </w:r>
      <w:r>
        <w:tab/>
        <w:t>Lisice iz kovine</w:t>
      </w:r>
    </w:p>
    <w:p w:rsidR="004611C8" w:rsidRDefault="004611C8" w:rsidP="004611C8">
      <w:r>
        <w:t>060182</w:t>
      </w:r>
      <w:r>
        <w:tab/>
        <w:t>Navadne kovine, nepredelane ali polpredelane</w:t>
      </w:r>
    </w:p>
    <w:p w:rsidR="004611C8" w:rsidRDefault="004611C8" w:rsidP="004611C8">
      <w:r>
        <w:t>060183</w:t>
      </w:r>
      <w:r>
        <w:tab/>
        <w:t>Kovinske rude</w:t>
      </w:r>
    </w:p>
    <w:p w:rsidR="004611C8" w:rsidRDefault="004611C8" w:rsidP="004611C8">
      <w:r>
        <w:t>060185</w:t>
      </w:r>
      <w:r>
        <w:tab/>
        <w:t>Piroforne kovine</w:t>
      </w:r>
    </w:p>
    <w:p w:rsidR="004611C8" w:rsidRDefault="004611C8" w:rsidP="004611C8">
      <w:r>
        <w:t>060187</w:t>
      </w:r>
      <w:r>
        <w:tab/>
        <w:t>Kovinska kolesca za pohištvo</w:t>
      </w:r>
    </w:p>
    <w:p w:rsidR="004611C8" w:rsidRDefault="004611C8" w:rsidP="004611C8">
      <w:r>
        <w:t>060189</w:t>
      </w:r>
      <w:r>
        <w:tab/>
        <w:t>Molibden</w:t>
      </w:r>
    </w:p>
    <w:p w:rsidR="004611C8" w:rsidRDefault="004611C8" w:rsidP="004611C8">
      <w:r>
        <w:t>060190</w:t>
      </w:r>
      <w:r>
        <w:tab/>
        <w:t>Spomeniki iz kovine</w:t>
      </w:r>
    </w:p>
    <w:p w:rsidR="004611C8" w:rsidRDefault="004611C8" w:rsidP="004611C8">
      <w:r>
        <w:t>060191</w:t>
      </w:r>
      <w:r>
        <w:tab/>
        <w:t>Kovinske prijemalne čeljusti</w:t>
      </w:r>
    </w:p>
    <w:p w:rsidR="004611C8" w:rsidRDefault="004611C8" w:rsidP="004611C8">
      <w:r>
        <w:t>060192</w:t>
      </w:r>
      <w:r>
        <w:tab/>
        <w:t>Zidne obloge iz kovine v gradbeništvo</w:t>
      </w:r>
    </w:p>
    <w:p w:rsidR="004611C8" w:rsidRDefault="004611C8" w:rsidP="004611C8">
      <w:r>
        <w:t>060193</w:t>
      </w:r>
      <w:r>
        <w:tab/>
        <w:t>Nikelj</w:t>
      </w:r>
    </w:p>
    <w:p w:rsidR="004611C8" w:rsidRDefault="004611C8" w:rsidP="004611C8">
      <w:r>
        <w:t>060194</w:t>
      </w:r>
      <w:r>
        <w:tab/>
        <w:t>Niobij</w:t>
      </w:r>
    </w:p>
    <w:p w:rsidR="004611C8" w:rsidRDefault="004611C8" w:rsidP="004611C8">
      <w:r>
        <w:t>060195</w:t>
      </w:r>
      <w:r>
        <w:tab/>
        <w:t>Kovinske žlote za gradbeništvo</w:t>
      </w:r>
    </w:p>
    <w:p w:rsidR="004611C8" w:rsidRDefault="004611C8" w:rsidP="004611C8">
      <w:r>
        <w:t>060196</w:t>
      </w:r>
      <w:r>
        <w:tab/>
        <w:t>Hišne številke iz kovine, nebleščeče</w:t>
      </w:r>
    </w:p>
    <w:p w:rsidR="004611C8" w:rsidRDefault="004611C8" w:rsidP="004611C8">
      <w:r>
        <w:t>060197</w:t>
      </w:r>
      <w:r>
        <w:tab/>
        <w:t>Naoknice iz kovine</w:t>
      </w:r>
    </w:p>
    <w:p w:rsidR="004611C8" w:rsidRDefault="004611C8" w:rsidP="004611C8">
      <w:r>
        <w:t>060198</w:t>
      </w:r>
      <w:r>
        <w:tab/>
        <w:t>Palisade iz kovine</w:t>
      </w:r>
    </w:p>
    <w:p w:rsidR="004611C8" w:rsidRDefault="004611C8" w:rsidP="004611C8">
      <w:r>
        <w:t>060199</w:t>
      </w:r>
      <w:r>
        <w:tab/>
        <w:t>Košare iz kovine</w:t>
      </w:r>
    </w:p>
    <w:p w:rsidR="004611C8" w:rsidRDefault="004611C8" w:rsidP="004611C8">
      <w:r>
        <w:t>060200</w:t>
      </w:r>
      <w:r>
        <w:tab/>
        <w:t>Signalne plošče iz kovine (nesvetlikajoče in nemehanične)</w:t>
      </w:r>
    </w:p>
    <w:p w:rsidR="004611C8" w:rsidRDefault="004611C8" w:rsidP="004611C8">
      <w:r>
        <w:t>060201</w:t>
      </w:r>
      <w:r>
        <w:tab/>
        <w:t>Stenske obloge iz kovine</w:t>
      </w:r>
    </w:p>
    <w:p w:rsidR="004611C8" w:rsidRDefault="004611C8" w:rsidP="004611C8">
      <w:r>
        <w:t>060202</w:t>
      </w:r>
      <w:r>
        <w:tab/>
        <w:t>Kovinski kavlji za oblačila</w:t>
      </w:r>
    </w:p>
    <w:p w:rsidR="004611C8" w:rsidRDefault="004611C8" w:rsidP="004611C8">
      <w:r>
        <w:t>060203</w:t>
      </w:r>
      <w:r>
        <w:tab/>
        <w:t>Drsališča [kovinska struktura]</w:t>
      </w:r>
    </w:p>
    <w:p w:rsidR="004611C8" w:rsidRDefault="004611C8" w:rsidP="004611C8">
      <w:r>
        <w:t>060204</w:t>
      </w:r>
      <w:r>
        <w:tab/>
        <w:t>Ključavnični zapahi</w:t>
      </w:r>
    </w:p>
    <w:p w:rsidR="004611C8" w:rsidRDefault="004611C8" w:rsidP="004611C8">
      <w:r>
        <w:t>060205</w:t>
      </w:r>
      <w:r>
        <w:tab/>
        <w:t>Kovinski stebri</w:t>
      </w:r>
    </w:p>
    <w:p w:rsidR="004611C8" w:rsidRDefault="004611C8" w:rsidP="004611C8">
      <w:r>
        <w:t>060206</w:t>
      </w:r>
      <w:r>
        <w:tab/>
        <w:t>Vzmeti [železnina]</w:t>
      </w:r>
    </w:p>
    <w:p w:rsidR="004611C8" w:rsidRDefault="004611C8" w:rsidP="004611C8">
      <w:r>
        <w:t>060207</w:t>
      </w:r>
      <w:r>
        <w:tab/>
        <w:t>Škripčevje iz kovine (razen za stroje)</w:t>
      </w:r>
    </w:p>
    <w:p w:rsidR="004611C8" w:rsidRDefault="004611C8" w:rsidP="004611C8">
      <w:r>
        <w:t>060208</w:t>
      </w:r>
      <w:r>
        <w:tab/>
        <w:t>Klini za šotore iz kovine</w:t>
      </w:r>
    </w:p>
    <w:p w:rsidR="004611C8" w:rsidRDefault="004611C8" w:rsidP="004611C8">
      <w:r>
        <w:t>060209</w:t>
      </w:r>
      <w:r>
        <w:tab/>
        <w:t>Stropi iz kovine</w:t>
      </w:r>
    </w:p>
    <w:p w:rsidR="004611C8" w:rsidRDefault="004611C8" w:rsidP="004611C8">
      <w:r>
        <w:t>060210</w:t>
      </w:r>
      <w:r>
        <w:tab/>
        <w:t>Podi iz kovine</w:t>
      </w:r>
    </w:p>
    <w:p w:rsidR="004611C8" w:rsidRDefault="004611C8" w:rsidP="004611C8">
      <w:r>
        <w:t>060211</w:t>
      </w:r>
      <w:r>
        <w:tab/>
        <w:t>Kovinske obloge za konstrukcijo in gradbeništvo</w:t>
      </w:r>
    </w:p>
    <w:p w:rsidR="004611C8" w:rsidRDefault="004611C8" w:rsidP="004611C8">
      <w:r>
        <w:t>060212</w:t>
      </w:r>
      <w:r>
        <w:tab/>
        <w:t>Vrtljiva plošča [železnice]</w:t>
      </w:r>
    </w:p>
    <w:p w:rsidR="004611C8" w:rsidRDefault="004611C8" w:rsidP="004611C8">
      <w:r>
        <w:t>060213</w:t>
      </w:r>
      <w:r>
        <w:tab/>
        <w:t>Kovinske strešne ploščice</w:t>
      </w:r>
    </w:p>
    <w:p w:rsidR="004611C8" w:rsidRDefault="004611C8" w:rsidP="004611C8">
      <w:r>
        <w:t>060214</w:t>
      </w:r>
      <w:r>
        <w:tab/>
        <w:t>Svinec, nepredelan ali polpredelan</w:t>
      </w:r>
    </w:p>
    <w:p w:rsidR="004611C8" w:rsidRDefault="004611C8" w:rsidP="004611C8">
      <w:r>
        <w:t>060215</w:t>
      </w:r>
      <w:r>
        <w:tab/>
        <w:t>Skakalne deske iz kovine</w:t>
      </w:r>
    </w:p>
    <w:p w:rsidR="004611C8" w:rsidRDefault="004611C8" w:rsidP="004611C8">
      <w:r>
        <w:t>060216</w:t>
      </w:r>
      <w:r>
        <w:tab/>
        <w:t>Vratne kljuke iz kovine</w:t>
      </w:r>
    </w:p>
    <w:p w:rsidR="004611C8" w:rsidRDefault="004611C8" w:rsidP="004611C8">
      <w:r>
        <w:t>060217</w:t>
      </w:r>
      <w:r>
        <w:tab/>
        <w:t>Zakovice iz kovine</w:t>
      </w:r>
    </w:p>
    <w:p w:rsidR="004611C8" w:rsidRDefault="004611C8" w:rsidP="004611C8">
      <w:r>
        <w:t>060218</w:t>
      </w:r>
      <w:r>
        <w:tab/>
        <w:t>Dvoriščna vrata iz kovine</w:t>
      </w:r>
    </w:p>
    <w:p w:rsidR="004611C8" w:rsidRDefault="004611C8" w:rsidP="004611C8">
      <w:r>
        <w:t>060219</w:t>
      </w:r>
      <w:r>
        <w:tab/>
        <w:t>Kovinske plošče za vrata</w:t>
      </w:r>
    </w:p>
    <w:p w:rsidR="004611C8" w:rsidRDefault="004611C8" w:rsidP="004611C8">
      <w:r>
        <w:t>060220</w:t>
      </w:r>
      <w:r>
        <w:tab/>
        <w:t>Kovinski zatiči za vrata</w:t>
      </w:r>
    </w:p>
    <w:p w:rsidR="004611C8" w:rsidRDefault="004611C8" w:rsidP="004611C8">
      <w:r>
        <w:t>060221</w:t>
      </w:r>
      <w:r>
        <w:tab/>
        <w:t>Obročki iz navadnih kovin za ključe</w:t>
      </w:r>
    </w:p>
    <w:p w:rsidR="004611C8" w:rsidRDefault="004611C8" w:rsidP="004611C8">
      <w:r>
        <w:t>060222</w:t>
      </w:r>
      <w:r>
        <w:tab/>
        <w:t>Telegrafski drogovi iz kovine</w:t>
      </w:r>
    </w:p>
    <w:p w:rsidR="004611C8" w:rsidRDefault="004611C8" w:rsidP="004611C8">
      <w:r>
        <w:t>060223</w:t>
      </w:r>
      <w:r>
        <w:tab/>
        <w:t>Cink</w:t>
      </w:r>
    </w:p>
    <w:p w:rsidR="004611C8" w:rsidRDefault="004611C8" w:rsidP="004611C8">
      <w:r>
        <w:t>060225</w:t>
      </w:r>
      <w:r>
        <w:tab/>
        <w:t>Prečni trami iz kovine</w:t>
      </w:r>
    </w:p>
    <w:p w:rsidR="004611C8" w:rsidRDefault="004611C8" w:rsidP="004611C8">
      <w:r>
        <w:t>060226</w:t>
      </w:r>
      <w:r>
        <w:tab/>
        <w:t>Montažne kovinske ploščadi</w:t>
      </w:r>
    </w:p>
    <w:p w:rsidR="004611C8" w:rsidRDefault="004611C8" w:rsidP="004611C8">
      <w:r>
        <w:t>060228</w:t>
      </w:r>
      <w:r>
        <w:tab/>
        <w:t>Znaki iz kovine za ceste (nemehanični in nesvetleči)</w:t>
      </w:r>
    </w:p>
    <w:p w:rsidR="004611C8" w:rsidRPr="003834FA" w:rsidRDefault="004611C8" w:rsidP="004611C8">
      <w:pPr>
        <w:rPr>
          <w:lang w:val="fr-FR"/>
        </w:rPr>
      </w:pPr>
      <w:r>
        <w:t>060229</w:t>
      </w:r>
      <w:r>
        <w:tab/>
      </w:r>
      <w:r w:rsidRPr="003834FA">
        <w:rPr>
          <w:lang w:val="fr-FR"/>
        </w:rPr>
        <w:t>Spoji iz kovine za cevi</w:t>
      </w:r>
    </w:p>
    <w:p w:rsidR="004611C8" w:rsidRDefault="004611C8" w:rsidP="004611C8">
      <w:r>
        <w:t>060230</w:t>
      </w:r>
      <w:r>
        <w:tab/>
        <w:t>Vpenjalna naprava za žice</w:t>
      </w:r>
    </w:p>
    <w:p w:rsidR="004611C8" w:rsidRDefault="004611C8" w:rsidP="004611C8">
      <w:r>
        <w:t>060231</w:t>
      </w:r>
      <w:r>
        <w:tab/>
        <w:t>Kovinska embalaža</w:t>
      </w:r>
    </w:p>
    <w:p w:rsidR="004611C8" w:rsidRDefault="004611C8" w:rsidP="004611C8">
      <w:r>
        <w:t>060233</w:t>
      </w:r>
      <w:r>
        <w:tab/>
        <w:t>Police iz kovine</w:t>
      </w:r>
    </w:p>
    <w:p w:rsidR="004611C8" w:rsidRDefault="004611C8" w:rsidP="004611C8">
      <w:r>
        <w:t>060235</w:t>
      </w:r>
      <w:r>
        <w:tab/>
        <w:t>Nesvetleče in nemehanske kovinske signalizacije</w:t>
      </w:r>
    </w:p>
    <w:p w:rsidR="004611C8" w:rsidRDefault="004611C8" w:rsidP="004611C8">
      <w:r>
        <w:t>060236</w:t>
      </w:r>
      <w:r>
        <w:tab/>
        <w:t>Kovinski rastlinjaki, prenosni</w:t>
      </w:r>
    </w:p>
    <w:p w:rsidR="004611C8" w:rsidRDefault="004611C8" w:rsidP="004611C8">
      <w:r>
        <w:t>060237</w:t>
      </w:r>
      <w:r>
        <w:tab/>
        <w:t>Ključavnice iz kovine za vozila</w:t>
      </w:r>
    </w:p>
    <w:p w:rsidR="004611C8" w:rsidRDefault="004611C8" w:rsidP="004611C8">
      <w:r>
        <w:t>060238</w:t>
      </w:r>
      <w:r>
        <w:tab/>
        <w:t>Odbojniki iz kovine</w:t>
      </w:r>
    </w:p>
    <w:p w:rsidR="004611C8" w:rsidRDefault="004611C8" w:rsidP="004611C8">
      <w:r>
        <w:t>060239</w:t>
      </w:r>
      <w:r>
        <w:tab/>
        <w:t>Silosi iz kovine</w:t>
      </w:r>
    </w:p>
    <w:p w:rsidR="004611C8" w:rsidRDefault="004611C8" w:rsidP="004611C8">
      <w:r>
        <w:t>060240</w:t>
      </w:r>
      <w:r>
        <w:tab/>
        <w:t>Zvonci za živali</w:t>
      </w:r>
    </w:p>
    <w:p w:rsidR="004611C8" w:rsidRDefault="004611C8" w:rsidP="004611C8">
      <w:r>
        <w:t>060241</w:t>
      </w:r>
      <w:r>
        <w:tab/>
        <w:t>Zvonci</w:t>
      </w:r>
    </w:p>
    <w:p w:rsidR="004611C8" w:rsidRDefault="004611C8" w:rsidP="004611C8">
      <w:r>
        <w:t>060242</w:t>
      </w:r>
      <w:r>
        <w:tab/>
        <w:t>Kovinska žica za spajkanje</w:t>
      </w:r>
    </w:p>
    <w:p w:rsidR="004611C8" w:rsidRDefault="004611C8" w:rsidP="004611C8">
      <w:r>
        <w:t>060243</w:t>
      </w:r>
      <w:r>
        <w:tab/>
        <w:t>Ventili iz kovine (razen kot deli strojev)</w:t>
      </w:r>
    </w:p>
    <w:p w:rsidR="004611C8" w:rsidRDefault="004611C8" w:rsidP="004611C8">
      <w:r>
        <w:t>060244</w:t>
      </w:r>
      <w:r>
        <w:tab/>
        <w:t>Kipi iz navadnih kovin</w:t>
      </w:r>
    </w:p>
    <w:p w:rsidR="004611C8" w:rsidRDefault="004611C8" w:rsidP="004611C8">
      <w:r>
        <w:t>060246</w:t>
      </w:r>
      <w:r>
        <w:tab/>
        <w:t>Tantal</w:t>
      </w:r>
    </w:p>
    <w:p w:rsidR="004611C8" w:rsidRDefault="004611C8" w:rsidP="004611C8">
      <w:r>
        <w:t>060247</w:t>
      </w:r>
      <w:r>
        <w:tab/>
        <w:t>Vijaki, ploščati</w:t>
      </w:r>
    </w:p>
    <w:p w:rsidR="004611C8" w:rsidRDefault="004611C8" w:rsidP="004611C8">
      <w:r>
        <w:t>060248</w:t>
      </w:r>
      <w:r>
        <w:tab/>
        <w:t>Nakovala [prenosna]</w:t>
      </w:r>
    </w:p>
    <w:p w:rsidR="004611C8" w:rsidRDefault="004611C8" w:rsidP="004611C8">
      <w:r>
        <w:t>060249</w:t>
      </w:r>
      <w:r>
        <w:tab/>
        <w:t>Vpenjalne naprave</w:t>
      </w:r>
    </w:p>
    <w:p w:rsidR="004611C8" w:rsidRDefault="004611C8" w:rsidP="004611C8">
      <w:r>
        <w:t>060251</w:t>
      </w:r>
      <w:r>
        <w:tab/>
        <w:t>Titan</w:t>
      </w:r>
    </w:p>
    <w:p w:rsidR="004611C8" w:rsidRDefault="004611C8" w:rsidP="004611C8">
      <w:r>
        <w:t>060252</w:t>
      </w:r>
      <w:r>
        <w:tab/>
        <w:t>Kovinska strešna kritina</w:t>
      </w:r>
    </w:p>
    <w:p w:rsidR="004611C8" w:rsidRDefault="004611C8" w:rsidP="004611C8">
      <w:r>
        <w:t>060253</w:t>
      </w:r>
      <w:r>
        <w:tab/>
        <w:t>Tombak</w:t>
      </w:r>
    </w:p>
    <w:p w:rsidR="004611C8" w:rsidRDefault="004611C8" w:rsidP="004611C8">
      <w:r>
        <w:t>060254</w:t>
      </w:r>
      <w:r>
        <w:tab/>
        <w:t>Grobnice iz kovine</w:t>
      </w:r>
    </w:p>
    <w:p w:rsidR="004611C8" w:rsidRDefault="004611C8" w:rsidP="004611C8">
      <w:r>
        <w:t>060255</w:t>
      </w:r>
      <w:r>
        <w:tab/>
        <w:t>Kovinski vrtljivi križi</w:t>
      </w:r>
    </w:p>
    <w:p w:rsidR="004611C8" w:rsidRDefault="004611C8" w:rsidP="004611C8">
      <w:r>
        <w:t>060257</w:t>
      </w:r>
      <w:r>
        <w:tab/>
        <w:t>Volfram</w:t>
      </w:r>
    </w:p>
    <w:p w:rsidR="004611C8" w:rsidRDefault="004611C8" w:rsidP="004611C8">
      <w:r>
        <w:t>060258</w:t>
      </w:r>
      <w:r>
        <w:tab/>
        <w:t>Cevne napeljave iz kovine</w:t>
      </w:r>
    </w:p>
    <w:p w:rsidR="004611C8" w:rsidRDefault="004611C8" w:rsidP="004611C8">
      <w:r>
        <w:t>060259</w:t>
      </w:r>
      <w:r>
        <w:tab/>
        <w:t>Vanadij</w:t>
      </w:r>
    </w:p>
    <w:p w:rsidR="004611C8" w:rsidRDefault="004611C8" w:rsidP="004611C8">
      <w:r>
        <w:t>060260</w:t>
      </w:r>
      <w:r>
        <w:tab/>
        <w:t>Kovinske okenske line s premično oknico</w:t>
      </w:r>
    </w:p>
    <w:p w:rsidR="004611C8" w:rsidRDefault="004611C8" w:rsidP="004611C8">
      <w:r>
        <w:t>060262</w:t>
      </w:r>
      <w:r>
        <w:tab/>
        <w:t>Kovinske kapice (obroči)</w:t>
      </w:r>
    </w:p>
    <w:p w:rsidR="004611C8" w:rsidRDefault="004611C8" w:rsidP="004611C8">
      <w:r>
        <w:t>060263</w:t>
      </w:r>
      <w:r>
        <w:tab/>
        <w:t>Kovinske ptičnice [strukture]</w:t>
      </w:r>
    </w:p>
    <w:p w:rsidR="004611C8" w:rsidRDefault="004611C8" w:rsidP="004611C8">
      <w:r>
        <w:t>060264</w:t>
      </w:r>
      <w:r>
        <w:tab/>
        <w:t>Cirkonij</w:t>
      </w:r>
    </w:p>
    <w:p w:rsidR="004611C8" w:rsidRDefault="004611C8" w:rsidP="004611C8">
      <w:r>
        <w:t>060265</w:t>
      </w:r>
      <w:r>
        <w:tab/>
        <w:t>Krogle iz jekla</w:t>
      </w:r>
    </w:p>
    <w:p w:rsidR="004611C8" w:rsidRDefault="004611C8" w:rsidP="004611C8">
      <w:r>
        <w:t>060266</w:t>
      </w:r>
      <w:r>
        <w:tab/>
        <w:t>Jeklene zgradbe (konstrukcije)</w:t>
      </w:r>
    </w:p>
    <w:p w:rsidR="004611C8" w:rsidRDefault="004611C8" w:rsidP="004611C8">
      <w:r>
        <w:t>060267</w:t>
      </w:r>
      <w:r>
        <w:tab/>
        <w:t>Kovinska oprema za cevovode stisnjenega zraka</w:t>
      </w:r>
    </w:p>
    <w:p w:rsidR="004611C8" w:rsidRDefault="004611C8" w:rsidP="004611C8">
      <w:r>
        <w:t>060268</w:t>
      </w:r>
      <w:r>
        <w:tab/>
        <w:t>Žice iz navadnih kovinskih zlitin (razen za varovalke)</w:t>
      </w:r>
    </w:p>
    <w:p w:rsidR="004611C8" w:rsidRDefault="004611C8" w:rsidP="004611C8">
      <w:r>
        <w:t>060269</w:t>
      </w:r>
      <w:r>
        <w:tab/>
        <w:t>Navadne kovine in njihove zlitine</w:t>
      </w:r>
    </w:p>
    <w:p w:rsidR="004611C8" w:rsidRDefault="004611C8" w:rsidP="004611C8">
      <w:r>
        <w:t>060270</w:t>
      </w:r>
      <w:r>
        <w:tab/>
        <w:t>Aluminijska folija</w:t>
      </w:r>
    </w:p>
    <w:p w:rsidR="004611C8" w:rsidRDefault="004611C8" w:rsidP="004611C8">
      <w:r>
        <w:t>060271</w:t>
      </w:r>
      <w:r>
        <w:tab/>
        <w:t>Stebri iz kovine za vezanje ladijskih vrvi</w:t>
      </w:r>
    </w:p>
    <w:p w:rsidR="004611C8" w:rsidRPr="003834FA" w:rsidRDefault="004611C8" w:rsidP="004611C8">
      <w:pPr>
        <w:rPr>
          <w:lang w:val="fr-FR"/>
        </w:rPr>
      </w:pPr>
      <w:r>
        <w:t>060272</w:t>
      </w:r>
      <w:r>
        <w:tab/>
      </w:r>
      <w:r w:rsidRPr="003834FA">
        <w:rPr>
          <w:lang w:val="fr-FR"/>
        </w:rPr>
        <w:t>Plavajoči pomoli iz kovine za privez ladij</w:t>
      </w:r>
    </w:p>
    <w:p w:rsidR="004611C8" w:rsidRDefault="004611C8" w:rsidP="004611C8">
      <w:r>
        <w:t>060273</w:t>
      </w:r>
      <w:r>
        <w:tab/>
        <w:t>Sidra</w:t>
      </w:r>
    </w:p>
    <w:p w:rsidR="004611C8" w:rsidRDefault="004611C8" w:rsidP="004611C8">
      <w:r>
        <w:t>060274</w:t>
      </w:r>
      <w:r>
        <w:tab/>
        <w:t>Kovinski stenski opaži</w:t>
      </w:r>
    </w:p>
    <w:p w:rsidR="004611C8" w:rsidRDefault="004611C8" w:rsidP="004611C8">
      <w:r>
        <w:t>060275</w:t>
      </w:r>
      <w:r>
        <w:tab/>
        <w:t>Kovinski ojačitveni materiali za cevi</w:t>
      </w:r>
    </w:p>
    <w:p w:rsidR="004611C8" w:rsidRDefault="004611C8" w:rsidP="004611C8">
      <w:r>
        <w:t>060276</w:t>
      </w:r>
      <w:r>
        <w:tab/>
        <w:t>Ojačevalni kovinski gradbeni materiali</w:t>
      </w:r>
    </w:p>
    <w:p w:rsidR="004611C8" w:rsidRDefault="004611C8" w:rsidP="004611C8">
      <w:r>
        <w:t>060277</w:t>
      </w:r>
      <w:r>
        <w:tab/>
        <w:t>Kovinski ojačitveni materiali za strojne jermene</w:t>
      </w:r>
    </w:p>
    <w:p w:rsidR="004611C8" w:rsidRDefault="004611C8" w:rsidP="004611C8">
      <w:r>
        <w:t>060278</w:t>
      </w:r>
      <w:r>
        <w:tab/>
        <w:t>Umetnostna dela iz navadnih kovin</w:t>
      </w:r>
    </w:p>
    <w:p w:rsidR="004611C8" w:rsidRPr="003834FA" w:rsidRDefault="004611C8" w:rsidP="004611C8">
      <w:pPr>
        <w:rPr>
          <w:lang w:val="fr-FR"/>
        </w:rPr>
      </w:pPr>
      <w:r>
        <w:t>060279</w:t>
      </w:r>
      <w:r>
        <w:tab/>
      </w:r>
      <w:r w:rsidRPr="003834FA">
        <w:rPr>
          <w:lang w:val="fr-FR"/>
        </w:rPr>
        <w:t>Kovinska korita za mešanje malte</w:t>
      </w:r>
    </w:p>
    <w:p w:rsidR="004611C8" w:rsidRDefault="004611C8" w:rsidP="004611C8">
      <w:r>
        <w:t>060280</w:t>
      </w:r>
      <w:r>
        <w:tab/>
        <w:t>Ptičje kopeli [kovinske strukture]</w:t>
      </w:r>
    </w:p>
    <w:p w:rsidR="004611C8" w:rsidRDefault="004611C8" w:rsidP="004611C8">
      <w:r>
        <w:t>060282</w:t>
      </w:r>
      <w:r>
        <w:tab/>
        <w:t>Kovinske boje, nesvetleče</w:t>
      </w:r>
    </w:p>
    <w:p w:rsidR="004611C8" w:rsidRDefault="004611C8" w:rsidP="004611C8">
      <w:r>
        <w:lastRenderedPageBreak/>
        <w:t>060284</w:t>
      </w:r>
      <w:r>
        <w:tab/>
        <w:t>Železni trakovi [spenjalci za] vpenjalne naprave</w:t>
      </w:r>
    </w:p>
    <w:p w:rsidR="004611C8" w:rsidRDefault="004611C8" w:rsidP="004611C8">
      <w:r>
        <w:t>060286</w:t>
      </w:r>
      <w:r>
        <w:tab/>
        <w:t>Kovinske niti za vezanje</w:t>
      </w:r>
    </w:p>
    <w:p w:rsidR="004611C8" w:rsidRDefault="004611C8" w:rsidP="004611C8">
      <w:r>
        <w:t>060287</w:t>
      </w:r>
      <w:r>
        <w:tab/>
        <w:t>Sodi iz kovine</w:t>
      </w:r>
    </w:p>
    <w:p w:rsidR="004611C8" w:rsidRDefault="004611C8" w:rsidP="004611C8">
      <w:r>
        <w:t>060288</w:t>
      </w:r>
      <w:r>
        <w:tab/>
        <w:t>Kovinski obroči za sode</w:t>
      </w:r>
    </w:p>
    <w:p w:rsidR="004611C8" w:rsidRDefault="004611C8" w:rsidP="004611C8">
      <w:r>
        <w:t>060289</w:t>
      </w:r>
      <w:r>
        <w:tab/>
        <w:t>Kovinski sodi</w:t>
      </w:r>
    </w:p>
    <w:p w:rsidR="004611C8" w:rsidRDefault="004611C8" w:rsidP="004611C8">
      <w:r>
        <w:t>060290</w:t>
      </w:r>
      <w:r>
        <w:tab/>
        <w:t>Kovinski plavalni bazeni</w:t>
      </w:r>
    </w:p>
    <w:p w:rsidR="004611C8" w:rsidRDefault="004611C8" w:rsidP="004611C8">
      <w:r>
        <w:t>060292</w:t>
      </w:r>
      <w:r>
        <w:tab/>
        <w:t>Opaži za beton, kovinski</w:t>
      </w:r>
    </w:p>
    <w:p w:rsidR="004611C8" w:rsidRDefault="004611C8" w:rsidP="004611C8">
      <w:r>
        <w:t>060293</w:t>
      </w:r>
      <w:r>
        <w:tab/>
        <w:t>Kovinska stojala za parkiranje koles</w:t>
      </w:r>
    </w:p>
    <w:p w:rsidR="004611C8" w:rsidRDefault="004611C8" w:rsidP="004611C8">
      <w:r>
        <w:t>060294</w:t>
      </w:r>
      <w:r>
        <w:tab/>
        <w:t>Kovinski tlakovci</w:t>
      </w:r>
    </w:p>
    <w:p w:rsidR="004611C8" w:rsidRDefault="004611C8" w:rsidP="004611C8">
      <w:r>
        <w:t>060295</w:t>
      </w:r>
      <w:r>
        <w:tab/>
        <w:t>Zaboji iz nežlahtne kovine</w:t>
      </w:r>
    </w:p>
    <w:p w:rsidR="004611C8" w:rsidRDefault="004611C8" w:rsidP="004611C8">
      <w:r>
        <w:t>060297</w:t>
      </w:r>
      <w:r>
        <w:tab/>
        <w:t>Kovinska zapirala s tesnilom (pokrovi)</w:t>
      </w:r>
    </w:p>
    <w:p w:rsidR="004611C8" w:rsidRDefault="004611C8" w:rsidP="004611C8">
      <w:r>
        <w:t>060298</w:t>
      </w:r>
      <w:r>
        <w:tab/>
        <w:t>Zaponke iz navadne kovine [železnina]</w:t>
      </w:r>
    </w:p>
    <w:p w:rsidR="004611C8" w:rsidRDefault="004611C8" w:rsidP="004611C8">
      <w:r>
        <w:t>060299</w:t>
      </w:r>
      <w:r>
        <w:tab/>
        <w:t>Kovinski zamaški za steklenice</w:t>
      </w:r>
    </w:p>
    <w:p w:rsidR="004611C8" w:rsidRDefault="004611C8" w:rsidP="004611C8">
      <w:r>
        <w:t>060301</w:t>
      </w:r>
      <w:r>
        <w:tab/>
        <w:t>Okrogli ročaji iz kovine</w:t>
      </w:r>
    </w:p>
    <w:p w:rsidR="004611C8" w:rsidRDefault="004611C8" w:rsidP="004611C8">
      <w:r>
        <w:t>060302</w:t>
      </w:r>
      <w:r>
        <w:tab/>
        <w:t>Kovinske palice za trdo spajkanje</w:t>
      </w:r>
    </w:p>
    <w:p w:rsidR="004611C8" w:rsidRDefault="004611C8" w:rsidP="004611C8">
      <w:r>
        <w:t>060303</w:t>
      </w:r>
      <w:r>
        <w:tab/>
        <w:t>Kovinske palice za trdo spajkanje in varjenje</w:t>
      </w:r>
    </w:p>
    <w:p w:rsidR="004611C8" w:rsidRDefault="004611C8" w:rsidP="004611C8">
      <w:r>
        <w:t>060304</w:t>
      </w:r>
      <w:r>
        <w:tab/>
        <w:t>Kovinske palice za varjenje</w:t>
      </w:r>
    </w:p>
    <w:p w:rsidR="004611C8" w:rsidRDefault="004611C8" w:rsidP="004611C8">
      <w:r>
        <w:t>060306</w:t>
      </w:r>
      <w:r>
        <w:tab/>
        <w:t>Kovinske zanke za ravnanje z bremeni</w:t>
      </w:r>
    </w:p>
    <w:p w:rsidR="004611C8" w:rsidRDefault="004611C8" w:rsidP="004611C8">
      <w:r>
        <w:t>060307</w:t>
      </w:r>
      <w:r>
        <w:tab/>
        <w:t>Doprsni kipi iz navadnih kovin</w:t>
      </w:r>
    </w:p>
    <w:p w:rsidR="004611C8" w:rsidRDefault="004611C8" w:rsidP="004611C8">
      <w:r>
        <w:t>060308</w:t>
      </w:r>
      <w:r>
        <w:tab/>
        <w:t>Kovinske kopalne kabine</w:t>
      </w:r>
    </w:p>
    <w:p w:rsidR="004611C8" w:rsidRDefault="004611C8" w:rsidP="004611C8">
      <w:r>
        <w:t>060311</w:t>
      </w:r>
      <w:r>
        <w:tab/>
        <w:t>Kabli kovinski, neelektrični</w:t>
      </w:r>
    </w:p>
    <w:p w:rsidR="004611C8" w:rsidRDefault="004611C8" w:rsidP="004611C8">
      <w:r>
        <w:t>060312</w:t>
      </w:r>
      <w:r>
        <w:tab/>
        <w:t>Kovinske objemke za pritrditev cevi</w:t>
      </w:r>
    </w:p>
    <w:p w:rsidR="004611C8" w:rsidRDefault="004611C8" w:rsidP="004611C8">
      <w:r>
        <w:t>060313</w:t>
      </w:r>
      <w:r>
        <w:tab/>
        <w:t>Sponke (kovinske) za kable in cevi</w:t>
      </w:r>
    </w:p>
    <w:p w:rsidR="004611C8" w:rsidRDefault="004611C8" w:rsidP="004611C8">
      <w:r>
        <w:t>060314</w:t>
      </w:r>
      <w:r>
        <w:tab/>
        <w:t>Kovinski vezni vijaki, za kable</w:t>
      </w:r>
    </w:p>
    <w:p w:rsidR="004611C8" w:rsidRDefault="004611C8" w:rsidP="004611C8">
      <w:r>
        <w:t>060315</w:t>
      </w:r>
      <w:r>
        <w:tab/>
        <w:t>Okenski okvirji iz kovine</w:t>
      </w:r>
    </w:p>
    <w:p w:rsidR="004611C8" w:rsidRDefault="004611C8" w:rsidP="004611C8">
      <w:r>
        <w:t>060316</w:t>
      </w:r>
      <w:r>
        <w:tab/>
        <w:t>Kovinski okvirji za rastlinjake</w:t>
      </w:r>
    </w:p>
    <w:p w:rsidR="004611C8" w:rsidRDefault="004611C8" w:rsidP="004611C8">
      <w:r>
        <w:t>060317</w:t>
      </w:r>
      <w:r>
        <w:tab/>
        <w:t>Rešetka iz kovinskih lat</w:t>
      </w:r>
    </w:p>
    <w:p w:rsidR="004611C8" w:rsidRDefault="004611C8" w:rsidP="004611C8">
      <w:r>
        <w:t>060318</w:t>
      </w:r>
      <w:r>
        <w:tab/>
        <w:t>Dimniške kape iz kovine</w:t>
      </w:r>
    </w:p>
    <w:p w:rsidR="004611C8" w:rsidRDefault="004611C8" w:rsidP="004611C8">
      <w:r>
        <w:t>060319</w:t>
      </w:r>
      <w:r>
        <w:tab/>
        <w:t>Vezivna kovinska nit za kmetijsko uporabo</w:t>
      </w:r>
    </w:p>
    <w:p w:rsidR="004611C8" w:rsidRDefault="004611C8" w:rsidP="004611C8">
      <w:r>
        <w:t>060320</w:t>
      </w:r>
      <w:r>
        <w:tab/>
        <w:t>Odpiralne naprave za vrata (neelektrične)</w:t>
      </w:r>
    </w:p>
    <w:p w:rsidR="004611C8" w:rsidRDefault="004611C8" w:rsidP="004611C8">
      <w:r>
        <w:t>060321</w:t>
      </w:r>
      <w:r>
        <w:tab/>
        <w:t>Kovinske ploščice za gradbeništvo</w:t>
      </w:r>
    </w:p>
    <w:p w:rsidR="004611C8" w:rsidRDefault="004611C8" w:rsidP="004611C8">
      <w:r>
        <w:t>060322</w:t>
      </w:r>
      <w:r>
        <w:tab/>
        <w:t>Kovinske talne ploščice</w:t>
      </w:r>
    </w:p>
    <w:p w:rsidR="004611C8" w:rsidRDefault="004611C8" w:rsidP="004611C8">
      <w:r>
        <w:t>060323</w:t>
      </w:r>
      <w:r>
        <w:tab/>
        <w:t>Grobne komore iz kovine</w:t>
      </w:r>
    </w:p>
    <w:p w:rsidR="004611C8" w:rsidRDefault="004611C8" w:rsidP="004611C8">
      <w:r>
        <w:t>060324</w:t>
      </w:r>
      <w:r>
        <w:tab/>
        <w:t>Kovinska oprema za krste</w:t>
      </w:r>
    </w:p>
    <w:p w:rsidR="004611C8" w:rsidRDefault="004611C8" w:rsidP="004611C8">
      <w:r>
        <w:t>060325</w:t>
      </w:r>
      <w:r>
        <w:tab/>
        <w:t>Tovorne palete, kovinske</w:t>
      </w:r>
    </w:p>
    <w:p w:rsidR="004611C8" w:rsidRDefault="004611C8" w:rsidP="004611C8">
      <w:r>
        <w:t>060326</w:t>
      </w:r>
      <w:r>
        <w:tab/>
        <w:t>Nakladalni kovinski profili, za železniške vagone</w:t>
      </w:r>
    </w:p>
    <w:p w:rsidR="004611C8" w:rsidRDefault="004611C8" w:rsidP="004611C8">
      <w:r>
        <w:t>060327</w:t>
      </w:r>
      <w:r>
        <w:tab/>
        <w:t>Kovinski tečaji</w:t>
      </w:r>
    </w:p>
    <w:p w:rsidR="004611C8" w:rsidRDefault="004611C8" w:rsidP="004611C8">
      <w:r>
        <w:t>060328</w:t>
      </w:r>
      <w:r>
        <w:tab/>
        <w:t>Kovinske nosilne konstrukcije za gradbeništvo</w:t>
      </w:r>
    </w:p>
    <w:p w:rsidR="004611C8" w:rsidRDefault="004611C8" w:rsidP="004611C8">
      <w:r>
        <w:t>060330</w:t>
      </w:r>
      <w:r>
        <w:tab/>
        <w:t>Materiali iz kovine za proge žičnic</w:t>
      </w:r>
    </w:p>
    <w:p w:rsidR="004611C8" w:rsidRDefault="004611C8" w:rsidP="004611C8">
      <w:r>
        <w:t>060331</w:t>
      </w:r>
      <w:r>
        <w:tab/>
        <w:t>Dimniški nastavki iz kovine</w:t>
      </w:r>
    </w:p>
    <w:p w:rsidR="004611C8" w:rsidRDefault="004611C8" w:rsidP="004611C8">
      <w:r>
        <w:t>060332</w:t>
      </w:r>
      <w:r>
        <w:tab/>
        <w:t>Strešni žlebovi iz kovine</w:t>
      </w:r>
    </w:p>
    <w:p w:rsidR="004611C8" w:rsidRPr="003834FA" w:rsidRDefault="004611C8" w:rsidP="004611C8">
      <w:pPr>
        <w:rPr>
          <w:lang w:val="fr-FR"/>
        </w:rPr>
      </w:pPr>
      <w:r>
        <w:t>060335</w:t>
      </w:r>
      <w:r>
        <w:tab/>
      </w:r>
      <w:r w:rsidRPr="003834FA">
        <w:rPr>
          <w:lang w:val="fr-FR"/>
        </w:rPr>
        <w:t>Odtočni sifoni [ventili] iz kovine</w:t>
      </w:r>
    </w:p>
    <w:p w:rsidR="004611C8" w:rsidRDefault="004611C8" w:rsidP="004611C8">
      <w:r>
        <w:t>060336</w:t>
      </w:r>
      <w:r>
        <w:tab/>
        <w:t>Pregrade kovinske</w:t>
      </w:r>
    </w:p>
    <w:p w:rsidR="004611C8" w:rsidRDefault="004611C8" w:rsidP="004611C8">
      <w:r>
        <w:t>060337</w:t>
      </w:r>
      <w:r>
        <w:tab/>
        <w:t>Kovinski opaži za naftne vrtine</w:t>
      </w:r>
    </w:p>
    <w:p w:rsidR="004611C8" w:rsidRDefault="004611C8" w:rsidP="004611C8">
      <w:r>
        <w:t>060338</w:t>
      </w:r>
      <w:r>
        <w:tab/>
        <w:t>Kovinski rezervoarji za tekoče gorivo</w:t>
      </w:r>
    </w:p>
    <w:p w:rsidR="004611C8" w:rsidRDefault="004611C8" w:rsidP="004611C8">
      <w:r>
        <w:t>060339</w:t>
      </w:r>
      <w:r>
        <w:tab/>
        <w:t>Zgradbe iz kovine</w:t>
      </w:r>
    </w:p>
    <w:p w:rsidR="004611C8" w:rsidRDefault="004611C8" w:rsidP="004611C8">
      <w:r>
        <w:t>060340</w:t>
      </w:r>
      <w:r>
        <w:tab/>
        <w:t>Plavajoči kontejnerji iz kovine</w:t>
      </w:r>
    </w:p>
    <w:p w:rsidR="004611C8" w:rsidRDefault="004611C8" w:rsidP="004611C8">
      <w:r>
        <w:t>060341</w:t>
      </w:r>
      <w:r>
        <w:tab/>
        <w:t>Vrvi iz kovine</w:t>
      </w:r>
    </w:p>
    <w:p w:rsidR="004611C8" w:rsidRDefault="004611C8" w:rsidP="004611C8">
      <w:r>
        <w:t>060343</w:t>
      </w:r>
      <w:r>
        <w:tab/>
        <w:t>Kovinski napušči</w:t>
      </w:r>
    </w:p>
    <w:p w:rsidR="004611C8" w:rsidRDefault="004611C8" w:rsidP="004611C8">
      <w:r>
        <w:t>060345</w:t>
      </w:r>
      <w:r>
        <w:tab/>
        <w:t>Kotniki iz kovine</w:t>
      </w:r>
    </w:p>
    <w:p w:rsidR="004611C8" w:rsidRDefault="004611C8" w:rsidP="004611C8">
      <w:r>
        <w:t>060346</w:t>
      </w:r>
      <w:r>
        <w:tab/>
        <w:t>Okna iz kovine</w:t>
      </w:r>
    </w:p>
    <w:p w:rsidR="004611C8" w:rsidRDefault="004611C8" w:rsidP="004611C8">
      <w:r>
        <w:t>060347</w:t>
      </w:r>
      <w:r>
        <w:tab/>
        <w:t>Železni deli za vrata</w:t>
      </w:r>
    </w:p>
    <w:p w:rsidR="004611C8" w:rsidRDefault="004611C8" w:rsidP="004611C8">
      <w:r>
        <w:t>060348</w:t>
      </w:r>
      <w:r>
        <w:tab/>
        <w:t>Kovinski tekači za drsna vrata</w:t>
      </w:r>
    </w:p>
    <w:p w:rsidR="004611C8" w:rsidRDefault="004611C8" w:rsidP="004611C8">
      <w:r>
        <w:t>060349</w:t>
      </w:r>
      <w:r>
        <w:tab/>
        <w:t>Pokrovi za jaške iz kovine</w:t>
      </w:r>
    </w:p>
    <w:p w:rsidR="004611C8" w:rsidRDefault="004611C8" w:rsidP="004611C8">
      <w:r>
        <w:t>060350</w:t>
      </w:r>
      <w:r>
        <w:tab/>
        <w:t>Strešne kritine iz kovine</w:t>
      </w:r>
    </w:p>
    <w:p w:rsidR="004611C8" w:rsidRDefault="004611C8" w:rsidP="004611C8">
      <w:r>
        <w:t>060351</w:t>
      </w:r>
      <w:r>
        <w:tab/>
        <w:t>Kljuke za skrilavec [železnina]</w:t>
      </w:r>
    </w:p>
    <w:p w:rsidR="004611C8" w:rsidRDefault="004611C8" w:rsidP="004611C8">
      <w:r>
        <w:t>060352</w:t>
      </w:r>
      <w:r>
        <w:tab/>
        <w:t>Kovinski kavlji za garderobo</w:t>
      </w:r>
    </w:p>
    <w:p w:rsidR="004611C8" w:rsidRDefault="004611C8" w:rsidP="004611C8">
      <w:r>
        <w:t>060353</w:t>
      </w:r>
      <w:r>
        <w:tab/>
        <w:t>Bakrena žica, neizolirana</w:t>
      </w:r>
    </w:p>
    <w:p w:rsidR="004611C8" w:rsidRDefault="004611C8" w:rsidP="004611C8">
      <w:r>
        <w:t>060354</w:t>
      </w:r>
      <w:r>
        <w:tab/>
        <w:t>Kadi iz kovine</w:t>
      </w:r>
    </w:p>
    <w:p w:rsidR="004611C8" w:rsidRDefault="004611C8" w:rsidP="004611C8">
      <w:r>
        <w:t>060355</w:t>
      </w:r>
      <w:r>
        <w:tab/>
        <w:t>Kovinske obloge za stopnice</w:t>
      </w:r>
    </w:p>
    <w:p w:rsidR="004611C8" w:rsidRDefault="004611C8" w:rsidP="004611C8">
      <w:r>
        <w:t>060356</w:t>
      </w:r>
      <w:r>
        <w:tab/>
        <w:t>Kovinske odtočne cevi za žlebove</w:t>
      </w:r>
    </w:p>
    <w:p w:rsidR="004611C8" w:rsidRDefault="004611C8" w:rsidP="004611C8">
      <w:r>
        <w:t>060357</w:t>
      </w:r>
      <w:r>
        <w:tab/>
        <w:t>Kovinske tuljave za navijanje gibljivih cevi (nemehanične)</w:t>
      </w:r>
    </w:p>
    <w:p w:rsidR="004611C8" w:rsidRDefault="004611C8" w:rsidP="004611C8">
      <w:r>
        <w:t>060358</w:t>
      </w:r>
      <w:r>
        <w:tab/>
        <w:t>Kovinski podajalnik brisač</w:t>
      </w:r>
    </w:p>
    <w:p w:rsidR="004611C8" w:rsidRPr="003834FA" w:rsidRDefault="004611C8" w:rsidP="004611C8">
      <w:pPr>
        <w:rPr>
          <w:lang w:val="fr-FR"/>
        </w:rPr>
      </w:pPr>
      <w:r>
        <w:t>060359</w:t>
      </w:r>
      <w:r>
        <w:tab/>
      </w:r>
      <w:r w:rsidRPr="003834FA">
        <w:rPr>
          <w:lang w:val="fr-FR"/>
        </w:rPr>
        <w:t>Zaklopni kovinski ventili za vodne instalacije</w:t>
      </w:r>
    </w:p>
    <w:p w:rsidR="004611C8" w:rsidRDefault="004611C8" w:rsidP="004611C8">
      <w:r>
        <w:t>060360</w:t>
      </w:r>
      <w:r>
        <w:tab/>
        <w:t>Kovinsko ogrodje za gradbeni oder</w:t>
      </w:r>
    </w:p>
    <w:p w:rsidR="004611C8" w:rsidRDefault="004611C8" w:rsidP="004611C8">
      <w:r>
        <w:t>060361</w:t>
      </w:r>
      <w:r>
        <w:tab/>
        <w:t>Kovinske lestve</w:t>
      </w:r>
    </w:p>
    <w:p w:rsidR="004611C8" w:rsidRDefault="004611C8" w:rsidP="004611C8">
      <w:r>
        <w:t>060362</w:t>
      </w:r>
      <w:r>
        <w:tab/>
        <w:t>Kovinske prenosne vstopne stopnice za potnike</w:t>
      </w:r>
    </w:p>
    <w:p w:rsidR="004611C8" w:rsidRDefault="004611C8" w:rsidP="004611C8">
      <w:r>
        <w:t>060363</w:t>
      </w:r>
      <w:r>
        <w:tab/>
        <w:t>Kovinske vezi</w:t>
      </w:r>
    </w:p>
    <w:p w:rsidR="004611C8" w:rsidRDefault="004611C8" w:rsidP="004611C8">
      <w:r>
        <w:t>060364</w:t>
      </w:r>
      <w:r>
        <w:tab/>
        <w:t>Kovinske matice za vijake</w:t>
      </w:r>
    </w:p>
    <w:p w:rsidR="004611C8" w:rsidRDefault="004611C8" w:rsidP="004611C8">
      <w:r>
        <w:t>060366</w:t>
      </w:r>
      <w:r>
        <w:tab/>
        <w:t>Kovinske razdelilne cevi</w:t>
      </w:r>
    </w:p>
    <w:p w:rsidR="004611C8" w:rsidRDefault="004611C8" w:rsidP="004611C8">
      <w:r>
        <w:t>060367</w:t>
      </w:r>
      <w:r>
        <w:tab/>
        <w:t>Kovinske obrobe za grobove</w:t>
      </w:r>
    </w:p>
    <w:p w:rsidR="004611C8" w:rsidRDefault="004611C8" w:rsidP="004611C8">
      <w:r>
        <w:t>060368</w:t>
      </w:r>
      <w:r>
        <w:tab/>
        <w:t>Kovinske ograje</w:t>
      </w:r>
    </w:p>
    <w:p w:rsidR="004611C8" w:rsidRDefault="004611C8" w:rsidP="004611C8">
      <w:r>
        <w:t>060370</w:t>
      </w:r>
      <w:r>
        <w:tab/>
        <w:t>Kovinske označevalne plošče</w:t>
      </w:r>
    </w:p>
    <w:p w:rsidR="004611C8" w:rsidRDefault="004611C8" w:rsidP="004611C8">
      <w:r>
        <w:t>060372</w:t>
      </w:r>
      <w:r>
        <w:tab/>
        <w:t>Kovinski oporniki</w:t>
      </w:r>
    </w:p>
    <w:p w:rsidR="004611C8" w:rsidRDefault="004611C8" w:rsidP="004611C8">
      <w:r>
        <w:t>060373</w:t>
      </w:r>
      <w:r>
        <w:tab/>
        <w:t>Kositer</w:t>
      </w:r>
    </w:p>
    <w:p w:rsidR="004611C8" w:rsidRDefault="004611C8" w:rsidP="004611C8">
      <w:r>
        <w:t>060374</w:t>
      </w:r>
      <w:r>
        <w:tab/>
        <w:t>Kositerne plošče</w:t>
      </w:r>
    </w:p>
    <w:p w:rsidR="004611C8" w:rsidRDefault="004611C8" w:rsidP="004611C8">
      <w:r>
        <w:t>060375</w:t>
      </w:r>
      <w:r>
        <w:tab/>
        <w:t>Kositrna folija</w:t>
      </w:r>
    </w:p>
    <w:p w:rsidR="004611C8" w:rsidRDefault="004611C8" w:rsidP="004611C8">
      <w:r>
        <w:t>060376</w:t>
      </w:r>
      <w:r>
        <w:tab/>
        <w:t>Pole in plošče iz kovine</w:t>
      </w:r>
    </w:p>
    <w:p w:rsidR="004611C8" w:rsidRDefault="004611C8" w:rsidP="004611C8">
      <w:r>
        <w:t>060379</w:t>
      </w:r>
      <w:r>
        <w:tab/>
        <w:t>Kovinske ključavnice za torbe</w:t>
      </w:r>
    </w:p>
    <w:p w:rsidR="004611C8" w:rsidRDefault="004611C8" w:rsidP="004611C8">
      <w:r>
        <w:t>060380</w:t>
      </w:r>
      <w:r>
        <w:tab/>
        <w:t>Kovinska oprema za pohištvo</w:t>
      </w:r>
    </w:p>
    <w:p w:rsidR="004611C8" w:rsidRDefault="004611C8" w:rsidP="004611C8">
      <w:r>
        <w:t>060381</w:t>
      </w:r>
      <w:r>
        <w:tab/>
        <w:t>Gradbene plošče iz kovine</w:t>
      </w:r>
    </w:p>
    <w:p w:rsidR="004611C8" w:rsidRDefault="004611C8" w:rsidP="004611C8">
      <w:r>
        <w:t>060383</w:t>
      </w:r>
      <w:r>
        <w:tab/>
        <w:t>Nategovalci za kovinske trakove (vpenjalne naprave)</w:t>
      </w:r>
    </w:p>
    <w:p w:rsidR="004611C8" w:rsidRDefault="004611C8" w:rsidP="004611C8">
      <w:r>
        <w:t>060386</w:t>
      </w:r>
      <w:r>
        <w:tab/>
        <w:t>Kovinski nagrobni spomeniki</w:t>
      </w:r>
    </w:p>
    <w:p w:rsidR="004611C8" w:rsidRDefault="004611C8" w:rsidP="004611C8">
      <w:r>
        <w:t>060387</w:t>
      </w:r>
      <w:r>
        <w:tab/>
        <w:t>Kovinske nagrobne plošče</w:t>
      </w:r>
    </w:p>
    <w:p w:rsidR="004611C8" w:rsidRDefault="004611C8" w:rsidP="004611C8">
      <w:r>
        <w:t>060388</w:t>
      </w:r>
      <w:r>
        <w:tab/>
        <w:t>Pokončen nagrobni steber (plošča), kovinska</w:t>
      </w:r>
    </w:p>
    <w:p w:rsidR="004611C8" w:rsidRDefault="004611C8" w:rsidP="004611C8">
      <w:r>
        <w:t>060389</w:t>
      </w:r>
      <w:r>
        <w:tab/>
        <w:t>Spominske plošče, kovinske</w:t>
      </w:r>
    </w:p>
    <w:p w:rsidR="004611C8" w:rsidRDefault="004611C8" w:rsidP="004611C8">
      <w:r>
        <w:t>060390</w:t>
      </w:r>
      <w:r>
        <w:tab/>
        <w:t>Protiognjeni zasloni za peči iz kovine</w:t>
      </w:r>
    </w:p>
    <w:p w:rsidR="004611C8" w:rsidRDefault="004611C8" w:rsidP="004611C8">
      <w:r>
        <w:t>060391</w:t>
      </w:r>
      <w:r>
        <w:tab/>
        <w:t>Kovinski podstavki (stojala) za sode</w:t>
      </w:r>
    </w:p>
    <w:p w:rsidR="004611C8" w:rsidRDefault="004611C8" w:rsidP="004611C8">
      <w:r>
        <w:t>060393</w:t>
      </w:r>
      <w:r>
        <w:tab/>
        <w:t>Kovinska oprema za postelje</w:t>
      </w:r>
    </w:p>
    <w:p w:rsidR="004611C8" w:rsidRDefault="004611C8" w:rsidP="004611C8">
      <w:r>
        <w:t>060394</w:t>
      </w:r>
      <w:r>
        <w:tab/>
        <w:t>Kovinsko okovje za vrata</w:t>
      </w:r>
    </w:p>
    <w:p w:rsidR="004611C8" w:rsidRDefault="004611C8" w:rsidP="004611C8">
      <w:r>
        <w:t>060395</w:t>
      </w:r>
      <w:r>
        <w:tab/>
        <w:t>Zapirači kovinski za kontejnerje, rezervoarje</w:t>
      </w:r>
    </w:p>
    <w:p w:rsidR="004611C8" w:rsidRDefault="004611C8" w:rsidP="004611C8">
      <w:r>
        <w:t>060396</w:t>
      </w:r>
      <w:r>
        <w:tab/>
        <w:t>Kovinske žice za vezanje snopov</w:t>
      </w:r>
    </w:p>
    <w:p w:rsidR="004611C8" w:rsidRDefault="004611C8" w:rsidP="004611C8">
      <w:r>
        <w:t>060397</w:t>
      </w:r>
      <w:r>
        <w:tab/>
        <w:t>Kovinske varovalne ograje za ceste</w:t>
      </w:r>
    </w:p>
    <w:p w:rsidR="004611C8" w:rsidRDefault="004611C8" w:rsidP="004611C8">
      <w:r>
        <w:t>060401</w:t>
      </w:r>
      <w:r>
        <w:tab/>
        <w:t>Cermet (vezni material za spajanje kovine s keramiko)</w:t>
      </w:r>
    </w:p>
    <w:p w:rsidR="004611C8" w:rsidRDefault="004611C8" w:rsidP="004611C8">
      <w:r>
        <w:t>060411</w:t>
      </w:r>
      <w:r>
        <w:tab/>
        <w:t>Oglasni stebri, kovinski</w:t>
      </w:r>
    </w:p>
    <w:p w:rsidR="004611C8" w:rsidRDefault="004611C8" w:rsidP="004611C8">
      <w:r>
        <w:lastRenderedPageBreak/>
        <w:t>060412</w:t>
      </w:r>
      <w:r>
        <w:tab/>
        <w:t>Kovinske boje [privez] za morske ožine</w:t>
      </w:r>
    </w:p>
    <w:p w:rsidR="004611C8" w:rsidRDefault="004611C8" w:rsidP="004611C8">
      <w:r>
        <w:t>060413</w:t>
      </w:r>
      <w:r>
        <w:tab/>
        <w:t>Kovinski dimniki</w:t>
      </w:r>
    </w:p>
    <w:p w:rsidR="004611C8" w:rsidRDefault="004611C8" w:rsidP="004611C8">
      <w:r>
        <w:t>060414</w:t>
      </w:r>
      <w:r>
        <w:tab/>
        <w:t>Dimniške cevi, kovinske</w:t>
      </w:r>
    </w:p>
    <w:p w:rsidR="004611C8" w:rsidRDefault="004611C8" w:rsidP="004611C8">
      <w:r>
        <w:t>060415</w:t>
      </w:r>
      <w:r>
        <w:tab/>
        <w:t>Kovinski kanali za ventilacijske in klimatizacijske instalacije</w:t>
      </w:r>
    </w:p>
    <w:p w:rsidR="004611C8" w:rsidRDefault="004611C8" w:rsidP="004611C8">
      <w:r>
        <w:t>060416</w:t>
      </w:r>
      <w:r>
        <w:tab/>
        <w:t>Kovinske folije za zavijanje in pakiranje</w:t>
      </w:r>
    </w:p>
    <w:p w:rsidR="004611C8" w:rsidRDefault="004611C8" w:rsidP="004611C8">
      <w:r>
        <w:t>060417</w:t>
      </w:r>
      <w:r>
        <w:tab/>
        <w:t>Zlati lot</w:t>
      </w:r>
    </w:p>
    <w:p w:rsidR="004611C8" w:rsidRPr="003834FA" w:rsidRDefault="004611C8" w:rsidP="004611C8">
      <w:pPr>
        <w:rPr>
          <w:lang w:val="fr-FR"/>
        </w:rPr>
      </w:pPr>
      <w:r>
        <w:t>060418</w:t>
      </w:r>
      <w:r>
        <w:tab/>
      </w:r>
      <w:r w:rsidRPr="003834FA">
        <w:rPr>
          <w:lang w:val="fr-FR"/>
        </w:rPr>
        <w:t>Lijaki kovinski (ne kot strojna oprema)</w:t>
      </w:r>
    </w:p>
    <w:p w:rsidR="004611C8" w:rsidRDefault="004611C8" w:rsidP="004611C8">
      <w:r>
        <w:t>060419</w:t>
      </w:r>
      <w:r>
        <w:tab/>
        <w:t>Črke in številke (iz neplemenitih kovin, razen tiskarskih)</w:t>
      </w:r>
    </w:p>
    <w:p w:rsidR="004611C8" w:rsidRDefault="004611C8" w:rsidP="004611C8">
      <w:r>
        <w:t>060420</w:t>
      </w:r>
      <w:r>
        <w:tab/>
        <w:t>Kovinski razdelilci za cevovode</w:t>
      </w:r>
    </w:p>
    <w:p w:rsidR="004611C8" w:rsidRDefault="004611C8" w:rsidP="004611C8">
      <w:r>
        <w:t>060421</w:t>
      </w:r>
      <w:r>
        <w:tab/>
        <w:t>Kovinski tlačni cevovodi</w:t>
      </w:r>
    </w:p>
    <w:p w:rsidR="004611C8" w:rsidRDefault="004611C8" w:rsidP="004611C8">
      <w:r>
        <w:t>060423</w:t>
      </w:r>
      <w:r>
        <w:tab/>
        <w:t>Kovinske škatle za orodje, prazne</w:t>
      </w:r>
    </w:p>
    <w:p w:rsidR="004611C8" w:rsidRDefault="004611C8" w:rsidP="004611C8">
      <w:r>
        <w:t>060424</w:t>
      </w:r>
      <w:r>
        <w:tab/>
        <w:t>Kovčki za orodje (prazni) kovinski</w:t>
      </w:r>
    </w:p>
    <w:p w:rsidR="004611C8" w:rsidRDefault="004611C8" w:rsidP="004611C8">
      <w:r>
        <w:t>060425</w:t>
      </w:r>
      <w:r>
        <w:tab/>
        <w:t>Kokošnjaki, kovinski</w:t>
      </w:r>
    </w:p>
    <w:p w:rsidR="004611C8" w:rsidRDefault="004611C8" w:rsidP="004611C8">
      <w:r>
        <w:t>060426</w:t>
      </w:r>
      <w:r>
        <w:tab/>
        <w:t>Spone za kolesa [natiči]</w:t>
      </w:r>
    </w:p>
    <w:p w:rsidR="004611C8" w:rsidRDefault="004611C8" w:rsidP="004611C8">
      <w:r>
        <w:t>060427</w:t>
      </w:r>
      <w:r>
        <w:tab/>
        <w:t>Žična vrv</w:t>
      </w:r>
    </w:p>
    <w:p w:rsidR="004611C8" w:rsidRDefault="004611C8" w:rsidP="004611C8">
      <w:r>
        <w:t>060428</w:t>
      </w:r>
      <w:r>
        <w:tab/>
        <w:t>Kovinski zasloni za zaščito proti insektom</w:t>
      </w:r>
    </w:p>
    <w:p w:rsidR="004611C8" w:rsidRPr="003834FA" w:rsidRDefault="004611C8" w:rsidP="004611C8">
      <w:pPr>
        <w:rPr>
          <w:lang w:val="fr-FR"/>
        </w:rPr>
      </w:pPr>
      <w:r>
        <w:t>060430</w:t>
      </w:r>
      <w:r>
        <w:tab/>
      </w:r>
      <w:r w:rsidRPr="003834FA">
        <w:rPr>
          <w:lang w:val="fr-FR"/>
        </w:rPr>
        <w:t>Kovinski plezalni klini [alpinistična oprema]</w:t>
      </w:r>
    </w:p>
    <w:p w:rsidR="004611C8" w:rsidRDefault="004611C8" w:rsidP="004611C8">
      <w:r>
        <w:t>060431</w:t>
      </w:r>
      <w:r>
        <w:tab/>
        <w:t>Kovinska stojala za polena v kaminu</w:t>
      </w:r>
    </w:p>
    <w:p w:rsidR="004611C8" w:rsidRDefault="004611C8" w:rsidP="004611C8">
      <w:r>
        <w:t>060432</w:t>
      </w:r>
      <w:r>
        <w:tab/>
        <w:t>Kovinska naprava za odganjanje ptičev, ki jo poganja veter</w:t>
      </w:r>
    </w:p>
    <w:p w:rsidR="004611C8" w:rsidRDefault="004611C8" w:rsidP="004611C8">
      <w:r>
        <w:t>060433</w:t>
      </w:r>
      <w:r>
        <w:tab/>
        <w:t>Kovinske kletke za divje živali</w:t>
      </w:r>
    </w:p>
    <w:p w:rsidR="004611C8" w:rsidRDefault="004611C8" w:rsidP="004611C8">
      <w:r>
        <w:t>060434</w:t>
      </w:r>
      <w:r>
        <w:tab/>
        <w:t>Kovina v prahu (opilki)</w:t>
      </w:r>
    </w:p>
    <w:p w:rsidR="004611C8" w:rsidRDefault="004611C8" w:rsidP="004611C8">
      <w:r>
        <w:t>060435</w:t>
      </w:r>
      <w:r>
        <w:tab/>
        <w:t>Kovinski ognjevzdržni gradbeni materiali</w:t>
      </w:r>
    </w:p>
    <w:p w:rsidR="004611C8" w:rsidRPr="003834FA" w:rsidRDefault="004611C8" w:rsidP="004611C8">
      <w:pPr>
        <w:rPr>
          <w:lang w:val="fr-FR"/>
        </w:rPr>
      </w:pPr>
      <w:r>
        <w:t>060436</w:t>
      </w:r>
      <w:r>
        <w:tab/>
      </w:r>
      <w:r w:rsidRPr="003834FA">
        <w:rPr>
          <w:lang w:val="fr-FR"/>
        </w:rPr>
        <w:t>Vrtne ute [ogrodje iz kovine]</w:t>
      </w:r>
    </w:p>
    <w:p w:rsidR="004611C8" w:rsidRDefault="004611C8" w:rsidP="004611C8">
      <w:r>
        <w:t>060437</w:t>
      </w:r>
      <w:r>
        <w:tab/>
        <w:t>Kovinski hlevi</w:t>
      </w:r>
    </w:p>
    <w:p w:rsidR="004611C8" w:rsidRDefault="004611C8" w:rsidP="004611C8">
      <w:r>
        <w:t>060438</w:t>
      </w:r>
      <w:r>
        <w:tab/>
        <w:t>Kovinski svinjaki</w:t>
      </w:r>
    </w:p>
    <w:p w:rsidR="004611C8" w:rsidRDefault="004611C8" w:rsidP="004611C8">
      <w:r>
        <w:t>060439</w:t>
      </w:r>
      <w:r>
        <w:tab/>
        <w:t>Kovinske montažne hiše [pripravljene za montažo]</w:t>
      </w:r>
    </w:p>
    <w:p w:rsidR="004611C8" w:rsidRDefault="004611C8" w:rsidP="004611C8">
      <w:r>
        <w:t>060440</w:t>
      </w:r>
      <w:r>
        <w:tab/>
        <w:t>Kovinski pladnji</w:t>
      </w:r>
    </w:p>
    <w:p w:rsidR="004611C8" w:rsidRDefault="004611C8" w:rsidP="004611C8">
      <w:r>
        <w:t>060441</w:t>
      </w:r>
      <w:r>
        <w:tab/>
        <w:t>Ulični odtočni kanali iz kovine</w:t>
      </w:r>
    </w:p>
    <w:p w:rsidR="004611C8" w:rsidRDefault="004611C8" w:rsidP="004611C8">
      <w:r>
        <w:t>060442</w:t>
      </w:r>
      <w:r>
        <w:tab/>
        <w:t>Kovinski navojni pokrovi za steklenice</w:t>
      </w:r>
    </w:p>
    <w:p w:rsidR="004611C8" w:rsidRDefault="004611C8" w:rsidP="004611C8">
      <w:r>
        <w:t>060443</w:t>
      </w:r>
      <w:r>
        <w:tab/>
        <w:t>Neelektrične kovinske naprave za odpiranje oken</w:t>
      </w:r>
    </w:p>
    <w:p w:rsidR="004611C8" w:rsidRDefault="004611C8" w:rsidP="004611C8">
      <w:r>
        <w:t>060444</w:t>
      </w:r>
      <w:r>
        <w:tab/>
        <w:t>Zapirala za okna, neelektrična</w:t>
      </w:r>
    </w:p>
    <w:p w:rsidR="004611C8" w:rsidRDefault="004611C8" w:rsidP="004611C8">
      <w:r>
        <w:t>060445</w:t>
      </w:r>
      <w:r>
        <w:tab/>
        <w:t>Stenske ploščice iz kovine</w:t>
      </w:r>
    </w:p>
    <w:p w:rsidR="004611C8" w:rsidRDefault="004611C8" w:rsidP="004611C8">
      <w:r>
        <w:t>060446</w:t>
      </w:r>
      <w:r>
        <w:tab/>
        <w:t>Kovinske plošče za tlakovanje</w:t>
      </w:r>
    </w:p>
    <w:p w:rsidR="004611C8" w:rsidRDefault="004611C8" w:rsidP="004611C8">
      <w:r>
        <w:t>060447</w:t>
      </w:r>
      <w:r>
        <w:tab/>
        <w:t>Kovinski bloki</w:t>
      </w:r>
    </w:p>
    <w:p w:rsidR="004611C8" w:rsidRDefault="004611C8" w:rsidP="004611C8">
      <w:r>
        <w:t>060448</w:t>
      </w:r>
      <w:r>
        <w:tab/>
        <w:t>Pručke iz kovine</w:t>
      </w:r>
    </w:p>
    <w:p w:rsidR="004611C8" w:rsidRDefault="004611C8" w:rsidP="004611C8">
      <w:r>
        <w:t>060449</w:t>
      </w:r>
      <w:r>
        <w:tab/>
        <w:t>Kovinske kritine z vgrajenimi fotovoltaičnimi celicami</w:t>
      </w:r>
    </w:p>
    <w:p w:rsidR="004611C8" w:rsidRDefault="004611C8" w:rsidP="004611C8">
      <w:r>
        <w:t>060451</w:t>
      </w:r>
      <w:r>
        <w:tab/>
        <w:t>Kovinska oprijemala za kadi</w:t>
      </w:r>
    </w:p>
    <w:p w:rsidR="004611C8" w:rsidRDefault="004611C8" w:rsidP="004611C8">
      <w:r>
        <w:t>060452</w:t>
      </w:r>
      <w:r>
        <w:tab/>
        <w:t>Kovinski podajalniki za vrečke za pasje iztrebke</w:t>
      </w:r>
    </w:p>
    <w:p w:rsidR="004611C8" w:rsidRDefault="004611C8" w:rsidP="004611C8">
      <w:r>
        <w:t>060453</w:t>
      </w:r>
      <w:r>
        <w:tab/>
        <w:t>Kovine v obliki folij ali prahu za 3D tiskalnike</w:t>
      </w:r>
    </w:p>
    <w:p w:rsidR="004611C8" w:rsidRDefault="004611C8" w:rsidP="004611C8">
      <w:r>
        <w:t>060454</w:t>
      </w:r>
      <w:r>
        <w:tab/>
        <w:t>Kovinski zapahi za okna</w:t>
      </w:r>
    </w:p>
    <w:p w:rsidR="004611C8" w:rsidRPr="003834FA" w:rsidRDefault="004611C8" w:rsidP="004611C8">
      <w:pPr>
        <w:rPr>
          <w:lang w:val="fr-FR"/>
        </w:rPr>
      </w:pPr>
      <w:r>
        <w:t>060455</w:t>
      </w:r>
      <w:r>
        <w:tab/>
      </w:r>
      <w:r w:rsidRPr="003834FA">
        <w:rPr>
          <w:lang w:val="fr-FR"/>
        </w:rPr>
        <w:t>Pritrdila za vrata iz kovine</w:t>
      </w:r>
    </w:p>
    <w:p w:rsidR="004611C8" w:rsidRDefault="004611C8" w:rsidP="004611C8">
      <w:r>
        <w:t>060456</w:t>
      </w:r>
      <w:r>
        <w:tab/>
        <w:t>Valoviti kovinski strešniki</w:t>
      </w:r>
    </w:p>
    <w:p w:rsidR="004611C8" w:rsidRDefault="004611C8" w:rsidP="004611C8">
      <w:r>
        <w:t>060457</w:t>
      </w:r>
      <w:r>
        <w:tab/>
        <w:t>Kovinske balustrade</w:t>
      </w:r>
    </w:p>
    <w:p w:rsidR="004611C8" w:rsidRDefault="004611C8" w:rsidP="004611C8">
      <w:r>
        <w:t>060458</w:t>
      </w:r>
      <w:r>
        <w:tab/>
        <w:t>Obloge iz kovine za konstrukcijo in gradbeništvo</w:t>
      </w:r>
    </w:p>
    <w:p w:rsidR="004611C8" w:rsidRDefault="004611C8" w:rsidP="004611C8">
      <w:r>
        <w:t>060459</w:t>
      </w:r>
      <w:r>
        <w:tab/>
        <w:t>Vroče valjane jeklene palice</w:t>
      </w:r>
    </w:p>
    <w:p w:rsidR="004611C8" w:rsidRDefault="004611C8" w:rsidP="004611C8">
      <w:r>
        <w:t>060460</w:t>
      </w:r>
      <w:r>
        <w:tab/>
        <w:t>Svetlo vlečene jeklene palice</w:t>
      </w:r>
    </w:p>
    <w:p w:rsidR="004611C8" w:rsidRDefault="004611C8" w:rsidP="004611C8">
      <w:r>
        <w:t>060461</w:t>
      </w:r>
      <w:r>
        <w:tab/>
        <w:t>Luščene kovinske palice</w:t>
      </w:r>
    </w:p>
    <w:p w:rsidR="004611C8" w:rsidRDefault="004611C8" w:rsidP="004611C8">
      <w:r>
        <w:t>060462</w:t>
      </w:r>
      <w:r>
        <w:tab/>
        <w:t>Vlečene in polirane kovinske palice</w:t>
      </w:r>
    </w:p>
    <w:p w:rsidR="004611C8" w:rsidRDefault="004611C8" w:rsidP="004611C8">
      <w:r>
        <w:t>060463</w:t>
      </w:r>
      <w:r>
        <w:tab/>
        <w:t>Kovinski obešalniki za torbice</w:t>
      </w:r>
    </w:p>
    <w:p w:rsidR="004611C8" w:rsidRDefault="004611C8" w:rsidP="004611C8">
      <w:r>
        <w:t>060464</w:t>
      </w:r>
      <w:r>
        <w:tab/>
        <w:t>Kovinski nosilci za pohištvo</w:t>
      </w:r>
    </w:p>
    <w:p w:rsidR="004611C8" w:rsidRDefault="004611C8" w:rsidP="004611C8">
      <w:r>
        <w:t>060465</w:t>
      </w:r>
      <w:r>
        <w:tab/>
        <w:t>Kovinske etikete</w:t>
      </w:r>
    </w:p>
    <w:p w:rsidR="004611C8" w:rsidRDefault="004611C8" w:rsidP="004611C8">
      <w:r>
        <w:t>060466</w:t>
      </w:r>
      <w:r>
        <w:tab/>
        <w:t>Kovinski kanistri</w:t>
      </w:r>
    </w:p>
    <w:p w:rsidR="004611C8" w:rsidRDefault="004611C8" w:rsidP="004611C8">
      <w:r>
        <w:t>060467</w:t>
      </w:r>
      <w:r>
        <w:tab/>
        <w:t>Kovinski količki za rastline ali drevesa</w:t>
      </w:r>
    </w:p>
    <w:p w:rsidR="004611C8" w:rsidRDefault="004611C8" w:rsidP="004611C8">
      <w:r>
        <w:t>060468</w:t>
      </w:r>
      <w:r>
        <w:tab/>
        <w:t>Kovinski drogovi za zastave</w:t>
      </w:r>
    </w:p>
    <w:p w:rsidR="004611C8" w:rsidRPr="003834FA" w:rsidRDefault="004611C8" w:rsidP="004611C8">
      <w:pPr>
        <w:rPr>
          <w:lang w:val="fr-FR"/>
        </w:rPr>
      </w:pPr>
      <w:r>
        <w:t>060469</w:t>
      </w:r>
      <w:r>
        <w:tab/>
      </w:r>
      <w:r w:rsidRPr="003834FA">
        <w:rPr>
          <w:lang w:val="fr-FR"/>
        </w:rPr>
        <w:t>Kovinske sponke za zapiranje vrečk</w:t>
      </w:r>
    </w:p>
    <w:p w:rsidR="004611C8" w:rsidRDefault="004611C8" w:rsidP="004611C8">
      <w:r>
        <w:t>060470</w:t>
      </w:r>
      <w:r>
        <w:tab/>
        <w:t>Kovinski klini za izdelavo čevljev</w:t>
      </w:r>
    </w:p>
    <w:p w:rsidR="004611C8" w:rsidRDefault="004611C8" w:rsidP="004611C8">
      <w:r>
        <w:t>060471</w:t>
      </w:r>
      <w:r>
        <w:tab/>
        <w:t>Kovinski klini za konice pet pri čevljih</w:t>
      </w:r>
    </w:p>
    <w:p w:rsidR="004611C8" w:rsidRDefault="004611C8" w:rsidP="004611C8">
      <w:r>
        <w:t>060472</w:t>
      </w:r>
      <w:r>
        <w:tab/>
        <w:t>Sefi, elektronski</w:t>
      </w:r>
    </w:p>
    <w:p w:rsidR="004611C8" w:rsidRDefault="004611C8" w:rsidP="004611C8">
      <w:r>
        <w:t>060473</w:t>
      </w:r>
      <w:r>
        <w:tab/>
        <w:t>Zložljiva kovinska vrata</w:t>
      </w:r>
    </w:p>
    <w:p w:rsidR="004611C8" w:rsidRDefault="004611C8" w:rsidP="004611C8">
      <w:r>
        <w:t>060475</w:t>
      </w:r>
      <w:r>
        <w:tab/>
        <w:t>Kovinski okvirji kaminov</w:t>
      </w:r>
    </w:p>
    <w:p w:rsidR="004611C8" w:rsidRDefault="004611C8" w:rsidP="004611C8">
      <w:r>
        <w:t>060476</w:t>
      </w:r>
      <w:r>
        <w:tab/>
        <w:t>Kovinske rampe za vozila</w:t>
      </w:r>
    </w:p>
    <w:p w:rsidR="004611C8" w:rsidRDefault="004611C8" w:rsidP="004611C8">
      <w:r>
        <w:t>060478</w:t>
      </w:r>
      <w:r>
        <w:tab/>
        <w:t>Kovinska nihajna vrata</w:t>
      </w:r>
    </w:p>
    <w:p w:rsidR="004611C8" w:rsidRDefault="004611C8" w:rsidP="004611C8">
      <w:r>
        <w:t>060479</w:t>
      </w:r>
      <w:r>
        <w:tab/>
        <w:t>Kovinske posode za drenažo olja</w:t>
      </w:r>
    </w:p>
    <w:p w:rsidR="004611C8" w:rsidRDefault="004611C8" w:rsidP="004611C8">
      <w:r>
        <w:t>060480</w:t>
      </w:r>
      <w:r>
        <w:tab/>
        <w:t>Ročni kovinski drogovi za zastave</w:t>
      </w:r>
    </w:p>
    <w:p w:rsidR="004611C8" w:rsidRDefault="004611C8" w:rsidP="004611C8">
      <w:r>
        <w:t>060481</w:t>
      </w:r>
      <w:r>
        <w:tab/>
        <w:t>Kovinski zamaški</w:t>
      </w:r>
    </w:p>
    <w:p w:rsidR="004611C8" w:rsidRDefault="004611C8" w:rsidP="004611C8">
      <w:r>
        <w:t>060482</w:t>
      </w:r>
      <w:r>
        <w:tab/>
        <w:t>Kovinska harmonika vrata</w:t>
      </w:r>
    </w:p>
    <w:p w:rsidR="004611C8" w:rsidRDefault="004611C8" w:rsidP="004611C8">
      <w:r>
        <w:t>060483</w:t>
      </w:r>
      <w:r>
        <w:tab/>
        <w:t>Kovinske rešetke za kamine</w:t>
      </w:r>
    </w:p>
    <w:p w:rsidR="004611C8" w:rsidRDefault="004611C8" w:rsidP="004611C8">
      <w:r>
        <w:t>060484</w:t>
      </w:r>
      <w:r>
        <w:tab/>
        <w:t>Zvočno izolirane kovinske kabine, prenosne</w:t>
      </w:r>
    </w:p>
    <w:p w:rsidR="004611C8" w:rsidRDefault="004611C8" w:rsidP="004611C8">
      <w:r>
        <w:t>060485</w:t>
      </w:r>
      <w:r>
        <w:tab/>
        <w:t>Akustične kovinske plošče</w:t>
      </w:r>
    </w:p>
    <w:p w:rsidR="004611C8" w:rsidRDefault="004611C8" w:rsidP="004611C8">
      <w:r>
        <w:t>060488</w:t>
      </w:r>
      <w:r>
        <w:tab/>
        <w:t>Kovinski zabojniki za odpadke, ne za medicinsko uporabo</w:t>
      </w:r>
    </w:p>
    <w:p w:rsidR="004611C8" w:rsidRDefault="004611C8" w:rsidP="004611C8">
      <w:r>
        <w:t>060489</w:t>
      </w:r>
      <w:r>
        <w:tab/>
        <w:t>Spominski pokali kot kiparska dela, izdelani iz nežlahtnih kovin</w:t>
      </w:r>
    </w:p>
    <w:p w:rsidR="004611C8" w:rsidRDefault="004611C8" w:rsidP="004611C8">
      <w:r>
        <w:t>060490</w:t>
      </w:r>
      <w:r>
        <w:tab/>
        <w:t>Pokali iz navadnih kovin</w:t>
      </w:r>
    </w:p>
    <w:p w:rsidR="004611C8" w:rsidRDefault="004611C8" w:rsidP="004611C8">
      <w:r>
        <w:t>060491</w:t>
      </w:r>
      <w:r>
        <w:tab/>
        <w:t>Pokrovi, posebej izdelani za rokovanje in prevoz kovinskih steklenic za stisnjen plin</w:t>
      </w:r>
    </w:p>
    <w:p w:rsidR="004611C8" w:rsidRDefault="004611C8" w:rsidP="004611C8">
      <w:r>
        <w:t>060492</w:t>
      </w:r>
      <w:r>
        <w:tab/>
        <w:t>Kovinski zabojniki za recikliranje</w:t>
      </w:r>
    </w:p>
    <w:p w:rsidR="004611C8" w:rsidRPr="003834FA" w:rsidRDefault="004611C8" w:rsidP="004611C8">
      <w:pPr>
        <w:rPr>
          <w:lang w:val="fr-FR"/>
        </w:rPr>
      </w:pPr>
      <w:r>
        <w:t>060493</w:t>
      </w:r>
      <w:r>
        <w:tab/>
      </w:r>
      <w:r w:rsidRPr="003834FA">
        <w:rPr>
          <w:lang w:val="fr-FR"/>
        </w:rPr>
        <w:t>Kovinske ploščice, ki se prišijejo na oblačila</w:t>
      </w:r>
    </w:p>
    <w:p w:rsidR="004611C8" w:rsidRDefault="004611C8" w:rsidP="004611C8">
      <w:r>
        <w:t>060494</w:t>
      </w:r>
      <w:r>
        <w:tab/>
        <w:t>Samolepilne kovinske ploščice za torbe</w:t>
      </w:r>
    </w:p>
    <w:p w:rsidR="004611C8" w:rsidRDefault="004611C8" w:rsidP="004611C8">
      <w:r>
        <w:t>060495</w:t>
      </w:r>
      <w:r>
        <w:tab/>
        <w:t>Kovinske plavajoče talne plošče</w:t>
      </w:r>
    </w:p>
    <w:p w:rsidR="004611C8" w:rsidRDefault="004611C8" w:rsidP="004611C8">
      <w:r>
        <w:t>060496</w:t>
      </w:r>
      <w:r>
        <w:tab/>
        <w:t>Kovinske naprave za izdajanje čakalnih listkov</w:t>
      </w:r>
    </w:p>
    <w:p w:rsidR="004611C8" w:rsidRDefault="004611C8" w:rsidP="004611C8">
      <w:r>
        <w:t>060497</w:t>
      </w:r>
      <w:r>
        <w:tab/>
        <w:t>Kovinske škatle za distribucijo papirnatih brisačk</w:t>
      </w:r>
    </w:p>
    <w:p w:rsidR="004611C8" w:rsidRDefault="004611C8" w:rsidP="004611C8">
      <w:r>
        <w:t>060498</w:t>
      </w:r>
      <w:r>
        <w:tab/>
        <w:t>Kovinski podajalniki toaletnega papirja</w:t>
      </w:r>
    </w:p>
    <w:p w:rsidR="004611C8" w:rsidRDefault="004611C8" w:rsidP="004611C8">
      <w:r>
        <w:t>060499</w:t>
      </w:r>
      <w:r>
        <w:tab/>
        <w:t>Krilna okna iz kovine</w:t>
      </w:r>
    </w:p>
    <w:p w:rsidR="004611C8" w:rsidRDefault="004611C8" w:rsidP="004611C8">
      <w:r>
        <w:t>060500</w:t>
      </w:r>
      <w:r>
        <w:tab/>
        <w:t>Kovinske mreže za preprečevanje padanja kamenja</w:t>
      </w:r>
    </w:p>
    <w:p w:rsidR="004611C8" w:rsidRDefault="004611C8" w:rsidP="004611C8">
      <w:r>
        <w:t>060503</w:t>
      </w:r>
      <w:r>
        <w:tab/>
        <w:t>Kovinske ročne nakupovalne košarice za supermarkete</w:t>
      </w:r>
    </w:p>
    <w:p w:rsidR="004611C8" w:rsidRDefault="004611C8" w:rsidP="004611C8">
      <w:r>
        <w:t>060504</w:t>
      </w:r>
      <w:r>
        <w:tab/>
        <w:t>Kovinski okvirji za montažo solarnih panelov</w:t>
      </w:r>
    </w:p>
    <w:p w:rsidR="004611C8" w:rsidRDefault="004611C8" w:rsidP="004611C8">
      <w:r>
        <w:t>060506</w:t>
      </w:r>
      <w:r>
        <w:tab/>
        <w:t>Kovinski podajalniki za milo</w:t>
      </w:r>
    </w:p>
    <w:p w:rsidR="004611C8" w:rsidRDefault="004611C8" w:rsidP="004611C8">
      <w:r>
        <w:t>060507</w:t>
      </w:r>
      <w:r>
        <w:tab/>
        <w:t>Zaboji iz kovine [za shranjevanje, prevoz]</w:t>
      </w:r>
    </w:p>
    <w:p w:rsidR="004611C8" w:rsidRDefault="004611C8" w:rsidP="004611C8">
      <w:r>
        <w:t>060508</w:t>
      </w:r>
      <w:r>
        <w:tab/>
        <w:t>Vlečne plošče za izvleko vozil, kovinske</w:t>
      </w:r>
    </w:p>
    <w:p w:rsidR="00CF2B9C" w:rsidRPr="00CF2B9C" w:rsidRDefault="00CF2B9C" w:rsidP="00CF2B9C">
      <w:pPr>
        <w:ind w:left="0" w:firstLine="0"/>
        <w:sectPr w:rsidR="00CF2B9C" w:rsidRPr="00CF2B9C" w:rsidSect="00E00425">
          <w:type w:val="continuous"/>
          <w:pgSz w:w="11907" w:h="16840" w:code="9"/>
          <w:pgMar w:top="1418" w:right="1418" w:bottom="1418" w:left="1418" w:header="720" w:footer="720" w:gutter="0"/>
          <w:cols w:num="2" w:space="720"/>
          <w:docGrid w:linePitch="360"/>
        </w:sectPr>
      </w:pPr>
    </w:p>
    <w:p w:rsidR="004C5352" w:rsidRPr="005561BE" w:rsidRDefault="004C5352" w:rsidP="00E00425">
      <w:pPr>
        <w:pStyle w:val="Naslov1"/>
        <w:spacing w:before="0"/>
        <w:rPr>
          <w:lang w:val="sl-SI" w:eastAsia="sl-SI"/>
        </w:rPr>
      </w:pPr>
      <w:r w:rsidRPr="005561BE">
        <w:rPr>
          <w:lang w:val="sl-SI" w:eastAsia="sl-SI"/>
        </w:rPr>
        <w:lastRenderedPageBreak/>
        <w:t xml:space="preserve">Razred 7 </w:t>
      </w:r>
    </w:p>
    <w:p w:rsidR="004C5352" w:rsidRDefault="004C5352" w:rsidP="00DF5041">
      <w:pPr>
        <w:pStyle w:val="Naslov2"/>
        <w:rPr>
          <w:lang w:val="sl-SI" w:eastAsia="sl-SI"/>
        </w:rPr>
      </w:pPr>
      <w:r w:rsidRPr="005561BE">
        <w:rPr>
          <w:lang w:val="sl-SI" w:eastAsia="sl-SI"/>
        </w:rPr>
        <w:t>Stroji in orodni stroji; motorji [razen za kopenska vozila]; sklopke in pogonski deli [razen za kopenska vozila]; poljedelske priprave, razen tistih za ročno upravljanje; valilniki; prodajni avtomati.</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DF5041" w:rsidRPr="00D85EAF" w:rsidTr="00DF5041">
        <w:trPr>
          <w:trHeight w:val="143"/>
          <w:tblHeader/>
        </w:trPr>
        <w:tc>
          <w:tcPr>
            <w:tcW w:w="9493" w:type="dxa"/>
            <w:gridSpan w:val="2"/>
            <w:shd w:val="clear" w:color="auto" w:fill="F2F2F2" w:themeFill="background1" w:themeFillShade="F2"/>
            <w:vAlign w:val="center"/>
          </w:tcPr>
          <w:p w:rsidR="00DF5041" w:rsidRPr="00A656D9" w:rsidRDefault="00DF5041" w:rsidP="00DF5041">
            <w:pPr>
              <w:pStyle w:val="opomba"/>
              <w:rPr>
                <w:b/>
              </w:rPr>
            </w:pPr>
            <w:r w:rsidRPr="00A656D9">
              <w:rPr>
                <w:b/>
              </w:rPr>
              <w:t xml:space="preserve">RAZRED </w:t>
            </w:r>
            <w:r w:rsidR="00CF2B9C" w:rsidRPr="00A656D9">
              <w:rPr>
                <w:b/>
              </w:rPr>
              <w:t>7</w:t>
            </w:r>
            <w:r w:rsidRPr="00A656D9">
              <w:rPr>
                <w:b/>
              </w:rPr>
              <w:t xml:space="preserve"> - </w:t>
            </w:r>
            <w:r w:rsidR="00CF2B9C" w:rsidRPr="00A656D9">
              <w:rPr>
                <w:b/>
              </w:rPr>
              <w:t>Pojasnjevalne opombe</w:t>
            </w:r>
          </w:p>
        </w:tc>
      </w:tr>
      <w:tr w:rsidR="00DF5041" w:rsidRPr="00D85EAF" w:rsidTr="00DF5041">
        <w:trPr>
          <w:trHeight w:val="390"/>
        </w:trPr>
        <w:tc>
          <w:tcPr>
            <w:tcW w:w="9493" w:type="dxa"/>
            <w:gridSpan w:val="2"/>
            <w:shd w:val="clear" w:color="auto" w:fill="F2F2F2" w:themeFill="background1" w:themeFillShade="F2"/>
            <w:vAlign w:val="center"/>
          </w:tcPr>
          <w:p w:rsidR="00DF5041" w:rsidRPr="00993A45" w:rsidRDefault="00CF2B9C" w:rsidP="00DF5041">
            <w:pPr>
              <w:pStyle w:val="opomba"/>
            </w:pPr>
            <w:r w:rsidRPr="00BD49AB">
              <w:rPr>
                <w:color w:val="333333"/>
              </w:rPr>
              <w:t>Razred 7 vključuje predvsem stroje, orodne stroje in motorje.</w:t>
            </w:r>
          </w:p>
        </w:tc>
      </w:tr>
      <w:tr w:rsidR="00DF5041" w:rsidRPr="00D85EAF" w:rsidTr="00DF5041">
        <w:trPr>
          <w:trHeight w:val="3742"/>
        </w:trPr>
        <w:tc>
          <w:tcPr>
            <w:tcW w:w="4746" w:type="dxa"/>
            <w:shd w:val="clear" w:color="auto" w:fill="F2F2F2" w:themeFill="background1" w:themeFillShade="F2"/>
          </w:tcPr>
          <w:p w:rsidR="00DF5041" w:rsidRPr="00993A45" w:rsidRDefault="00DF5041" w:rsidP="00DF5041">
            <w:pPr>
              <w:pStyle w:val="opomba"/>
            </w:pPr>
            <w:r w:rsidRPr="00D85EAF">
              <w:t>V ta razred so vključeni zlasti:</w:t>
            </w:r>
          </w:p>
          <w:p w:rsidR="00CF2B9C" w:rsidRPr="00BD49AB" w:rsidRDefault="00CF2B9C" w:rsidP="008C16D9">
            <w:pPr>
              <w:pStyle w:val="opombapika"/>
            </w:pPr>
            <w:r w:rsidRPr="00BD49AB">
              <w:t>deli vseh vrst motorjev, na primer zaganjalniki, dušilci zvoka in cilindri za motorje vseh vrst</w:t>
            </w:r>
          </w:p>
          <w:p w:rsidR="00CF2B9C" w:rsidRPr="00BD49AB" w:rsidRDefault="00CF2B9C" w:rsidP="008C16D9">
            <w:pPr>
              <w:pStyle w:val="opombapika"/>
            </w:pPr>
            <w:r w:rsidRPr="00BD49AB">
              <w:t>električni čistilni in loščilni aparati, na primer električni loščilci za čevlje, električni stroji in aparati za šamponiranje preprog in sesalniki</w:t>
            </w:r>
          </w:p>
          <w:p w:rsidR="00CF2B9C" w:rsidRPr="00BD49AB" w:rsidRDefault="00CF2B9C" w:rsidP="008C16D9">
            <w:pPr>
              <w:pStyle w:val="opombapika"/>
            </w:pPr>
            <w:r w:rsidRPr="00BD49AB">
              <w:t>3D tiskalniki</w:t>
            </w:r>
          </w:p>
          <w:p w:rsidR="00CF2B9C" w:rsidRPr="00BD49AB" w:rsidRDefault="00CF2B9C" w:rsidP="008C16D9">
            <w:pPr>
              <w:pStyle w:val="opombapika"/>
            </w:pPr>
            <w:r w:rsidRPr="00BD49AB">
              <w:t>industrijski roboti</w:t>
            </w:r>
          </w:p>
          <w:p w:rsidR="00DF5041" w:rsidRPr="00993A45" w:rsidRDefault="00CF2B9C" w:rsidP="008C16D9">
            <w:pPr>
              <w:pStyle w:val="opombapika"/>
            </w:pPr>
            <w:r w:rsidRPr="00BD49AB">
              <w:t>nekatera posebna vozila, ki niso za prevoz, na primer stroji za pometanje cest, stroji za gradnjo cest, buldožerji, snežni plugi, kot tudi gumijaste gosenice kot deli goseničarjev teh vozil</w:t>
            </w:r>
          </w:p>
        </w:tc>
        <w:tc>
          <w:tcPr>
            <w:tcW w:w="4747" w:type="dxa"/>
            <w:shd w:val="clear" w:color="auto" w:fill="F2F2F2" w:themeFill="background1" w:themeFillShade="F2"/>
          </w:tcPr>
          <w:p w:rsidR="00DF5041" w:rsidRPr="00993A45" w:rsidRDefault="00DF5041" w:rsidP="00DF5041">
            <w:pPr>
              <w:pStyle w:val="opomba"/>
            </w:pPr>
            <w:r w:rsidRPr="00D85EAF">
              <w:t>V ta razred niso vključeni zlasti:</w:t>
            </w:r>
          </w:p>
          <w:p w:rsidR="00CF2B9C" w:rsidRPr="00BD49AB" w:rsidRDefault="00CF2B9C" w:rsidP="008C16D9">
            <w:pPr>
              <w:pStyle w:val="opombapika"/>
            </w:pPr>
            <w:r w:rsidRPr="00BD49AB">
              <w:t>ročno orodje in pripomočki, na ročni pogon (razred 8)</w:t>
            </w:r>
          </w:p>
          <w:p w:rsidR="00CF2B9C" w:rsidRPr="00BD49AB" w:rsidRDefault="00CF2B9C" w:rsidP="008C16D9">
            <w:pPr>
              <w:pStyle w:val="opombapika"/>
            </w:pPr>
            <w:r w:rsidRPr="00BD49AB">
              <w:t>nekatere posebne naprave, na primer bankomati (razred 9), respiratorji za umetno dihanje (razred 10), hladilni aparati in stroji (razred 11)</w:t>
            </w:r>
          </w:p>
          <w:p w:rsidR="00CF2B9C" w:rsidRPr="00BD49AB" w:rsidRDefault="00CF2B9C" w:rsidP="008C16D9">
            <w:pPr>
              <w:pStyle w:val="opombapika"/>
            </w:pPr>
            <w:r w:rsidRPr="00BD49AB">
              <w:t>humanoidni roboti z umetno inteligenco, laboratorijski roboti, učni roboti, varnostni nadzorni roboti (razred 9), kirurški roboti (razred 10), robotski avtomobili (razred 12), robotski bobni (razred 15), robotske igrače (razred 28)</w:t>
            </w:r>
          </w:p>
          <w:p w:rsidR="00CF2B9C" w:rsidRPr="00BD49AB" w:rsidRDefault="00CF2B9C" w:rsidP="008C16D9">
            <w:pPr>
              <w:pStyle w:val="opombapika"/>
            </w:pPr>
            <w:r w:rsidRPr="00BD49AB">
              <w:t>motorji za kopenska vozila (razred 12)</w:t>
            </w:r>
          </w:p>
          <w:p w:rsidR="00DF5041" w:rsidRPr="00993A45" w:rsidRDefault="00CF2B9C" w:rsidP="008C16D9">
            <w:pPr>
              <w:pStyle w:val="opombapika"/>
            </w:pPr>
            <w:r w:rsidRPr="00BD49AB">
              <w:t>gosenice za vozila, kot tudi pnevmatike za vse vrste koles vozil (razred 12)</w:t>
            </w:r>
          </w:p>
        </w:tc>
      </w:tr>
    </w:tbl>
    <w:p w:rsidR="00F875A9" w:rsidRPr="004C5352" w:rsidRDefault="00F875A9" w:rsidP="00CF2B9C">
      <w:pPr>
        <w:spacing w:after="360"/>
        <w:ind w:left="0" w:firstLine="0"/>
        <w:rPr>
          <w:lang w:val="sl-SI"/>
        </w:rPr>
      </w:pPr>
    </w:p>
    <w:p w:rsidR="004C5352" w:rsidRPr="001F500C" w:rsidRDefault="004C5352">
      <w:pPr>
        <w:rPr>
          <w:lang w:val="sl-SI"/>
        </w:rPr>
        <w:sectPr w:rsidR="004C5352" w:rsidRPr="001F500C" w:rsidSect="00E00425">
          <w:type w:val="continuous"/>
          <w:pgSz w:w="11907" w:h="16840" w:code="9"/>
          <w:pgMar w:top="1418" w:right="1418" w:bottom="1418" w:left="1418" w:header="720" w:footer="720" w:gutter="0"/>
          <w:cols w:space="720"/>
          <w:docGrid w:linePitch="360"/>
        </w:sectPr>
      </w:pPr>
    </w:p>
    <w:p w:rsidR="004611C8" w:rsidRDefault="004611C8" w:rsidP="004611C8">
      <w:r>
        <w:t>070001</w:t>
      </w:r>
      <w:r>
        <w:tab/>
        <w:t>Sklopke za gredi [stroji]</w:t>
      </w:r>
    </w:p>
    <w:p w:rsidR="004611C8" w:rsidRDefault="004611C8" w:rsidP="004611C8">
      <w:r>
        <w:t>070002</w:t>
      </w:r>
      <w:r>
        <w:tab/>
        <w:t>Čistilni aparati za acetilen</w:t>
      </w:r>
    </w:p>
    <w:p w:rsidR="004611C8" w:rsidRDefault="004611C8" w:rsidP="004611C8">
      <w:r>
        <w:t>070003</w:t>
      </w:r>
      <w:r>
        <w:tab/>
        <w:t>Konverterji za jeklarne</w:t>
      </w:r>
    </w:p>
    <w:p w:rsidR="004611C8" w:rsidRDefault="004611C8" w:rsidP="004611C8">
      <w:r>
        <w:t>070004</w:t>
      </w:r>
      <w:r>
        <w:tab/>
        <w:t>Naprave za podajanje lepilnega traka za industrijske namene</w:t>
      </w:r>
    </w:p>
    <w:p w:rsidR="004611C8" w:rsidRDefault="004611C8" w:rsidP="004611C8">
      <w:r>
        <w:t>070005</w:t>
      </w:r>
      <w:r>
        <w:tab/>
        <w:t>Prezračevalne črpalke za akvarij</w:t>
      </w:r>
    </w:p>
    <w:p w:rsidR="004611C8" w:rsidRDefault="004611C8" w:rsidP="004611C8">
      <w:r>
        <w:t>070006</w:t>
      </w:r>
      <w:r>
        <w:tab/>
        <w:t>Kondenzatorji za zrak</w:t>
      </w:r>
    </w:p>
    <w:p w:rsidR="004611C8" w:rsidRPr="003834FA" w:rsidRDefault="004611C8" w:rsidP="004611C8">
      <w:pPr>
        <w:rPr>
          <w:lang w:val="fr-FR"/>
        </w:rPr>
      </w:pPr>
      <w:r>
        <w:t>070007</w:t>
      </w:r>
      <w:r>
        <w:tab/>
      </w:r>
      <w:r w:rsidRPr="003834FA">
        <w:rPr>
          <w:lang w:val="fr-FR"/>
        </w:rPr>
        <w:t>Agitatorji (priprave za mešanje tekočin ali gostih snovi)</w:t>
      </w:r>
    </w:p>
    <w:p w:rsidR="004611C8" w:rsidRDefault="004611C8" w:rsidP="004611C8">
      <w:r>
        <w:t>070008</w:t>
      </w:r>
      <w:r>
        <w:tab/>
        <w:t>Kmetijski stroji</w:t>
      </w:r>
    </w:p>
    <w:p w:rsidR="004611C8" w:rsidRDefault="004611C8" w:rsidP="004611C8">
      <w:r>
        <w:t>070009</w:t>
      </w:r>
      <w:r>
        <w:tab/>
        <w:t>Kmetijska dvigala</w:t>
      </w:r>
    </w:p>
    <w:p w:rsidR="004611C8" w:rsidRDefault="004611C8" w:rsidP="004611C8">
      <w:r>
        <w:t>070010</w:t>
      </w:r>
      <w:r>
        <w:tab/>
        <w:t>Filtri za čiščenje hladilnega zraka za motorje</w:t>
      </w:r>
    </w:p>
    <w:p w:rsidR="004611C8" w:rsidRDefault="004611C8" w:rsidP="004611C8">
      <w:r>
        <w:t>070011</w:t>
      </w:r>
      <w:r>
        <w:tab/>
        <w:t>Zračni kondenzatorji</w:t>
      </w:r>
    </w:p>
    <w:p w:rsidR="004611C8" w:rsidRDefault="004611C8" w:rsidP="004611C8">
      <w:r>
        <w:t>070012</w:t>
      </w:r>
      <w:r>
        <w:tab/>
        <w:t>Aparati za točenje piva s pritiskom</w:t>
      </w:r>
    </w:p>
    <w:p w:rsidR="004611C8" w:rsidRDefault="004611C8" w:rsidP="004611C8">
      <w:r>
        <w:t>070013</w:t>
      </w:r>
      <w:r>
        <w:tab/>
        <w:t>Rezilni stroji s funkcijo prilagajanja velikosti rezanja za industrijske namene</w:t>
      </w:r>
    </w:p>
    <w:p w:rsidR="004611C8" w:rsidRDefault="004611C8" w:rsidP="004611C8">
      <w:r>
        <w:t>070015</w:t>
      </w:r>
      <w:r>
        <w:tab/>
        <w:t>Dovajalne naprave za uplinjače</w:t>
      </w:r>
    </w:p>
    <w:p w:rsidR="004611C8" w:rsidRDefault="004611C8" w:rsidP="004611C8">
      <w:r>
        <w:t>070016</w:t>
      </w:r>
      <w:r>
        <w:tab/>
        <w:t>Naprave za vžig za motorje z notranjim zgorevanjem</w:t>
      </w:r>
    </w:p>
    <w:p w:rsidR="004611C8" w:rsidRDefault="004611C8" w:rsidP="004611C8">
      <w:r>
        <w:t>070018</w:t>
      </w:r>
      <w:r>
        <w:tab/>
        <w:t>Alternatorji</w:t>
      </w:r>
    </w:p>
    <w:p w:rsidR="004611C8" w:rsidRDefault="004611C8" w:rsidP="004611C8">
      <w:r>
        <w:t>070019</w:t>
      </w:r>
      <w:r>
        <w:tab/>
        <w:t>Ventili [deli strojev]</w:t>
      </w:r>
    </w:p>
    <w:p w:rsidR="004611C8" w:rsidRDefault="004611C8" w:rsidP="004611C8">
      <w:r>
        <w:t>070020</w:t>
      </w:r>
      <w:r>
        <w:tab/>
        <w:t>Gredi za stroje</w:t>
      </w:r>
    </w:p>
    <w:p w:rsidR="004611C8" w:rsidRDefault="004611C8" w:rsidP="004611C8">
      <w:r>
        <w:t>070021</w:t>
      </w:r>
      <w:r>
        <w:tab/>
        <w:t>Ročične gredi</w:t>
      </w:r>
    </w:p>
    <w:p w:rsidR="004611C8" w:rsidRDefault="004611C8" w:rsidP="004611C8">
      <w:r>
        <w:t>070022</w:t>
      </w:r>
      <w:r>
        <w:tab/>
        <w:t>Transmisijske gredi, razen za kopenska vozila</w:t>
      </w:r>
    </w:p>
    <w:p w:rsidR="004611C8" w:rsidRDefault="004611C8" w:rsidP="004611C8">
      <w:r>
        <w:t>070024</w:t>
      </w:r>
      <w:r>
        <w:tab/>
        <w:t>Dvigala (stroji)</w:t>
      </w:r>
    </w:p>
    <w:p w:rsidR="004611C8" w:rsidRDefault="004611C8" w:rsidP="004611C8">
      <w:r>
        <w:t>070026</w:t>
      </w:r>
      <w:r>
        <w:tab/>
        <w:t>Mešalni stroji</w:t>
      </w:r>
    </w:p>
    <w:p w:rsidR="004611C8" w:rsidRDefault="004611C8" w:rsidP="004611C8">
      <w:r>
        <w:t>070027</w:t>
      </w:r>
      <w:r>
        <w:tab/>
        <w:t>Ležaji s samodejnim mazanjem</w:t>
      </w:r>
    </w:p>
    <w:p w:rsidR="004611C8" w:rsidRDefault="004611C8" w:rsidP="004611C8">
      <w:r>
        <w:t>070028</w:t>
      </w:r>
      <w:r>
        <w:tab/>
        <w:t>Plugi</w:t>
      </w:r>
    </w:p>
    <w:p w:rsidR="004611C8" w:rsidRDefault="004611C8" w:rsidP="004611C8">
      <w:r>
        <w:t>070029</w:t>
      </w:r>
      <w:r>
        <w:tab/>
        <w:t>Motorji za letala</w:t>
      </w:r>
    </w:p>
    <w:p w:rsidR="004611C8" w:rsidRDefault="004611C8" w:rsidP="004611C8">
      <w:r>
        <w:t>070031</w:t>
      </w:r>
      <w:r>
        <w:tab/>
        <w:t>Mazalni obroči [deli strojev]</w:t>
      </w:r>
    </w:p>
    <w:p w:rsidR="004611C8" w:rsidRDefault="004611C8" w:rsidP="004611C8">
      <w:r>
        <w:t>070033</w:t>
      </w:r>
      <w:r>
        <w:tab/>
        <w:t>Ščetke dinamov</w:t>
      </w:r>
    </w:p>
    <w:p w:rsidR="004611C8" w:rsidRPr="003834FA" w:rsidRDefault="004611C8" w:rsidP="004611C8">
      <w:pPr>
        <w:rPr>
          <w:lang w:val="fr-FR"/>
        </w:rPr>
      </w:pPr>
      <w:r>
        <w:t>070034</w:t>
      </w:r>
      <w:r>
        <w:tab/>
      </w:r>
      <w:r w:rsidRPr="003834FA">
        <w:rPr>
          <w:lang w:val="fr-FR"/>
        </w:rPr>
        <w:t>Stroji za pometanje cest z lastnim pogonom</w:t>
      </w:r>
    </w:p>
    <w:p w:rsidR="004611C8" w:rsidRDefault="004611C8" w:rsidP="004611C8">
      <w:r>
        <w:t>070035</w:t>
      </w:r>
      <w:r>
        <w:tab/>
        <w:t>Delovne mize žag [deli strojev]</w:t>
      </w:r>
    </w:p>
    <w:p w:rsidR="004611C8" w:rsidRDefault="004611C8" w:rsidP="004611C8">
      <w:r>
        <w:t>070036</w:t>
      </w:r>
      <w:r>
        <w:tab/>
        <w:t>Trakovi za tekoče trakove</w:t>
      </w:r>
    </w:p>
    <w:p w:rsidR="004611C8" w:rsidRDefault="004611C8" w:rsidP="004611C8">
      <w:r>
        <w:t>070037</w:t>
      </w:r>
      <w:r>
        <w:tab/>
        <w:t>Tračni transporterji</w:t>
      </w:r>
    </w:p>
    <w:p w:rsidR="004611C8" w:rsidRPr="003834FA" w:rsidRDefault="004611C8" w:rsidP="004611C8">
      <w:pPr>
        <w:rPr>
          <w:lang w:val="fr-FR"/>
        </w:rPr>
      </w:pPr>
      <w:r>
        <w:t>070038</w:t>
      </w:r>
      <w:r>
        <w:tab/>
      </w:r>
      <w:r w:rsidRPr="003834FA">
        <w:rPr>
          <w:lang w:val="fr-FR"/>
        </w:rPr>
        <w:t>Pinje (priprave za izdelovanje masla)</w:t>
      </w:r>
    </w:p>
    <w:p w:rsidR="004611C8" w:rsidRDefault="004611C8" w:rsidP="004611C8">
      <w:r>
        <w:t>070039</w:t>
      </w:r>
      <w:r>
        <w:tab/>
        <w:t>Bobni [deli strojev]</w:t>
      </w:r>
    </w:p>
    <w:p w:rsidR="004611C8" w:rsidRDefault="004611C8" w:rsidP="004611C8">
      <w:r>
        <w:t>070040</w:t>
      </w:r>
      <w:r>
        <w:tab/>
        <w:t>Ohišja strojev</w:t>
      </w:r>
    </w:p>
    <w:p w:rsidR="004611C8" w:rsidRDefault="004611C8" w:rsidP="004611C8">
      <w:r>
        <w:t>070041</w:t>
      </w:r>
      <w:r>
        <w:tab/>
        <w:t>Stojala za stroje</w:t>
      </w:r>
    </w:p>
    <w:p w:rsidR="004611C8" w:rsidRDefault="004611C8" w:rsidP="004611C8">
      <w:r>
        <w:t>070042</w:t>
      </w:r>
      <w:r>
        <w:tab/>
        <w:t>Mlini [stroji]</w:t>
      </w:r>
    </w:p>
    <w:p w:rsidR="004611C8" w:rsidRDefault="004611C8" w:rsidP="004611C8">
      <w:r>
        <w:t>070043</w:t>
      </w:r>
      <w:r>
        <w:tab/>
        <w:t>Mlatilnice</w:t>
      </w:r>
    </w:p>
    <w:p w:rsidR="004611C8" w:rsidRDefault="004611C8" w:rsidP="004611C8">
      <w:r>
        <w:t>070044</w:t>
      </w:r>
      <w:r>
        <w:tab/>
        <w:t>Stepalni stroji</w:t>
      </w:r>
    </w:p>
    <w:p w:rsidR="004611C8" w:rsidRDefault="004611C8" w:rsidP="004611C8">
      <w:r>
        <w:t>070045</w:t>
      </w:r>
      <w:r>
        <w:tab/>
        <w:t>Mešalniki betona (stroji)</w:t>
      </w:r>
    </w:p>
    <w:p w:rsidR="004611C8" w:rsidRDefault="004611C8" w:rsidP="004611C8">
      <w:r>
        <w:t>070046</w:t>
      </w:r>
      <w:r>
        <w:tab/>
        <w:t>Stroji za izdelavo masla</w:t>
      </w:r>
    </w:p>
    <w:p w:rsidR="004611C8" w:rsidRDefault="004611C8" w:rsidP="004611C8">
      <w:r>
        <w:t>070047</w:t>
      </w:r>
      <w:r>
        <w:tab/>
        <w:t>Dinama za kolesa</w:t>
      </w:r>
    </w:p>
    <w:p w:rsidR="004611C8" w:rsidRDefault="004611C8" w:rsidP="004611C8">
      <w:r>
        <w:t>070048</w:t>
      </w:r>
      <w:r>
        <w:tab/>
        <w:t>Ojnice za stroje in motorje</w:t>
      </w:r>
    </w:p>
    <w:p w:rsidR="004611C8" w:rsidRDefault="004611C8" w:rsidP="004611C8">
      <w:r>
        <w:t>070049</w:t>
      </w:r>
      <w:r>
        <w:tab/>
        <w:t>Kroglični ležaji</w:t>
      </w:r>
    </w:p>
    <w:p w:rsidR="004611C8" w:rsidRDefault="004611C8" w:rsidP="004611C8">
      <w:r>
        <w:t>070050</w:t>
      </w:r>
      <w:r>
        <w:tab/>
        <w:t>Stroji za izdelovanje bitumna</w:t>
      </w:r>
    </w:p>
    <w:p w:rsidR="004611C8" w:rsidRDefault="004611C8" w:rsidP="004611C8">
      <w:r>
        <w:lastRenderedPageBreak/>
        <w:t>070052</w:t>
      </w:r>
      <w:r>
        <w:tab/>
        <w:t>Snopovezniki</w:t>
      </w:r>
    </w:p>
    <w:p w:rsidR="004611C8" w:rsidRDefault="004611C8" w:rsidP="004611C8">
      <w:r>
        <w:t>070055</w:t>
      </w:r>
      <w:r>
        <w:tab/>
        <w:t>Stroji za obdelavo lesa</w:t>
      </w:r>
    </w:p>
    <w:p w:rsidR="004611C8" w:rsidRDefault="004611C8" w:rsidP="004611C8">
      <w:r>
        <w:t>070056</w:t>
      </w:r>
      <w:r>
        <w:tab/>
        <w:t>Aparati za gaziranje pijač</w:t>
      </w:r>
    </w:p>
    <w:p w:rsidR="004611C8" w:rsidRDefault="004611C8" w:rsidP="004611C8">
      <w:r>
        <w:t>070057</w:t>
      </w:r>
      <w:r>
        <w:tab/>
        <w:t>Statve za nogavice [stroji]</w:t>
      </w:r>
    </w:p>
    <w:p w:rsidR="004611C8" w:rsidRDefault="004611C8" w:rsidP="004611C8">
      <w:r>
        <w:t>070059</w:t>
      </w:r>
      <w:r>
        <w:tab/>
        <w:t>Lovilniki in zbiralniki umazanije [stroji]</w:t>
      </w:r>
    </w:p>
    <w:p w:rsidR="004611C8" w:rsidRDefault="004611C8" w:rsidP="004611C8">
      <w:r>
        <w:t>070061</w:t>
      </w:r>
      <w:r>
        <w:tab/>
        <w:t>Žarilne svečke za diesel motorje</w:t>
      </w:r>
    </w:p>
    <w:p w:rsidR="004611C8" w:rsidRPr="003834FA" w:rsidRDefault="004611C8" w:rsidP="004611C8">
      <w:pPr>
        <w:rPr>
          <w:lang w:val="fr-FR"/>
        </w:rPr>
      </w:pPr>
      <w:r>
        <w:t>070062</w:t>
      </w:r>
      <w:r>
        <w:tab/>
      </w:r>
      <w:r w:rsidRPr="003834FA">
        <w:rPr>
          <w:lang w:val="fr-FR"/>
        </w:rPr>
        <w:t>Stroji za rezanje ali valjanje navojev</w:t>
      </w:r>
    </w:p>
    <w:p w:rsidR="004611C8" w:rsidRDefault="004611C8" w:rsidP="004611C8">
      <w:r>
        <w:t>070063</w:t>
      </w:r>
      <w:r>
        <w:tab/>
        <w:t>Stroji za izpiranje</w:t>
      </w:r>
    </w:p>
    <w:p w:rsidR="004611C8" w:rsidRDefault="004611C8" w:rsidP="004611C8">
      <w:r>
        <w:t>070064</w:t>
      </w:r>
      <w:r>
        <w:tab/>
        <w:t>Stroji za polnjenje steklenic</w:t>
      </w:r>
    </w:p>
    <w:p w:rsidR="004611C8" w:rsidRDefault="004611C8" w:rsidP="004611C8">
      <w:r>
        <w:t>070065</w:t>
      </w:r>
      <w:r>
        <w:tab/>
        <w:t>Stroji za pranje steklenic</w:t>
      </w:r>
    </w:p>
    <w:p w:rsidR="004611C8" w:rsidRDefault="004611C8" w:rsidP="004611C8">
      <w:r>
        <w:t>070066</w:t>
      </w:r>
      <w:r>
        <w:tab/>
        <w:t>Stroji za varjenje piva</w:t>
      </w:r>
    </w:p>
    <w:p w:rsidR="004611C8" w:rsidRDefault="004611C8" w:rsidP="004611C8">
      <w:r>
        <w:t>070067</w:t>
      </w:r>
      <w:r>
        <w:tab/>
        <w:t>Okvirji za vezilne stroje</w:t>
      </w:r>
    </w:p>
    <w:p w:rsidR="004611C8" w:rsidRDefault="004611C8" w:rsidP="004611C8">
      <w:r>
        <w:t>070068</w:t>
      </w:r>
      <w:r>
        <w:tab/>
        <w:t>Krtače [deli strojev]</w:t>
      </w:r>
    </w:p>
    <w:p w:rsidR="004611C8" w:rsidRDefault="004611C8" w:rsidP="004611C8">
      <w:r>
        <w:t>070069</w:t>
      </w:r>
      <w:r>
        <w:tab/>
        <w:t>Buldožerji</w:t>
      </w:r>
    </w:p>
    <w:p w:rsidR="004611C8" w:rsidRDefault="004611C8" w:rsidP="004611C8">
      <w:r>
        <w:t>070070</w:t>
      </w:r>
      <w:r>
        <w:tab/>
        <w:t>Žlični bagri</w:t>
      </w:r>
    </w:p>
    <w:p w:rsidR="004611C8" w:rsidRDefault="004611C8" w:rsidP="004611C8">
      <w:r>
        <w:t>070072</w:t>
      </w:r>
      <w:r>
        <w:tab/>
        <w:t>Vitli</w:t>
      </w:r>
    </w:p>
    <w:p w:rsidR="004611C8" w:rsidRDefault="004611C8" w:rsidP="004611C8">
      <w:r>
        <w:t>070073</w:t>
      </w:r>
      <w:r>
        <w:tab/>
        <w:t>Avtomatska sidra za pomorske namene</w:t>
      </w:r>
    </w:p>
    <w:p w:rsidR="004611C8" w:rsidRDefault="004611C8" w:rsidP="004611C8">
      <w:r>
        <w:t>070074</w:t>
      </w:r>
      <w:r>
        <w:tab/>
        <w:t>Jermeni za stroje</w:t>
      </w:r>
    </w:p>
    <w:p w:rsidR="004611C8" w:rsidRDefault="004611C8" w:rsidP="004611C8">
      <w:r>
        <w:t>070076</w:t>
      </w:r>
      <w:r>
        <w:tab/>
        <w:t>Stavni stroji [tiskanje]</w:t>
      </w:r>
    </w:p>
    <w:p w:rsidR="004611C8" w:rsidRDefault="004611C8" w:rsidP="004611C8">
      <w:r>
        <w:t>070077</w:t>
      </w:r>
      <w:r>
        <w:tab/>
        <w:t>Injektorji</w:t>
      </w:r>
    </w:p>
    <w:p w:rsidR="004611C8" w:rsidRDefault="004611C8" w:rsidP="004611C8">
      <w:r>
        <w:t>070078</w:t>
      </w:r>
      <w:r>
        <w:tab/>
        <w:t>Uplinjači</w:t>
      </w:r>
    </w:p>
    <w:p w:rsidR="004611C8" w:rsidRDefault="004611C8" w:rsidP="004611C8">
      <w:r>
        <w:t>070079</w:t>
      </w:r>
      <w:r>
        <w:tab/>
        <w:t>Krtače [deli mikalnika]</w:t>
      </w:r>
    </w:p>
    <w:p w:rsidR="004611C8" w:rsidRDefault="004611C8" w:rsidP="004611C8">
      <w:r>
        <w:t>070080</w:t>
      </w:r>
      <w:r>
        <w:tab/>
        <w:t>Noži [deli strojev]</w:t>
      </w:r>
    </w:p>
    <w:p w:rsidR="004611C8" w:rsidRDefault="004611C8" w:rsidP="004611C8">
      <w:r>
        <w:t>070081</w:t>
      </w:r>
      <w:r>
        <w:tab/>
        <w:t>Škatle za črke [črkovnjaki]</w:t>
      </w:r>
    </w:p>
    <w:p w:rsidR="004611C8" w:rsidRDefault="004611C8" w:rsidP="004611C8">
      <w:r>
        <w:t>070082</w:t>
      </w:r>
      <w:r>
        <w:tab/>
        <w:t>Sita za presejanje žerjavice od pepela [stroji]</w:t>
      </w:r>
    </w:p>
    <w:p w:rsidR="004611C8" w:rsidRDefault="004611C8" w:rsidP="004611C8">
      <w:r>
        <w:t>070083</w:t>
      </w:r>
      <w:r>
        <w:tab/>
        <w:t>Posnemalniki mleka</w:t>
      </w:r>
    </w:p>
    <w:p w:rsidR="004611C8" w:rsidRDefault="004611C8" w:rsidP="004611C8">
      <w:r>
        <w:t>070085</w:t>
      </w:r>
      <w:r>
        <w:tab/>
        <w:t>Mazalke [deli strojev]</w:t>
      </w:r>
    </w:p>
    <w:p w:rsidR="004611C8" w:rsidRDefault="004611C8" w:rsidP="004611C8">
      <w:r>
        <w:t>070087</w:t>
      </w:r>
      <w:r>
        <w:tab/>
        <w:t>Centrifugalni mlini</w:t>
      </w:r>
    </w:p>
    <w:p w:rsidR="004611C8" w:rsidRDefault="004611C8" w:rsidP="004611C8">
      <w:r>
        <w:t>070088</w:t>
      </w:r>
      <w:r>
        <w:tab/>
        <w:t>Centrifugalne črpalke</w:t>
      </w:r>
    </w:p>
    <w:p w:rsidR="004611C8" w:rsidRDefault="004611C8" w:rsidP="004611C8">
      <w:r>
        <w:t>070090</w:t>
      </w:r>
      <w:r>
        <w:tab/>
        <w:t>Rezkalni stroji</w:t>
      </w:r>
    </w:p>
    <w:p w:rsidR="004611C8" w:rsidRDefault="004611C8" w:rsidP="004611C8">
      <w:r>
        <w:t>070091</w:t>
      </w:r>
      <w:r>
        <w:tab/>
        <w:t>Nosilci ležajev za stroje</w:t>
      </w:r>
    </w:p>
    <w:p w:rsidR="004611C8" w:rsidRDefault="004611C8" w:rsidP="004611C8">
      <w:r>
        <w:t>070092</w:t>
      </w:r>
      <w:r>
        <w:tab/>
        <w:t>Ogrodja strojev</w:t>
      </w:r>
    </w:p>
    <w:p w:rsidR="004611C8" w:rsidRDefault="004611C8" w:rsidP="004611C8">
      <w:r>
        <w:t>070093</w:t>
      </w:r>
      <w:r>
        <w:tab/>
        <w:t>Ogljene krtačke [elektrika]</w:t>
      </w:r>
    </w:p>
    <w:p w:rsidR="004611C8" w:rsidRDefault="004611C8" w:rsidP="004611C8">
      <w:r>
        <w:t>070094</w:t>
      </w:r>
      <w:r>
        <w:tab/>
        <w:t>Stroji za rezanje premoga</w:t>
      </w:r>
    </w:p>
    <w:p w:rsidR="004611C8" w:rsidRDefault="004611C8" w:rsidP="004611C8">
      <w:r>
        <w:t>070095</w:t>
      </w:r>
      <w:r>
        <w:tab/>
        <w:t>Tovorna dvigala</w:t>
      </w:r>
    </w:p>
    <w:p w:rsidR="004611C8" w:rsidRDefault="004611C8" w:rsidP="004611C8">
      <w:r>
        <w:t>070096</w:t>
      </w:r>
      <w:r>
        <w:tab/>
        <w:t>Nakladalne rampe</w:t>
      </w:r>
    </w:p>
    <w:p w:rsidR="004611C8" w:rsidRDefault="004611C8" w:rsidP="004611C8">
      <w:r>
        <w:t>070098</w:t>
      </w:r>
      <w:r>
        <w:tab/>
        <w:t>Stružnice</w:t>
      </w:r>
    </w:p>
    <w:p w:rsidR="004611C8" w:rsidRDefault="004611C8" w:rsidP="004611C8">
      <w:r>
        <w:t>070099</w:t>
      </w:r>
      <w:r>
        <w:tab/>
        <w:t>Škripci</w:t>
      </w:r>
    </w:p>
    <w:p w:rsidR="004611C8" w:rsidRDefault="004611C8" w:rsidP="004611C8">
      <w:r>
        <w:t>070100</w:t>
      </w:r>
      <w:r>
        <w:tab/>
        <w:t>Lemež pri plugu</w:t>
      </w:r>
    </w:p>
    <w:p w:rsidR="004611C8" w:rsidRDefault="004611C8" w:rsidP="004611C8">
      <w:r>
        <w:t>070101</w:t>
      </w:r>
      <w:r>
        <w:tab/>
        <w:t>Fitingi (oprema) za kotle za motor</w:t>
      </w:r>
    </w:p>
    <w:p w:rsidR="004611C8" w:rsidRDefault="004611C8" w:rsidP="004611C8">
      <w:r>
        <w:t>070102</w:t>
      </w:r>
      <w:r>
        <w:tab/>
        <w:t>Vinske preše</w:t>
      </w:r>
    </w:p>
    <w:p w:rsidR="004611C8" w:rsidRDefault="004611C8" w:rsidP="004611C8">
      <w:r>
        <w:t>070103</w:t>
      </w:r>
      <w:r>
        <w:tab/>
        <w:t>Stroji za izdelavo cigaret za industrijsko uporabo</w:t>
      </w:r>
    </w:p>
    <w:p w:rsidR="004611C8" w:rsidRDefault="004611C8" w:rsidP="004611C8">
      <w:r>
        <w:t>070104</w:t>
      </w:r>
      <w:r>
        <w:tab/>
        <w:t>Stroji za upogibanje</w:t>
      </w:r>
    </w:p>
    <w:p w:rsidR="004611C8" w:rsidRDefault="004611C8" w:rsidP="004611C8">
      <w:r>
        <w:t>070105</w:t>
      </w:r>
      <w:r>
        <w:tab/>
        <w:t>Električne rezalke</w:t>
      </w:r>
    </w:p>
    <w:p w:rsidR="004611C8" w:rsidRDefault="004611C8" w:rsidP="004611C8">
      <w:r>
        <w:t>070106</w:t>
      </w:r>
      <w:r>
        <w:tab/>
        <w:t>Električne škarje</w:t>
      </w:r>
    </w:p>
    <w:p w:rsidR="004611C8" w:rsidRDefault="004611C8" w:rsidP="004611C8">
      <w:r>
        <w:t>070107</w:t>
      </w:r>
      <w:r>
        <w:tab/>
        <w:t>Dleta za stroje</w:t>
      </w:r>
    </w:p>
    <w:p w:rsidR="004611C8" w:rsidRDefault="004611C8" w:rsidP="004611C8">
      <w:r>
        <w:t>070108</w:t>
      </w:r>
      <w:r>
        <w:tab/>
        <w:t>Lopute [deli strojev]</w:t>
      </w:r>
    </w:p>
    <w:p w:rsidR="004611C8" w:rsidRDefault="004611C8" w:rsidP="004611C8">
      <w:r>
        <w:t>070109</w:t>
      </w:r>
      <w:r>
        <w:tab/>
        <w:t>Filtrske stiskalnice</w:t>
      </w:r>
    </w:p>
    <w:p w:rsidR="004611C8" w:rsidRDefault="004611C8" w:rsidP="004611C8">
      <w:r>
        <w:t>070110</w:t>
      </w:r>
      <w:r>
        <w:tab/>
        <w:t>Zbiralniki kotlovca pri strojnih kotlih</w:t>
      </w:r>
    </w:p>
    <w:p w:rsidR="004611C8" w:rsidRDefault="004611C8" w:rsidP="004611C8">
      <w:r>
        <w:t>070111</w:t>
      </w:r>
      <w:r>
        <w:tab/>
        <w:t>Nožna pogonska gonila za šivalne stroje</w:t>
      </w:r>
    </w:p>
    <w:p w:rsidR="004611C8" w:rsidRDefault="004611C8" w:rsidP="004611C8">
      <w:r>
        <w:t>070112</w:t>
      </w:r>
      <w:r>
        <w:tab/>
        <w:t>Stavni stroji za fotostavek</w:t>
      </w:r>
    </w:p>
    <w:p w:rsidR="004611C8" w:rsidRDefault="004611C8" w:rsidP="004611C8">
      <w:r>
        <w:t>070113</w:t>
      </w:r>
      <w:r>
        <w:tab/>
        <w:t>Kompresorji [stroji]</w:t>
      </w:r>
    </w:p>
    <w:p w:rsidR="004611C8" w:rsidRDefault="004611C8" w:rsidP="004611C8">
      <w:r>
        <w:t>070114</w:t>
      </w:r>
      <w:r>
        <w:tab/>
        <w:t>Turbokompresorji</w:t>
      </w:r>
    </w:p>
    <w:p w:rsidR="004611C8" w:rsidRDefault="004611C8" w:rsidP="004611C8">
      <w:r>
        <w:t>070115</w:t>
      </w:r>
      <w:r>
        <w:tab/>
        <w:t>Kondenzatorji pare [deli strojev]</w:t>
      </w:r>
    </w:p>
    <w:p w:rsidR="004611C8" w:rsidRDefault="004611C8" w:rsidP="004611C8">
      <w:r>
        <w:t>070116</w:t>
      </w:r>
      <w:r>
        <w:tab/>
        <w:t>Kondenzacijske instalacije</w:t>
      </w:r>
    </w:p>
    <w:p w:rsidR="004611C8" w:rsidRDefault="004611C8" w:rsidP="004611C8">
      <w:r>
        <w:t>070117</w:t>
      </w:r>
      <w:r>
        <w:tab/>
        <w:t>Škripci [deli strojev]</w:t>
      </w:r>
    </w:p>
    <w:p w:rsidR="004611C8" w:rsidRDefault="004611C8" w:rsidP="004611C8">
      <w:r>
        <w:t>070119</w:t>
      </w:r>
      <w:r>
        <w:tab/>
        <w:t>Stroji za izdelavo vrvic</w:t>
      </w:r>
    </w:p>
    <w:p w:rsidR="004611C8" w:rsidRDefault="004611C8" w:rsidP="004611C8">
      <w:r>
        <w:t>070120</w:t>
      </w:r>
      <w:r>
        <w:tab/>
        <w:t>Stroji za ulivanje tiskarskih črk</w:t>
      </w:r>
    </w:p>
    <w:p w:rsidR="004611C8" w:rsidRDefault="004611C8" w:rsidP="004611C8">
      <w:r>
        <w:t>070122</w:t>
      </w:r>
      <w:r>
        <w:tab/>
        <w:t>Stroji za striženje</w:t>
      </w:r>
    </w:p>
    <w:p w:rsidR="004611C8" w:rsidRDefault="004611C8" w:rsidP="004611C8">
      <w:r>
        <w:t>070123</w:t>
      </w:r>
      <w:r>
        <w:tab/>
        <w:t>Rezalniki [stroji]</w:t>
      </w:r>
    </w:p>
    <w:p w:rsidR="004611C8" w:rsidRDefault="004611C8" w:rsidP="004611C8">
      <w:r>
        <w:t>070124</w:t>
      </w:r>
      <w:r>
        <w:tab/>
        <w:t>Generatorji električnega toka</w:t>
      </w:r>
    </w:p>
    <w:p w:rsidR="004611C8" w:rsidRDefault="004611C8" w:rsidP="004611C8">
      <w:r>
        <w:t>070125</w:t>
      </w:r>
      <w:r>
        <w:tab/>
        <w:t>Vrtalne glave [deli strojev]</w:t>
      </w:r>
    </w:p>
    <w:p w:rsidR="004611C8" w:rsidRDefault="004611C8" w:rsidP="004611C8">
      <w:r>
        <w:t>070126</w:t>
      </w:r>
      <w:r>
        <w:tab/>
        <w:t>Jermeni za dinamo</w:t>
      </w:r>
    </w:p>
    <w:p w:rsidR="004611C8" w:rsidRDefault="004611C8" w:rsidP="004611C8">
      <w:r>
        <w:t>070128</w:t>
      </w:r>
      <w:r>
        <w:tab/>
        <w:t>Stroji za šivanje</w:t>
      </w:r>
    </w:p>
    <w:p w:rsidR="004611C8" w:rsidRDefault="004611C8" w:rsidP="004611C8">
      <w:r>
        <w:t>070129</w:t>
      </w:r>
      <w:r>
        <w:tab/>
        <w:t>Naprave z zračno blazino za premikanje tovorov</w:t>
      </w:r>
    </w:p>
    <w:p w:rsidR="004611C8" w:rsidRDefault="004611C8" w:rsidP="004611C8">
      <w:r>
        <w:t>070130</w:t>
      </w:r>
      <w:r>
        <w:tab/>
        <w:t>Ležaji [deli strojev]</w:t>
      </w:r>
    </w:p>
    <w:p w:rsidR="004611C8" w:rsidRDefault="004611C8" w:rsidP="004611C8">
      <w:r>
        <w:t>070131</w:t>
      </w:r>
      <w:r>
        <w:tab/>
        <w:t>Električni noži</w:t>
      </w:r>
    </w:p>
    <w:p w:rsidR="004611C8" w:rsidRDefault="004611C8" w:rsidP="004611C8">
      <w:r>
        <w:t>070132</w:t>
      </w:r>
      <w:r>
        <w:tab/>
        <w:t>Dvigalke z zobatim drogom</w:t>
      </w:r>
    </w:p>
    <w:p w:rsidR="004611C8" w:rsidRDefault="004611C8" w:rsidP="004611C8">
      <w:r>
        <w:t>070133</w:t>
      </w:r>
      <w:r>
        <w:tab/>
        <w:t>Naprave za presejanje</w:t>
      </w:r>
    </w:p>
    <w:p w:rsidR="004611C8" w:rsidRDefault="004611C8" w:rsidP="004611C8">
      <w:r>
        <w:t>070135</w:t>
      </w:r>
      <w:r>
        <w:tab/>
        <w:t>Dvigalke [stroji]</w:t>
      </w:r>
    </w:p>
    <w:p w:rsidR="004611C8" w:rsidRDefault="004611C8" w:rsidP="004611C8">
      <w:r>
        <w:t>070136</w:t>
      </w:r>
      <w:r>
        <w:tab/>
        <w:t>Stroji za obdelavo usnja</w:t>
      </w:r>
    </w:p>
    <w:p w:rsidR="004611C8" w:rsidRDefault="004611C8" w:rsidP="004611C8">
      <w:r>
        <w:t>070137</w:t>
      </w:r>
      <w:r>
        <w:tab/>
        <w:t>Glave cilindrov za motorje</w:t>
      </w:r>
    </w:p>
    <w:p w:rsidR="004611C8" w:rsidRDefault="004611C8" w:rsidP="004611C8">
      <w:r>
        <w:t>070138</w:t>
      </w:r>
      <w:r>
        <w:tab/>
        <w:t>Kultivatorji [stroji]</w:t>
      </w:r>
    </w:p>
    <w:p w:rsidR="004611C8" w:rsidRDefault="004611C8" w:rsidP="004611C8">
      <w:r>
        <w:t>070139</w:t>
      </w:r>
      <w:r>
        <w:tab/>
        <w:t>Cilindri za stroje</w:t>
      </w:r>
    </w:p>
    <w:p w:rsidR="004611C8" w:rsidRDefault="004611C8" w:rsidP="004611C8">
      <w:r>
        <w:t>070140</w:t>
      </w:r>
      <w:r>
        <w:tab/>
        <w:t>Tiskarski valji</w:t>
      </w:r>
    </w:p>
    <w:p w:rsidR="004611C8" w:rsidRDefault="004611C8" w:rsidP="004611C8">
      <w:r>
        <w:t>070141</w:t>
      </w:r>
      <w:r>
        <w:tab/>
        <w:t>Valji za valjalne stroje</w:t>
      </w:r>
    </w:p>
    <w:p w:rsidR="004611C8" w:rsidRDefault="004611C8" w:rsidP="004611C8">
      <w:r>
        <w:t>070143</w:t>
      </w:r>
      <w:r>
        <w:tab/>
        <w:t>Sortirni stroji za industrijsko uporabo</w:t>
      </w:r>
    </w:p>
    <w:p w:rsidR="004611C8" w:rsidRDefault="004611C8" w:rsidP="004611C8">
      <w:r>
        <w:t>070145</w:t>
      </w:r>
      <w:r>
        <w:tab/>
        <w:t>Lijaki za mehansko raztovarjanje</w:t>
      </w:r>
    </w:p>
    <w:p w:rsidR="004611C8" w:rsidRDefault="004611C8" w:rsidP="004611C8">
      <w:r>
        <w:t>070146</w:t>
      </w:r>
      <w:r>
        <w:tab/>
        <w:t>Rezalni stroji</w:t>
      </w:r>
    </w:p>
    <w:p w:rsidR="004611C8" w:rsidRDefault="004611C8" w:rsidP="004611C8">
      <w:r>
        <w:t>070147</w:t>
      </w:r>
      <w:r>
        <w:tab/>
        <w:t>Odzračevalniki napajalne vode</w:t>
      </w:r>
    </w:p>
    <w:p w:rsidR="004611C8" w:rsidRDefault="004611C8" w:rsidP="004611C8">
      <w:r>
        <w:t>070148</w:t>
      </w:r>
      <w:r>
        <w:tab/>
        <w:t>Plugi za odstranjevanje trate</w:t>
      </w:r>
    </w:p>
    <w:p w:rsidR="004611C8" w:rsidRDefault="004611C8" w:rsidP="004611C8">
      <w:r>
        <w:t>070149</w:t>
      </w:r>
      <w:r>
        <w:tab/>
        <w:t>Naprave za odstranjevanje maščob</w:t>
      </w:r>
    </w:p>
    <w:p w:rsidR="004611C8" w:rsidRDefault="004611C8" w:rsidP="004611C8">
      <w:r>
        <w:t>070150</w:t>
      </w:r>
      <w:r>
        <w:tab/>
        <w:t>Zaganjači za motorje</w:t>
      </w:r>
    </w:p>
    <w:p w:rsidR="004611C8" w:rsidRDefault="004611C8" w:rsidP="004611C8">
      <w:r>
        <w:t>070151</w:t>
      </w:r>
      <w:r>
        <w:tab/>
        <w:t>Stroji za izdelavo čipk</w:t>
      </w:r>
    </w:p>
    <w:p w:rsidR="004611C8" w:rsidRDefault="004611C8" w:rsidP="004611C8">
      <w:r>
        <w:t>070152</w:t>
      </w:r>
      <w:r>
        <w:tab/>
        <w:t>Separatorji pare in olja</w:t>
      </w:r>
    </w:p>
    <w:p w:rsidR="004611C8" w:rsidRDefault="004611C8" w:rsidP="004611C8">
      <w:r>
        <w:t>070153</w:t>
      </w:r>
      <w:r>
        <w:tab/>
        <w:t>Dezintegratorji</w:t>
      </w:r>
    </w:p>
    <w:p w:rsidR="004611C8" w:rsidRDefault="004611C8" w:rsidP="004611C8">
      <w:r>
        <w:t>070154</w:t>
      </w:r>
      <w:r>
        <w:tab/>
        <w:t>Reducirni ventili [deli strojev]</w:t>
      </w:r>
    </w:p>
    <w:p w:rsidR="004611C8" w:rsidRDefault="004611C8" w:rsidP="004611C8">
      <w:r>
        <w:t>070155</w:t>
      </w:r>
      <w:r>
        <w:tab/>
        <w:t>Mehanične naprave za navijanje</w:t>
      </w:r>
    </w:p>
    <w:p w:rsidR="004611C8" w:rsidRDefault="004611C8" w:rsidP="004611C8">
      <w:r>
        <w:t>070157</w:t>
      </w:r>
      <w:r>
        <w:tab/>
        <w:t>Naprave za stanjševanje usnja</w:t>
      </w:r>
    </w:p>
    <w:p w:rsidR="004611C8" w:rsidRDefault="004611C8" w:rsidP="004611C8">
      <w:r>
        <w:t>070158</w:t>
      </w:r>
      <w:r>
        <w:tab/>
        <w:t>Stroji za odvodnjavanje (drenažo)</w:t>
      </w:r>
    </w:p>
    <w:p w:rsidR="004611C8" w:rsidRDefault="004611C8" w:rsidP="004611C8">
      <w:r>
        <w:t>070160</w:t>
      </w:r>
      <w:r>
        <w:tab/>
        <w:t>Dinama</w:t>
      </w:r>
    </w:p>
    <w:p w:rsidR="004611C8" w:rsidRDefault="004611C8" w:rsidP="004611C8">
      <w:r>
        <w:t>070163</w:t>
      </w:r>
      <w:r>
        <w:tab/>
        <w:t>Aparati za gaziranje vode</w:t>
      </w:r>
    </w:p>
    <w:p w:rsidR="004611C8" w:rsidRDefault="004611C8" w:rsidP="004611C8">
      <w:r>
        <w:t>070165</w:t>
      </w:r>
      <w:r>
        <w:tab/>
        <w:t>Grelniki za vodo [deli strojev]</w:t>
      </w:r>
    </w:p>
    <w:p w:rsidR="004611C8" w:rsidRDefault="004611C8" w:rsidP="004611C8">
      <w:r>
        <w:t>070166</w:t>
      </w:r>
      <w:r>
        <w:tab/>
        <w:t>Stroji za ostrganje mesa z kož (mezdrenje)</w:t>
      </w:r>
    </w:p>
    <w:p w:rsidR="004611C8" w:rsidRDefault="004611C8" w:rsidP="004611C8">
      <w:r>
        <w:t>070168</w:t>
      </w:r>
      <w:r>
        <w:tab/>
        <w:t>Naprave za ločevanje plodov od pecljev</w:t>
      </w:r>
    </w:p>
    <w:p w:rsidR="004611C8" w:rsidRDefault="004611C8" w:rsidP="004611C8">
      <w:r>
        <w:t>070169</w:t>
      </w:r>
      <w:r>
        <w:tab/>
        <w:t>Stroji za luščenje</w:t>
      </w:r>
    </w:p>
    <w:p w:rsidR="004611C8" w:rsidRDefault="004611C8" w:rsidP="004611C8">
      <w:r>
        <w:t>070170</w:t>
      </w:r>
      <w:r>
        <w:tab/>
        <w:t>Ejektorji</w:t>
      </w:r>
    </w:p>
    <w:p w:rsidR="004611C8" w:rsidRDefault="004611C8" w:rsidP="004611C8">
      <w:r>
        <w:t>070171</w:t>
      </w:r>
      <w:r>
        <w:tab/>
        <w:t>Električni generatorji</w:t>
      </w:r>
    </w:p>
    <w:p w:rsidR="004611C8" w:rsidRDefault="004611C8" w:rsidP="004611C8">
      <w:r>
        <w:t>070172</w:t>
      </w:r>
      <w:r>
        <w:tab/>
        <w:t>Naprave za dvigovanje</w:t>
      </w:r>
    </w:p>
    <w:p w:rsidR="004611C8" w:rsidRDefault="004611C8" w:rsidP="004611C8">
      <w:r>
        <w:t>070173</w:t>
      </w:r>
      <w:r>
        <w:tab/>
        <w:t>Stroji za preoblikovanje kovin s pomočjo kalupov</w:t>
      </w:r>
    </w:p>
    <w:p w:rsidR="004611C8" w:rsidRDefault="004611C8" w:rsidP="004611C8">
      <w:r>
        <w:t>070174</w:t>
      </w:r>
      <w:r>
        <w:tab/>
        <w:t>Sklopke, razen za kopenska vozila</w:t>
      </w:r>
    </w:p>
    <w:p w:rsidR="004611C8" w:rsidRDefault="004611C8" w:rsidP="004611C8">
      <w:r>
        <w:lastRenderedPageBreak/>
        <w:t>070175</w:t>
      </w:r>
      <w:r>
        <w:tab/>
        <w:t>Barvniki za tiskarske stroje</w:t>
      </w:r>
    </w:p>
    <w:p w:rsidR="004611C8" w:rsidRDefault="004611C8" w:rsidP="004611C8">
      <w:r>
        <w:t>070176</w:t>
      </w:r>
      <w:r>
        <w:tab/>
        <w:t>Podajalniki [deli strojev]</w:t>
      </w:r>
    </w:p>
    <w:p w:rsidR="004611C8" w:rsidRDefault="004611C8" w:rsidP="004611C8">
      <w:r>
        <w:t>070177</w:t>
      </w:r>
      <w:r>
        <w:tab/>
        <w:t>Stroji za zavijanje</w:t>
      </w:r>
    </w:p>
    <w:p w:rsidR="004611C8" w:rsidRDefault="004611C8" w:rsidP="004611C8">
      <w:r>
        <w:t>070179</w:t>
      </w:r>
      <w:r>
        <w:tab/>
        <w:t>Črpalke [deli strojev ali motorjev]</w:t>
      </w:r>
    </w:p>
    <w:p w:rsidR="004611C8" w:rsidRDefault="004611C8" w:rsidP="004611C8">
      <w:r>
        <w:t>070180</w:t>
      </w:r>
      <w:r>
        <w:tab/>
        <w:t>Stroji za izsekovanje (štancanje)</w:t>
      </w:r>
    </w:p>
    <w:p w:rsidR="004611C8" w:rsidRDefault="004611C8" w:rsidP="004611C8">
      <w:r>
        <w:t>070181</w:t>
      </w:r>
      <w:r>
        <w:tab/>
        <w:t>Stroji za vtiskovanje matric</w:t>
      </w:r>
    </w:p>
    <w:p w:rsidR="004611C8" w:rsidRDefault="004611C8" w:rsidP="004611C8">
      <w:r>
        <w:t>070182</w:t>
      </w:r>
      <w:r>
        <w:tab/>
        <w:t>Naprave za etiketiranje (stroji)</w:t>
      </w:r>
    </w:p>
    <w:p w:rsidR="004611C8" w:rsidRDefault="004611C8" w:rsidP="004611C8">
      <w:r>
        <w:t>070183</w:t>
      </w:r>
      <w:r>
        <w:tab/>
        <w:t>Stroji za vlečenje kovine</w:t>
      </w:r>
    </w:p>
    <w:p w:rsidR="004611C8" w:rsidRDefault="004611C8" w:rsidP="004611C8">
      <w:r>
        <w:t>070184</w:t>
      </w:r>
      <w:r>
        <w:tab/>
        <w:t>Stroji za izkopavanje</w:t>
      </w:r>
    </w:p>
    <w:p w:rsidR="004611C8" w:rsidRDefault="004611C8" w:rsidP="004611C8">
      <w:r>
        <w:t>070186</w:t>
      </w:r>
      <w:r>
        <w:tab/>
        <w:t>Obračalniki za seno</w:t>
      </w:r>
    </w:p>
    <w:p w:rsidR="004611C8" w:rsidRDefault="004611C8" w:rsidP="004611C8">
      <w:r>
        <w:t>070187</w:t>
      </w:r>
      <w:r>
        <w:tab/>
        <w:t>Sita [stroji ali deli strojev]</w:t>
      </w:r>
    </w:p>
    <w:p w:rsidR="004611C8" w:rsidRDefault="004611C8" w:rsidP="004611C8">
      <w:r>
        <w:t>070188</w:t>
      </w:r>
      <w:r>
        <w:tab/>
        <w:t>Noži za kosilnice</w:t>
      </w:r>
    </w:p>
    <w:p w:rsidR="004611C8" w:rsidRDefault="004611C8" w:rsidP="004611C8">
      <w:r>
        <w:t>070189</w:t>
      </w:r>
      <w:r>
        <w:tab/>
        <w:t>Rezila [deli strojev]</w:t>
      </w:r>
    </w:p>
    <w:p w:rsidR="004611C8" w:rsidRDefault="004611C8" w:rsidP="004611C8">
      <w:r>
        <w:t>070190</w:t>
      </w:r>
      <w:r>
        <w:tab/>
        <w:t>Predilni stroji</w:t>
      </w:r>
    </w:p>
    <w:p w:rsidR="004611C8" w:rsidRDefault="004611C8" w:rsidP="004611C8">
      <w:r>
        <w:t>070191</w:t>
      </w:r>
      <w:r>
        <w:tab/>
        <w:t>Kolovrati</w:t>
      </w:r>
    </w:p>
    <w:p w:rsidR="004611C8" w:rsidRDefault="004611C8" w:rsidP="004611C8">
      <w:r>
        <w:t>070192</w:t>
      </w:r>
      <w:r>
        <w:tab/>
        <w:t>Stroji za filtriranje</w:t>
      </w:r>
    </w:p>
    <w:p w:rsidR="004611C8" w:rsidRDefault="004611C8" w:rsidP="004611C8">
      <w:r>
        <w:t>070193</w:t>
      </w:r>
      <w:r>
        <w:tab/>
        <w:t>Stroji za končno obdelavo</w:t>
      </w:r>
    </w:p>
    <w:p w:rsidR="004611C8" w:rsidRDefault="004611C8" w:rsidP="004611C8">
      <w:r>
        <w:t>070194</w:t>
      </w:r>
      <w:r>
        <w:tab/>
        <w:t>Vpenjalne glave [deli strojev]</w:t>
      </w:r>
    </w:p>
    <w:p w:rsidR="004611C8" w:rsidRDefault="004611C8" w:rsidP="004611C8">
      <w:r>
        <w:t>070195</w:t>
      </w:r>
      <w:r>
        <w:tab/>
        <w:t>Stiskalnice za krmo</w:t>
      </w:r>
    </w:p>
    <w:p w:rsidR="004611C8" w:rsidRDefault="004611C8" w:rsidP="004611C8">
      <w:r>
        <w:t>070196</w:t>
      </w:r>
      <w:r>
        <w:tab/>
        <w:t>Livarski stroji</w:t>
      </w:r>
    </w:p>
    <w:p w:rsidR="004611C8" w:rsidRDefault="004611C8" w:rsidP="004611C8">
      <w:r>
        <w:t>070197</w:t>
      </w:r>
      <w:r>
        <w:tab/>
        <w:t>Bati za valje</w:t>
      </w:r>
    </w:p>
    <w:p w:rsidR="004611C8" w:rsidRDefault="004611C8" w:rsidP="004611C8">
      <w:r>
        <w:t>070198</w:t>
      </w:r>
      <w:r>
        <w:tab/>
        <w:t>Mašilke [deli strojev]</w:t>
      </w:r>
    </w:p>
    <w:p w:rsidR="004611C8" w:rsidRPr="003834FA" w:rsidRDefault="004611C8" w:rsidP="004611C8">
      <w:pPr>
        <w:rPr>
          <w:lang w:val="fr-FR"/>
        </w:rPr>
      </w:pPr>
      <w:r>
        <w:t>070199</w:t>
      </w:r>
      <w:r>
        <w:tab/>
      </w:r>
      <w:r w:rsidRPr="003834FA">
        <w:rPr>
          <w:lang w:val="fr-FR"/>
        </w:rPr>
        <w:t>Puhala za komprimiranje, izpihovanje in transport plinov</w:t>
      </w:r>
    </w:p>
    <w:p w:rsidR="004611C8" w:rsidRDefault="004611C8" w:rsidP="004611C8">
      <w:r>
        <w:t>070201</w:t>
      </w:r>
      <w:r>
        <w:tab/>
        <w:t>Kosilnice za travo</w:t>
      </w:r>
    </w:p>
    <w:p w:rsidR="004611C8" w:rsidRDefault="004611C8" w:rsidP="004611C8">
      <w:r>
        <w:t>070202</w:t>
      </w:r>
      <w:r>
        <w:tab/>
        <w:t>Stroji za katraniziranje</w:t>
      </w:r>
    </w:p>
    <w:p w:rsidR="004611C8" w:rsidRDefault="004611C8" w:rsidP="004611C8">
      <w:r>
        <w:t>070204</w:t>
      </w:r>
      <w:r>
        <w:tab/>
        <w:t>Mazalniki [deli strojev]</w:t>
      </w:r>
    </w:p>
    <w:p w:rsidR="004611C8" w:rsidRDefault="004611C8" w:rsidP="004611C8">
      <w:r>
        <w:t>070205</w:t>
      </w:r>
      <w:r>
        <w:tab/>
        <w:t>Črpalke za mazanje</w:t>
      </w:r>
    </w:p>
    <w:p w:rsidR="004611C8" w:rsidRDefault="004611C8" w:rsidP="004611C8">
      <w:r>
        <w:t>070206</w:t>
      </w:r>
      <w:r>
        <w:tab/>
        <w:t>Stroji za vtiskovanje</w:t>
      </w:r>
    </w:p>
    <w:p w:rsidR="004611C8" w:rsidRDefault="004611C8" w:rsidP="004611C8">
      <w:r>
        <w:t>070207</w:t>
      </w:r>
      <w:r>
        <w:tab/>
        <w:t>Gravirni stroji</w:t>
      </w:r>
    </w:p>
    <w:p w:rsidR="004611C8" w:rsidRDefault="004611C8" w:rsidP="004611C8">
      <w:r>
        <w:t>070208</w:t>
      </w:r>
      <w:r>
        <w:tab/>
        <w:t>Obdelovalni stroji za zarezovanje</w:t>
      </w:r>
    </w:p>
    <w:p w:rsidR="004611C8" w:rsidRDefault="004611C8" w:rsidP="004611C8">
      <w:r>
        <w:t>070209</w:t>
      </w:r>
      <w:r>
        <w:tab/>
        <w:t>Vodila za stroje</w:t>
      </w:r>
    </w:p>
    <w:p w:rsidR="004611C8" w:rsidRDefault="004611C8" w:rsidP="004611C8">
      <w:r>
        <w:t>070212</w:t>
      </w:r>
      <w:r>
        <w:tab/>
        <w:t>Gonila za statve</w:t>
      </w:r>
    </w:p>
    <w:p w:rsidR="004611C8" w:rsidRDefault="004611C8" w:rsidP="004611C8">
      <w:r>
        <w:t>070213</w:t>
      </w:r>
      <w:r>
        <w:tab/>
        <w:t>Brane</w:t>
      </w:r>
    </w:p>
    <w:p w:rsidR="004611C8" w:rsidRDefault="004611C8" w:rsidP="004611C8">
      <w:r>
        <w:t>070215</w:t>
      </w:r>
      <w:r>
        <w:tab/>
        <w:t>Hidravlične turbine</w:t>
      </w:r>
    </w:p>
    <w:p w:rsidR="004611C8" w:rsidRDefault="004611C8" w:rsidP="004611C8">
      <w:r>
        <w:t>070216</w:t>
      </w:r>
      <w:r>
        <w:tab/>
        <w:t>Tiskarski stroji za tiskanje na pločevino</w:t>
      </w:r>
    </w:p>
    <w:p w:rsidR="004611C8" w:rsidRDefault="004611C8" w:rsidP="004611C8">
      <w:r>
        <w:t>070217</w:t>
      </w:r>
      <w:r>
        <w:tab/>
        <w:t>Tiskarske plošče</w:t>
      </w:r>
    </w:p>
    <w:p w:rsidR="004611C8" w:rsidRDefault="004611C8" w:rsidP="004611C8">
      <w:r>
        <w:t>070218</w:t>
      </w:r>
      <w:r>
        <w:tab/>
        <w:t>Tiskarski stroji</w:t>
      </w:r>
    </w:p>
    <w:p w:rsidR="004611C8" w:rsidRDefault="004611C8" w:rsidP="004611C8">
      <w:r>
        <w:t>070219</w:t>
      </w:r>
      <w:r>
        <w:tab/>
        <w:t>Tiskarske preše</w:t>
      </w:r>
    </w:p>
    <w:p w:rsidR="004611C8" w:rsidRDefault="004611C8" w:rsidP="004611C8">
      <w:r>
        <w:t>070220</w:t>
      </w:r>
      <w:r>
        <w:tab/>
        <w:t>Valji za tiskarske stroje</w:t>
      </w:r>
    </w:p>
    <w:p w:rsidR="004611C8" w:rsidRDefault="004611C8" w:rsidP="004611C8">
      <w:r>
        <w:t>070222</w:t>
      </w:r>
      <w:r>
        <w:tab/>
        <w:t>Mlekarski stroji</w:t>
      </w:r>
    </w:p>
    <w:p w:rsidR="004611C8" w:rsidRDefault="004611C8" w:rsidP="004611C8">
      <w:r>
        <w:t>070223</w:t>
      </w:r>
      <w:r>
        <w:tab/>
        <w:t>Rezila za slamoreznice</w:t>
      </w:r>
    </w:p>
    <w:p w:rsidR="004611C8" w:rsidRDefault="004611C8" w:rsidP="004611C8">
      <w:r>
        <w:t>070224</w:t>
      </w:r>
      <w:r>
        <w:tab/>
        <w:t>Listi za statve</w:t>
      </w:r>
    </w:p>
    <w:p w:rsidR="004611C8" w:rsidRDefault="004611C8" w:rsidP="004611C8">
      <w:r>
        <w:t>070226</w:t>
      </w:r>
      <w:r>
        <w:tab/>
        <w:t>Listi žag [deli strojev]</w:t>
      </w:r>
    </w:p>
    <w:p w:rsidR="004611C8" w:rsidRDefault="004611C8" w:rsidP="004611C8">
      <w:r>
        <w:t>070227</w:t>
      </w:r>
      <w:r>
        <w:tab/>
        <w:t>Držala rezil [deli strojev]</w:t>
      </w:r>
    </w:p>
    <w:p w:rsidR="004611C8" w:rsidRDefault="004611C8" w:rsidP="004611C8">
      <w:r>
        <w:t>070228</w:t>
      </w:r>
      <w:r>
        <w:tab/>
        <w:t>Valjarski stroji (valjarne)</w:t>
      </w:r>
    </w:p>
    <w:p w:rsidR="004611C8" w:rsidRDefault="004611C8" w:rsidP="004611C8">
      <w:r>
        <w:t>070229</w:t>
      </w:r>
      <w:r>
        <w:tab/>
        <w:t>Suličasti gorilniki [stroji]</w:t>
      </w:r>
    </w:p>
    <w:p w:rsidR="004611C8" w:rsidRDefault="004611C8" w:rsidP="004611C8">
      <w:r>
        <w:t>070230</w:t>
      </w:r>
      <w:r>
        <w:tab/>
        <w:t>Ročice [deli strojev]</w:t>
      </w:r>
    </w:p>
    <w:p w:rsidR="004611C8" w:rsidRDefault="004611C8" w:rsidP="004611C8">
      <w:r>
        <w:t>070233</w:t>
      </w:r>
      <w:r>
        <w:tab/>
        <w:t>Pralni stroji</w:t>
      </w:r>
    </w:p>
    <w:p w:rsidR="004611C8" w:rsidRDefault="004611C8" w:rsidP="004611C8">
      <w:r>
        <w:t>070234</w:t>
      </w:r>
      <w:r>
        <w:tab/>
        <w:t>Stroji za pranje perila</w:t>
      </w:r>
    </w:p>
    <w:p w:rsidR="004611C8" w:rsidRDefault="004611C8" w:rsidP="004611C8">
      <w:r>
        <w:t>070236</w:t>
      </w:r>
      <w:r>
        <w:tab/>
        <w:t>Pralni stroji na kovance</w:t>
      </w:r>
    </w:p>
    <w:p w:rsidR="004611C8" w:rsidRDefault="004611C8" w:rsidP="004611C8">
      <w:r>
        <w:t>070237</w:t>
      </w:r>
      <w:r>
        <w:tab/>
        <w:t>Dvižne naprave</w:t>
      </w:r>
    </w:p>
    <w:p w:rsidR="004611C8" w:rsidRDefault="004611C8" w:rsidP="004611C8">
      <w:r>
        <w:t>070239</w:t>
      </w:r>
      <w:r>
        <w:tab/>
        <w:t>Stroji za ožemanje perila</w:t>
      </w:r>
    </w:p>
    <w:p w:rsidR="004611C8" w:rsidRDefault="004611C8" w:rsidP="004611C8">
      <w:r>
        <w:t>070240</w:t>
      </w:r>
      <w:r>
        <w:tab/>
        <w:t>Stiskalnice za glajenje</w:t>
      </w:r>
    </w:p>
    <w:p w:rsidR="004611C8" w:rsidRDefault="004611C8" w:rsidP="004611C8">
      <w:r>
        <w:t>070241</w:t>
      </w:r>
      <w:r>
        <w:tab/>
        <w:t>Pogonski motorji, razen za kopenska vozila</w:t>
      </w:r>
    </w:p>
    <w:p w:rsidR="004611C8" w:rsidRDefault="004611C8" w:rsidP="004611C8">
      <w:r>
        <w:t>070242</w:t>
      </w:r>
      <w:r>
        <w:tab/>
        <w:t>Parni stroji</w:t>
      </w:r>
    </w:p>
    <w:p w:rsidR="004611C8" w:rsidRDefault="004611C8" w:rsidP="004611C8">
      <w:r>
        <w:t>070243</w:t>
      </w:r>
      <w:r>
        <w:tab/>
        <w:t>Obdelovalni stroji</w:t>
      </w:r>
    </w:p>
    <w:p w:rsidR="004611C8" w:rsidRDefault="004611C8" w:rsidP="004611C8">
      <w:r>
        <w:t>070244</w:t>
      </w:r>
      <w:r>
        <w:tab/>
        <w:t>Vžigalni magneti</w:t>
      </w:r>
    </w:p>
    <w:p w:rsidR="004611C8" w:rsidRDefault="004611C8" w:rsidP="004611C8">
      <w:r>
        <w:t>070245</w:t>
      </w:r>
      <w:r>
        <w:tab/>
        <w:t>Manipulacijske naprave za nakladanje in razkladanje</w:t>
      </w:r>
    </w:p>
    <w:p w:rsidR="004611C8" w:rsidRDefault="004611C8" w:rsidP="004611C8">
      <w:r>
        <w:t>070246</w:t>
      </w:r>
      <w:r>
        <w:tab/>
        <w:t>Podajalniki papirja [tiskarstvo]</w:t>
      </w:r>
    </w:p>
    <w:p w:rsidR="004611C8" w:rsidRDefault="004611C8" w:rsidP="004611C8">
      <w:r>
        <w:t>070247</w:t>
      </w:r>
      <w:r>
        <w:tab/>
        <w:t>Kladiva [deli strojev]</w:t>
      </w:r>
    </w:p>
    <w:p w:rsidR="004611C8" w:rsidRDefault="004611C8" w:rsidP="004611C8">
      <w:r>
        <w:t>070248</w:t>
      </w:r>
      <w:r>
        <w:tab/>
        <w:t>Mehanska kladiva</w:t>
      </w:r>
    </w:p>
    <w:p w:rsidR="004611C8" w:rsidRDefault="004611C8" w:rsidP="004611C8">
      <w:r>
        <w:t>070249</w:t>
      </w:r>
      <w:r>
        <w:tab/>
        <w:t>Pnevmatska kladiva</w:t>
      </w:r>
    </w:p>
    <w:p w:rsidR="004611C8" w:rsidRDefault="004611C8" w:rsidP="004611C8">
      <w:r>
        <w:t>070250</w:t>
      </w:r>
      <w:r>
        <w:tab/>
        <w:t>Fužinsko kladivo</w:t>
      </w:r>
    </w:p>
    <w:p w:rsidR="004611C8" w:rsidRDefault="004611C8" w:rsidP="004611C8">
      <w:r>
        <w:t>070251</w:t>
      </w:r>
      <w:r>
        <w:tab/>
        <w:t>Nakladalna soha (ladijski žerjav)</w:t>
      </w:r>
    </w:p>
    <w:p w:rsidR="004611C8" w:rsidRDefault="004611C8" w:rsidP="004611C8">
      <w:r>
        <w:t>070252</w:t>
      </w:r>
      <w:r>
        <w:tab/>
        <w:t>Pogonski mehanizmi, razen za kopenska vozila</w:t>
      </w:r>
    </w:p>
    <w:p w:rsidR="004611C8" w:rsidRDefault="004611C8" w:rsidP="004611C8">
      <w:r>
        <w:t>070253</w:t>
      </w:r>
      <w:r>
        <w:tab/>
        <w:t>Transmisije, razen za kopenska vozila</w:t>
      </w:r>
    </w:p>
    <w:p w:rsidR="004611C8" w:rsidRDefault="004611C8" w:rsidP="004611C8">
      <w:r>
        <w:t>070254</w:t>
      </w:r>
      <w:r>
        <w:tab/>
        <w:t>Regulatorji [deli strojev]</w:t>
      </w:r>
    </w:p>
    <w:p w:rsidR="004611C8" w:rsidRDefault="004611C8" w:rsidP="004611C8">
      <w:r>
        <w:t>070255</w:t>
      </w:r>
      <w:r>
        <w:tab/>
        <w:t>Stroji za predelavo tobaka</w:t>
      </w:r>
    </w:p>
    <w:p w:rsidR="004611C8" w:rsidRDefault="004611C8" w:rsidP="004611C8">
      <w:r>
        <w:t>070256</w:t>
      </w:r>
      <w:r>
        <w:tab/>
        <w:t>Kuhinjski sekljalniki, električni</w:t>
      </w:r>
    </w:p>
    <w:p w:rsidR="004611C8" w:rsidRDefault="004611C8" w:rsidP="004611C8">
      <w:r>
        <w:t>070257</w:t>
      </w:r>
      <w:r>
        <w:tab/>
        <w:t>Membrane za črpalko</w:t>
      </w:r>
    </w:p>
    <w:p w:rsidR="004611C8" w:rsidRDefault="004611C8" w:rsidP="004611C8">
      <w:r>
        <w:t>070258</w:t>
      </w:r>
      <w:r>
        <w:tab/>
        <w:t>Stroji za obdelavo kovine</w:t>
      </w:r>
    </w:p>
    <w:p w:rsidR="004611C8" w:rsidRDefault="004611C8" w:rsidP="004611C8">
      <w:r>
        <w:t>070259</w:t>
      </w:r>
      <w:r>
        <w:tab/>
        <w:t>Statve [stroji]</w:t>
      </w:r>
    </w:p>
    <w:p w:rsidR="004611C8" w:rsidRDefault="004611C8" w:rsidP="004611C8">
      <w:r>
        <w:t>070260</w:t>
      </w:r>
      <w:r>
        <w:tab/>
        <w:t>Stroji za predenje</w:t>
      </w:r>
    </w:p>
    <w:p w:rsidR="004611C8" w:rsidRDefault="004611C8" w:rsidP="004611C8">
      <w:r>
        <w:t>070262</w:t>
      </w:r>
      <w:r>
        <w:tab/>
        <w:t>Mlinski kamni</w:t>
      </w:r>
    </w:p>
    <w:p w:rsidR="004611C8" w:rsidRDefault="004611C8" w:rsidP="004611C8">
      <w:r>
        <w:t>070263</w:t>
      </w:r>
      <w:r>
        <w:tab/>
        <w:t>Brusilni stroji</w:t>
      </w:r>
    </w:p>
    <w:p w:rsidR="004611C8" w:rsidRDefault="004611C8" w:rsidP="004611C8">
      <w:r>
        <w:t>070264</w:t>
      </w:r>
      <w:r>
        <w:tab/>
        <w:t>Rudniški svedri</w:t>
      </w:r>
    </w:p>
    <w:p w:rsidR="004611C8" w:rsidRDefault="004611C8" w:rsidP="004611C8">
      <w:r>
        <w:t>070265</w:t>
      </w:r>
      <w:r>
        <w:tab/>
        <w:t>Stroji za obdelovanje rude</w:t>
      </w:r>
    </w:p>
    <w:p w:rsidR="004611C8" w:rsidRDefault="004611C8" w:rsidP="004611C8">
      <w:r>
        <w:t>070266</w:t>
      </w:r>
      <w:r>
        <w:tab/>
        <w:t>Stroji za mletje žita</w:t>
      </w:r>
    </w:p>
    <w:p w:rsidR="004611C8" w:rsidRDefault="004611C8" w:rsidP="004611C8">
      <w:r>
        <w:t>070267</w:t>
      </w:r>
      <w:r>
        <w:tab/>
        <w:t>Mešalci [stroji]</w:t>
      </w:r>
    </w:p>
    <w:p w:rsidR="004611C8" w:rsidRDefault="004611C8" w:rsidP="004611C8">
      <w:r>
        <w:t>070268</w:t>
      </w:r>
      <w:r>
        <w:tab/>
        <w:t>Spravilni stroji</w:t>
      </w:r>
    </w:p>
    <w:p w:rsidR="004611C8" w:rsidRDefault="004611C8" w:rsidP="004611C8">
      <w:r>
        <w:t>070269</w:t>
      </w:r>
      <w:r>
        <w:tab/>
        <w:t>Žetveni in povezovalni stroji</w:t>
      </w:r>
    </w:p>
    <w:p w:rsidR="004611C8" w:rsidRDefault="004611C8" w:rsidP="004611C8">
      <w:r>
        <w:t>070270</w:t>
      </w:r>
      <w:r>
        <w:tab/>
        <w:t>Spravilni in žetveni stroji</w:t>
      </w:r>
    </w:p>
    <w:p w:rsidR="004611C8" w:rsidRDefault="004611C8" w:rsidP="004611C8">
      <w:r>
        <w:t>070271</w:t>
      </w:r>
      <w:r>
        <w:tab/>
        <w:t>Dvigala za vagone</w:t>
      </w:r>
    </w:p>
    <w:p w:rsidR="004611C8" w:rsidRDefault="004611C8" w:rsidP="004611C8">
      <w:r>
        <w:t>070272</w:t>
      </w:r>
      <w:r>
        <w:tab/>
        <w:t>Reaktivni motorji, razen za kopenska vozila</w:t>
      </w:r>
    </w:p>
    <w:p w:rsidR="004611C8" w:rsidRDefault="004611C8" w:rsidP="004611C8">
      <w:r>
        <w:t>070273</w:t>
      </w:r>
      <w:r>
        <w:tab/>
        <w:t>Naprave za preprečevanje onesnaževanja za motorje</w:t>
      </w:r>
    </w:p>
    <w:p w:rsidR="004611C8" w:rsidRDefault="004611C8" w:rsidP="004611C8">
      <w:r>
        <w:t>070274</w:t>
      </w:r>
      <w:r>
        <w:tab/>
        <w:t>Bati za motorje</w:t>
      </w:r>
    </w:p>
    <w:p w:rsidR="004611C8" w:rsidRDefault="004611C8" w:rsidP="004611C8">
      <w:r>
        <w:t>070275</w:t>
      </w:r>
      <w:r>
        <w:tab/>
        <w:t>Regulatorji hitrosti za stroje in motorje</w:t>
      </w:r>
    </w:p>
    <w:p w:rsidR="004611C8" w:rsidRDefault="004611C8" w:rsidP="004611C8">
      <w:r>
        <w:t>070277</w:t>
      </w:r>
      <w:r>
        <w:tab/>
        <w:t>Mlini za gospodinjske namene, razen na ročni pogon</w:t>
      </w:r>
    </w:p>
    <w:p w:rsidR="004611C8" w:rsidRDefault="004611C8" w:rsidP="004611C8">
      <w:r>
        <w:t>070279</w:t>
      </w:r>
      <w:r>
        <w:tab/>
        <w:t>Kolesa s prostim tekom, razen za kopenska vozila</w:t>
      </w:r>
    </w:p>
    <w:p w:rsidR="004611C8" w:rsidRDefault="004611C8" w:rsidP="004611C8">
      <w:r>
        <w:t>070280</w:t>
      </w:r>
      <w:r>
        <w:tab/>
        <w:t>Čolnički [deli strojev]</w:t>
      </w:r>
    </w:p>
    <w:p w:rsidR="004611C8" w:rsidRDefault="004611C8" w:rsidP="004611C8">
      <w:r>
        <w:t>070281</w:t>
      </w:r>
      <w:r>
        <w:tab/>
        <w:t>Čistilni stroji in aparati (električni)</w:t>
      </w:r>
    </w:p>
    <w:p w:rsidR="004611C8" w:rsidRDefault="004611C8" w:rsidP="004611C8">
      <w:r>
        <w:t>070282</w:t>
      </w:r>
      <w:r>
        <w:tab/>
        <w:t>Sesalni stroji za industrijske namene</w:t>
      </w:r>
    </w:p>
    <w:p w:rsidR="004611C8" w:rsidRDefault="004611C8" w:rsidP="004611C8">
      <w:r>
        <w:t>070283</w:t>
      </w:r>
      <w:r>
        <w:tab/>
        <w:t>Stroji za robljenje</w:t>
      </w:r>
    </w:p>
    <w:p w:rsidR="004611C8" w:rsidRDefault="004611C8" w:rsidP="004611C8">
      <w:r>
        <w:t>070284</w:t>
      </w:r>
      <w:r>
        <w:tab/>
        <w:t>Ročna orodja, ne za ročno upravljanje</w:t>
      </w:r>
    </w:p>
    <w:p w:rsidR="004611C8" w:rsidRDefault="004611C8" w:rsidP="004611C8">
      <w:r>
        <w:t>070285</w:t>
      </w:r>
      <w:r>
        <w:tab/>
        <w:t>Orodja [deli strojev]</w:t>
      </w:r>
    </w:p>
    <w:p w:rsidR="004611C8" w:rsidRDefault="004611C8" w:rsidP="004611C8">
      <w:r>
        <w:t>070286</w:t>
      </w:r>
      <w:r>
        <w:tab/>
        <w:t>Držala za orodne stroje</w:t>
      </w:r>
    </w:p>
    <w:p w:rsidR="004611C8" w:rsidRDefault="004611C8" w:rsidP="004611C8">
      <w:r>
        <w:t>070288</w:t>
      </w:r>
      <w:r>
        <w:tab/>
        <w:t>Naprave za rezanje kruha</w:t>
      </w:r>
    </w:p>
    <w:p w:rsidR="004611C8" w:rsidRDefault="004611C8" w:rsidP="004611C8">
      <w:r>
        <w:t>070289</w:t>
      </w:r>
      <w:r>
        <w:tab/>
        <w:t>Tečajni ležaji (deli strojev)</w:t>
      </w:r>
    </w:p>
    <w:p w:rsidR="004611C8" w:rsidRDefault="004611C8" w:rsidP="004611C8">
      <w:r>
        <w:lastRenderedPageBreak/>
        <w:t>070290</w:t>
      </w:r>
      <w:r>
        <w:tab/>
        <w:t>Ležaji za transmisijske gredi</w:t>
      </w:r>
    </w:p>
    <w:p w:rsidR="004611C8" w:rsidRDefault="004611C8" w:rsidP="004611C8">
      <w:r>
        <w:t>070291</w:t>
      </w:r>
      <w:r>
        <w:tab/>
        <w:t>Stroji za proizvodnjo papirja</w:t>
      </w:r>
    </w:p>
    <w:p w:rsidR="004611C8" w:rsidRDefault="004611C8" w:rsidP="004611C8">
      <w:r>
        <w:t>070294</w:t>
      </w:r>
      <w:r>
        <w:tab/>
        <w:t>Stroji za pakiranje</w:t>
      </w:r>
    </w:p>
    <w:p w:rsidR="004611C8" w:rsidRDefault="004611C8" w:rsidP="004611C8">
      <w:r>
        <w:t>070295</w:t>
      </w:r>
      <w:r>
        <w:tab/>
        <w:t>Stroji za gnetenje</w:t>
      </w:r>
    </w:p>
    <w:p w:rsidR="004611C8" w:rsidRDefault="004611C8" w:rsidP="004611C8">
      <w:r>
        <w:t>070296</w:t>
      </w:r>
      <w:r>
        <w:tab/>
        <w:t>Stroji za izdelavo užitnega testa</w:t>
      </w:r>
    </w:p>
    <w:p w:rsidR="004611C8" w:rsidRDefault="004611C8" w:rsidP="004611C8">
      <w:r>
        <w:t>070297</w:t>
      </w:r>
      <w:r>
        <w:tab/>
        <w:t>Naprave za barvanje</w:t>
      </w:r>
    </w:p>
    <w:p w:rsidR="004611C8" w:rsidRDefault="004611C8" w:rsidP="004611C8">
      <w:r>
        <w:t>070298</w:t>
      </w:r>
      <w:r>
        <w:tab/>
        <w:t>Pištole za barvanje s pršenjem</w:t>
      </w:r>
    </w:p>
    <w:p w:rsidR="004611C8" w:rsidRDefault="004611C8" w:rsidP="004611C8">
      <w:r>
        <w:t>070299</w:t>
      </w:r>
      <w:r>
        <w:tab/>
        <w:t>Vrtalni stroji</w:t>
      </w:r>
    </w:p>
    <w:p w:rsidR="004611C8" w:rsidRDefault="004611C8" w:rsidP="004611C8">
      <w:r>
        <w:t>070300</w:t>
      </w:r>
      <w:r>
        <w:tab/>
        <w:t>Električni ročni vrtalniki</w:t>
      </w:r>
    </w:p>
    <w:p w:rsidR="004611C8" w:rsidRDefault="004611C8" w:rsidP="004611C8">
      <w:r>
        <w:t>070301</w:t>
      </w:r>
      <w:r>
        <w:tab/>
        <w:t>Stroji za obdelavo kamna</w:t>
      </w:r>
    </w:p>
    <w:p w:rsidR="004611C8" w:rsidRDefault="004611C8" w:rsidP="004611C8">
      <w:r>
        <w:t>070302</w:t>
      </w:r>
      <w:r>
        <w:tab/>
        <w:t>Bati [deli strojev ali motorjev]</w:t>
      </w:r>
    </w:p>
    <w:p w:rsidR="004611C8" w:rsidRDefault="004611C8" w:rsidP="004611C8">
      <w:r>
        <w:t>070303</w:t>
      </w:r>
      <w:r>
        <w:tab/>
        <w:t>Tipografske stiskalnice</w:t>
      </w:r>
    </w:p>
    <w:p w:rsidR="004611C8" w:rsidRDefault="004611C8" w:rsidP="004611C8">
      <w:r>
        <w:t>070304</w:t>
      </w:r>
      <w:r>
        <w:tab/>
        <w:t>Transportne naprave na stisnjen zrak</w:t>
      </w:r>
    </w:p>
    <w:p w:rsidR="004611C8" w:rsidRPr="003834FA" w:rsidRDefault="004611C8" w:rsidP="004611C8">
      <w:pPr>
        <w:rPr>
          <w:lang w:val="fr-FR"/>
        </w:rPr>
      </w:pPr>
      <w:r>
        <w:t>070305</w:t>
      </w:r>
      <w:r>
        <w:tab/>
      </w:r>
      <w:r w:rsidRPr="003834FA">
        <w:rPr>
          <w:lang w:val="fr-FR"/>
        </w:rPr>
        <w:t>Prebijala za stroje za prebijanje</w:t>
      </w:r>
    </w:p>
    <w:p w:rsidR="004611C8" w:rsidRDefault="004611C8" w:rsidP="004611C8">
      <w:r>
        <w:t>070306</w:t>
      </w:r>
      <w:r>
        <w:tab/>
        <w:t>Stroji za prebijanje</w:t>
      </w:r>
    </w:p>
    <w:p w:rsidR="004611C8" w:rsidRPr="003834FA" w:rsidRDefault="004611C8" w:rsidP="004611C8">
      <w:pPr>
        <w:rPr>
          <w:lang w:val="fr-FR"/>
        </w:rPr>
      </w:pPr>
      <w:r>
        <w:t>070307</w:t>
      </w:r>
      <w:r>
        <w:tab/>
      </w:r>
      <w:r w:rsidRPr="003834FA">
        <w:rPr>
          <w:lang w:val="fr-FR"/>
        </w:rPr>
        <w:t>Mlini za poper, razen na ročni pogon</w:t>
      </w:r>
    </w:p>
    <w:p w:rsidR="004611C8" w:rsidRDefault="004611C8" w:rsidP="004611C8">
      <w:r>
        <w:t>070308</w:t>
      </w:r>
      <w:r>
        <w:tab/>
        <w:t>Polirni stroji in aparati [električni]</w:t>
      </w:r>
    </w:p>
    <w:p w:rsidR="004611C8" w:rsidRDefault="004611C8" w:rsidP="004611C8">
      <w:r>
        <w:t>070309</w:t>
      </w:r>
      <w:r>
        <w:tab/>
        <w:t>Črpalke [stroji]</w:t>
      </w:r>
    </w:p>
    <w:p w:rsidR="004611C8" w:rsidRDefault="004611C8" w:rsidP="004611C8">
      <w:r>
        <w:t>070310</w:t>
      </w:r>
      <w:r>
        <w:tab/>
        <w:t>Zračne črpalke [garažne napeljave]</w:t>
      </w:r>
    </w:p>
    <w:p w:rsidR="004611C8" w:rsidRDefault="004611C8" w:rsidP="004611C8">
      <w:r>
        <w:t>070311</w:t>
      </w:r>
      <w:r>
        <w:tab/>
        <w:t>Črpalke za ogrevalne napeljave (obtočne črpalke)</w:t>
      </w:r>
    </w:p>
    <w:p w:rsidR="004611C8" w:rsidRDefault="004611C8" w:rsidP="004611C8">
      <w:r>
        <w:t>070312</w:t>
      </w:r>
      <w:r>
        <w:tab/>
        <w:t>Vakuumske črpalke [stroji]</w:t>
      </w:r>
    </w:p>
    <w:p w:rsidR="004611C8" w:rsidRDefault="004611C8" w:rsidP="004611C8">
      <w:r>
        <w:t>070313</w:t>
      </w:r>
      <w:r>
        <w:tab/>
        <w:t>Tekalni (mostni) žerjavi</w:t>
      </w:r>
    </w:p>
    <w:p w:rsidR="004611C8" w:rsidRDefault="004611C8" w:rsidP="004611C8">
      <w:r>
        <w:t>070314</w:t>
      </w:r>
      <w:r>
        <w:tab/>
        <w:t>Lepljivi trakovi za škripce</w:t>
      </w:r>
    </w:p>
    <w:p w:rsidR="004611C8" w:rsidRDefault="004611C8" w:rsidP="004611C8">
      <w:r>
        <w:t>070315</w:t>
      </w:r>
      <w:r>
        <w:tab/>
        <w:t>Elektromehanični stroji za pripravo pijač</w:t>
      </w:r>
    </w:p>
    <w:p w:rsidR="004611C8" w:rsidRDefault="004611C8" w:rsidP="004611C8">
      <w:r>
        <w:t>070316</w:t>
      </w:r>
      <w:r>
        <w:tab/>
        <w:t>Stiskalnice [stroji za industrijsko uporabo]</w:t>
      </w:r>
    </w:p>
    <w:p w:rsidR="004611C8" w:rsidRDefault="004611C8" w:rsidP="004611C8">
      <w:r>
        <w:t>070317</w:t>
      </w:r>
      <w:r>
        <w:tab/>
        <w:t>Regulatorji tlaka [deli strojev]</w:t>
      </w:r>
    </w:p>
    <w:p w:rsidR="004611C8" w:rsidRDefault="004611C8" w:rsidP="004611C8">
      <w:r>
        <w:t>070318</w:t>
      </w:r>
      <w:r>
        <w:tab/>
        <w:t>Tlačni ventili [deli strojev]</w:t>
      </w:r>
    </w:p>
    <w:p w:rsidR="004611C8" w:rsidRDefault="004611C8" w:rsidP="004611C8">
      <w:r>
        <w:t>070319</w:t>
      </w:r>
      <w:r>
        <w:tab/>
        <w:t>Naprave za pudlanje (prečiščevanje železa)</w:t>
      </w:r>
    </w:p>
    <w:p w:rsidR="004611C8" w:rsidRDefault="004611C8" w:rsidP="004611C8">
      <w:r>
        <w:t>070320</w:t>
      </w:r>
      <w:r>
        <w:tab/>
        <w:t>Naprave ki ne prepuščajo pare (lovilniki pare)</w:t>
      </w:r>
    </w:p>
    <w:p w:rsidR="004611C8" w:rsidRDefault="004611C8" w:rsidP="004611C8">
      <w:r>
        <w:t>070321</w:t>
      </w:r>
      <w:r>
        <w:tab/>
        <w:t>Skobeljni stroji</w:t>
      </w:r>
    </w:p>
    <w:p w:rsidR="004611C8" w:rsidRDefault="004611C8" w:rsidP="004611C8">
      <w:r>
        <w:t>070322</w:t>
      </w:r>
      <w:r>
        <w:tab/>
        <w:t>Stroji za polaganje tračnic</w:t>
      </w:r>
    </w:p>
    <w:p w:rsidR="004611C8" w:rsidRPr="003834FA" w:rsidRDefault="004611C8" w:rsidP="004611C8">
      <w:pPr>
        <w:rPr>
          <w:lang w:val="fr-FR"/>
        </w:rPr>
      </w:pPr>
      <w:r>
        <w:t>070323</w:t>
      </w:r>
      <w:r>
        <w:tab/>
      </w:r>
      <w:r w:rsidRPr="003834FA">
        <w:rPr>
          <w:lang w:val="fr-FR"/>
        </w:rPr>
        <w:t>Grablje za stroje za grabljenje</w:t>
      </w:r>
    </w:p>
    <w:p w:rsidR="004611C8" w:rsidRDefault="004611C8" w:rsidP="004611C8">
      <w:r>
        <w:t>070324</w:t>
      </w:r>
      <w:r>
        <w:tab/>
        <w:t>Stroji za grabljenje</w:t>
      </w:r>
    </w:p>
    <w:p w:rsidR="004611C8" w:rsidRPr="003834FA" w:rsidRDefault="004611C8" w:rsidP="004611C8">
      <w:pPr>
        <w:rPr>
          <w:lang w:val="fr-FR"/>
        </w:rPr>
      </w:pPr>
      <w:r>
        <w:t>070325</w:t>
      </w:r>
      <w:r>
        <w:tab/>
      </w:r>
      <w:r w:rsidRPr="003834FA">
        <w:rPr>
          <w:lang w:val="fr-FR"/>
        </w:rPr>
        <w:t>Stroji za kodranje volnene tkanine (ratiniranje)</w:t>
      </w:r>
    </w:p>
    <w:p w:rsidR="004611C8" w:rsidRDefault="004611C8" w:rsidP="004611C8">
      <w:r>
        <w:t>070326</w:t>
      </w:r>
      <w:r>
        <w:tab/>
        <w:t>Brusilni stroji</w:t>
      </w:r>
    </w:p>
    <w:p w:rsidR="004611C8" w:rsidRDefault="004611C8" w:rsidP="004611C8">
      <w:r>
        <w:t>070327</w:t>
      </w:r>
      <w:r>
        <w:tab/>
        <w:t>Stroji in aparati za vezanje knjig za industrijske namene</w:t>
      </w:r>
    </w:p>
    <w:p w:rsidR="004611C8" w:rsidRDefault="004611C8" w:rsidP="004611C8">
      <w:r>
        <w:t>070328</w:t>
      </w:r>
      <w:r>
        <w:tab/>
        <w:t>Likalni stroji</w:t>
      </w:r>
    </w:p>
    <w:p w:rsidR="004611C8" w:rsidRDefault="004611C8" w:rsidP="004611C8">
      <w:r>
        <w:t>070329</w:t>
      </w:r>
      <w:r>
        <w:tab/>
        <w:t>Stroji za krpanje</w:t>
      </w:r>
    </w:p>
    <w:p w:rsidR="004611C8" w:rsidRDefault="004611C8" w:rsidP="004611C8">
      <w:r>
        <w:t>070330</w:t>
      </w:r>
      <w:r>
        <w:tab/>
        <w:t>Vzmeti [deli strojev]</w:t>
      </w:r>
    </w:p>
    <w:p w:rsidR="004611C8" w:rsidRDefault="004611C8" w:rsidP="004611C8">
      <w:r>
        <w:t>070331</w:t>
      </w:r>
      <w:r>
        <w:tab/>
        <w:t>Električne naprave za vlečenje zaves</w:t>
      </w:r>
    </w:p>
    <w:p w:rsidR="004611C8" w:rsidRDefault="004611C8" w:rsidP="004611C8">
      <w:r>
        <w:t>070332</w:t>
      </w:r>
      <w:r>
        <w:tab/>
        <w:t>Kovični stroji</w:t>
      </w:r>
    </w:p>
    <w:p w:rsidR="004611C8" w:rsidRDefault="004611C8" w:rsidP="004611C8">
      <w:r>
        <w:t>070334</w:t>
      </w:r>
      <w:r>
        <w:tab/>
        <w:t>Rotacijski stroji za tiskanje</w:t>
      </w:r>
    </w:p>
    <w:p w:rsidR="004611C8" w:rsidRDefault="004611C8" w:rsidP="004611C8">
      <w:r>
        <w:t>070335</w:t>
      </w:r>
      <w:r>
        <w:tab/>
        <w:t>Gonilna kolesja strojev</w:t>
      </w:r>
    </w:p>
    <w:p w:rsidR="004611C8" w:rsidRDefault="004611C8" w:rsidP="004611C8">
      <w:r>
        <w:t>070336</w:t>
      </w:r>
      <w:r>
        <w:tab/>
        <w:t>Gonilna kolesa strojev</w:t>
      </w:r>
    </w:p>
    <w:p w:rsidR="004611C8" w:rsidRDefault="004611C8" w:rsidP="004611C8">
      <w:r>
        <w:t>070337</w:t>
      </w:r>
      <w:r>
        <w:tab/>
        <w:t>Vztrajniki strojev</w:t>
      </w:r>
    </w:p>
    <w:p w:rsidR="004611C8" w:rsidRDefault="004611C8" w:rsidP="004611C8">
      <w:r>
        <w:t>070338</w:t>
      </w:r>
      <w:r>
        <w:tab/>
        <w:t>Ležaji</w:t>
      </w:r>
    </w:p>
    <w:p w:rsidR="004611C8" w:rsidRDefault="004611C8" w:rsidP="004611C8">
      <w:r>
        <w:t>070339</w:t>
      </w:r>
      <w:r>
        <w:tab/>
        <w:t>Kroglični obroči za ležaje</w:t>
      </w:r>
    </w:p>
    <w:p w:rsidR="004611C8" w:rsidRDefault="004611C8" w:rsidP="004611C8">
      <w:r>
        <w:t>070341</w:t>
      </w:r>
      <w:r>
        <w:tab/>
        <w:t>Žage [stroji]</w:t>
      </w:r>
    </w:p>
    <w:p w:rsidR="004611C8" w:rsidRDefault="004611C8" w:rsidP="004611C8">
      <w:r>
        <w:t>070342</w:t>
      </w:r>
      <w:r>
        <w:tab/>
        <w:t>Rudarski stroji</w:t>
      </w:r>
    </w:p>
    <w:p w:rsidR="004611C8" w:rsidRDefault="004611C8" w:rsidP="004611C8">
      <w:r>
        <w:t>070343</w:t>
      </w:r>
      <w:r>
        <w:tab/>
        <w:t>Jermeni za motorje</w:t>
      </w:r>
    </w:p>
    <w:p w:rsidR="004611C8" w:rsidRDefault="004611C8" w:rsidP="004611C8">
      <w:r>
        <w:t>070344</w:t>
      </w:r>
      <w:r>
        <w:tab/>
        <w:t>Stroji za pletje</w:t>
      </w:r>
    </w:p>
    <w:p w:rsidR="004611C8" w:rsidRDefault="004611C8" w:rsidP="004611C8">
      <w:r>
        <w:t>070345</w:t>
      </w:r>
      <w:r>
        <w:tab/>
        <w:t>Stroji za zasteklitev</w:t>
      </w:r>
    </w:p>
    <w:p w:rsidR="004611C8" w:rsidRDefault="004611C8" w:rsidP="004611C8">
      <w:r>
        <w:t>070346</w:t>
      </w:r>
      <w:r>
        <w:tab/>
        <w:t>Stroji za izdelavo klobas</w:t>
      </w:r>
    </w:p>
    <w:p w:rsidR="004611C8" w:rsidRDefault="004611C8" w:rsidP="004611C8">
      <w:r>
        <w:t>070347</w:t>
      </w:r>
      <w:r>
        <w:tab/>
        <w:t>Stroji za pečatenje, za industrijsko uporabo</w:t>
      </w:r>
    </w:p>
    <w:p w:rsidR="004611C8" w:rsidRDefault="004611C8" w:rsidP="004611C8">
      <w:r>
        <w:t>070348</w:t>
      </w:r>
      <w:r>
        <w:tab/>
        <w:t>Sejalniki [stroji]</w:t>
      </w:r>
    </w:p>
    <w:p w:rsidR="004611C8" w:rsidRDefault="004611C8" w:rsidP="004611C8">
      <w:r>
        <w:t>070349</w:t>
      </w:r>
      <w:r>
        <w:tab/>
        <w:t>Varilni stroji, električni</w:t>
      </w:r>
    </w:p>
    <w:p w:rsidR="004611C8" w:rsidRDefault="004611C8" w:rsidP="004611C8">
      <w:r>
        <w:t>070350</w:t>
      </w:r>
      <w:r>
        <w:tab/>
        <w:t>Mehovi [deli strojev]</w:t>
      </w:r>
    </w:p>
    <w:p w:rsidR="004611C8" w:rsidRDefault="004611C8" w:rsidP="004611C8">
      <w:r>
        <w:t>070351</w:t>
      </w:r>
      <w:r>
        <w:tab/>
        <w:t>Kovaški mehovi</w:t>
      </w:r>
    </w:p>
    <w:p w:rsidR="004611C8" w:rsidRDefault="004611C8" w:rsidP="004611C8">
      <w:r>
        <w:t>070353</w:t>
      </w:r>
      <w:r>
        <w:tab/>
        <w:t>Polnilni stroji</w:t>
      </w:r>
    </w:p>
    <w:p w:rsidR="004611C8" w:rsidRDefault="004611C8" w:rsidP="004611C8">
      <w:r>
        <w:t>070354</w:t>
      </w:r>
      <w:r>
        <w:tab/>
        <w:t>Statorji [deli strojev]</w:t>
      </w:r>
    </w:p>
    <w:p w:rsidR="004611C8" w:rsidRDefault="004611C8" w:rsidP="004611C8">
      <w:r>
        <w:t>070355</w:t>
      </w:r>
      <w:r>
        <w:tab/>
        <w:t>Stereotipski stroji</w:t>
      </w:r>
    </w:p>
    <w:p w:rsidR="004611C8" w:rsidRDefault="004611C8" w:rsidP="004611C8">
      <w:r>
        <w:t>070356</w:t>
      </w:r>
      <w:r>
        <w:tab/>
        <w:t>Stroji za proizvodnjo sladkorja</w:t>
      </w:r>
    </w:p>
    <w:p w:rsidR="004611C8" w:rsidRDefault="004611C8" w:rsidP="004611C8">
      <w:r>
        <w:t>070358</w:t>
      </w:r>
      <w:r>
        <w:tab/>
        <w:t>Tlačni polnilniki</w:t>
      </w:r>
    </w:p>
    <w:p w:rsidR="004611C8" w:rsidRDefault="004611C8" w:rsidP="004611C8">
      <w:r>
        <w:t>070359</w:t>
      </w:r>
      <w:r>
        <w:tab/>
        <w:t>Mize za stroje</w:t>
      </w:r>
    </w:p>
    <w:p w:rsidR="004611C8" w:rsidRDefault="004611C8" w:rsidP="004611C8">
      <w:r>
        <w:t>070362</w:t>
      </w:r>
      <w:r>
        <w:tab/>
        <w:t>Stroji za barvanje</w:t>
      </w:r>
    </w:p>
    <w:p w:rsidR="004611C8" w:rsidRDefault="004611C8" w:rsidP="004611C8">
      <w:r>
        <w:t>070364</w:t>
      </w:r>
      <w:r>
        <w:tab/>
        <w:t>Mikalniki</w:t>
      </w:r>
    </w:p>
    <w:p w:rsidR="004611C8" w:rsidRDefault="004611C8" w:rsidP="004611C8">
      <w:r>
        <w:t>070365</w:t>
      </w:r>
      <w:r>
        <w:tab/>
        <w:t>Drsne opore [deli strojev]</w:t>
      </w:r>
    </w:p>
    <w:p w:rsidR="004611C8" w:rsidRDefault="004611C8" w:rsidP="004611C8">
      <w:r>
        <w:t>070366</w:t>
      </w:r>
      <w:r>
        <w:tab/>
        <w:t>Tečaji [deli strojev]</w:t>
      </w:r>
    </w:p>
    <w:p w:rsidR="004611C8" w:rsidRDefault="004611C8" w:rsidP="004611C8">
      <w:r>
        <w:t>070367</w:t>
      </w:r>
      <w:r>
        <w:tab/>
        <w:t>Molzni stroji</w:t>
      </w:r>
    </w:p>
    <w:p w:rsidR="004611C8" w:rsidRDefault="004611C8" w:rsidP="004611C8">
      <w:r>
        <w:t>070369</w:t>
      </w:r>
      <w:r>
        <w:tab/>
        <w:t>Transmisijske naprave za stroje</w:t>
      </w:r>
    </w:p>
    <w:p w:rsidR="004611C8" w:rsidRDefault="004611C8" w:rsidP="004611C8">
      <w:r>
        <w:t>070371</w:t>
      </w:r>
      <w:r>
        <w:tab/>
        <w:t>Transportni trakovi</w:t>
      </w:r>
    </w:p>
    <w:p w:rsidR="004611C8" w:rsidRDefault="004611C8" w:rsidP="004611C8">
      <w:r>
        <w:t>070372</w:t>
      </w:r>
      <w:r>
        <w:tab/>
        <w:t>Stroji za pletenje</w:t>
      </w:r>
    </w:p>
    <w:p w:rsidR="004611C8" w:rsidRDefault="004611C8" w:rsidP="004611C8">
      <w:r>
        <w:t>070373</w:t>
      </w:r>
      <w:r>
        <w:tab/>
        <w:t>Vitli (dvigalke)</w:t>
      </w:r>
    </w:p>
    <w:p w:rsidR="004611C8" w:rsidRDefault="004611C8" w:rsidP="004611C8">
      <w:r>
        <w:t>070374</w:t>
      </w:r>
      <w:r>
        <w:tab/>
        <w:t>Pletilni stroji</w:t>
      </w:r>
    </w:p>
    <w:p w:rsidR="004611C8" w:rsidRDefault="004611C8" w:rsidP="004611C8">
      <w:r>
        <w:t>070375</w:t>
      </w:r>
      <w:r>
        <w:tab/>
        <w:t>Turbine, razen za kopenska vozila</w:t>
      </w:r>
    </w:p>
    <w:p w:rsidR="004611C8" w:rsidRDefault="004611C8" w:rsidP="004611C8">
      <w:r>
        <w:t>070376</w:t>
      </w:r>
      <w:r>
        <w:tab/>
        <w:t>Mehanični motki za navijanje upogljivih cevi</w:t>
      </w:r>
    </w:p>
    <w:p w:rsidR="004611C8" w:rsidRDefault="004611C8" w:rsidP="004611C8">
      <w:r>
        <w:t>070377</w:t>
      </w:r>
      <w:r>
        <w:tab/>
        <w:t>Pokrovi [deli stiskalnic za tisk]</w:t>
      </w:r>
    </w:p>
    <w:p w:rsidR="004611C8" w:rsidRDefault="004611C8" w:rsidP="004611C8">
      <w:r>
        <w:t>070378</w:t>
      </w:r>
      <w:r>
        <w:tab/>
        <w:t>Tipografski stroji</w:t>
      </w:r>
    </w:p>
    <w:p w:rsidR="004611C8" w:rsidRDefault="004611C8" w:rsidP="004611C8">
      <w:r>
        <w:t>070379</w:t>
      </w:r>
      <w:r>
        <w:tab/>
        <w:t>Vejalniki</w:t>
      </w:r>
    </w:p>
    <w:p w:rsidR="004611C8" w:rsidRDefault="004611C8" w:rsidP="004611C8">
      <w:r>
        <w:t>070380</w:t>
      </w:r>
      <w:r>
        <w:tab/>
        <w:t>Motorji za vozila na zračni blazini</w:t>
      </w:r>
    </w:p>
    <w:p w:rsidR="004611C8" w:rsidRDefault="004611C8" w:rsidP="004611C8">
      <w:r>
        <w:t>070381</w:t>
      </w:r>
      <w:r>
        <w:tab/>
        <w:t>Ventilatorji za motorje</w:t>
      </w:r>
    </w:p>
    <w:p w:rsidR="004611C8" w:rsidRDefault="004611C8" w:rsidP="004611C8">
      <w:r>
        <w:t>070382</w:t>
      </w:r>
      <w:r>
        <w:tab/>
        <w:t>Stroji za obdelavo stekla</w:t>
      </w:r>
    </w:p>
    <w:p w:rsidR="004611C8" w:rsidRDefault="004611C8" w:rsidP="004611C8">
      <w:r>
        <w:t>070383</w:t>
      </w:r>
      <w:r>
        <w:tab/>
        <w:t>Stroji za gradnjo železnic</w:t>
      </w:r>
    </w:p>
    <w:p w:rsidR="004611C8" w:rsidRDefault="004611C8" w:rsidP="004611C8">
      <w:r>
        <w:t>070384</w:t>
      </w:r>
      <w:r>
        <w:tab/>
        <w:t>Aparati za vulkaniziranje</w:t>
      </w:r>
    </w:p>
    <w:p w:rsidR="004611C8" w:rsidRDefault="004611C8" w:rsidP="004611C8">
      <w:r>
        <w:t>070385</w:t>
      </w:r>
      <w:r>
        <w:tab/>
        <w:t>Spojke, razen za kopenska vozila</w:t>
      </w:r>
    </w:p>
    <w:p w:rsidR="004611C8" w:rsidRDefault="004611C8" w:rsidP="004611C8">
      <w:r>
        <w:t>070386</w:t>
      </w:r>
      <w:r>
        <w:tab/>
        <w:t>Motorji za zrakoplove</w:t>
      </w:r>
    </w:p>
    <w:p w:rsidR="004611C8" w:rsidRDefault="004611C8" w:rsidP="004611C8">
      <w:r>
        <w:t>070387</w:t>
      </w:r>
      <w:r>
        <w:tab/>
        <w:t>Stroji za ostrenje</w:t>
      </w:r>
    </w:p>
    <w:p w:rsidR="004611C8" w:rsidRDefault="004611C8" w:rsidP="004611C8">
      <w:r>
        <w:t>070388</w:t>
      </w:r>
      <w:r>
        <w:tab/>
        <w:t>Kmetijsko orodje, razen ročnega</w:t>
      </w:r>
    </w:p>
    <w:p w:rsidR="004611C8" w:rsidRDefault="004611C8" w:rsidP="004611C8">
      <w:r>
        <w:t>070390</w:t>
      </w:r>
      <w:r>
        <w:tab/>
        <w:t>Črpalke za pivo</w:t>
      </w:r>
    </w:p>
    <w:p w:rsidR="004611C8" w:rsidRDefault="004611C8" w:rsidP="004611C8">
      <w:r>
        <w:t>070391</w:t>
      </w:r>
      <w:r>
        <w:tab/>
        <w:t>Motorji na stisnjen zrak</w:t>
      </w:r>
    </w:p>
    <w:p w:rsidR="004611C8" w:rsidRDefault="004611C8" w:rsidP="004611C8">
      <w:r>
        <w:t>070392</w:t>
      </w:r>
      <w:r>
        <w:tab/>
        <w:t>Stroji na stisnjen zrak</w:t>
      </w:r>
    </w:p>
    <w:p w:rsidR="004611C8" w:rsidRDefault="004611C8" w:rsidP="004611C8">
      <w:r>
        <w:t>070393</w:t>
      </w:r>
      <w:r>
        <w:tab/>
        <w:t>Črpalke na stisnjen zrak</w:t>
      </w:r>
    </w:p>
    <w:p w:rsidR="004611C8" w:rsidRDefault="004611C8" w:rsidP="004611C8">
      <w:r>
        <w:t>070394</w:t>
      </w:r>
      <w:r>
        <w:tab/>
        <w:t>Vžigalne svečke za motorje z notranjim zgorevanjem</w:t>
      </w:r>
    </w:p>
    <w:p w:rsidR="004611C8" w:rsidRDefault="004611C8" w:rsidP="004611C8">
      <w:r>
        <w:t>070397</w:t>
      </w:r>
      <w:r>
        <w:tab/>
        <w:t>Bagri</w:t>
      </w:r>
    </w:p>
    <w:p w:rsidR="004611C8" w:rsidRDefault="004611C8" w:rsidP="004611C8">
      <w:r>
        <w:t>070398</w:t>
      </w:r>
      <w:r>
        <w:tab/>
        <w:t>Naprave za sesanje zraka</w:t>
      </w:r>
    </w:p>
    <w:p w:rsidR="004611C8" w:rsidRDefault="004611C8" w:rsidP="004611C8">
      <w:r>
        <w:t>070400</w:t>
      </w:r>
      <w:r>
        <w:tab/>
        <w:t>Naprave za varčevanje goriva pri motorjih</w:t>
      </w:r>
    </w:p>
    <w:p w:rsidR="004611C8" w:rsidRDefault="004611C8" w:rsidP="004611C8">
      <w:r>
        <w:lastRenderedPageBreak/>
        <w:t>070401</w:t>
      </w:r>
      <w:r>
        <w:tab/>
        <w:t>Motorji z notranjim izgorevanjem za čolne</w:t>
      </w:r>
    </w:p>
    <w:p w:rsidR="004611C8" w:rsidRDefault="004611C8" w:rsidP="004611C8">
      <w:r>
        <w:t>070402</w:t>
      </w:r>
      <w:r>
        <w:tab/>
        <w:t>Motorji za čolne</w:t>
      </w:r>
    </w:p>
    <w:p w:rsidR="004611C8" w:rsidRDefault="004611C8" w:rsidP="004611C8">
      <w:r>
        <w:t>070403</w:t>
      </w:r>
      <w:r>
        <w:tab/>
        <w:t>Električni stepalniki</w:t>
      </w:r>
    </w:p>
    <w:p w:rsidR="004611C8" w:rsidRDefault="004611C8" w:rsidP="004611C8">
      <w:r>
        <w:t>070404</w:t>
      </w:r>
      <w:r>
        <w:tab/>
        <w:t>Stroji za nabijanje [zabijanje]</w:t>
      </w:r>
    </w:p>
    <w:p w:rsidR="004611C8" w:rsidRDefault="004611C8" w:rsidP="004611C8">
      <w:r>
        <w:t>070405</w:t>
      </w:r>
      <w:r>
        <w:tab/>
        <w:t>Zavorne obloge, razen za vozila</w:t>
      </w:r>
    </w:p>
    <w:p w:rsidR="004611C8" w:rsidRDefault="004611C8" w:rsidP="004611C8">
      <w:r>
        <w:t>070406</w:t>
      </w:r>
      <w:r>
        <w:tab/>
        <w:t>Zavorne čeljusti, razen za vozila</w:t>
      </w:r>
    </w:p>
    <w:p w:rsidR="004611C8" w:rsidRDefault="004611C8" w:rsidP="004611C8">
      <w:r>
        <w:t>070407</w:t>
      </w:r>
      <w:r>
        <w:tab/>
        <w:t>Zavorni segmenti, razen za vozila</w:t>
      </w:r>
    </w:p>
    <w:p w:rsidR="004611C8" w:rsidRDefault="004611C8" w:rsidP="004611C8">
      <w:r>
        <w:t>070408</w:t>
      </w:r>
      <w:r>
        <w:tab/>
        <w:t>Motki [deli strojev]</w:t>
      </w:r>
    </w:p>
    <w:p w:rsidR="004611C8" w:rsidRDefault="004611C8" w:rsidP="004611C8">
      <w:r>
        <w:t>070409</w:t>
      </w:r>
      <w:r>
        <w:tab/>
        <w:t>Menjalniki, razen za kopenska vozila</w:t>
      </w:r>
    </w:p>
    <w:p w:rsidR="004611C8" w:rsidRDefault="004611C8" w:rsidP="004611C8">
      <w:r>
        <w:t>070410</w:t>
      </w:r>
      <w:r>
        <w:tab/>
        <w:t>Stroji za zamaševanje steklenic</w:t>
      </w:r>
    </w:p>
    <w:p w:rsidR="004611C8" w:rsidRDefault="004611C8" w:rsidP="004611C8">
      <w:r>
        <w:t>070411</w:t>
      </w:r>
      <w:r>
        <w:tab/>
        <w:t>Stroji za zapiranje steklenic s pokrovčki</w:t>
      </w:r>
    </w:p>
    <w:p w:rsidR="004611C8" w:rsidRDefault="004611C8" w:rsidP="004611C8">
      <w:r>
        <w:t>070412</w:t>
      </w:r>
      <w:r>
        <w:tab/>
        <w:t>Stroji za zapečatenje steklenic</w:t>
      </w:r>
    </w:p>
    <w:p w:rsidR="004611C8" w:rsidRDefault="004611C8" w:rsidP="004611C8">
      <w:r>
        <w:t>070413</w:t>
      </w:r>
      <w:r>
        <w:tab/>
        <w:t>Krtače z električnim pogonom [deli strojev]</w:t>
      </w:r>
    </w:p>
    <w:p w:rsidR="004611C8" w:rsidRDefault="004611C8" w:rsidP="004611C8">
      <w:r>
        <w:t>070415</w:t>
      </w:r>
      <w:r>
        <w:tab/>
        <w:t>Mlinčki za kavo, razen na ročni pogon</w:t>
      </w:r>
    </w:p>
    <w:p w:rsidR="004611C8" w:rsidRDefault="004611C8" w:rsidP="004611C8">
      <w:r>
        <w:t>070416</w:t>
      </w:r>
      <w:r>
        <w:tab/>
        <w:t>Dimne cevi za kotle motorjev</w:t>
      </w:r>
    </w:p>
    <w:p w:rsidR="004611C8" w:rsidRDefault="004611C8" w:rsidP="004611C8">
      <w:r>
        <w:t>070417</w:t>
      </w:r>
      <w:r>
        <w:tab/>
        <w:t>Stroji za zemeljska dela</w:t>
      </w:r>
    </w:p>
    <w:p w:rsidR="004611C8" w:rsidRDefault="004611C8" w:rsidP="004611C8">
      <w:r>
        <w:t>070419</w:t>
      </w:r>
      <w:r>
        <w:tab/>
        <w:t>Drobilni stroji za industrijsko uporabo</w:t>
      </w:r>
    </w:p>
    <w:p w:rsidR="004611C8" w:rsidRDefault="004611C8" w:rsidP="004611C8">
      <w:r>
        <w:t>070420</w:t>
      </w:r>
      <w:r>
        <w:tab/>
        <w:t>Lončarska kolesa</w:t>
      </w:r>
    </w:p>
    <w:p w:rsidR="004611C8" w:rsidRDefault="004611C8" w:rsidP="004611C8">
      <w:r>
        <w:t>070421</w:t>
      </w:r>
      <w:r>
        <w:tab/>
        <w:t>Avtomatski manipulacijski stroji [manipulatorji]</w:t>
      </w:r>
    </w:p>
    <w:p w:rsidR="004611C8" w:rsidRDefault="004611C8" w:rsidP="004611C8">
      <w:r>
        <w:t>070422</w:t>
      </w:r>
      <w:r>
        <w:tab/>
        <w:t>Industrijski roboti</w:t>
      </w:r>
    </w:p>
    <w:p w:rsidR="004611C8" w:rsidRDefault="004611C8" w:rsidP="004611C8">
      <w:r>
        <w:t>070423</w:t>
      </w:r>
      <w:r>
        <w:tab/>
        <w:t>Elektromehanični stroji za pripravljanje hrane</w:t>
      </w:r>
    </w:p>
    <w:p w:rsidR="004611C8" w:rsidRPr="003834FA" w:rsidRDefault="004611C8" w:rsidP="004611C8">
      <w:pPr>
        <w:rPr>
          <w:lang w:val="fr-FR"/>
        </w:rPr>
      </w:pPr>
      <w:r>
        <w:t>070424</w:t>
      </w:r>
      <w:r>
        <w:tab/>
      </w:r>
      <w:r w:rsidRPr="003834FA">
        <w:rPr>
          <w:lang w:val="fr-FR"/>
        </w:rPr>
        <w:t>Vložki (filtri) za filtrirne naprave</w:t>
      </w:r>
    </w:p>
    <w:p w:rsidR="004611C8" w:rsidRDefault="004611C8" w:rsidP="004611C8">
      <w:r>
        <w:t>070425</w:t>
      </w:r>
      <w:r>
        <w:tab/>
        <w:t>Pogonske verige, razen za kopenska vozila</w:t>
      </w:r>
    </w:p>
    <w:p w:rsidR="004611C8" w:rsidRDefault="004611C8" w:rsidP="004611C8">
      <w:r>
        <w:t>070426</w:t>
      </w:r>
      <w:r>
        <w:tab/>
        <w:t>Pretvorniki navora, razen za kopenska vozila</w:t>
      </w:r>
    </w:p>
    <w:p w:rsidR="004611C8" w:rsidRDefault="004611C8" w:rsidP="004611C8">
      <w:r>
        <w:t>070427</w:t>
      </w:r>
      <w:r>
        <w:tab/>
        <w:t>Transmisijske verige, razen za kopenska vozila</w:t>
      </w:r>
    </w:p>
    <w:p w:rsidR="004611C8" w:rsidRPr="003834FA" w:rsidRDefault="004611C8" w:rsidP="004611C8">
      <w:pPr>
        <w:rPr>
          <w:lang w:val="fr-FR"/>
        </w:rPr>
      </w:pPr>
      <w:r>
        <w:t>070428</w:t>
      </w:r>
      <w:r>
        <w:tab/>
      </w:r>
      <w:r w:rsidRPr="003834FA">
        <w:rPr>
          <w:lang w:val="fr-FR"/>
        </w:rPr>
        <w:t>Vrtalne vpenjalne glave [deli strojev]</w:t>
      </w:r>
    </w:p>
    <w:p w:rsidR="004611C8" w:rsidRDefault="004611C8" w:rsidP="004611C8">
      <w:r>
        <w:t>070429</w:t>
      </w:r>
      <w:r>
        <w:tab/>
        <w:t>Kotli za parne motorje</w:t>
      </w:r>
    </w:p>
    <w:p w:rsidR="004611C8" w:rsidRDefault="004611C8" w:rsidP="004611C8">
      <w:r>
        <w:t>070430</w:t>
      </w:r>
      <w:r>
        <w:tab/>
        <w:t>Priprave za napajanje kotlov parnih strojev</w:t>
      </w:r>
    </w:p>
    <w:p w:rsidR="004611C8" w:rsidRDefault="004611C8" w:rsidP="004611C8">
      <w:r>
        <w:t>070434</w:t>
      </w:r>
      <w:r>
        <w:tab/>
        <w:t>Krmilni kabli za stroje in motorje</w:t>
      </w:r>
    </w:p>
    <w:p w:rsidR="004611C8" w:rsidRDefault="004611C8" w:rsidP="004611C8">
      <w:r>
        <w:t>070435</w:t>
      </w:r>
      <w:r>
        <w:tab/>
        <w:t>Krmilni mehanizmi za stroje in motorje</w:t>
      </w:r>
    </w:p>
    <w:p w:rsidR="004611C8" w:rsidRPr="003834FA" w:rsidRDefault="004611C8" w:rsidP="004611C8">
      <w:pPr>
        <w:rPr>
          <w:lang w:val="fr-FR"/>
        </w:rPr>
      </w:pPr>
      <w:r>
        <w:t>070436</w:t>
      </w:r>
      <w:r>
        <w:tab/>
      </w:r>
      <w:r w:rsidRPr="003834FA">
        <w:rPr>
          <w:lang w:val="fr-FR"/>
        </w:rPr>
        <w:t>Matrice, ki se uporabljajo pri tiskanju</w:t>
      </w:r>
    </w:p>
    <w:p w:rsidR="004611C8" w:rsidRDefault="004611C8" w:rsidP="004611C8">
      <w:r>
        <w:t>070437</w:t>
      </w:r>
      <w:r>
        <w:tab/>
        <w:t>Kompresorji za hladilnike</w:t>
      </w:r>
    </w:p>
    <w:p w:rsidR="004611C8" w:rsidRDefault="004611C8" w:rsidP="004611C8">
      <w:r>
        <w:t>070440</w:t>
      </w:r>
      <w:r>
        <w:tab/>
        <w:t>Šivalni stroji</w:t>
      </w:r>
    </w:p>
    <w:p w:rsidR="004611C8" w:rsidRDefault="004611C8" w:rsidP="004611C8">
      <w:r>
        <w:t>070441</w:t>
      </w:r>
      <w:r>
        <w:tab/>
        <w:t>Jermeni za ventilatorje za motorje</w:t>
      </w:r>
    </w:p>
    <w:p w:rsidR="004611C8" w:rsidRDefault="004611C8" w:rsidP="004611C8">
      <w:r>
        <w:t>070442</w:t>
      </w:r>
      <w:r>
        <w:tab/>
        <w:t>Valilniki za jajca</w:t>
      </w:r>
    </w:p>
    <w:p w:rsidR="004611C8" w:rsidRDefault="004611C8" w:rsidP="004611C8">
      <w:r>
        <w:t>070443</w:t>
      </w:r>
      <w:r>
        <w:tab/>
        <w:t>Zobniški prenosi, razen za kopenska vozila</w:t>
      </w:r>
    </w:p>
    <w:p w:rsidR="004611C8" w:rsidRDefault="004611C8" w:rsidP="004611C8">
      <w:r>
        <w:t>070444</w:t>
      </w:r>
      <w:r>
        <w:tab/>
        <w:t>Električni mešalniki hrane (za gospodinjske namene)</w:t>
      </w:r>
    </w:p>
    <w:p w:rsidR="004611C8" w:rsidRDefault="004611C8" w:rsidP="004611C8">
      <w:r>
        <w:t>070445</w:t>
      </w:r>
      <w:r>
        <w:tab/>
        <w:t>Električne kuhinjske naprave</w:t>
      </w:r>
    </w:p>
    <w:p w:rsidR="004611C8" w:rsidRDefault="004611C8" w:rsidP="004611C8">
      <w:r>
        <w:t>070446</w:t>
      </w:r>
      <w:r>
        <w:tab/>
        <w:t>Cilindri za motorje</w:t>
      </w:r>
    </w:p>
    <w:p w:rsidR="004611C8" w:rsidRDefault="004611C8" w:rsidP="004611C8">
      <w:r>
        <w:t>070447</w:t>
      </w:r>
      <w:r>
        <w:tab/>
        <w:t>Redukcijske prestave, razen za kopenska vozila</w:t>
      </w:r>
    </w:p>
    <w:p w:rsidR="004611C8" w:rsidRDefault="004611C8" w:rsidP="004611C8">
      <w:r>
        <w:t>070448</w:t>
      </w:r>
      <w:r>
        <w:tab/>
        <w:t>Delilni stroji</w:t>
      </w:r>
    </w:p>
    <w:p w:rsidR="004611C8" w:rsidRDefault="004611C8" w:rsidP="004611C8">
      <w:r>
        <w:t>070449</w:t>
      </w:r>
      <w:r>
        <w:tab/>
        <w:t>Vrtalne krone [deli strojev]</w:t>
      </w:r>
    </w:p>
    <w:p w:rsidR="004611C8" w:rsidRDefault="004611C8" w:rsidP="004611C8">
      <w:r>
        <w:t>070450</w:t>
      </w:r>
      <w:r>
        <w:tab/>
        <w:t>Izmenjevalniki toplote [deli strojev]</w:t>
      </w:r>
    </w:p>
    <w:p w:rsidR="004611C8" w:rsidRDefault="004611C8" w:rsidP="004611C8">
      <w:r>
        <w:t>070451</w:t>
      </w:r>
      <w:r>
        <w:tab/>
        <w:t>Izpušni sistemi za motorje</w:t>
      </w:r>
    </w:p>
    <w:p w:rsidR="004611C8" w:rsidRDefault="004611C8" w:rsidP="004611C8">
      <w:r>
        <w:t>070452</w:t>
      </w:r>
      <w:r>
        <w:tab/>
        <w:t>Elektromotorji, razen za kopenska vozila</w:t>
      </w:r>
    </w:p>
    <w:p w:rsidR="004611C8" w:rsidRDefault="004611C8" w:rsidP="004611C8">
      <w:r>
        <w:t>070453</w:t>
      </w:r>
      <w:r>
        <w:tab/>
        <w:t>Žerjavi [naprave za dvigovanje]</w:t>
      </w:r>
    </w:p>
    <w:p w:rsidR="004611C8" w:rsidRDefault="004611C8" w:rsidP="004611C8">
      <w:r>
        <w:t>070454</w:t>
      </w:r>
      <w:r>
        <w:tab/>
        <w:t>Stroji za lupljenje</w:t>
      </w:r>
    </w:p>
    <w:p w:rsidR="004611C8" w:rsidRDefault="004611C8" w:rsidP="004611C8">
      <w:r>
        <w:t>070455</w:t>
      </w:r>
      <w:r>
        <w:tab/>
        <w:t>Stroji za ribanje zelenjave</w:t>
      </w:r>
    </w:p>
    <w:p w:rsidR="004611C8" w:rsidRDefault="004611C8" w:rsidP="004611C8">
      <w:r>
        <w:t>070456</w:t>
      </w:r>
      <w:r>
        <w:tab/>
        <w:t>Pištole na stisnjen zrak za iztiskanje kita</w:t>
      </w:r>
    </w:p>
    <w:p w:rsidR="004611C8" w:rsidRDefault="004611C8" w:rsidP="004611C8">
      <w:r>
        <w:t>070457</w:t>
      </w:r>
      <w:r>
        <w:tab/>
        <w:t>Filtri [deli strojev]</w:t>
      </w:r>
    </w:p>
    <w:p w:rsidR="004611C8" w:rsidRDefault="004611C8" w:rsidP="004611C8">
      <w:r>
        <w:t>070458</w:t>
      </w:r>
      <w:r>
        <w:tab/>
        <w:t>Kopači za jarke</w:t>
      </w:r>
    </w:p>
    <w:p w:rsidR="004611C8" w:rsidRDefault="004611C8" w:rsidP="004611C8">
      <w:r>
        <w:t>070459</w:t>
      </w:r>
      <w:r>
        <w:tab/>
        <w:t>Električni stepalniki za gospodinjsko uporabo</w:t>
      </w:r>
    </w:p>
    <w:p w:rsidR="004611C8" w:rsidRDefault="004611C8" w:rsidP="004611C8">
      <w:r>
        <w:t>070460</w:t>
      </w:r>
      <w:r>
        <w:tab/>
        <w:t>Električne stiskalnice za sadje, za domačo uporabo</w:t>
      </w:r>
    </w:p>
    <w:p w:rsidR="004611C8" w:rsidRDefault="004611C8" w:rsidP="004611C8">
      <w:r>
        <w:t>070461</w:t>
      </w:r>
      <w:r>
        <w:tab/>
        <w:t>Hidravlični motorji</w:t>
      </w:r>
    </w:p>
    <w:p w:rsidR="004611C8" w:rsidRDefault="004611C8" w:rsidP="004611C8">
      <w:r>
        <w:t>070462</w:t>
      </w:r>
      <w:r>
        <w:tab/>
        <w:t>Vrtalne ploščadi (plavajoče ali neplavajoče)</w:t>
      </w:r>
    </w:p>
    <w:p w:rsidR="004611C8" w:rsidRDefault="004611C8" w:rsidP="004611C8">
      <w:r>
        <w:t>070463</w:t>
      </w:r>
      <w:r>
        <w:tab/>
        <w:t>Naprave za spremembo goriva pri motorjih z notranjim zgorevanjem</w:t>
      </w:r>
    </w:p>
    <w:p w:rsidR="004611C8" w:rsidRDefault="004611C8" w:rsidP="004611C8">
      <w:r>
        <w:t>070464</w:t>
      </w:r>
      <w:r>
        <w:tab/>
        <w:t>Hladilni radiatorji za motorje</w:t>
      </w:r>
    </w:p>
    <w:p w:rsidR="004611C8" w:rsidRDefault="004611C8" w:rsidP="004611C8">
      <w:r>
        <w:t>070471</w:t>
      </w:r>
      <w:r>
        <w:tab/>
        <w:t>Cevi za kotel (deli strojev)</w:t>
      </w:r>
    </w:p>
    <w:p w:rsidR="004611C8" w:rsidRDefault="004611C8" w:rsidP="004611C8">
      <w:r>
        <w:t>070472</w:t>
      </w:r>
      <w:r>
        <w:tab/>
        <w:t>Hidravlične krmilne naprave za motorje in stroje</w:t>
      </w:r>
    </w:p>
    <w:p w:rsidR="004611C8" w:rsidRDefault="004611C8" w:rsidP="004611C8">
      <w:r>
        <w:t>070473</w:t>
      </w:r>
      <w:r>
        <w:tab/>
        <w:t>Krmilne naprave na stisnjen zrak za motorje in stroje</w:t>
      </w:r>
    </w:p>
    <w:p w:rsidR="004611C8" w:rsidRDefault="004611C8" w:rsidP="004611C8">
      <w:r>
        <w:t>070474</w:t>
      </w:r>
      <w:r>
        <w:tab/>
        <w:t>Ohišja ročičnih gredi (karterji) za motorje in stroje</w:t>
      </w:r>
    </w:p>
    <w:p w:rsidR="004611C8" w:rsidRDefault="004611C8" w:rsidP="004611C8">
      <w:r>
        <w:t>070475</w:t>
      </w:r>
      <w:r>
        <w:tab/>
        <w:t>Električni mešalniki</w:t>
      </w:r>
    </w:p>
    <w:p w:rsidR="004611C8" w:rsidRDefault="004611C8" w:rsidP="004611C8">
      <w:r>
        <w:t>070476</w:t>
      </w:r>
      <w:r>
        <w:tab/>
        <w:t>Električne pištole za lepljenje</w:t>
      </w:r>
    </w:p>
    <w:p w:rsidR="004611C8" w:rsidRDefault="004611C8" w:rsidP="004611C8">
      <w:r>
        <w:t>070477</w:t>
      </w:r>
      <w:r>
        <w:tab/>
        <w:t>Pištole [orodja, ki uporabljajo eksploziv]</w:t>
      </w:r>
    </w:p>
    <w:p w:rsidR="004611C8" w:rsidRDefault="004611C8" w:rsidP="004611C8">
      <w:r>
        <w:t>070478</w:t>
      </w:r>
      <w:r>
        <w:tab/>
        <w:t>Naprave za izvlačenje ribiških mrež</w:t>
      </w:r>
    </w:p>
    <w:p w:rsidR="004611C8" w:rsidRDefault="004611C8" w:rsidP="004611C8">
      <w:r>
        <w:t>070479</w:t>
      </w:r>
      <w:r>
        <w:tab/>
        <w:t>Kardanski spoji</w:t>
      </w:r>
    </w:p>
    <w:p w:rsidR="004611C8" w:rsidRDefault="004611C8" w:rsidP="004611C8">
      <w:r>
        <w:t>070480</w:t>
      </w:r>
      <w:r>
        <w:tab/>
        <w:t>Prenosne parne rotacijske stiskalnice za tkanine</w:t>
      </w:r>
    </w:p>
    <w:p w:rsidR="004611C8" w:rsidRDefault="004611C8" w:rsidP="004611C8">
      <w:r>
        <w:t>070481</w:t>
      </w:r>
      <w:r>
        <w:tab/>
        <w:t>Električni stroji in aparati za šamponiranje preprog</w:t>
      </w:r>
    </w:p>
    <w:p w:rsidR="004611C8" w:rsidRDefault="004611C8" w:rsidP="004611C8">
      <w:r>
        <w:t>070482</w:t>
      </w:r>
      <w:r>
        <w:tab/>
        <w:t>Katalitični konvertorji</w:t>
      </w:r>
    </w:p>
    <w:p w:rsidR="004611C8" w:rsidRDefault="004611C8" w:rsidP="004611C8">
      <w:r>
        <w:t>070483</w:t>
      </w:r>
      <w:r>
        <w:tab/>
        <w:t>Centralne vakuumske čistilne instalacije</w:t>
      </w:r>
    </w:p>
    <w:p w:rsidR="004611C8" w:rsidRDefault="004611C8" w:rsidP="004611C8">
      <w:r>
        <w:t>070484</w:t>
      </w:r>
      <w:r>
        <w:tab/>
        <w:t>Žage s pogonom</w:t>
      </w:r>
    </w:p>
    <w:p w:rsidR="004611C8" w:rsidRDefault="004611C8" w:rsidP="004611C8">
      <w:r>
        <w:t>070485</w:t>
      </w:r>
      <w:r>
        <w:tab/>
        <w:t>Čistilne naprave na paro</w:t>
      </w:r>
    </w:p>
    <w:p w:rsidR="004611C8" w:rsidRDefault="004611C8" w:rsidP="004611C8">
      <w:r>
        <w:t>070486</w:t>
      </w:r>
      <w:r>
        <w:tab/>
        <w:t>Plinski gorilniki za rezanje</w:t>
      </w:r>
    </w:p>
    <w:p w:rsidR="004611C8" w:rsidRDefault="004611C8" w:rsidP="004611C8">
      <w:r>
        <w:t>070487</w:t>
      </w:r>
      <w:r>
        <w:tab/>
        <w:t>Čistilne naprave za sesanje prahu</w:t>
      </w:r>
    </w:p>
    <w:p w:rsidR="004611C8" w:rsidRPr="003834FA" w:rsidRDefault="004611C8" w:rsidP="004611C8">
      <w:pPr>
        <w:rPr>
          <w:lang w:val="fr-FR"/>
        </w:rPr>
      </w:pPr>
      <w:r>
        <w:t>070488</w:t>
      </w:r>
      <w:r>
        <w:tab/>
      </w:r>
      <w:r w:rsidRPr="003834FA">
        <w:rPr>
          <w:lang w:val="fr-FR"/>
        </w:rPr>
        <w:t>Čistilne naprave za odstranjevanje prahu</w:t>
      </w:r>
    </w:p>
    <w:p w:rsidR="004611C8" w:rsidRDefault="004611C8" w:rsidP="004611C8">
      <w:r>
        <w:t>070489</w:t>
      </w:r>
      <w:r>
        <w:tab/>
        <w:t>Električna kladiva</w:t>
      </w:r>
    </w:p>
    <w:p w:rsidR="004611C8" w:rsidRDefault="004611C8" w:rsidP="004611C8">
      <w:r>
        <w:t>070490</w:t>
      </w:r>
      <w:r>
        <w:tab/>
        <w:t>Elektromehanski stroji za kemično industrijo</w:t>
      </w:r>
    </w:p>
    <w:p w:rsidR="004611C8" w:rsidRDefault="004611C8" w:rsidP="004611C8">
      <w:r>
        <w:t>070491</w:t>
      </w:r>
      <w:r>
        <w:tab/>
        <w:t>Verige za dvigala [deli strojev]</w:t>
      </w:r>
    </w:p>
    <w:p w:rsidR="004611C8" w:rsidRDefault="004611C8" w:rsidP="004611C8">
      <w:r>
        <w:t>070492</w:t>
      </w:r>
      <w:r>
        <w:tab/>
        <w:t>Generatorji električne energije v sili</w:t>
      </w:r>
    </w:p>
    <w:p w:rsidR="004611C8" w:rsidRDefault="004611C8" w:rsidP="004611C8">
      <w:r>
        <w:t>070493</w:t>
      </w:r>
      <w:r>
        <w:tab/>
        <w:t>Ekspanzijske posode [deli strojev]</w:t>
      </w:r>
    </w:p>
    <w:p w:rsidR="004611C8" w:rsidRDefault="004611C8" w:rsidP="004611C8">
      <w:r>
        <w:t>070494</w:t>
      </w:r>
      <w:r>
        <w:tab/>
        <w:t>Diamanti za rezanje stekla [deli strojev]</w:t>
      </w:r>
    </w:p>
    <w:p w:rsidR="004611C8" w:rsidRDefault="004611C8" w:rsidP="004611C8">
      <w:r>
        <w:t>070495</w:t>
      </w:r>
      <w:r>
        <w:tab/>
        <w:t>Visokotlačni pralni stroji</w:t>
      </w:r>
    </w:p>
    <w:p w:rsidR="004611C8" w:rsidRDefault="004611C8" w:rsidP="004611C8">
      <w:r>
        <w:t>070496</w:t>
      </w:r>
      <w:r>
        <w:tab/>
        <w:t>Stroji za tekstilno industrijo</w:t>
      </w:r>
    </w:p>
    <w:p w:rsidR="004611C8" w:rsidRDefault="004611C8" w:rsidP="004611C8">
      <w:r>
        <w:t>070497</w:t>
      </w:r>
      <w:r>
        <w:tab/>
        <w:t>Izpušni zbiralniki za motorje</w:t>
      </w:r>
    </w:p>
    <w:p w:rsidR="004611C8" w:rsidRDefault="004611C8" w:rsidP="004611C8">
      <w:r>
        <w:t>070498</w:t>
      </w:r>
      <w:r>
        <w:tab/>
        <w:t>Stroji za rafiniranje nafte</w:t>
      </w:r>
    </w:p>
    <w:p w:rsidR="004611C8" w:rsidRDefault="004611C8" w:rsidP="004611C8">
      <w:r>
        <w:t>070499</w:t>
      </w:r>
      <w:r>
        <w:tab/>
        <w:t>Stroji za embaliranje</w:t>
      </w:r>
    </w:p>
    <w:p w:rsidR="004611C8" w:rsidRPr="003834FA" w:rsidRDefault="004611C8" w:rsidP="004611C8">
      <w:pPr>
        <w:rPr>
          <w:lang w:val="fr-FR"/>
        </w:rPr>
      </w:pPr>
      <w:r>
        <w:t>070500</w:t>
      </w:r>
      <w:r>
        <w:tab/>
      </w:r>
      <w:r w:rsidRPr="003834FA">
        <w:rPr>
          <w:lang w:val="fr-FR"/>
        </w:rPr>
        <w:t>Električne naprave za poliranje parketa z voskom</w:t>
      </w:r>
    </w:p>
    <w:p w:rsidR="004611C8" w:rsidRDefault="004611C8" w:rsidP="004611C8">
      <w:r>
        <w:t>070501</w:t>
      </w:r>
      <w:r>
        <w:tab/>
        <w:t>Električni loščilci za čevlje</w:t>
      </w:r>
    </w:p>
    <w:p w:rsidR="004611C8" w:rsidRDefault="004611C8" w:rsidP="004611C8">
      <w:r>
        <w:lastRenderedPageBreak/>
        <w:t>070502</w:t>
      </w:r>
      <w:r>
        <w:tab/>
        <w:t>Snežni plugi</w:t>
      </w:r>
    </w:p>
    <w:p w:rsidR="004611C8" w:rsidRDefault="004611C8" w:rsidP="004611C8">
      <w:r>
        <w:t>070504</w:t>
      </w:r>
      <w:r>
        <w:tab/>
        <w:t>Plinski pihalniki za varjenje</w:t>
      </w:r>
    </w:p>
    <w:p w:rsidR="004611C8" w:rsidRDefault="004611C8" w:rsidP="004611C8">
      <w:r>
        <w:t>070505</w:t>
      </w:r>
      <w:r>
        <w:tab/>
        <w:t>Plinski spajkalniki</w:t>
      </w:r>
    </w:p>
    <w:p w:rsidR="004611C8" w:rsidRDefault="004611C8" w:rsidP="004611C8">
      <w:r>
        <w:t>070506</w:t>
      </w:r>
      <w:r>
        <w:tab/>
        <w:t>Nastavki za sesalce za razprševanje dišav in dezinfekcijskih sredstev</w:t>
      </w:r>
    </w:p>
    <w:p w:rsidR="004611C8" w:rsidRPr="003834FA" w:rsidRDefault="004611C8" w:rsidP="004611C8">
      <w:pPr>
        <w:rPr>
          <w:lang w:val="fr-FR"/>
        </w:rPr>
      </w:pPr>
      <w:r>
        <w:t>070507</w:t>
      </w:r>
      <w:r>
        <w:tab/>
      </w:r>
      <w:r w:rsidRPr="003834FA">
        <w:rPr>
          <w:lang w:val="fr-FR"/>
        </w:rPr>
        <w:t>Cevi za sesalce za prah</w:t>
      </w:r>
    </w:p>
    <w:p w:rsidR="004611C8" w:rsidRDefault="004611C8" w:rsidP="004611C8">
      <w:r>
        <w:t>070508</w:t>
      </w:r>
      <w:r>
        <w:tab/>
        <w:t>Vakuumski sesalci</w:t>
      </w:r>
    </w:p>
    <w:p w:rsidR="004611C8" w:rsidRDefault="004611C8" w:rsidP="004611C8">
      <w:r>
        <w:t>070509</w:t>
      </w:r>
      <w:r>
        <w:tab/>
        <w:t>Vibratorji [stroji] za industrijsko uporabo</w:t>
      </w:r>
    </w:p>
    <w:p w:rsidR="004611C8" w:rsidRDefault="004611C8" w:rsidP="004611C8">
      <w:r>
        <w:t>070510</w:t>
      </w:r>
      <w:r>
        <w:tab/>
        <w:t>Električni stroji in aparati za poliranje z voskom</w:t>
      </w:r>
    </w:p>
    <w:p w:rsidR="004611C8" w:rsidRDefault="004611C8" w:rsidP="004611C8">
      <w:r>
        <w:t>070511</w:t>
      </w:r>
      <w:r>
        <w:tab/>
        <w:t>Stroji za napenjanje loparjev</w:t>
      </w:r>
    </w:p>
    <w:p w:rsidR="004611C8" w:rsidRDefault="004611C8" w:rsidP="004611C8">
      <w:r>
        <w:t>070512</w:t>
      </w:r>
      <w:r>
        <w:tab/>
        <w:t>Stroji za sestavljanje (montažo) koles</w:t>
      </w:r>
    </w:p>
    <w:p w:rsidR="004611C8" w:rsidRDefault="004611C8" w:rsidP="004611C8">
      <w:r>
        <w:t>070513</w:t>
      </w:r>
      <w:r>
        <w:tab/>
        <w:t>Motokultivatorji</w:t>
      </w:r>
    </w:p>
    <w:p w:rsidR="004611C8" w:rsidRDefault="004611C8" w:rsidP="004611C8">
      <w:r>
        <w:t>070514</w:t>
      </w:r>
      <w:r>
        <w:tab/>
        <w:t>Zračni čopiči za nanašanje barve</w:t>
      </w:r>
    </w:p>
    <w:p w:rsidR="004611C8" w:rsidRDefault="004611C8" w:rsidP="004611C8">
      <w:r>
        <w:t>070515</w:t>
      </w:r>
      <w:r>
        <w:tab/>
        <w:t>Hidravlična odpirala in zapirala za vrata (deli strojev)</w:t>
      </w:r>
    </w:p>
    <w:p w:rsidR="004611C8" w:rsidRDefault="004611C8" w:rsidP="004611C8">
      <w:r>
        <w:t>070516</w:t>
      </w:r>
      <w:r>
        <w:tab/>
        <w:t>Nožni zaganjalniki za motorna kolesa</w:t>
      </w:r>
    </w:p>
    <w:p w:rsidR="004611C8" w:rsidRDefault="004611C8" w:rsidP="004611C8">
      <w:r>
        <w:t>070517</w:t>
      </w:r>
      <w:r>
        <w:tab/>
        <w:t>Mehanizirane krmilnice za živino</w:t>
      </w:r>
    </w:p>
    <w:p w:rsidR="004611C8" w:rsidRDefault="004611C8" w:rsidP="004611C8">
      <w:r>
        <w:t>070520</w:t>
      </w:r>
      <w:r>
        <w:tab/>
        <w:t>Pnevmatska odpirala za vrata</w:t>
      </w:r>
    </w:p>
    <w:p w:rsidR="004611C8" w:rsidRDefault="004611C8" w:rsidP="004611C8">
      <w:r>
        <w:t>070521</w:t>
      </w:r>
      <w:r>
        <w:tab/>
        <w:t>Vrečke za vakuumske sesalce</w:t>
      </w:r>
    </w:p>
    <w:p w:rsidR="004611C8" w:rsidRDefault="004611C8" w:rsidP="004611C8">
      <w:r>
        <w:t>070522</w:t>
      </w:r>
      <w:r>
        <w:tab/>
        <w:t>Plinske spajkalke</w:t>
      </w:r>
    </w:p>
    <w:p w:rsidR="004611C8" w:rsidRDefault="004611C8" w:rsidP="004611C8">
      <w:r>
        <w:t>070523</w:t>
      </w:r>
      <w:r>
        <w:tab/>
        <w:t>Vetrne turbine</w:t>
      </w:r>
    </w:p>
    <w:p w:rsidR="004611C8" w:rsidRDefault="004611C8" w:rsidP="004611C8">
      <w:r>
        <w:t>070524</w:t>
      </w:r>
      <w:r>
        <w:tab/>
        <w:t>Zavorne ploščice, razen za vozila</w:t>
      </w:r>
    </w:p>
    <w:p w:rsidR="004611C8" w:rsidRDefault="004611C8" w:rsidP="004611C8">
      <w:r>
        <w:t>070525</w:t>
      </w:r>
      <w:r>
        <w:tab/>
        <w:t>Elektrode za varilne stroje</w:t>
      </w:r>
    </w:p>
    <w:p w:rsidR="004611C8" w:rsidRDefault="004611C8" w:rsidP="004611C8">
      <w:r>
        <w:t>070526</w:t>
      </w:r>
      <w:r>
        <w:tab/>
        <w:t>Naprave za varjenje, električne</w:t>
      </w:r>
    </w:p>
    <w:p w:rsidR="004611C8" w:rsidRDefault="004611C8" w:rsidP="004611C8">
      <w:r>
        <w:t>070528</w:t>
      </w:r>
      <w:r>
        <w:tab/>
        <w:t>Naprave za spajkanje, električne</w:t>
      </w:r>
    </w:p>
    <w:p w:rsidR="004611C8" w:rsidRDefault="004611C8" w:rsidP="004611C8">
      <w:r>
        <w:t>070529</w:t>
      </w:r>
      <w:r>
        <w:tab/>
        <w:t>Spajkalniki</w:t>
      </w:r>
    </w:p>
    <w:p w:rsidR="004611C8" w:rsidRPr="003834FA" w:rsidRDefault="004611C8" w:rsidP="004611C8">
      <w:pPr>
        <w:rPr>
          <w:lang w:val="fr-FR"/>
        </w:rPr>
      </w:pPr>
      <w:r>
        <w:t>070530</w:t>
      </w:r>
      <w:r>
        <w:tab/>
      </w:r>
      <w:r w:rsidRPr="003834FA">
        <w:rPr>
          <w:lang w:val="fr-FR"/>
        </w:rPr>
        <w:t>Električni obločni aparati za varjenje</w:t>
      </w:r>
    </w:p>
    <w:p w:rsidR="004611C8" w:rsidRPr="003834FA" w:rsidRDefault="004611C8" w:rsidP="004611C8">
      <w:pPr>
        <w:rPr>
          <w:lang w:val="fr-FR"/>
        </w:rPr>
      </w:pPr>
      <w:r>
        <w:t>070531</w:t>
      </w:r>
      <w:r>
        <w:tab/>
      </w:r>
      <w:r w:rsidRPr="003834FA">
        <w:rPr>
          <w:lang w:val="fr-FR"/>
        </w:rPr>
        <w:t>Električni aparati za obločno rezanje</w:t>
      </w:r>
    </w:p>
    <w:p w:rsidR="004611C8" w:rsidRDefault="004611C8" w:rsidP="004611C8">
      <w:r>
        <w:t>070532</w:t>
      </w:r>
      <w:r>
        <w:tab/>
        <w:t>Spajkalne luči</w:t>
      </w:r>
    </w:p>
    <w:p w:rsidR="004611C8" w:rsidRDefault="004611C8" w:rsidP="004611C8">
      <w:r>
        <w:t>070533</w:t>
      </w:r>
      <w:r>
        <w:tab/>
        <w:t>Stiskalnice za grozdje</w:t>
      </w:r>
    </w:p>
    <w:p w:rsidR="004611C8" w:rsidRDefault="004611C8" w:rsidP="004611C8">
      <w:r>
        <w:t>070534</w:t>
      </w:r>
      <w:r>
        <w:tab/>
        <w:t>Pihalni stroji</w:t>
      </w:r>
    </w:p>
    <w:p w:rsidR="004611C8" w:rsidRDefault="004611C8" w:rsidP="004611C8">
      <w:r>
        <w:t>070535</w:t>
      </w:r>
      <w:r>
        <w:tab/>
        <w:t>Stroji za galvanoplastiko</w:t>
      </w:r>
    </w:p>
    <w:p w:rsidR="004611C8" w:rsidRDefault="004611C8" w:rsidP="004611C8">
      <w:r>
        <w:t>070536</w:t>
      </w:r>
      <w:r>
        <w:tab/>
        <w:t>Galvanizacijski stroji</w:t>
      </w:r>
    </w:p>
    <w:p w:rsidR="004611C8" w:rsidRDefault="004611C8" w:rsidP="004611C8">
      <w:r>
        <w:t>070537</w:t>
      </w:r>
      <w:r>
        <w:tab/>
        <w:t>Prodajni avtomati</w:t>
      </w:r>
    </w:p>
    <w:p w:rsidR="004611C8" w:rsidRDefault="004611C8" w:rsidP="004611C8">
      <w:r>
        <w:t>070538</w:t>
      </w:r>
      <w:r>
        <w:tab/>
        <w:t>Zapirala za vrata, električna</w:t>
      </w:r>
    </w:p>
    <w:p w:rsidR="004611C8" w:rsidRPr="003834FA" w:rsidRDefault="004611C8" w:rsidP="004611C8">
      <w:pPr>
        <w:rPr>
          <w:lang w:val="fr-FR"/>
        </w:rPr>
      </w:pPr>
      <w:r>
        <w:t>070539</w:t>
      </w:r>
      <w:r>
        <w:tab/>
      </w:r>
      <w:r w:rsidRPr="003834FA">
        <w:rPr>
          <w:lang w:val="fr-FR"/>
        </w:rPr>
        <w:t>Električne naprave za odpiranje vrat</w:t>
      </w:r>
    </w:p>
    <w:p w:rsidR="004611C8" w:rsidRDefault="004611C8" w:rsidP="004611C8">
      <w:r>
        <w:t>070541</w:t>
      </w:r>
      <w:r>
        <w:tab/>
        <w:t>Električni strojčki za varjenje plastike, za embaliranje</w:t>
      </w:r>
    </w:p>
    <w:p w:rsidR="004611C8" w:rsidRDefault="004611C8" w:rsidP="004611C8">
      <w:r>
        <w:t>070542</w:t>
      </w:r>
      <w:r>
        <w:tab/>
        <w:t>Avtomati za točenje goriva na bencinskih črpalkah</w:t>
      </w:r>
    </w:p>
    <w:p w:rsidR="004611C8" w:rsidRDefault="004611C8" w:rsidP="004611C8">
      <w:r>
        <w:t>070543</w:t>
      </w:r>
      <w:r>
        <w:tab/>
        <w:t>Samoregulacijske črpalke za gorivo</w:t>
      </w:r>
    </w:p>
    <w:p w:rsidR="004611C8" w:rsidRDefault="004611C8" w:rsidP="004611C8">
      <w:r>
        <w:t>070544</w:t>
      </w:r>
      <w:r>
        <w:tab/>
        <w:t>Stroji za obdelavo plastike</w:t>
      </w:r>
    </w:p>
    <w:p w:rsidR="004611C8" w:rsidRDefault="004611C8" w:rsidP="004611C8">
      <w:r>
        <w:t>070545</w:t>
      </w:r>
      <w:r>
        <w:tab/>
        <w:t>Električne naprave za odpiranje oken</w:t>
      </w:r>
    </w:p>
    <w:p w:rsidR="004611C8" w:rsidRDefault="004611C8" w:rsidP="004611C8">
      <w:r>
        <w:t>070546</w:t>
      </w:r>
      <w:r>
        <w:tab/>
        <w:t>Električna zapirala za okna</w:t>
      </w:r>
    </w:p>
    <w:p w:rsidR="004611C8" w:rsidRDefault="004611C8" w:rsidP="004611C8">
      <w:r>
        <w:t>070547</w:t>
      </w:r>
      <w:r>
        <w:tab/>
        <w:t>Hidravlična odpirala za okna</w:t>
      </w:r>
    </w:p>
    <w:p w:rsidR="004611C8" w:rsidRDefault="004611C8" w:rsidP="004611C8">
      <w:r>
        <w:t>070548</w:t>
      </w:r>
      <w:r>
        <w:tab/>
        <w:t>Hidravlična zapirala za okna</w:t>
      </w:r>
    </w:p>
    <w:p w:rsidR="004611C8" w:rsidRDefault="004611C8" w:rsidP="004611C8">
      <w:r>
        <w:t>070549</w:t>
      </w:r>
      <w:r>
        <w:tab/>
        <w:t>Pnevmatska odpirala za okna</w:t>
      </w:r>
    </w:p>
    <w:p w:rsidR="004611C8" w:rsidRDefault="004611C8" w:rsidP="004611C8">
      <w:r>
        <w:t>070550</w:t>
      </w:r>
      <w:r>
        <w:tab/>
        <w:t>Pnevmatska zapirala za okna</w:t>
      </w:r>
    </w:p>
    <w:p w:rsidR="004611C8" w:rsidRDefault="004611C8" w:rsidP="004611C8">
      <w:r>
        <w:t>070551</w:t>
      </w:r>
      <w:r>
        <w:tab/>
        <w:t>Hidravlična zapirala za vrata</w:t>
      </w:r>
    </w:p>
    <w:p w:rsidR="004611C8" w:rsidRDefault="004611C8" w:rsidP="004611C8">
      <w:r>
        <w:t>070552</w:t>
      </w:r>
      <w:r>
        <w:tab/>
        <w:t>Pnevmatska zapirala za vrata</w:t>
      </w:r>
    </w:p>
    <w:p w:rsidR="004611C8" w:rsidRDefault="004611C8" w:rsidP="004611C8">
      <w:r>
        <w:t>070553</w:t>
      </w:r>
      <w:r>
        <w:tab/>
        <w:t>Kuhinjski mlinčki, električni</w:t>
      </w:r>
    </w:p>
    <w:p w:rsidR="004611C8" w:rsidRDefault="004611C8" w:rsidP="004611C8">
      <w:r>
        <w:t>070554</w:t>
      </w:r>
      <w:r>
        <w:tab/>
        <w:t>Pnevmatske dvigalke</w:t>
      </w:r>
    </w:p>
    <w:p w:rsidR="004611C8" w:rsidRDefault="004611C8" w:rsidP="004611C8">
      <w:r>
        <w:t>070555</w:t>
      </w:r>
      <w:r>
        <w:tab/>
        <w:t>3D-tiskalniki</w:t>
      </w:r>
    </w:p>
    <w:p w:rsidR="004611C8" w:rsidRDefault="004611C8" w:rsidP="004611C8">
      <w:r>
        <w:t>070556</w:t>
      </w:r>
      <w:r>
        <w:tab/>
        <w:t>Stroji za presejanje</w:t>
      </w:r>
    </w:p>
    <w:p w:rsidR="004611C8" w:rsidRDefault="004611C8" w:rsidP="004611C8">
      <w:r>
        <w:t>070557</w:t>
      </w:r>
      <w:r>
        <w:tab/>
        <w:t>Nosilci za motorje, razen za kopenska vozila</w:t>
      </w:r>
    </w:p>
    <w:p w:rsidR="004611C8" w:rsidRDefault="004611C8" w:rsidP="004611C8">
      <w:r>
        <w:t>070559</w:t>
      </w:r>
      <w:r>
        <w:tab/>
        <w:t>Ščetke za sesalnike</w:t>
      </w:r>
    </w:p>
    <w:p w:rsidR="004611C8" w:rsidRDefault="004611C8" w:rsidP="004611C8">
      <w:r>
        <w:t>070560</w:t>
      </w:r>
      <w:r>
        <w:tab/>
        <w:t>Električno orodje za ostrenje robov smuči</w:t>
      </w:r>
    </w:p>
    <w:p w:rsidR="004611C8" w:rsidRDefault="004611C8" w:rsidP="004611C8">
      <w:r>
        <w:t>070561</w:t>
      </w:r>
      <w:r>
        <w:tab/>
        <w:t>Drobilni stroji</w:t>
      </w:r>
    </w:p>
    <w:p w:rsidR="004611C8" w:rsidRDefault="004611C8" w:rsidP="004611C8">
      <w:r>
        <w:t>070562</w:t>
      </w:r>
      <w:r>
        <w:tab/>
        <w:t>Tolkači (stroji)</w:t>
      </w:r>
    </w:p>
    <w:p w:rsidR="004611C8" w:rsidRDefault="004611C8" w:rsidP="004611C8">
      <w:r>
        <w:t>070563</w:t>
      </w:r>
      <w:r>
        <w:tab/>
        <w:t>Sesalne šobe za sesalnike</w:t>
      </w:r>
    </w:p>
    <w:p w:rsidR="004611C8" w:rsidRDefault="004611C8" w:rsidP="004611C8">
      <w:r>
        <w:t>070564</w:t>
      </w:r>
      <w:r>
        <w:tab/>
        <w:t>Šibike za čiščenje cevi</w:t>
      </w:r>
    </w:p>
    <w:p w:rsidR="004611C8" w:rsidRDefault="004611C8" w:rsidP="004611C8">
      <w:r>
        <w:t>070565</w:t>
      </w:r>
      <w:r>
        <w:tab/>
        <w:t>Sokovniki [električni]</w:t>
      </w:r>
    </w:p>
    <w:p w:rsidR="004611C8" w:rsidRDefault="004611C8" w:rsidP="004611C8">
      <w:r>
        <w:t>070566</w:t>
      </w:r>
      <w:r>
        <w:tab/>
        <w:t>Električni izvijači</w:t>
      </w:r>
    </w:p>
    <w:p w:rsidR="004611C8" w:rsidRDefault="004611C8" w:rsidP="004611C8">
      <w:r>
        <w:t>070567</w:t>
      </w:r>
      <w:r>
        <w:tab/>
        <w:t>Igralne palice, ki so del naprav, razen za igralne avtomate</w:t>
      </w:r>
    </w:p>
    <w:p w:rsidR="004611C8" w:rsidRDefault="004611C8" w:rsidP="004611C8">
      <w:r>
        <w:t>070568</w:t>
      </w:r>
      <w:r>
        <w:tab/>
        <w:t>Odmične gredi za motorje vozil</w:t>
      </w:r>
    </w:p>
    <w:p w:rsidR="004611C8" w:rsidRDefault="004611C8" w:rsidP="004611C8">
      <w:r>
        <w:t>070569</w:t>
      </w:r>
      <w:r>
        <w:tab/>
        <w:t>Gumijaste gosenice, ki so del goseničarjev na gradbenih strojih</w:t>
      </w:r>
    </w:p>
    <w:p w:rsidR="004611C8" w:rsidRDefault="004611C8" w:rsidP="004611C8">
      <w:r>
        <w:t>070570</w:t>
      </w:r>
      <w:r>
        <w:tab/>
        <w:t>Gumijaste gosenice, ki so del goseničarjev na strojih in napravah za nakladanje in razkladanje</w:t>
      </w:r>
    </w:p>
    <w:p w:rsidR="004611C8" w:rsidRDefault="004611C8" w:rsidP="004611C8">
      <w:r>
        <w:t>070571</w:t>
      </w:r>
      <w:r>
        <w:tab/>
        <w:t>Gumijaste gosenice, ki so del goseničarjev na kmetijskih strojih</w:t>
      </w:r>
    </w:p>
    <w:p w:rsidR="004611C8" w:rsidRDefault="004611C8" w:rsidP="004611C8">
      <w:r>
        <w:t>070572</w:t>
      </w:r>
      <w:r>
        <w:tab/>
        <w:t>Gumijaste gosenice, ki so del goseničarjev na rudarskih strojih</w:t>
      </w:r>
    </w:p>
    <w:p w:rsidR="004611C8" w:rsidRDefault="004611C8" w:rsidP="004611C8">
      <w:r>
        <w:t>070573</w:t>
      </w:r>
      <w:r>
        <w:tab/>
        <w:t>Gumijaste gosenice, ki so del goseničarjev na snežnih plugih</w:t>
      </w:r>
    </w:p>
    <w:p w:rsidR="004611C8" w:rsidRDefault="004611C8" w:rsidP="004611C8">
      <w:r>
        <w:t>070574</w:t>
      </w:r>
      <w:r>
        <w:tab/>
        <w:t>Pnevmatski zbiralniki za odpadno olje</w:t>
      </w:r>
    </w:p>
    <w:p w:rsidR="004611C8" w:rsidRDefault="004611C8" w:rsidP="004611C8">
      <w:r>
        <w:t>070575</w:t>
      </w:r>
      <w:r>
        <w:tab/>
        <w:t>Črpalke za naprave za protitočno plavanje</w:t>
      </w:r>
    </w:p>
    <w:p w:rsidR="004611C8" w:rsidRDefault="004611C8" w:rsidP="004611C8">
      <w:r>
        <w:t>070576</w:t>
      </w:r>
      <w:r>
        <w:tab/>
        <w:t>Peresa za 3D-tiskanje</w:t>
      </w:r>
    </w:p>
    <w:p w:rsidR="004611C8" w:rsidRDefault="004611C8" w:rsidP="004611C8">
      <w:r>
        <w:t>070577</w:t>
      </w:r>
      <w:r>
        <w:tab/>
        <w:t>Stroji za oranje za kmetijske namene</w:t>
      </w:r>
    </w:p>
    <w:p w:rsidR="004611C8" w:rsidRDefault="004611C8" w:rsidP="004611C8">
      <w:r>
        <w:t>070578</w:t>
      </w:r>
      <w:r>
        <w:tab/>
        <w:t>Spiralni rezalniki za zelenjavo, električni</w:t>
      </w:r>
    </w:p>
    <w:p w:rsidR="004611C8" w:rsidRDefault="004611C8" w:rsidP="004611C8">
      <w:r>
        <w:t>070579</w:t>
      </w:r>
      <w:r>
        <w:tab/>
        <w:t>Črpalke za točenje vodika za bencinske servise</w:t>
      </w:r>
    </w:p>
    <w:p w:rsidR="004611C8" w:rsidRDefault="004611C8" w:rsidP="004611C8">
      <w:r>
        <w:t>070580</w:t>
      </w:r>
      <w:r>
        <w:tab/>
        <w:t>Industrijski stroji za brizgalno tiskanje</w:t>
      </w:r>
    </w:p>
    <w:p w:rsidR="004611C8" w:rsidRPr="003834FA" w:rsidRDefault="004611C8" w:rsidP="004611C8">
      <w:pPr>
        <w:rPr>
          <w:lang w:val="fr-FR"/>
        </w:rPr>
      </w:pPr>
      <w:r>
        <w:t>070581</w:t>
      </w:r>
      <w:r>
        <w:tab/>
      </w:r>
      <w:r w:rsidRPr="003834FA">
        <w:rPr>
          <w:lang w:val="fr-FR"/>
        </w:rPr>
        <w:t>Električne parne metle za čiščenje tal</w:t>
      </w:r>
    </w:p>
    <w:p w:rsidR="004611C8" w:rsidRDefault="004611C8" w:rsidP="004611C8">
      <w:r>
        <w:t>070582</w:t>
      </w:r>
      <w:r>
        <w:tab/>
        <w:t>Robotski eksoskeleti, razen za medicinske namene</w:t>
      </w:r>
    </w:p>
    <w:p w:rsidR="004611C8" w:rsidRDefault="004611C8" w:rsidP="004611C8">
      <w:r>
        <w:t>070583</w:t>
      </w:r>
      <w:r>
        <w:tab/>
        <w:t>Mobilni žerjavi</w:t>
      </w:r>
    </w:p>
    <w:p w:rsidR="004611C8" w:rsidRDefault="004611C8" w:rsidP="004611C8">
      <w:r>
        <w:t>070584</w:t>
      </w:r>
      <w:r>
        <w:tab/>
        <w:t>Plavajoče proizvodne, skladiščne in pretovorne enote [FPSO]</w:t>
      </w:r>
    </w:p>
    <w:p w:rsidR="004611C8" w:rsidRDefault="004611C8" w:rsidP="004611C8">
      <w:r>
        <w:t>070585</w:t>
      </w:r>
      <w:r>
        <w:tab/>
        <w:t>Električne naprave za rezanje sira</w:t>
      </w:r>
    </w:p>
    <w:p w:rsidR="004611C8" w:rsidRDefault="004611C8" w:rsidP="004611C8">
      <w:r>
        <w:t>070586</w:t>
      </w:r>
      <w:r>
        <w:tab/>
        <w:t>Električni lupilniki zelenjave</w:t>
      </w:r>
    </w:p>
    <w:p w:rsidR="004611C8" w:rsidRDefault="004611C8" w:rsidP="004611C8">
      <w:r>
        <w:t>070587</w:t>
      </w:r>
      <w:r>
        <w:tab/>
        <w:t>Dvigala za žita</w:t>
      </w:r>
    </w:p>
    <w:p w:rsidR="004611C8" w:rsidRDefault="004611C8" w:rsidP="004611C8">
      <w:r>
        <w:t>070588</w:t>
      </w:r>
      <w:r>
        <w:tab/>
        <w:t>Stroji za pranje perila s funkcijo sušenja</w:t>
      </w:r>
    </w:p>
    <w:p w:rsidR="004611C8" w:rsidRPr="003834FA" w:rsidRDefault="004611C8" w:rsidP="004611C8">
      <w:pPr>
        <w:rPr>
          <w:lang w:val="fr-FR"/>
        </w:rPr>
      </w:pPr>
      <w:r>
        <w:t>070589</w:t>
      </w:r>
      <w:r>
        <w:tab/>
      </w:r>
      <w:r w:rsidRPr="003834FA">
        <w:rPr>
          <w:lang w:val="fr-FR"/>
        </w:rPr>
        <w:t>Prenosne ultrazvočne naprave za pranje perila</w:t>
      </w:r>
    </w:p>
    <w:p w:rsidR="004611C8" w:rsidRDefault="004611C8" w:rsidP="004611C8">
      <w:r>
        <w:t>070591</w:t>
      </w:r>
      <w:r>
        <w:tab/>
        <w:t>Stroji za proizvodnjo plina z elektrolizo</w:t>
      </w:r>
    </w:p>
    <w:p w:rsidR="004611C8" w:rsidRDefault="004611C8" w:rsidP="004611C8">
      <w:r>
        <w:t>070592</w:t>
      </w:r>
      <w:r>
        <w:tab/>
        <w:t>Brezstični stacionarni sesalniki</w:t>
      </w:r>
    </w:p>
    <w:p w:rsidR="004611C8" w:rsidRDefault="004611C8" w:rsidP="004611C8">
      <w:r>
        <w:t>070593</w:t>
      </w:r>
      <w:r>
        <w:tab/>
        <w:t>Bioreaktorji za uporabo v proizvodnji biofarmacevtskih proizvodov</w:t>
      </w:r>
    </w:p>
    <w:p w:rsidR="004611C8" w:rsidRDefault="004611C8" w:rsidP="004611C8">
      <w:r>
        <w:t>070594</w:t>
      </w:r>
      <w:r>
        <w:tab/>
        <w:t>Pnevmatski ali hidravlični linerani aktuatorji, razen za kopenska vozila</w:t>
      </w:r>
    </w:p>
    <w:p w:rsidR="004611C8" w:rsidRDefault="004611C8" w:rsidP="004611C8">
      <w:r>
        <w:t>070595</w:t>
      </w:r>
      <w:r>
        <w:tab/>
        <w:t>Stroji za nanašanje apreture</w:t>
      </w:r>
    </w:p>
    <w:p w:rsidR="004611C8" w:rsidRDefault="004611C8" w:rsidP="004611C8">
      <w:r>
        <w:t>070596</w:t>
      </w:r>
      <w:r>
        <w:tab/>
        <w:t>3D biotiskalniki</w:t>
      </w:r>
    </w:p>
    <w:p w:rsidR="004611C8" w:rsidRDefault="004611C8" w:rsidP="004611C8">
      <w:r>
        <w:lastRenderedPageBreak/>
        <w:t>070597</w:t>
      </w:r>
      <w:r>
        <w:tab/>
        <w:t>Prenosni stroji za lasersko graviranje</w:t>
      </w:r>
    </w:p>
    <w:p w:rsidR="004611C8" w:rsidRDefault="004611C8" w:rsidP="004611C8">
      <w:r>
        <w:t>070598</w:t>
      </w:r>
      <w:r>
        <w:tab/>
        <w:t>Gospodinjski roboti za čiščenje in pranje z umetno inteligenco</w:t>
      </w:r>
    </w:p>
    <w:p w:rsidR="004611C8" w:rsidRDefault="004611C8" w:rsidP="004611C8">
      <w:r>
        <w:t>070599</w:t>
      </w:r>
      <w:r>
        <w:tab/>
        <w:t>Prodajni avtomati vstopnic</w:t>
      </w:r>
    </w:p>
    <w:p w:rsidR="004611C8" w:rsidRDefault="004611C8" w:rsidP="004611C8">
      <w:r>
        <w:t>070600</w:t>
      </w:r>
      <w:r>
        <w:tab/>
        <w:t>Stroji za doziranje tekočin za industrijsko uporabo</w:t>
      </w:r>
    </w:p>
    <w:p w:rsidR="004611C8" w:rsidRDefault="004611C8" w:rsidP="004611C8">
      <w:r>
        <w:t>070602</w:t>
      </w:r>
      <w:r>
        <w:tab/>
        <w:t>Igle za pletilne stroje</w:t>
      </w:r>
    </w:p>
    <w:p w:rsidR="004611C8" w:rsidRDefault="004611C8" w:rsidP="004611C8">
      <w:r>
        <w:t>070603</w:t>
      </w:r>
      <w:r>
        <w:tab/>
        <w:t>Šivanke za šivalne stroje</w:t>
      </w:r>
    </w:p>
    <w:p w:rsidR="004611C8" w:rsidRDefault="004611C8" w:rsidP="004611C8">
      <w:r>
        <w:t>070604</w:t>
      </w:r>
      <w:r>
        <w:tab/>
        <w:t>Igle za stroje za česanje volne</w:t>
      </w:r>
    </w:p>
    <w:p w:rsidR="004611C8" w:rsidRDefault="004611C8" w:rsidP="004611C8">
      <w:r>
        <w:t>070605</w:t>
      </w:r>
      <w:r>
        <w:tab/>
        <w:t>Stroji za nakladanje peči</w:t>
      </w:r>
    </w:p>
    <w:p w:rsidR="004611C8" w:rsidRDefault="004611C8" w:rsidP="004611C8">
      <w:r>
        <w:t>070606</w:t>
      </w:r>
      <w:r>
        <w:tab/>
        <w:t>Zobniki zaganjalnika</w:t>
      </w:r>
    </w:p>
    <w:p w:rsidR="004611C8" w:rsidRDefault="004611C8" w:rsidP="004611C8">
      <w:r>
        <w:t>070607</w:t>
      </w:r>
      <w:r>
        <w:tab/>
        <w:t>Stroji za proizvodnjo polprevodnikov</w:t>
      </w:r>
    </w:p>
    <w:p w:rsidR="004611C8" w:rsidRDefault="004611C8" w:rsidP="004611C8">
      <w:r>
        <w:t>070608</w:t>
      </w:r>
      <w:r>
        <w:tab/>
        <w:t>Aparati za osvetljevanje polprevodnikov za uporabo v proizvodnji</w:t>
      </w:r>
    </w:p>
    <w:p w:rsidR="004611C8" w:rsidRDefault="004611C8" w:rsidP="004611C8">
      <w:r>
        <w:t>070609</w:t>
      </w:r>
      <w:r>
        <w:tab/>
        <w:t>Stroji za izdelavo sojine omake</w:t>
      </w:r>
    </w:p>
    <w:p w:rsidR="004611C8" w:rsidRDefault="004611C8" w:rsidP="004611C8">
      <w:r>
        <w:t>070610</w:t>
      </w:r>
      <w:r>
        <w:tab/>
        <w:t>Stroji za izdelavo misa</w:t>
      </w:r>
    </w:p>
    <w:p w:rsidR="004611C8" w:rsidRDefault="004611C8" w:rsidP="004611C8">
      <w:r>
        <w:t>070611</w:t>
      </w:r>
      <w:r>
        <w:tab/>
        <w:t>Robotske roke za pripravo pijač</w:t>
      </w:r>
    </w:p>
    <w:p w:rsidR="004611C8" w:rsidRDefault="004611C8" w:rsidP="004611C8">
      <w:r>
        <w:t>070612</w:t>
      </w:r>
      <w:r>
        <w:tab/>
        <w:t>Pištole za peskanje</w:t>
      </w:r>
    </w:p>
    <w:p w:rsidR="004611C8" w:rsidRDefault="004611C8" w:rsidP="004611C8">
      <w:r>
        <w:t>070613</w:t>
      </w:r>
      <w:r>
        <w:tab/>
        <w:t>Mostovi za vkrcavanje potnikov, elektromehanski</w:t>
      </w:r>
    </w:p>
    <w:p w:rsidR="004611C8" w:rsidRDefault="004611C8" w:rsidP="004611C8">
      <w:r>
        <w:t>070614</w:t>
      </w:r>
      <w:r>
        <w:tab/>
        <w:t>Samodejni menjalniki orodij za industrijske robote</w:t>
      </w:r>
    </w:p>
    <w:p w:rsidR="004611C8" w:rsidRDefault="004611C8" w:rsidP="004611C8">
      <w:r>
        <w:t>070615</w:t>
      </w:r>
      <w:r>
        <w:tab/>
        <w:t>Stroji za elektroerozijo [EDM]</w:t>
      </w:r>
    </w:p>
    <w:p w:rsidR="004611C8" w:rsidRDefault="004611C8" w:rsidP="004611C8">
      <w:r>
        <w:t>070617</w:t>
      </w:r>
      <w:r>
        <w:tab/>
        <w:t>Mehanska dvigala za nalaganje vozil v višino</w:t>
      </w:r>
    </w:p>
    <w:p w:rsidR="004611C8" w:rsidRDefault="004611C8" w:rsidP="004611C8">
      <w:r>
        <w:t>070618</w:t>
      </w:r>
      <w:r>
        <w:tab/>
        <w:t>Turbopolnilniki za motorje</w:t>
      </w:r>
    </w:p>
    <w:p w:rsidR="004611C8" w:rsidRDefault="004611C8" w:rsidP="004611C8">
      <w:r>
        <w:t>070620</w:t>
      </w:r>
      <w:r>
        <w:tab/>
        <w:t>Stroji za razkoščičevanje sadja</w:t>
      </w:r>
    </w:p>
    <w:p w:rsidR="004611C8" w:rsidRDefault="004611C8" w:rsidP="004611C8">
      <w:r>
        <w:t>070621</w:t>
      </w:r>
      <w:r>
        <w:tab/>
        <w:t>Mehanska tesnila [strojni deli]</w:t>
      </w:r>
    </w:p>
    <w:p w:rsidR="004611C8" w:rsidRDefault="004611C8" w:rsidP="004611C8">
      <w:r>
        <w:t>070622</w:t>
      </w:r>
      <w:r>
        <w:tab/>
        <w:t>Izvenkrmni motorji</w:t>
      </w:r>
    </w:p>
    <w:p w:rsidR="004611C8" w:rsidRDefault="004611C8" w:rsidP="004611C8">
      <w:r>
        <w:t>070623</w:t>
      </w:r>
      <w:r>
        <w:tab/>
        <w:t>Obloge za sklopke, razen za kopenska vozila</w:t>
      </w:r>
    </w:p>
    <w:p w:rsidR="004611C8" w:rsidRDefault="004611C8" w:rsidP="004611C8">
      <w:r>
        <w:t>070624</w:t>
      </w:r>
      <w:r>
        <w:tab/>
        <w:t>Kemijski reaktorji za uporabo v proizvodnji</w:t>
      </w:r>
    </w:p>
    <w:p w:rsidR="004611C8" w:rsidRDefault="004611C8" w:rsidP="004611C8">
      <w:r>
        <w:t>070625</w:t>
      </w:r>
      <w:r>
        <w:tab/>
        <w:t>Električni aprati za vakuumsko pakiranje živil za gospodinjske namene</w:t>
      </w:r>
    </w:p>
    <w:p w:rsidR="004611C8" w:rsidRDefault="004611C8" w:rsidP="004611C8">
      <w:r>
        <w:t>070626</w:t>
      </w:r>
      <w:r>
        <w:tab/>
        <w:t>Robotski čistilniki za okna</w:t>
      </w:r>
    </w:p>
    <w:p w:rsidR="004611C8" w:rsidRDefault="004611C8" w:rsidP="004611C8">
      <w:r>
        <w:t>070627</w:t>
      </w:r>
      <w:r>
        <w:tab/>
        <w:t>Kmetijski roboti za žetev</w:t>
      </w:r>
    </w:p>
    <w:p w:rsidR="004C5352" w:rsidRDefault="004C5352">
      <w:pPr>
        <w:pStyle w:val="Naslov1"/>
        <w:sectPr w:rsidR="004C5352" w:rsidSect="00E00425">
          <w:type w:val="continuous"/>
          <w:pgSz w:w="11907" w:h="16840" w:code="9"/>
          <w:pgMar w:top="1418" w:right="1418" w:bottom="1418" w:left="1418" w:header="720" w:footer="720" w:gutter="0"/>
          <w:cols w:num="2" w:space="720"/>
          <w:docGrid w:linePitch="360"/>
        </w:sectPr>
      </w:pPr>
    </w:p>
    <w:p w:rsidR="009A524C" w:rsidRPr="003835D5" w:rsidRDefault="009A524C" w:rsidP="00E00425">
      <w:pPr>
        <w:pStyle w:val="Naslov1"/>
        <w:rPr>
          <w:lang w:val="sl-SI" w:eastAsia="sl-SI"/>
        </w:rPr>
      </w:pPr>
      <w:r w:rsidRPr="003835D5">
        <w:rPr>
          <w:lang w:val="sl-SI" w:eastAsia="sl-SI"/>
        </w:rPr>
        <w:t xml:space="preserve">Razred 8 </w:t>
      </w:r>
    </w:p>
    <w:p w:rsidR="009A524C" w:rsidRPr="003835D5" w:rsidRDefault="009A524C" w:rsidP="00DF5041">
      <w:pPr>
        <w:pStyle w:val="Naslov2"/>
        <w:rPr>
          <w:lang w:val="sl-SI" w:eastAsia="sl-SI"/>
        </w:rPr>
      </w:pPr>
      <w:r w:rsidRPr="003835D5">
        <w:rPr>
          <w:lang w:val="sl-SI" w:eastAsia="sl-SI"/>
        </w:rPr>
        <w:t>Ročno upravljano ročno orodje in pripomočki; jedilni pribor; bočno orožje; brivniki.</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DF5041" w:rsidRPr="00D85EAF" w:rsidTr="00DF5041">
        <w:trPr>
          <w:trHeight w:val="143"/>
          <w:tblHeader/>
        </w:trPr>
        <w:tc>
          <w:tcPr>
            <w:tcW w:w="9493" w:type="dxa"/>
            <w:gridSpan w:val="2"/>
            <w:shd w:val="clear" w:color="auto" w:fill="F2F2F2" w:themeFill="background1" w:themeFillShade="F2"/>
            <w:vAlign w:val="center"/>
          </w:tcPr>
          <w:p w:rsidR="00DF5041" w:rsidRPr="00A656D9" w:rsidRDefault="00DF5041" w:rsidP="00DF5041">
            <w:pPr>
              <w:pStyle w:val="opomba"/>
              <w:rPr>
                <w:b/>
              </w:rPr>
            </w:pPr>
            <w:r w:rsidRPr="00A656D9">
              <w:rPr>
                <w:b/>
              </w:rPr>
              <w:t xml:space="preserve">RAZRED </w:t>
            </w:r>
            <w:r w:rsidR="007D1D0C" w:rsidRPr="00A656D9">
              <w:rPr>
                <w:b/>
              </w:rPr>
              <w:t>8</w:t>
            </w:r>
            <w:r w:rsidRPr="00A656D9">
              <w:rPr>
                <w:b/>
              </w:rPr>
              <w:t xml:space="preserve"> - pojasnjevalne opombe</w:t>
            </w:r>
          </w:p>
        </w:tc>
      </w:tr>
      <w:tr w:rsidR="00DF5041" w:rsidRPr="00D85EAF" w:rsidTr="00DF5041">
        <w:trPr>
          <w:trHeight w:val="390"/>
        </w:trPr>
        <w:tc>
          <w:tcPr>
            <w:tcW w:w="9493" w:type="dxa"/>
            <w:gridSpan w:val="2"/>
            <w:shd w:val="clear" w:color="auto" w:fill="F2F2F2" w:themeFill="background1" w:themeFillShade="F2"/>
            <w:vAlign w:val="center"/>
          </w:tcPr>
          <w:p w:rsidR="00DF5041" w:rsidRPr="00993A45" w:rsidRDefault="007D1D0C" w:rsidP="00DF5041">
            <w:pPr>
              <w:pStyle w:val="opomba"/>
            </w:pPr>
            <w:r w:rsidRPr="00BD49AB">
              <w:t>Razred 8 vključuje predvsem ročno upravljane priprave, ki se uporabljajo kot orodja v posameznih poklicih.</w:t>
            </w:r>
          </w:p>
        </w:tc>
      </w:tr>
      <w:tr w:rsidR="00DF5041" w:rsidRPr="00D85EAF" w:rsidTr="00DF5041">
        <w:trPr>
          <w:trHeight w:val="3742"/>
        </w:trPr>
        <w:tc>
          <w:tcPr>
            <w:tcW w:w="4746" w:type="dxa"/>
            <w:shd w:val="clear" w:color="auto" w:fill="F2F2F2" w:themeFill="background1" w:themeFillShade="F2"/>
          </w:tcPr>
          <w:p w:rsidR="00DF5041" w:rsidRPr="00993A45" w:rsidRDefault="00DF5041" w:rsidP="00DF5041">
            <w:pPr>
              <w:pStyle w:val="opomba"/>
            </w:pPr>
            <w:r w:rsidRPr="00D85EAF">
              <w:t>V ta razred so vključeni zlasti:</w:t>
            </w:r>
          </w:p>
          <w:p w:rsidR="007D1D0C" w:rsidRPr="00BD49AB" w:rsidRDefault="007D1D0C" w:rsidP="008C16D9">
            <w:pPr>
              <w:pStyle w:val="opombapika"/>
            </w:pPr>
            <w:r w:rsidRPr="00BD49AB">
              <w:t>ročno orodje za kmetijstvo, vrtnarjenje in urejanje krajine</w:t>
            </w:r>
          </w:p>
          <w:p w:rsidR="007D1D0C" w:rsidRPr="00BD49AB" w:rsidRDefault="007D1D0C" w:rsidP="008C16D9">
            <w:pPr>
              <w:pStyle w:val="opombapika"/>
            </w:pPr>
            <w:r w:rsidRPr="00BD49AB">
              <w:t>ročno orodje za mizarje, umetnike in druge rokodelce, na primer kladiva, dleta in rezila</w:t>
            </w:r>
          </w:p>
          <w:p w:rsidR="007D1D0C" w:rsidRPr="00BD49AB" w:rsidRDefault="007D1D0C" w:rsidP="008C16D9">
            <w:pPr>
              <w:pStyle w:val="opombapika"/>
            </w:pPr>
            <w:r w:rsidRPr="00BD49AB">
              <w:t>ročaji za ročno orodje, kot so noži in kose</w:t>
            </w:r>
          </w:p>
          <w:p w:rsidR="007D1D0C" w:rsidRPr="00BD49AB" w:rsidRDefault="007D1D0C" w:rsidP="008C16D9">
            <w:pPr>
              <w:pStyle w:val="opombapika"/>
            </w:pPr>
            <w:r w:rsidRPr="00BD49AB">
              <w:t>električni in neelektrični ročni pripomočki za osebno nego in body art, na primer britvice, pripomočki za kodranje las, tetoviranje ter za manikuro in pedikuro</w:t>
            </w:r>
          </w:p>
          <w:p w:rsidR="007D1D0C" w:rsidRPr="00BD49AB" w:rsidRDefault="007D1D0C" w:rsidP="008C16D9">
            <w:pPr>
              <w:pStyle w:val="opombapika"/>
            </w:pPr>
            <w:r w:rsidRPr="00BD49AB">
              <w:t>ročne črpalke</w:t>
            </w:r>
          </w:p>
          <w:p w:rsidR="00DF5041" w:rsidRPr="00993A45" w:rsidRDefault="007D1D0C" w:rsidP="008C16D9">
            <w:pPr>
              <w:pStyle w:val="opombapika"/>
            </w:pPr>
            <w:r w:rsidRPr="00BD49AB">
              <w:t>namizni pribor, kot so noži, vilice in žlice, vključno s tistimi iz plemenitih kovin</w:t>
            </w:r>
          </w:p>
        </w:tc>
        <w:tc>
          <w:tcPr>
            <w:tcW w:w="4747" w:type="dxa"/>
            <w:shd w:val="clear" w:color="auto" w:fill="F2F2F2" w:themeFill="background1" w:themeFillShade="F2"/>
          </w:tcPr>
          <w:p w:rsidR="00DF5041" w:rsidRPr="00993A45" w:rsidRDefault="00DF5041" w:rsidP="00DF5041">
            <w:pPr>
              <w:pStyle w:val="opomba"/>
            </w:pPr>
            <w:r w:rsidRPr="00D85EAF">
              <w:t>V ta razred niso vključeni zlasti:</w:t>
            </w:r>
          </w:p>
          <w:p w:rsidR="007D1D0C" w:rsidRPr="00BD49AB" w:rsidRDefault="007D1D0C" w:rsidP="008C16D9">
            <w:pPr>
              <w:pStyle w:val="opombapika"/>
            </w:pPr>
            <w:r w:rsidRPr="00BD49AB">
              <w:t>strojna orodja in pripomočki na motorni pogon (razred 7)</w:t>
            </w:r>
          </w:p>
          <w:p w:rsidR="007D1D0C" w:rsidRPr="00BD49AB" w:rsidRDefault="007D1D0C" w:rsidP="008C16D9">
            <w:pPr>
              <w:pStyle w:val="opombapika"/>
            </w:pPr>
            <w:r w:rsidRPr="00BD49AB">
              <w:t>kirurški pribor (razred 10);</w:t>
            </w:r>
          </w:p>
          <w:p w:rsidR="007D1D0C" w:rsidRPr="00BD49AB" w:rsidRDefault="007D1D0C" w:rsidP="008C16D9">
            <w:pPr>
              <w:pStyle w:val="opombapika"/>
            </w:pPr>
            <w:r w:rsidRPr="00BD49AB">
              <w:t>tlačilke za kolesarske pnevmatike (razred 12), tlačilke posebej prilagojene za uporabo z žogami za igre (razred 28)</w:t>
            </w:r>
          </w:p>
          <w:p w:rsidR="007D1D0C" w:rsidRPr="00BD49AB" w:rsidRDefault="007D1D0C" w:rsidP="008C16D9">
            <w:pPr>
              <w:pStyle w:val="opombapika"/>
            </w:pPr>
            <w:r w:rsidRPr="00BD49AB">
              <w:t>bočno orožje, ki je strelno orožje (razred 13);</w:t>
            </w:r>
          </w:p>
          <w:p w:rsidR="007D1D0C" w:rsidRPr="00BD49AB" w:rsidRDefault="007D1D0C" w:rsidP="008C16D9">
            <w:pPr>
              <w:pStyle w:val="opombapika"/>
            </w:pPr>
            <w:r w:rsidRPr="00BD49AB">
              <w:t>noži za papir, drobilniki papirja za pisarniško uporabo (razred 16)</w:t>
            </w:r>
          </w:p>
          <w:p w:rsidR="007D1D0C" w:rsidRPr="00BD49AB" w:rsidRDefault="007D1D0C" w:rsidP="008C16D9">
            <w:pPr>
              <w:pStyle w:val="opombapika"/>
            </w:pPr>
            <w:r w:rsidRPr="00BD49AB">
              <w:t>ročaji za predmete, ki se glede na njihovo funkcijo ali namen uvrščajo v različne razrede, na primer ročaji za sprehajalne palice, ročaji za dežnike (razred 18), ročaji za metle (razred 21)</w:t>
            </w:r>
          </w:p>
          <w:p w:rsidR="007D1D0C" w:rsidRPr="00BD49AB" w:rsidRDefault="007D1D0C" w:rsidP="008C16D9">
            <w:pPr>
              <w:pStyle w:val="opombapika"/>
            </w:pPr>
            <w:r w:rsidRPr="00BD49AB">
              <w:t>pribor za serviranje, na primer prijemalke za sladkor, prijemalke za led, servirne zajemalke za pite in kuhinjske pripomočke, na primer žlice za mešanje, tolkači in možnarje, lopalke za orehe in lopatice (razred 21)</w:t>
            </w:r>
          </w:p>
          <w:p w:rsidR="00DF5041" w:rsidRPr="00993A45" w:rsidRDefault="007D1D0C" w:rsidP="008C16D9">
            <w:pPr>
              <w:pStyle w:val="opombapika"/>
            </w:pPr>
            <w:r w:rsidRPr="00BD49AB">
              <w:t>orožje za sabljanje (razred 28)</w:t>
            </w:r>
          </w:p>
        </w:tc>
      </w:tr>
    </w:tbl>
    <w:p w:rsidR="00F875A9" w:rsidRDefault="00F875A9" w:rsidP="007D1D0C">
      <w:pPr>
        <w:spacing w:before="360"/>
        <w:ind w:left="0" w:firstLine="0"/>
      </w:pPr>
    </w:p>
    <w:p w:rsidR="009A524C" w:rsidRDefault="009A524C">
      <w:pPr>
        <w:sectPr w:rsidR="009A524C" w:rsidSect="00E00425">
          <w:type w:val="continuous"/>
          <w:pgSz w:w="11907" w:h="16840" w:code="9"/>
          <w:pgMar w:top="1418" w:right="1418" w:bottom="1418" w:left="1418" w:header="720" w:footer="720" w:gutter="0"/>
          <w:cols w:space="720"/>
          <w:docGrid w:linePitch="360"/>
        </w:sectPr>
      </w:pPr>
    </w:p>
    <w:p w:rsidR="004611C8" w:rsidRDefault="004611C8" w:rsidP="004611C8">
      <w:r>
        <w:t>080002</w:t>
      </w:r>
      <w:r>
        <w:tab/>
        <w:t>Abrazivna orodja na ročno upravljanje</w:t>
      </w:r>
    </w:p>
    <w:p w:rsidR="004611C8" w:rsidRDefault="004611C8" w:rsidP="004611C8">
      <w:r>
        <w:t>080003</w:t>
      </w:r>
      <w:r>
        <w:tab/>
        <w:t>Brusni kamni</w:t>
      </w:r>
    </w:p>
    <w:p w:rsidR="004611C8" w:rsidRDefault="004611C8" w:rsidP="004611C8">
      <w:r>
        <w:t>080005</w:t>
      </w:r>
      <w:r>
        <w:tab/>
        <w:t>Pile za igle</w:t>
      </w:r>
    </w:p>
    <w:p w:rsidR="004611C8" w:rsidRDefault="004611C8" w:rsidP="004611C8">
      <w:r>
        <w:t>080006</w:t>
      </w:r>
      <w:r>
        <w:tab/>
        <w:t>Usnjeni jermeni za brušenje</w:t>
      </w:r>
    </w:p>
    <w:p w:rsidR="004611C8" w:rsidRDefault="004611C8" w:rsidP="004611C8">
      <w:r>
        <w:t>080008</w:t>
      </w:r>
      <w:r>
        <w:tab/>
        <w:t>Šila</w:t>
      </w:r>
    </w:p>
    <w:p w:rsidR="004611C8" w:rsidRDefault="004611C8" w:rsidP="004611C8">
      <w:r>
        <w:t>080009</w:t>
      </w:r>
      <w:r>
        <w:tab/>
        <w:t>Rezila [ročno orodje]</w:t>
      </w:r>
    </w:p>
    <w:p w:rsidR="004611C8" w:rsidRDefault="004611C8" w:rsidP="004611C8">
      <w:r>
        <w:t>080010</w:t>
      </w:r>
      <w:r>
        <w:tab/>
        <w:t>Povrtala</w:t>
      </w:r>
    </w:p>
    <w:p w:rsidR="004611C8" w:rsidRDefault="004611C8" w:rsidP="004611C8">
      <w:r>
        <w:t>080011</w:t>
      </w:r>
      <w:r>
        <w:tab/>
        <w:t>Objemke za povrtala</w:t>
      </w:r>
    </w:p>
    <w:p w:rsidR="004611C8" w:rsidRDefault="004611C8" w:rsidP="004611C8">
      <w:r>
        <w:t>080012</w:t>
      </w:r>
      <w:r>
        <w:tab/>
        <w:t>Podaljški za navojne svedre</w:t>
      </w:r>
    </w:p>
    <w:p w:rsidR="004611C8" w:rsidRDefault="004611C8" w:rsidP="004611C8">
      <w:r>
        <w:t>080013</w:t>
      </w:r>
      <w:r>
        <w:tab/>
        <w:t>Lopatke za mešanje barv</w:t>
      </w:r>
    </w:p>
    <w:p w:rsidR="004611C8" w:rsidRDefault="004611C8" w:rsidP="004611C8">
      <w:r>
        <w:t>080014</w:t>
      </w:r>
      <w:r>
        <w:tab/>
        <w:t>Lopatice [ročno orodje]</w:t>
      </w:r>
    </w:p>
    <w:p w:rsidR="004611C8" w:rsidRDefault="004611C8" w:rsidP="004611C8">
      <w:r>
        <w:t>080016</w:t>
      </w:r>
      <w:r>
        <w:tab/>
        <w:t>Nastavki [deli ročnega orodja]</w:t>
      </w:r>
    </w:p>
    <w:p w:rsidR="004611C8" w:rsidRDefault="004611C8" w:rsidP="004611C8">
      <w:r>
        <w:t>080017</w:t>
      </w:r>
      <w:r>
        <w:tab/>
        <w:t>Kotniki [ročno orodje]</w:t>
      </w:r>
    </w:p>
    <w:p w:rsidR="004611C8" w:rsidRDefault="004611C8" w:rsidP="004611C8">
      <w:r>
        <w:t>080019</w:t>
      </w:r>
      <w:r>
        <w:tab/>
        <w:t>Instrumenti in orodje za odiranje živali</w:t>
      </w:r>
    </w:p>
    <w:p w:rsidR="004611C8" w:rsidRDefault="004611C8" w:rsidP="004611C8">
      <w:r>
        <w:t>080020</w:t>
      </w:r>
      <w:r>
        <w:tab/>
        <w:t>Navojne čeljusti</w:t>
      </w:r>
    </w:p>
    <w:p w:rsidR="004611C8" w:rsidRDefault="004611C8" w:rsidP="004611C8">
      <w:r>
        <w:t>080021</w:t>
      </w:r>
      <w:r>
        <w:tab/>
        <w:t>Ločne žage</w:t>
      </w:r>
    </w:p>
    <w:p w:rsidR="004611C8" w:rsidRDefault="004611C8" w:rsidP="004611C8">
      <w:r>
        <w:t>080022</w:t>
      </w:r>
      <w:r>
        <w:tab/>
        <w:t>Hladno orožje</w:t>
      </w:r>
    </w:p>
    <w:p w:rsidR="004611C8" w:rsidRDefault="004611C8" w:rsidP="004611C8">
      <w:r>
        <w:t>080024</w:t>
      </w:r>
      <w:r>
        <w:tab/>
        <w:t>Ročne dvigalke</w:t>
      </w:r>
    </w:p>
    <w:p w:rsidR="004611C8" w:rsidRDefault="004611C8" w:rsidP="004611C8">
      <w:r>
        <w:t>080025</w:t>
      </w:r>
      <w:r>
        <w:tab/>
        <w:t>Bajoneti</w:t>
      </w:r>
    </w:p>
    <w:p w:rsidR="004611C8" w:rsidRDefault="004611C8" w:rsidP="004611C8">
      <w:r>
        <w:t>080026</w:t>
      </w:r>
      <w:r>
        <w:tab/>
        <w:t>Aparati za striženje brade</w:t>
      </w:r>
    </w:p>
    <w:p w:rsidR="004611C8" w:rsidRPr="003834FA" w:rsidRDefault="004611C8" w:rsidP="004611C8">
      <w:pPr>
        <w:rPr>
          <w:lang w:val="fr-FR"/>
        </w:rPr>
      </w:pPr>
      <w:r>
        <w:t>080028</w:t>
      </w:r>
      <w:r>
        <w:tab/>
      </w:r>
      <w:r w:rsidRPr="003834FA">
        <w:rPr>
          <w:lang w:val="fr-FR"/>
        </w:rPr>
        <w:t>Vrtalna orodja na ročni pogon</w:t>
      </w:r>
    </w:p>
    <w:p w:rsidR="004611C8" w:rsidRDefault="004611C8" w:rsidP="004611C8">
      <w:r>
        <w:t>080029</w:t>
      </w:r>
      <w:r>
        <w:tab/>
        <w:t>Ozka dleta (dolbila)</w:t>
      </w:r>
    </w:p>
    <w:p w:rsidR="004611C8" w:rsidRDefault="004611C8" w:rsidP="004611C8">
      <w:r>
        <w:t>080033</w:t>
      </w:r>
      <w:r>
        <w:tab/>
        <w:t>Škarje za živino</w:t>
      </w:r>
    </w:p>
    <w:p w:rsidR="004611C8" w:rsidRDefault="004611C8" w:rsidP="004611C8">
      <w:r>
        <w:t>080034</w:t>
      </w:r>
      <w:r>
        <w:tab/>
        <w:t>Parklji za puljenje žebljev</w:t>
      </w:r>
    </w:p>
    <w:p w:rsidR="004611C8" w:rsidRDefault="004611C8" w:rsidP="004611C8">
      <w:r>
        <w:t>080038</w:t>
      </w:r>
      <w:r>
        <w:tab/>
        <w:t>Kladiva za zakovice [ročno orodje]</w:t>
      </w:r>
    </w:p>
    <w:p w:rsidR="004611C8" w:rsidRDefault="004611C8" w:rsidP="004611C8">
      <w:r>
        <w:t>080039</w:t>
      </w:r>
      <w:r>
        <w:tab/>
        <w:t>Ročne rašpe</w:t>
      </w:r>
    </w:p>
    <w:p w:rsidR="004611C8" w:rsidRDefault="004611C8" w:rsidP="004611C8">
      <w:r>
        <w:t>080040</w:t>
      </w:r>
      <w:r>
        <w:tab/>
        <w:t>Škarje</w:t>
      </w:r>
    </w:p>
    <w:p w:rsidR="004611C8" w:rsidRDefault="004611C8" w:rsidP="004611C8">
      <w:r>
        <w:t>080042</w:t>
      </w:r>
      <w:r>
        <w:tab/>
        <w:t>Pincete</w:t>
      </w:r>
    </w:p>
    <w:p w:rsidR="004611C8" w:rsidRDefault="004611C8" w:rsidP="004611C8">
      <w:r>
        <w:t>080043</w:t>
      </w:r>
      <w:r>
        <w:tab/>
        <w:t>Ročna orodja za graviranje</w:t>
      </w:r>
    </w:p>
    <w:p w:rsidR="004611C8" w:rsidRDefault="004611C8" w:rsidP="004611C8">
      <w:r>
        <w:t>080044</w:t>
      </w:r>
      <w:r>
        <w:tab/>
        <w:t>Cepini</w:t>
      </w:r>
    </w:p>
    <w:p w:rsidR="004611C8" w:rsidRDefault="004611C8" w:rsidP="004611C8">
      <w:r>
        <w:t>080045</w:t>
      </w:r>
      <w:r>
        <w:tab/>
        <w:t>Tesnilne spone, železne</w:t>
      </w:r>
    </w:p>
    <w:p w:rsidR="004611C8" w:rsidRDefault="004611C8" w:rsidP="004611C8">
      <w:r>
        <w:t>080046</w:t>
      </w:r>
      <w:r>
        <w:tab/>
        <w:t>Žepni nožki</w:t>
      </w:r>
    </w:p>
    <w:p w:rsidR="004611C8" w:rsidRDefault="004611C8" w:rsidP="004611C8">
      <w:r>
        <w:t>080047</w:t>
      </w:r>
      <w:r>
        <w:tab/>
        <w:t>Kamnoseška kladiva</w:t>
      </w:r>
    </w:p>
    <w:p w:rsidR="004611C8" w:rsidRDefault="004611C8" w:rsidP="004611C8">
      <w:r>
        <w:t>080048</w:t>
      </w:r>
      <w:r>
        <w:tab/>
        <w:t>Ročne rezbarske žage</w:t>
      </w:r>
    </w:p>
    <w:p w:rsidR="004611C8" w:rsidRDefault="004611C8" w:rsidP="004611C8">
      <w:r>
        <w:t>080049</w:t>
      </w:r>
      <w:r>
        <w:tab/>
        <w:t>Rezilniki</w:t>
      </w:r>
    </w:p>
    <w:p w:rsidR="004611C8" w:rsidRDefault="004611C8" w:rsidP="004611C8">
      <w:r>
        <w:t>080050</w:t>
      </w:r>
      <w:r>
        <w:tab/>
        <w:t>Zakovna kladiva</w:t>
      </w:r>
    </w:p>
    <w:p w:rsidR="004611C8" w:rsidRDefault="004611C8" w:rsidP="004611C8">
      <w:r>
        <w:t>080051</w:t>
      </w:r>
      <w:r>
        <w:tab/>
        <w:t>Nastavna kladiva (ročno orodje)</w:t>
      </w:r>
    </w:p>
    <w:p w:rsidR="004611C8" w:rsidRDefault="004611C8" w:rsidP="004611C8">
      <w:r>
        <w:t>080052</w:t>
      </w:r>
      <w:r>
        <w:tab/>
        <w:t>Ročno orodje za valjkanje</w:t>
      </w:r>
    </w:p>
    <w:p w:rsidR="004611C8" w:rsidRDefault="004611C8" w:rsidP="004611C8">
      <w:r>
        <w:t>080053</w:t>
      </w:r>
      <w:r>
        <w:tab/>
        <w:t>Lovski noži</w:t>
      </w:r>
    </w:p>
    <w:p w:rsidR="004611C8" w:rsidRDefault="004611C8" w:rsidP="004611C8">
      <w:r>
        <w:t>080054</w:t>
      </w:r>
      <w:r>
        <w:tab/>
        <w:t>Okvirji za ročne žage</w:t>
      </w:r>
    </w:p>
    <w:p w:rsidR="004611C8" w:rsidRDefault="004611C8" w:rsidP="004611C8">
      <w:r>
        <w:t>080055</w:t>
      </w:r>
      <w:r>
        <w:tab/>
        <w:t>Žage [ročno orodje]</w:t>
      </w:r>
    </w:p>
    <w:p w:rsidR="004611C8" w:rsidRDefault="004611C8" w:rsidP="004611C8">
      <w:r>
        <w:t>080056</w:t>
      </w:r>
      <w:r>
        <w:tab/>
        <w:t>Kopita (čevljarska ročna orodja)</w:t>
      </w:r>
    </w:p>
    <w:p w:rsidR="004611C8" w:rsidRDefault="004611C8" w:rsidP="004611C8">
      <w:r>
        <w:t>080058</w:t>
      </w:r>
      <w:r>
        <w:tab/>
        <w:t>Klešče za kodranje las</w:t>
      </w:r>
    </w:p>
    <w:p w:rsidR="004611C8" w:rsidRDefault="004611C8" w:rsidP="004611C8">
      <w:r>
        <w:t>080060</w:t>
      </w:r>
      <w:r>
        <w:tab/>
        <w:t>Velike škarje</w:t>
      </w:r>
    </w:p>
    <w:p w:rsidR="004611C8" w:rsidRDefault="004611C8" w:rsidP="004611C8">
      <w:r>
        <w:t>080061</w:t>
      </w:r>
      <w:r>
        <w:tab/>
        <w:t>Rezila velikih škarij</w:t>
      </w:r>
    </w:p>
    <w:p w:rsidR="004611C8" w:rsidRDefault="004611C8" w:rsidP="004611C8">
      <w:r>
        <w:t>080062</w:t>
      </w:r>
      <w:r>
        <w:tab/>
        <w:t>Ročna orodja za prebijanje</w:t>
      </w:r>
    </w:p>
    <w:p w:rsidR="004611C8" w:rsidRDefault="004611C8" w:rsidP="004611C8">
      <w:r>
        <w:t>080063</w:t>
      </w:r>
      <w:r>
        <w:tab/>
        <w:t>Francozi za vodovodno napeljavo</w:t>
      </w:r>
    </w:p>
    <w:p w:rsidR="004611C8" w:rsidRDefault="004611C8" w:rsidP="004611C8">
      <w:r>
        <w:t>080065</w:t>
      </w:r>
      <w:r>
        <w:tab/>
        <w:t>Zobata kolesa (ročno orodje)</w:t>
      </w:r>
    </w:p>
    <w:p w:rsidR="004611C8" w:rsidRDefault="004611C8" w:rsidP="004611C8">
      <w:r>
        <w:t>080067</w:t>
      </w:r>
      <w:r>
        <w:tab/>
        <w:t>Ročni vrtalniki</w:t>
      </w:r>
    </w:p>
    <w:p w:rsidR="004611C8" w:rsidRDefault="004611C8" w:rsidP="004611C8">
      <w:r>
        <w:t>080068</w:t>
      </w:r>
      <w:r>
        <w:tab/>
        <w:t>Oselniki</w:t>
      </w:r>
    </w:p>
    <w:p w:rsidR="004611C8" w:rsidRDefault="004611C8" w:rsidP="004611C8">
      <w:r>
        <w:t>080069</w:t>
      </w:r>
      <w:r>
        <w:tab/>
        <w:t>Sekire</w:t>
      </w:r>
    </w:p>
    <w:p w:rsidR="004611C8" w:rsidRDefault="004611C8" w:rsidP="004611C8">
      <w:r>
        <w:t>080070</w:t>
      </w:r>
      <w:r>
        <w:tab/>
        <w:t>Namizne vilice</w:t>
      </w:r>
    </w:p>
    <w:p w:rsidR="004611C8" w:rsidRDefault="004611C8" w:rsidP="004611C8">
      <w:r>
        <w:t>080071</w:t>
      </w:r>
      <w:r>
        <w:tab/>
        <w:t>Obliči (skobeljniki)</w:t>
      </w:r>
    </w:p>
    <w:p w:rsidR="004611C8" w:rsidRDefault="004611C8" w:rsidP="004611C8">
      <w:r>
        <w:t>080072</w:t>
      </w:r>
      <w:r>
        <w:tab/>
        <w:t>Ročno orodje za ročno uporabo</w:t>
      </w:r>
    </w:p>
    <w:p w:rsidR="004611C8" w:rsidRDefault="004611C8" w:rsidP="004611C8">
      <w:r>
        <w:t>080074</w:t>
      </w:r>
      <w:r>
        <w:tab/>
        <w:t>Klešče za nohte</w:t>
      </w:r>
    </w:p>
    <w:p w:rsidR="004611C8" w:rsidRDefault="004611C8" w:rsidP="004611C8">
      <w:r>
        <w:t>080075</w:t>
      </w:r>
      <w:r>
        <w:tab/>
        <w:t>Rezalniki cevi [ročna orodja]</w:t>
      </w:r>
    </w:p>
    <w:p w:rsidR="004611C8" w:rsidRDefault="004611C8" w:rsidP="004611C8">
      <w:r>
        <w:t>080077</w:t>
      </w:r>
      <w:r>
        <w:tab/>
        <w:t>Mesarska sekirica</w:t>
      </w:r>
    </w:p>
    <w:p w:rsidR="004611C8" w:rsidRDefault="004611C8" w:rsidP="004611C8">
      <w:r>
        <w:t>080078</w:t>
      </w:r>
      <w:r>
        <w:tab/>
        <w:t>Jedilni pribor</w:t>
      </w:r>
    </w:p>
    <w:p w:rsidR="004611C8" w:rsidRDefault="004611C8" w:rsidP="004611C8">
      <w:r>
        <w:t>080079</w:t>
      </w:r>
      <w:r>
        <w:tab/>
        <w:t>Ročni obiralniki sadja</w:t>
      </w:r>
    </w:p>
    <w:p w:rsidR="004611C8" w:rsidRDefault="004611C8" w:rsidP="004611C8">
      <w:r>
        <w:t>080080</w:t>
      </w:r>
      <w:r>
        <w:tab/>
        <w:t>Žlice</w:t>
      </w:r>
    </w:p>
    <w:p w:rsidR="004611C8" w:rsidRDefault="004611C8" w:rsidP="004611C8">
      <w:r>
        <w:t>080081</w:t>
      </w:r>
      <w:r>
        <w:tab/>
        <w:t>Zidarske žlice [ročno orodje]</w:t>
      </w:r>
    </w:p>
    <w:p w:rsidR="004611C8" w:rsidRDefault="004611C8" w:rsidP="004611C8">
      <w:r>
        <w:t>080082</w:t>
      </w:r>
      <w:r>
        <w:tab/>
        <w:t>Jermeni za brušenje</w:t>
      </w:r>
    </w:p>
    <w:p w:rsidR="004611C8" w:rsidRDefault="004611C8" w:rsidP="004611C8">
      <w:r>
        <w:t>080083</w:t>
      </w:r>
      <w:r>
        <w:tab/>
        <w:t>Utrjevalniki zemljišča [ročno orodje]</w:t>
      </w:r>
    </w:p>
    <w:p w:rsidR="004611C8" w:rsidRDefault="004611C8" w:rsidP="004611C8">
      <w:r>
        <w:t>080085</w:t>
      </w:r>
      <w:r>
        <w:tab/>
        <w:t>Rezkala (ročna orodja)</w:t>
      </w:r>
    </w:p>
    <w:p w:rsidR="004611C8" w:rsidRDefault="004611C8" w:rsidP="004611C8">
      <w:r>
        <w:t>080086</w:t>
      </w:r>
      <w:r>
        <w:tab/>
        <w:t>Lopatica za sajenje</w:t>
      </w:r>
    </w:p>
    <w:p w:rsidR="004611C8" w:rsidRDefault="004611C8" w:rsidP="004611C8">
      <w:r>
        <w:t>080087</w:t>
      </w:r>
      <w:r>
        <w:tab/>
        <w:t>Zidarske lopatice</w:t>
      </w:r>
    </w:p>
    <w:p w:rsidR="004611C8" w:rsidRDefault="004611C8" w:rsidP="004611C8">
      <w:r>
        <w:t>080088</w:t>
      </w:r>
      <w:r>
        <w:tab/>
        <w:t>Ročni aparati za uničevanje rastlinskih zajedavcev</w:t>
      </w:r>
    </w:p>
    <w:p w:rsidR="004611C8" w:rsidRDefault="004611C8" w:rsidP="004611C8">
      <w:r>
        <w:t>080089</w:t>
      </w:r>
      <w:r>
        <w:tab/>
        <w:t>Diamanti za rezanje stekla [deli ročnega orodja]</w:t>
      </w:r>
    </w:p>
    <w:p w:rsidR="004611C8" w:rsidRDefault="004611C8" w:rsidP="004611C8">
      <w:r>
        <w:t>080090</w:t>
      </w:r>
      <w:r>
        <w:tab/>
        <w:t>Ročno orodje za razširjanje (raztegovanje)</w:t>
      </w:r>
    </w:p>
    <w:p w:rsidR="004611C8" w:rsidRDefault="004611C8" w:rsidP="004611C8">
      <w:r>
        <w:t>080091</w:t>
      </w:r>
      <w:r>
        <w:tab/>
        <w:t>Pripomočki za brušenje rezil</w:t>
      </w:r>
    </w:p>
    <w:p w:rsidR="004611C8" w:rsidRDefault="004611C8" w:rsidP="004611C8">
      <w:r>
        <w:t>080092</w:t>
      </w:r>
      <w:r>
        <w:tab/>
        <w:t>Orodja za ostrenje</w:t>
      </w:r>
    </w:p>
    <w:p w:rsidR="004611C8" w:rsidRDefault="004611C8" w:rsidP="004611C8">
      <w:r>
        <w:t>080093</w:t>
      </w:r>
      <w:r>
        <w:tab/>
        <w:t>Orodje za brušenje rezil</w:t>
      </w:r>
    </w:p>
    <w:p w:rsidR="004611C8" w:rsidRPr="003834FA" w:rsidRDefault="004611C8" w:rsidP="004611C8">
      <w:pPr>
        <w:rPr>
          <w:lang w:val="fr-FR"/>
        </w:rPr>
      </w:pPr>
      <w:r>
        <w:t>080095</w:t>
      </w:r>
      <w:r>
        <w:tab/>
      </w:r>
      <w:r w:rsidRPr="003834FA">
        <w:rPr>
          <w:lang w:val="fr-FR"/>
        </w:rPr>
        <w:t>Noži za čiščenje luskin pri ribah</w:t>
      </w:r>
    </w:p>
    <w:p w:rsidR="004611C8" w:rsidRDefault="004611C8" w:rsidP="004611C8">
      <w:r>
        <w:t>080096</w:t>
      </w:r>
      <w:r>
        <w:tab/>
        <w:t>Ročno orodje za odstranjevanje plevela</w:t>
      </w:r>
    </w:p>
    <w:p w:rsidR="004611C8" w:rsidRDefault="004611C8" w:rsidP="004611C8">
      <w:r>
        <w:t>080098</w:t>
      </w:r>
      <w:r>
        <w:tab/>
        <w:t>Škarje za obrezovanje vej s podaljšanim ročajem</w:t>
      </w:r>
    </w:p>
    <w:p w:rsidR="004611C8" w:rsidRDefault="004611C8" w:rsidP="004611C8">
      <w:r>
        <w:t>080099</w:t>
      </w:r>
      <w:r>
        <w:tab/>
        <w:t>Cepilni noži</w:t>
      </w:r>
    </w:p>
    <w:p w:rsidR="004611C8" w:rsidRDefault="004611C8" w:rsidP="004611C8">
      <w:r>
        <w:t>080100</w:t>
      </w:r>
      <w:r>
        <w:tab/>
        <w:t>Velike škarje za obrezovanje drevja</w:t>
      </w:r>
    </w:p>
    <w:p w:rsidR="004611C8" w:rsidRDefault="004611C8" w:rsidP="004611C8">
      <w:r>
        <w:t>080102</w:t>
      </w:r>
      <w:r>
        <w:tab/>
        <w:t>Pincete za odstranjevanje dlak</w:t>
      </w:r>
    </w:p>
    <w:p w:rsidR="004611C8" w:rsidRDefault="004611C8" w:rsidP="004611C8">
      <w:r>
        <w:t>080103</w:t>
      </w:r>
      <w:r>
        <w:tab/>
        <w:t>Šila za razpletanje vrvnih vlaken</w:t>
      </w:r>
    </w:p>
    <w:p w:rsidR="004611C8" w:rsidRDefault="004611C8" w:rsidP="004611C8">
      <w:r>
        <w:t>080104</w:t>
      </w:r>
      <w:r>
        <w:tab/>
        <w:t>Tesarski svedri</w:t>
      </w:r>
    </w:p>
    <w:p w:rsidR="004611C8" w:rsidRDefault="004611C8" w:rsidP="004611C8">
      <w:r>
        <w:t>080105</w:t>
      </w:r>
      <w:r>
        <w:tab/>
        <w:t>Ročna orodja za vtiskovanje</w:t>
      </w:r>
    </w:p>
    <w:p w:rsidR="004611C8" w:rsidRDefault="004611C8" w:rsidP="004611C8">
      <w:r>
        <w:t>080106</w:t>
      </w:r>
      <w:r>
        <w:tab/>
        <w:t>Pribor (garniture) za pedikuro</w:t>
      </w:r>
    </w:p>
    <w:p w:rsidR="004611C8" w:rsidRDefault="004611C8" w:rsidP="004611C8">
      <w:r>
        <w:t>080107</w:t>
      </w:r>
      <w:r>
        <w:tab/>
        <w:t>Etuiji za britve</w:t>
      </w:r>
    </w:p>
    <w:p w:rsidR="004611C8" w:rsidRDefault="004611C8" w:rsidP="004611C8">
      <w:r>
        <w:t>080108</w:t>
      </w:r>
      <w:r>
        <w:tab/>
        <w:t>Nastavki za dolbenje [deli ročnega orodja]</w:t>
      </w:r>
    </w:p>
    <w:p w:rsidR="004611C8" w:rsidRDefault="004611C8" w:rsidP="004611C8">
      <w:r>
        <w:t>080109</w:t>
      </w:r>
      <w:r>
        <w:tab/>
        <w:t>Grablje [ročno orodje]</w:t>
      </w:r>
    </w:p>
    <w:p w:rsidR="004611C8" w:rsidRDefault="004611C8" w:rsidP="004611C8">
      <w:r>
        <w:t>080110</w:t>
      </w:r>
      <w:r>
        <w:tab/>
        <w:t>Lopate [ročno orodje]</w:t>
      </w:r>
    </w:p>
    <w:p w:rsidR="004611C8" w:rsidRDefault="004611C8" w:rsidP="004611C8">
      <w:r>
        <w:t>080111</w:t>
      </w:r>
      <w:r>
        <w:tab/>
        <w:t>Rezače</w:t>
      </w:r>
    </w:p>
    <w:p w:rsidR="004611C8" w:rsidRDefault="004611C8" w:rsidP="004611C8">
      <w:r>
        <w:t>080112</w:t>
      </w:r>
      <w:r>
        <w:tab/>
        <w:t>Škarje za obrezovanje robov</w:t>
      </w:r>
    </w:p>
    <w:p w:rsidR="004611C8" w:rsidRDefault="004611C8" w:rsidP="004611C8">
      <w:r>
        <w:t>080113</w:t>
      </w:r>
      <w:r>
        <w:tab/>
        <w:t>Kose</w:t>
      </w:r>
    </w:p>
    <w:p w:rsidR="004611C8" w:rsidRDefault="004611C8" w:rsidP="004611C8">
      <w:r>
        <w:t>080114</w:t>
      </w:r>
      <w:r>
        <w:tab/>
        <w:t>Obroči za kose (kosir)</w:t>
      </w:r>
    </w:p>
    <w:p w:rsidR="004611C8" w:rsidRDefault="004611C8" w:rsidP="004611C8">
      <w:r>
        <w:t>080116</w:t>
      </w:r>
      <w:r>
        <w:tab/>
        <w:t>Rezila [neelektrična ročna orodja]</w:t>
      </w:r>
    </w:p>
    <w:p w:rsidR="004611C8" w:rsidRDefault="004611C8" w:rsidP="004611C8">
      <w:r>
        <w:t>080117</w:t>
      </w:r>
      <w:r>
        <w:tab/>
        <w:t>Železa za vtiskovanje vzorcev</w:t>
      </w:r>
    </w:p>
    <w:p w:rsidR="004611C8" w:rsidRDefault="004611C8" w:rsidP="004611C8">
      <w:r>
        <w:t>080119</w:t>
      </w:r>
      <w:r>
        <w:tab/>
        <w:t>Rezila za ročne skobliče</w:t>
      </w:r>
    </w:p>
    <w:p w:rsidR="004611C8" w:rsidRDefault="004611C8" w:rsidP="004611C8">
      <w:r>
        <w:t>080121</w:t>
      </w:r>
      <w:r>
        <w:tab/>
        <w:t>Klešče za rahlo kodranje las</w:t>
      </w:r>
    </w:p>
    <w:p w:rsidR="004611C8" w:rsidRDefault="004611C8" w:rsidP="004611C8">
      <w:r>
        <w:t>080122</w:t>
      </w:r>
      <w:r>
        <w:tab/>
        <w:t>Železa za vžiganje znamenj</w:t>
      </w:r>
    </w:p>
    <w:p w:rsidR="004611C8" w:rsidRDefault="004611C8" w:rsidP="004611C8">
      <w:r>
        <w:t>080124</w:t>
      </w:r>
      <w:r>
        <w:tab/>
        <w:t>Spiralni svedri [ročna orodja]</w:t>
      </w:r>
    </w:p>
    <w:p w:rsidR="004611C8" w:rsidRDefault="004611C8" w:rsidP="004611C8">
      <w:r>
        <w:t>080125</w:t>
      </w:r>
      <w:r>
        <w:tab/>
        <w:t>Nožnice za meče</w:t>
      </w:r>
    </w:p>
    <w:p w:rsidR="004611C8" w:rsidRPr="003834FA" w:rsidRDefault="004611C8" w:rsidP="004611C8">
      <w:pPr>
        <w:rPr>
          <w:lang w:val="fr-FR"/>
        </w:rPr>
      </w:pPr>
      <w:r>
        <w:t>080126</w:t>
      </w:r>
      <w:r>
        <w:tab/>
      </w:r>
      <w:r w:rsidRPr="003834FA">
        <w:rPr>
          <w:lang w:val="fr-FR"/>
        </w:rPr>
        <w:t>Ročni pripomočki za kodranje las</w:t>
      </w:r>
    </w:p>
    <w:p w:rsidR="004611C8" w:rsidRDefault="004611C8" w:rsidP="004611C8">
      <w:r>
        <w:lastRenderedPageBreak/>
        <w:t>080127</w:t>
      </w:r>
      <w:r>
        <w:tab/>
        <w:t>Škarje za trate [ročno orodje]</w:t>
      </w:r>
    </w:p>
    <w:p w:rsidR="004611C8" w:rsidRDefault="004611C8" w:rsidP="004611C8">
      <w:r>
        <w:t>080128</w:t>
      </w:r>
      <w:r>
        <w:tab/>
        <w:t>Cepini za led</w:t>
      </w:r>
    </w:p>
    <w:p w:rsidR="004611C8" w:rsidRDefault="004611C8" w:rsidP="004611C8">
      <w:r>
        <w:t>080129</w:t>
      </w:r>
      <w:r>
        <w:tab/>
        <w:t>Žlebasta dleta [ročno orodje]</w:t>
      </w:r>
    </w:p>
    <w:p w:rsidR="004611C8" w:rsidRDefault="004611C8" w:rsidP="004611C8">
      <w:r>
        <w:t>080131</w:t>
      </w:r>
      <w:r>
        <w:tab/>
        <w:t>Gravurne igle</w:t>
      </w:r>
    </w:p>
    <w:p w:rsidR="004611C8" w:rsidRDefault="004611C8" w:rsidP="004611C8">
      <w:r>
        <w:t>080132</w:t>
      </w:r>
      <w:r>
        <w:tab/>
        <w:t>Noži za podkovne kovače</w:t>
      </w:r>
    </w:p>
    <w:p w:rsidR="004611C8" w:rsidRDefault="004611C8" w:rsidP="004611C8">
      <w:r>
        <w:t>080133</w:t>
      </w:r>
      <w:r>
        <w:tab/>
        <w:t>Noži za lupljenje</w:t>
      </w:r>
    </w:p>
    <w:p w:rsidR="004611C8" w:rsidRPr="003834FA" w:rsidRDefault="004611C8" w:rsidP="004611C8">
      <w:pPr>
        <w:rPr>
          <w:lang w:val="fr-FR"/>
        </w:rPr>
      </w:pPr>
      <w:r>
        <w:t>080134</w:t>
      </w:r>
      <w:r>
        <w:tab/>
      </w:r>
      <w:r w:rsidRPr="003834FA">
        <w:rPr>
          <w:lang w:val="fr-FR"/>
        </w:rPr>
        <w:t>Orodja za cepljenje [ročna orodja]</w:t>
      </w:r>
    </w:p>
    <w:p w:rsidR="004611C8" w:rsidRDefault="004611C8" w:rsidP="004611C8">
      <w:r>
        <w:t>080135</w:t>
      </w:r>
      <w:r>
        <w:tab/>
        <w:t>Obliči</w:t>
      </w:r>
    </w:p>
    <w:p w:rsidR="004611C8" w:rsidRDefault="004611C8" w:rsidP="004611C8">
      <w:r>
        <w:t>080136</w:t>
      </w:r>
      <w:r>
        <w:tab/>
        <w:t>Sekljalniki za zelenjavo</w:t>
      </w:r>
    </w:p>
    <w:p w:rsidR="004611C8" w:rsidRDefault="004611C8" w:rsidP="004611C8">
      <w:r>
        <w:t>080137</w:t>
      </w:r>
      <w:r>
        <w:tab/>
        <w:t>Sekirice</w:t>
      </w:r>
    </w:p>
    <w:p w:rsidR="004611C8" w:rsidRDefault="004611C8" w:rsidP="004611C8">
      <w:r>
        <w:t>080138</w:t>
      </w:r>
      <w:r>
        <w:tab/>
        <w:t>Noži za razkosavanje</w:t>
      </w:r>
    </w:p>
    <w:p w:rsidR="004611C8" w:rsidRDefault="004611C8" w:rsidP="004611C8">
      <w:r>
        <w:t>080139</w:t>
      </w:r>
      <w:r>
        <w:tab/>
        <w:t>Obročna rezila [ročno orodje]</w:t>
      </w:r>
    </w:p>
    <w:p w:rsidR="004611C8" w:rsidRDefault="004611C8" w:rsidP="004611C8">
      <w:r>
        <w:t>080140</w:t>
      </w:r>
      <w:r>
        <w:tab/>
        <w:t>Harpune</w:t>
      </w:r>
    </w:p>
    <w:p w:rsidR="004611C8" w:rsidRDefault="004611C8" w:rsidP="004611C8">
      <w:r>
        <w:t>080141</w:t>
      </w:r>
      <w:r>
        <w:tab/>
        <w:t>Tesla (orodje)</w:t>
      </w:r>
    </w:p>
    <w:p w:rsidR="004611C8" w:rsidRDefault="004611C8" w:rsidP="004611C8">
      <w:r>
        <w:t>080142</w:t>
      </w:r>
      <w:r>
        <w:tab/>
        <w:t>Krampi</w:t>
      </w:r>
    </w:p>
    <w:p w:rsidR="004611C8" w:rsidRDefault="004611C8" w:rsidP="004611C8">
      <w:r>
        <w:t>080143</w:t>
      </w:r>
      <w:r>
        <w:tab/>
        <w:t>Odpirači za ostrige</w:t>
      </w:r>
    </w:p>
    <w:p w:rsidR="004611C8" w:rsidRDefault="004611C8" w:rsidP="004611C8">
      <w:r>
        <w:t>080145</w:t>
      </w:r>
      <w:r>
        <w:tab/>
        <w:t>Ročna vrtna orodja</w:t>
      </w:r>
    </w:p>
    <w:p w:rsidR="004611C8" w:rsidRDefault="004611C8" w:rsidP="004611C8">
      <w:r>
        <w:t>080146</w:t>
      </w:r>
      <w:r>
        <w:tab/>
        <w:t>Vrtnarski zakrivljeni noži za obrezovanje</w:t>
      </w:r>
    </w:p>
    <w:p w:rsidR="004611C8" w:rsidRDefault="004611C8" w:rsidP="004611C8">
      <w:r>
        <w:t>080147</w:t>
      </w:r>
      <w:r>
        <w:tab/>
        <w:t>Spone (za tesarje in sodarje)</w:t>
      </w:r>
    </w:p>
    <w:p w:rsidR="004611C8" w:rsidRDefault="004611C8" w:rsidP="004611C8">
      <w:r>
        <w:t>080148</w:t>
      </w:r>
      <w:r>
        <w:tab/>
        <w:t>Rezila za britev</w:t>
      </w:r>
    </w:p>
    <w:p w:rsidR="004611C8" w:rsidRDefault="004611C8" w:rsidP="004611C8">
      <w:r>
        <w:t>080149</w:t>
      </w:r>
      <w:r>
        <w:tab/>
        <w:t>Rezila (ročna orodja)</w:t>
      </w:r>
    </w:p>
    <w:p w:rsidR="004611C8" w:rsidRDefault="004611C8" w:rsidP="004611C8">
      <w:r>
        <w:t>080150</w:t>
      </w:r>
      <w:r>
        <w:tab/>
        <w:t>Rezila [orožje]</w:t>
      </w:r>
    </w:p>
    <w:p w:rsidR="004611C8" w:rsidRDefault="004611C8" w:rsidP="004611C8">
      <w:r>
        <w:t>080151</w:t>
      </w:r>
      <w:r>
        <w:tab/>
        <w:t>Listi za žage [deli ročnih orodij]</w:t>
      </w:r>
    </w:p>
    <w:p w:rsidR="004611C8" w:rsidRDefault="004611C8" w:rsidP="004611C8">
      <w:r>
        <w:t>080153</w:t>
      </w:r>
      <w:r>
        <w:tab/>
        <w:t>Vzvodi</w:t>
      </w:r>
    </w:p>
    <w:p w:rsidR="004611C8" w:rsidRDefault="004611C8" w:rsidP="004611C8">
      <w:r>
        <w:t>080154</w:t>
      </w:r>
      <w:r>
        <w:tab/>
        <w:t>Mačete</w:t>
      </w:r>
    </w:p>
    <w:p w:rsidR="004611C8" w:rsidRDefault="004611C8" w:rsidP="004611C8">
      <w:r>
        <w:t>080155</w:t>
      </w:r>
      <w:r>
        <w:tab/>
        <w:t>Lesena kladiva [ročna orodja]</w:t>
      </w:r>
    </w:p>
    <w:p w:rsidR="004611C8" w:rsidRDefault="004611C8" w:rsidP="004611C8">
      <w:r>
        <w:t>080156</w:t>
      </w:r>
      <w:r>
        <w:tab/>
        <w:t>Kladiva [ročno orodje]</w:t>
      </w:r>
    </w:p>
    <w:p w:rsidR="004611C8" w:rsidRDefault="004611C8" w:rsidP="004611C8">
      <w:r>
        <w:t>080157</w:t>
      </w:r>
      <w:r>
        <w:tab/>
        <w:t>Macole</w:t>
      </w:r>
    </w:p>
    <w:p w:rsidR="004611C8" w:rsidRDefault="004611C8" w:rsidP="004611C8">
      <w:r>
        <w:t>080158</w:t>
      </w:r>
      <w:r>
        <w:tab/>
        <w:t>Zidarska kladiva</w:t>
      </w:r>
    </w:p>
    <w:p w:rsidR="004611C8" w:rsidRDefault="004611C8" w:rsidP="004611C8">
      <w:r>
        <w:t>080159</w:t>
      </w:r>
      <w:r>
        <w:tab/>
        <w:t>Dleta</w:t>
      </w:r>
    </w:p>
    <w:p w:rsidR="004611C8" w:rsidRDefault="004611C8" w:rsidP="004611C8">
      <w:r>
        <w:t>080160</w:t>
      </w:r>
      <w:r>
        <w:tab/>
        <w:t>Raztezalniki za kovinske trakove (ročna orodja)</w:t>
      </w:r>
    </w:p>
    <w:p w:rsidR="004611C8" w:rsidRDefault="004611C8" w:rsidP="004611C8">
      <w:r>
        <w:t>080161</w:t>
      </w:r>
      <w:r>
        <w:tab/>
        <w:t>Orodje za obdelovanje robov</w:t>
      </w:r>
    </w:p>
    <w:p w:rsidR="004611C8" w:rsidRDefault="004611C8" w:rsidP="004611C8">
      <w:r>
        <w:t>080162</w:t>
      </w:r>
      <w:r>
        <w:tab/>
        <w:t>Zbiralniki denarja</w:t>
      </w:r>
    </w:p>
    <w:p w:rsidR="004611C8" w:rsidRDefault="004611C8" w:rsidP="004611C8">
      <w:r>
        <w:t>080163</w:t>
      </w:r>
      <w:r>
        <w:tab/>
        <w:t>Možnarji za drobljenje [ročno orodje]</w:t>
      </w:r>
    </w:p>
    <w:p w:rsidR="004611C8" w:rsidRDefault="004611C8" w:rsidP="004611C8">
      <w:r>
        <w:t>080164</w:t>
      </w:r>
      <w:r>
        <w:tab/>
        <w:t>Škarjice za rezanje stenja</w:t>
      </w:r>
    </w:p>
    <w:p w:rsidR="004611C8" w:rsidRDefault="004611C8" w:rsidP="004611C8">
      <w:r>
        <w:t>080166</w:t>
      </w:r>
      <w:r>
        <w:tab/>
        <w:t>Torbice s priborom za britje</w:t>
      </w:r>
    </w:p>
    <w:p w:rsidR="004611C8" w:rsidRDefault="004611C8" w:rsidP="004611C8">
      <w:r>
        <w:t>080167</w:t>
      </w:r>
      <w:r>
        <w:tab/>
        <w:t>Klešče za oštevilčevanje</w:t>
      </w:r>
    </w:p>
    <w:p w:rsidR="004611C8" w:rsidRDefault="004611C8" w:rsidP="004611C8">
      <w:r>
        <w:t>080168</w:t>
      </w:r>
      <w:r>
        <w:tab/>
        <w:t>Pilice za nohte</w:t>
      </w:r>
    </w:p>
    <w:p w:rsidR="004611C8" w:rsidRDefault="004611C8" w:rsidP="004611C8">
      <w:r>
        <w:t>080171</w:t>
      </w:r>
      <w:r>
        <w:tab/>
        <w:t>Krampi (ročna orodja)</w:t>
      </w:r>
    </w:p>
    <w:p w:rsidR="004611C8" w:rsidRDefault="004611C8" w:rsidP="004611C8">
      <w:r>
        <w:t>080174</w:t>
      </w:r>
      <w:r>
        <w:tab/>
        <w:t>Pištole [ročno orodje]</w:t>
      </w:r>
    </w:p>
    <w:p w:rsidR="004611C8" w:rsidRDefault="004611C8" w:rsidP="004611C8">
      <w:r>
        <w:t>080176</w:t>
      </w:r>
      <w:r>
        <w:tab/>
        <w:t>Livne ponve [ročno orodje]</w:t>
      </w:r>
    </w:p>
    <w:p w:rsidR="004611C8" w:rsidRDefault="004611C8" w:rsidP="004611C8">
      <w:r>
        <w:t>080177</w:t>
      </w:r>
      <w:r>
        <w:tab/>
        <w:t>Noži za skobljiče</w:t>
      </w:r>
    </w:p>
    <w:p w:rsidR="004611C8" w:rsidRDefault="004611C8" w:rsidP="004611C8">
      <w:r>
        <w:t>080178</w:t>
      </w:r>
      <w:r>
        <w:tab/>
        <w:t>Rašpe [ročna orodja]</w:t>
      </w:r>
    </w:p>
    <w:p w:rsidR="004611C8" w:rsidRDefault="004611C8" w:rsidP="004611C8">
      <w:r>
        <w:t>080179</w:t>
      </w:r>
      <w:r>
        <w:tab/>
        <w:t>Brivniki</w:t>
      </w:r>
    </w:p>
    <w:p w:rsidR="004611C8" w:rsidRDefault="004611C8" w:rsidP="004611C8">
      <w:r>
        <w:t>080180</w:t>
      </w:r>
      <w:r>
        <w:tab/>
        <w:t>Prebijalne igle (prebijalniki)</w:t>
      </w:r>
    </w:p>
    <w:p w:rsidR="004611C8" w:rsidRDefault="004611C8" w:rsidP="004611C8">
      <w:r>
        <w:t>080181</w:t>
      </w:r>
      <w:r>
        <w:tab/>
        <w:t>Grebljice</w:t>
      </w:r>
    </w:p>
    <w:p w:rsidR="004611C8" w:rsidRDefault="004611C8" w:rsidP="004611C8">
      <w:r>
        <w:t>080182</w:t>
      </w:r>
      <w:r>
        <w:tab/>
        <w:t>Ročno orodje za zakovičenje</w:t>
      </w:r>
    </w:p>
    <w:p w:rsidR="004611C8" w:rsidRDefault="004611C8" w:rsidP="004611C8">
      <w:r>
        <w:t>080183</w:t>
      </w:r>
      <w:r>
        <w:tab/>
        <w:t>Majhne kose</w:t>
      </w:r>
    </w:p>
    <w:p w:rsidR="004611C8" w:rsidRDefault="004611C8" w:rsidP="004611C8">
      <w:r>
        <w:t>080184</w:t>
      </w:r>
      <w:r>
        <w:tab/>
        <w:t>Vile za pletje (ročno orodje)</w:t>
      </w:r>
    </w:p>
    <w:p w:rsidR="004611C8" w:rsidRDefault="004611C8" w:rsidP="004611C8">
      <w:r>
        <w:t>080185</w:t>
      </w:r>
      <w:r>
        <w:tab/>
        <w:t>Motike</w:t>
      </w:r>
    </w:p>
    <w:p w:rsidR="004611C8" w:rsidRDefault="004611C8" w:rsidP="004611C8">
      <w:r>
        <w:t>080186</w:t>
      </w:r>
      <w:r>
        <w:tab/>
        <w:t>Držala za žage</w:t>
      </w:r>
    </w:p>
    <w:p w:rsidR="004611C8" w:rsidRDefault="004611C8" w:rsidP="004611C8">
      <w:r>
        <w:t>080187</w:t>
      </w:r>
      <w:r>
        <w:tab/>
        <w:t>Mikalniki [ročno orodje]</w:t>
      </w:r>
    </w:p>
    <w:p w:rsidR="004611C8" w:rsidRDefault="004611C8" w:rsidP="004611C8">
      <w:r>
        <w:t>080188</w:t>
      </w:r>
      <w:r>
        <w:tab/>
        <w:t>Vrtnarski noži (kosirji)</w:t>
      </w:r>
    </w:p>
    <w:p w:rsidR="004611C8" w:rsidRDefault="004611C8" w:rsidP="004611C8">
      <w:r>
        <w:t>080189</w:t>
      </w:r>
      <w:r>
        <w:tab/>
        <w:t>Srpi</w:t>
      </w:r>
    </w:p>
    <w:p w:rsidR="004611C8" w:rsidRDefault="004611C8" w:rsidP="004611C8">
      <w:r>
        <w:t>080191</w:t>
      </w:r>
      <w:r>
        <w:tab/>
        <w:t>Pripomočki za pretakanje tekočin [ročna orodja]</w:t>
      </w:r>
    </w:p>
    <w:p w:rsidR="004611C8" w:rsidRDefault="004611C8" w:rsidP="004611C8">
      <w:r>
        <w:t>080192</w:t>
      </w:r>
      <w:r>
        <w:tab/>
        <w:t>Ročna orodja za robno obdelavo</w:t>
      </w:r>
    </w:p>
    <w:p w:rsidR="004611C8" w:rsidRDefault="004611C8" w:rsidP="004611C8">
      <w:r>
        <w:t>080193</w:t>
      </w:r>
      <w:r>
        <w:tab/>
        <w:t>Navojni svedri</w:t>
      </w:r>
    </w:p>
    <w:p w:rsidR="004611C8" w:rsidRDefault="004611C8" w:rsidP="004611C8">
      <w:r>
        <w:t>080194</w:t>
      </w:r>
      <w:r>
        <w:tab/>
        <w:t>Svedri s spiralnim polžem [ročno orodje]</w:t>
      </w:r>
    </w:p>
    <w:p w:rsidR="004611C8" w:rsidRDefault="004611C8" w:rsidP="004611C8">
      <w:r>
        <w:t>080195</w:t>
      </w:r>
      <w:r>
        <w:tab/>
        <w:t>Izvijači, neelektrični</w:t>
      </w:r>
    </w:p>
    <w:p w:rsidR="004611C8" w:rsidRDefault="004611C8" w:rsidP="004611C8">
      <w:r>
        <w:t>080196</w:t>
      </w:r>
      <w:r>
        <w:tab/>
        <w:t>Ročna sekala [dleta]</w:t>
      </w:r>
    </w:p>
    <w:p w:rsidR="004611C8" w:rsidRDefault="004611C8" w:rsidP="004611C8">
      <w:r>
        <w:t>080197</w:t>
      </w:r>
      <w:r>
        <w:tab/>
        <w:t>Svedri za vrtanje [ročno orodje]</w:t>
      </w:r>
    </w:p>
    <w:p w:rsidR="004611C8" w:rsidRDefault="004611C8" w:rsidP="004611C8">
      <w:r>
        <w:t>080198</w:t>
      </w:r>
      <w:r>
        <w:tab/>
        <w:t>Orodje za rezanje cevi</w:t>
      </w:r>
    </w:p>
    <w:p w:rsidR="004611C8" w:rsidRDefault="004611C8" w:rsidP="004611C8">
      <w:r>
        <w:t>080199</w:t>
      </w:r>
      <w:r>
        <w:tab/>
        <w:t>Ročni vrtalnik (ročno orodje)</w:t>
      </w:r>
    </w:p>
    <w:p w:rsidR="004611C8" w:rsidRDefault="004611C8" w:rsidP="004611C8">
      <w:r>
        <w:t>080200</w:t>
      </w:r>
      <w:r>
        <w:tab/>
        <w:t>Ročna poljedelska orodja</w:t>
      </w:r>
    </w:p>
    <w:p w:rsidR="004611C8" w:rsidRDefault="004611C8" w:rsidP="004611C8">
      <w:r>
        <w:t>080202</w:t>
      </w:r>
      <w:r>
        <w:tab/>
        <w:t>Brizgalke za razprševanje insekticidov</w:t>
      </w:r>
    </w:p>
    <w:p w:rsidR="004611C8" w:rsidRDefault="004611C8" w:rsidP="004611C8">
      <w:r>
        <w:t>080203</w:t>
      </w:r>
      <w:r>
        <w:tab/>
        <w:t>Namizna srebrnina [žlice, vilice, noži]</w:t>
      </w:r>
    </w:p>
    <w:p w:rsidR="004611C8" w:rsidRDefault="004611C8" w:rsidP="004611C8">
      <w:r>
        <w:t>080204</w:t>
      </w:r>
      <w:r>
        <w:tab/>
        <w:t>Kopači [ročna orodja]</w:t>
      </w:r>
    </w:p>
    <w:p w:rsidR="004611C8" w:rsidRDefault="004611C8" w:rsidP="004611C8">
      <w:r>
        <w:t>080205</w:t>
      </w:r>
      <w:r>
        <w:tab/>
        <w:t>Noži</w:t>
      </w:r>
    </w:p>
    <w:p w:rsidR="004611C8" w:rsidRDefault="004611C8" w:rsidP="004611C8">
      <w:r>
        <w:t>080206</w:t>
      </w:r>
      <w:r>
        <w:tab/>
        <w:t>Klešče</w:t>
      </w:r>
    </w:p>
    <w:p w:rsidR="004611C8" w:rsidRDefault="004611C8" w:rsidP="004611C8">
      <w:r>
        <w:t>080208</w:t>
      </w:r>
      <w:r>
        <w:tab/>
        <w:t>Meči</w:t>
      </w:r>
    </w:p>
    <w:p w:rsidR="004611C8" w:rsidRDefault="004611C8" w:rsidP="004611C8">
      <w:r>
        <w:t>080209</w:t>
      </w:r>
      <w:r>
        <w:tab/>
        <w:t>Sablje</w:t>
      </w:r>
    </w:p>
    <w:p w:rsidR="004611C8" w:rsidRDefault="004611C8" w:rsidP="004611C8">
      <w:r>
        <w:t>080211</w:t>
      </w:r>
      <w:r>
        <w:tab/>
        <w:t>Nabijači, bati [ročno orodje]</w:t>
      </w:r>
    </w:p>
    <w:p w:rsidR="004611C8" w:rsidRDefault="004611C8" w:rsidP="004611C8">
      <w:r>
        <w:t>080212</w:t>
      </w:r>
      <w:r>
        <w:tab/>
        <w:t>Naprave za luknjanje kart</w:t>
      </w:r>
    </w:p>
    <w:p w:rsidR="004611C8" w:rsidRDefault="004611C8" w:rsidP="004611C8">
      <w:r>
        <w:t>080213</w:t>
      </w:r>
      <w:r>
        <w:tab/>
        <w:t>Pile za nohte, električne</w:t>
      </w:r>
    </w:p>
    <w:p w:rsidR="004611C8" w:rsidRDefault="004611C8" w:rsidP="004611C8">
      <w:r>
        <w:t>080218</w:t>
      </w:r>
      <w:r>
        <w:tab/>
        <w:t>Držala za svedre [ročna orodja]</w:t>
      </w:r>
    </w:p>
    <w:p w:rsidR="004611C8" w:rsidRDefault="004611C8" w:rsidP="004611C8">
      <w:r>
        <w:t>080219</w:t>
      </w:r>
      <w:r>
        <w:tab/>
        <w:t>Strojčki za rezanje las za osebno uporabo (električni ali ne električni)</w:t>
      </w:r>
    </w:p>
    <w:p w:rsidR="004611C8" w:rsidRDefault="004611C8" w:rsidP="004611C8">
      <w:r>
        <w:t>080220</w:t>
      </w:r>
      <w:r>
        <w:tab/>
        <w:t>Kmetijske vile [ročno orodje]</w:t>
      </w:r>
    </w:p>
    <w:p w:rsidR="004611C8" w:rsidRDefault="004611C8" w:rsidP="004611C8">
      <w:r>
        <w:t>080221</w:t>
      </w:r>
      <w:r>
        <w:tab/>
        <w:t>Ščipalniki za nohte, električni ali neelektrični</w:t>
      </w:r>
    </w:p>
    <w:p w:rsidR="004611C8" w:rsidRDefault="004611C8" w:rsidP="004611C8">
      <w:r>
        <w:t>080222</w:t>
      </w:r>
      <w:r>
        <w:tab/>
        <w:t>Ročne naprave za striženje živalske dlake</w:t>
      </w:r>
    </w:p>
    <w:p w:rsidR="004611C8" w:rsidRDefault="004611C8" w:rsidP="004611C8">
      <w:r>
        <w:t>080223</w:t>
      </w:r>
      <w:r>
        <w:tab/>
        <w:t>Naprave za striženje [ročno orodje]</w:t>
      </w:r>
    </w:p>
    <w:p w:rsidR="004611C8" w:rsidRDefault="004611C8" w:rsidP="004611C8">
      <w:r>
        <w:t>080224</w:t>
      </w:r>
      <w:r>
        <w:tab/>
        <w:t>Likalniki</w:t>
      </w:r>
    </w:p>
    <w:p w:rsidR="004611C8" w:rsidRDefault="004611C8" w:rsidP="004611C8">
      <w:r>
        <w:t>080226</w:t>
      </w:r>
      <w:r>
        <w:tab/>
        <w:t>Brusilni koluti s smirkovim papirjem</w:t>
      </w:r>
    </w:p>
    <w:p w:rsidR="004611C8" w:rsidRDefault="004611C8" w:rsidP="004611C8">
      <w:r>
        <w:t>080227</w:t>
      </w:r>
      <w:r>
        <w:tab/>
        <w:t>Pile (orodja)</w:t>
      </w:r>
    </w:p>
    <w:p w:rsidR="004611C8" w:rsidRDefault="004611C8" w:rsidP="004611C8">
      <w:r>
        <w:t>080228</w:t>
      </w:r>
      <w:r>
        <w:tab/>
        <w:t>Klešče za luknjanje (ročna orodja)</w:t>
      </w:r>
    </w:p>
    <w:p w:rsidR="004611C8" w:rsidRDefault="004611C8" w:rsidP="004611C8">
      <w:r>
        <w:t>080229</w:t>
      </w:r>
      <w:r>
        <w:tab/>
        <w:t>Prebijala [ročna orodja]</w:t>
      </w:r>
    </w:p>
    <w:p w:rsidR="004611C8" w:rsidRDefault="004611C8" w:rsidP="004611C8">
      <w:r>
        <w:t>080230</w:t>
      </w:r>
      <w:r>
        <w:tab/>
        <w:t>Ročna orodja za rezanje</w:t>
      </w:r>
    </w:p>
    <w:p w:rsidR="004611C8" w:rsidRDefault="004611C8" w:rsidP="004611C8">
      <w:r>
        <w:t>080231</w:t>
      </w:r>
      <w:r>
        <w:tab/>
        <w:t>Garniture za manikiro</w:t>
      </w:r>
    </w:p>
    <w:p w:rsidR="004611C8" w:rsidRDefault="004611C8" w:rsidP="004611C8">
      <w:r>
        <w:t>080232</w:t>
      </w:r>
      <w:r>
        <w:tab/>
        <w:t>Ročne pištole za nanašanje kita</w:t>
      </w:r>
    </w:p>
    <w:p w:rsidR="004611C8" w:rsidRDefault="004611C8" w:rsidP="004611C8">
      <w:r>
        <w:t>080234</w:t>
      </w:r>
      <w:r>
        <w:tab/>
        <w:t>Rovnice za kopanje jarkov</w:t>
      </w:r>
    </w:p>
    <w:p w:rsidR="004611C8" w:rsidRDefault="004611C8" w:rsidP="004611C8">
      <w:r>
        <w:t>080235</w:t>
      </w:r>
      <w:r>
        <w:tab/>
        <w:t>Strgala [ročno orodje]</w:t>
      </w:r>
    </w:p>
    <w:p w:rsidR="004611C8" w:rsidRDefault="004611C8" w:rsidP="004611C8">
      <w:r>
        <w:t>080237</w:t>
      </w:r>
      <w:r>
        <w:tab/>
        <w:t>Ročna strgala</w:t>
      </w:r>
    </w:p>
    <w:p w:rsidR="004611C8" w:rsidRDefault="004611C8" w:rsidP="004611C8">
      <w:r>
        <w:t>080241</w:t>
      </w:r>
      <w:r>
        <w:tab/>
        <w:t>Naprave za luknjanje ušes</w:t>
      </w:r>
    </w:p>
    <w:p w:rsidR="004611C8" w:rsidRPr="003834FA" w:rsidRDefault="004611C8" w:rsidP="004611C8">
      <w:pPr>
        <w:rPr>
          <w:lang w:val="fr-FR"/>
        </w:rPr>
      </w:pPr>
      <w:r>
        <w:t>080242</w:t>
      </w:r>
      <w:r>
        <w:tab/>
      </w:r>
      <w:r w:rsidRPr="003834FA">
        <w:rPr>
          <w:lang w:val="fr-FR"/>
        </w:rPr>
        <w:t>Aparati za depiliranje, električni in ne električni</w:t>
      </w:r>
    </w:p>
    <w:p w:rsidR="004611C8" w:rsidRDefault="004611C8" w:rsidP="004611C8">
      <w:r>
        <w:t>080243</w:t>
      </w:r>
      <w:r>
        <w:tab/>
        <w:t>Garniture za manikiro, električne</w:t>
      </w:r>
    </w:p>
    <w:p w:rsidR="004611C8" w:rsidRDefault="004611C8" w:rsidP="004611C8">
      <w:r>
        <w:t>080245</w:t>
      </w:r>
      <w:r>
        <w:tab/>
        <w:t>Ročne črpalke</w:t>
      </w:r>
    </w:p>
    <w:p w:rsidR="004611C8" w:rsidRDefault="004611C8" w:rsidP="004611C8">
      <w:r>
        <w:t>080246</w:t>
      </w:r>
      <w:r>
        <w:tab/>
        <w:t>Bodala</w:t>
      </w:r>
    </w:p>
    <w:p w:rsidR="004611C8" w:rsidRDefault="004611C8" w:rsidP="004611C8">
      <w:r>
        <w:t>080247</w:t>
      </w:r>
      <w:r>
        <w:tab/>
        <w:t>Pasovi za orodje [držala]</w:t>
      </w:r>
    </w:p>
    <w:p w:rsidR="004611C8" w:rsidRDefault="004611C8" w:rsidP="004611C8">
      <w:r>
        <w:t>080248</w:t>
      </w:r>
      <w:r>
        <w:tab/>
        <w:t>Neelektrični rezalniki za sir</w:t>
      </w:r>
    </w:p>
    <w:p w:rsidR="004611C8" w:rsidRDefault="004611C8" w:rsidP="004611C8">
      <w:r>
        <w:t>080249</w:t>
      </w:r>
      <w:r>
        <w:tab/>
        <w:t>Neelektrični noži za rezanje pizze</w:t>
      </w:r>
    </w:p>
    <w:p w:rsidR="004611C8" w:rsidRDefault="004611C8" w:rsidP="004611C8">
      <w:r>
        <w:lastRenderedPageBreak/>
        <w:t>080250</w:t>
      </w:r>
      <w:r>
        <w:tab/>
        <w:t>Odpirači</w:t>
      </w:r>
    </w:p>
    <w:p w:rsidR="004611C8" w:rsidRDefault="004611C8" w:rsidP="004611C8">
      <w:r>
        <w:t>080251</w:t>
      </w:r>
      <w:r>
        <w:tab/>
        <w:t>Neelektrični rezalniki za jajca</w:t>
      </w:r>
    </w:p>
    <w:p w:rsidR="004611C8" w:rsidRDefault="004611C8" w:rsidP="004611C8">
      <w:r>
        <w:t>080252</w:t>
      </w:r>
      <w:r>
        <w:tab/>
        <w:t>Klešče za vihanje trepalnic</w:t>
      </w:r>
    </w:p>
    <w:p w:rsidR="004611C8" w:rsidRDefault="004611C8" w:rsidP="004611C8">
      <w:r>
        <w:t>080254</w:t>
      </w:r>
      <w:r>
        <w:tab/>
        <w:t>Grablje za golf</w:t>
      </w:r>
    </w:p>
    <w:p w:rsidR="004611C8" w:rsidRDefault="004611C8" w:rsidP="004611C8">
      <w:r>
        <w:t>080255</w:t>
      </w:r>
      <w:r>
        <w:tab/>
        <w:t>Mehi za kamine (ročna orodja)</w:t>
      </w:r>
    </w:p>
    <w:p w:rsidR="004611C8" w:rsidRDefault="004611C8" w:rsidP="004611C8">
      <w:r>
        <w:t>080256</w:t>
      </w:r>
      <w:r>
        <w:tab/>
        <w:t>Aparati za tetoviranje</w:t>
      </w:r>
    </w:p>
    <w:p w:rsidR="004611C8" w:rsidRDefault="004611C8" w:rsidP="004611C8">
      <w:r>
        <w:t>080257</w:t>
      </w:r>
      <w:r>
        <w:tab/>
        <w:t>Pilice za nohte iz abrazivnega materiala</w:t>
      </w:r>
    </w:p>
    <w:p w:rsidR="004611C8" w:rsidRDefault="004611C8" w:rsidP="004611C8">
      <w:r>
        <w:t>080259</w:t>
      </w:r>
      <w:r>
        <w:tab/>
        <w:t>Lupilec za žice [ročno orodje]</w:t>
      </w:r>
    </w:p>
    <w:p w:rsidR="004611C8" w:rsidRDefault="004611C8" w:rsidP="004611C8">
      <w:r>
        <w:t>080261</w:t>
      </w:r>
      <w:r>
        <w:tab/>
        <w:t>Primeži za klopi [ročna orodja]</w:t>
      </w:r>
    </w:p>
    <w:p w:rsidR="004611C8" w:rsidRDefault="004611C8" w:rsidP="004611C8">
      <w:r>
        <w:t>080262</w:t>
      </w:r>
      <w:r>
        <w:tab/>
        <w:t>Pištole za kitanje</w:t>
      </w:r>
    </w:p>
    <w:p w:rsidR="004611C8" w:rsidRDefault="004611C8" w:rsidP="004611C8">
      <w:r>
        <w:t>080263</w:t>
      </w:r>
      <w:r>
        <w:tab/>
        <w:t>Raztezalniki za žico (ročna orodja)</w:t>
      </w:r>
    </w:p>
    <w:p w:rsidR="004611C8" w:rsidRDefault="004611C8" w:rsidP="004611C8">
      <w:r>
        <w:t>080264</w:t>
      </w:r>
      <w:r>
        <w:tab/>
        <w:t>Skalpeli za uporabo pri hobijih</w:t>
      </w:r>
    </w:p>
    <w:p w:rsidR="004611C8" w:rsidRDefault="004611C8" w:rsidP="004611C8">
      <w:r>
        <w:t>080265</w:t>
      </w:r>
      <w:r>
        <w:tab/>
        <w:t>Ročne zračne tlačilke</w:t>
      </w:r>
    </w:p>
    <w:p w:rsidR="004611C8" w:rsidRDefault="004611C8" w:rsidP="004611C8">
      <w:r>
        <w:t>080266</w:t>
      </w:r>
      <w:r>
        <w:tab/>
        <w:t>Keramični noži</w:t>
      </w:r>
    </w:p>
    <w:p w:rsidR="004611C8" w:rsidRDefault="004611C8" w:rsidP="004611C8">
      <w:r>
        <w:t>080267</w:t>
      </w:r>
      <w:r>
        <w:tab/>
        <w:t>Kartonske pile s smirkovim papirjem</w:t>
      </w:r>
    </w:p>
    <w:p w:rsidR="004611C8" w:rsidRDefault="004611C8" w:rsidP="004611C8">
      <w:r>
        <w:t>080268</w:t>
      </w:r>
      <w:r>
        <w:tab/>
        <w:t>Ročno orodje za ostrenje robov smuči</w:t>
      </w:r>
    </w:p>
    <w:p w:rsidR="004611C8" w:rsidRDefault="004611C8" w:rsidP="004611C8">
      <w:r>
        <w:t>080269</w:t>
      </w:r>
      <w:r>
        <w:tab/>
        <w:t>Igle za tetoviranje</w:t>
      </w:r>
    </w:p>
    <w:p w:rsidR="004611C8" w:rsidRDefault="004611C8" w:rsidP="004611C8">
      <w:r>
        <w:t>080270</w:t>
      </w:r>
      <w:r>
        <w:tab/>
        <w:t>Lopatice, ki jih uporabljajo umetniki</w:t>
      </w:r>
    </w:p>
    <w:p w:rsidR="004611C8" w:rsidRDefault="004611C8" w:rsidP="004611C8">
      <w:r>
        <w:t>080271</w:t>
      </w:r>
      <w:r>
        <w:tab/>
        <w:t>Kiparska dleta</w:t>
      </w:r>
    </w:p>
    <w:p w:rsidR="004611C8" w:rsidRPr="003834FA" w:rsidRDefault="004611C8" w:rsidP="004611C8">
      <w:pPr>
        <w:rPr>
          <w:lang w:val="fr-FR"/>
        </w:rPr>
      </w:pPr>
      <w:r>
        <w:t>080272</w:t>
      </w:r>
      <w:r>
        <w:tab/>
      </w:r>
      <w:r w:rsidRPr="003834FA">
        <w:rPr>
          <w:lang w:val="fr-FR"/>
        </w:rPr>
        <w:t>Plastične žlice, namizne vilice in namizni noži</w:t>
      </w:r>
    </w:p>
    <w:p w:rsidR="004611C8" w:rsidRDefault="004611C8" w:rsidP="004611C8">
      <w:r>
        <w:t>080273</w:t>
      </w:r>
      <w:r>
        <w:tab/>
        <w:t>Žličke, namizne vilice in namizni noži za dojenčke</w:t>
      </w:r>
    </w:p>
    <w:p w:rsidR="004611C8" w:rsidRDefault="004611C8" w:rsidP="004611C8">
      <w:r>
        <w:t>080274</w:t>
      </w:r>
      <w:r>
        <w:tab/>
        <w:t>Strgala za smuči</w:t>
      </w:r>
    </w:p>
    <w:p w:rsidR="004611C8" w:rsidRDefault="004611C8" w:rsidP="004611C8">
      <w:r>
        <w:t>080275</w:t>
      </w:r>
      <w:r>
        <w:tab/>
        <w:t>Ročaji za ročno orodje</w:t>
      </w:r>
    </w:p>
    <w:p w:rsidR="004611C8" w:rsidRDefault="004611C8" w:rsidP="004611C8">
      <w:r>
        <w:t>080276</w:t>
      </w:r>
      <w:r>
        <w:tab/>
        <w:t>Ročaji za nože</w:t>
      </w:r>
    </w:p>
    <w:p w:rsidR="004611C8" w:rsidRDefault="004611C8" w:rsidP="004611C8">
      <w:r>
        <w:t>080277</w:t>
      </w:r>
      <w:r>
        <w:tab/>
        <w:t>Ročaji za kose</w:t>
      </w:r>
    </w:p>
    <w:p w:rsidR="004611C8" w:rsidRDefault="004611C8" w:rsidP="004611C8">
      <w:r>
        <w:t>080278</w:t>
      </w:r>
      <w:r>
        <w:tab/>
        <w:t>Ročni spiralni rezalniki zelenjave</w:t>
      </w:r>
    </w:p>
    <w:p w:rsidR="004611C8" w:rsidRDefault="004611C8" w:rsidP="004611C8">
      <w:r>
        <w:t>080279</w:t>
      </w:r>
      <w:r>
        <w:tab/>
        <w:t>Ročni lupilniki zelenjave</w:t>
      </w:r>
    </w:p>
    <w:p w:rsidR="004611C8" w:rsidRDefault="004611C8" w:rsidP="004611C8">
      <w:r>
        <w:t>080280</w:t>
      </w:r>
      <w:r>
        <w:tab/>
        <w:t>Noži za lepenko</w:t>
      </w:r>
    </w:p>
    <w:p w:rsidR="004611C8" w:rsidRDefault="004611C8" w:rsidP="004611C8">
      <w:r>
        <w:t>080281</w:t>
      </w:r>
      <w:r>
        <w:tab/>
        <w:t>Električne naprave za pletenje las</w:t>
      </w:r>
    </w:p>
    <w:p w:rsidR="004611C8" w:rsidRDefault="004611C8" w:rsidP="004611C8">
      <w:r>
        <w:t>080282</w:t>
      </w:r>
      <w:r>
        <w:tab/>
        <w:t>Paličice za mešanje barve</w:t>
      </w:r>
    </w:p>
    <w:p w:rsidR="004611C8" w:rsidRDefault="004611C8" w:rsidP="004611C8">
      <w:r>
        <w:t>080283</w:t>
      </w:r>
      <w:r>
        <w:tab/>
        <w:t>Rezalniki folije za vinske steklenice</w:t>
      </w:r>
    </w:p>
    <w:p w:rsidR="004611C8" w:rsidRPr="003834FA" w:rsidRDefault="004611C8" w:rsidP="004611C8">
      <w:pPr>
        <w:rPr>
          <w:lang w:val="fr-FR"/>
        </w:rPr>
      </w:pPr>
      <w:r>
        <w:t>080284</w:t>
      </w:r>
      <w:r>
        <w:tab/>
      </w:r>
      <w:r w:rsidRPr="003834FA">
        <w:rPr>
          <w:lang w:val="fr-FR"/>
        </w:rPr>
        <w:t>Priprave za rezanje sadja na rezine</w:t>
      </w:r>
    </w:p>
    <w:p w:rsidR="004611C8" w:rsidRDefault="004611C8" w:rsidP="004611C8">
      <w:r>
        <w:t>080285</w:t>
      </w:r>
      <w:r>
        <w:tab/>
        <w:t>Priprave za razkoščičenje sadja</w:t>
      </w:r>
    </w:p>
    <w:p w:rsidR="004611C8" w:rsidRDefault="004611C8" w:rsidP="004611C8">
      <w:r>
        <w:t>080286</w:t>
      </w:r>
      <w:r>
        <w:tab/>
        <w:t>Kuhinjski večnamenski strgalniki</w:t>
      </w:r>
    </w:p>
    <w:p w:rsidR="004611C8" w:rsidRDefault="004611C8" w:rsidP="004611C8">
      <w:r>
        <w:t>080287</w:t>
      </w:r>
      <w:r>
        <w:tab/>
        <w:t>Kremplji za trganje mesa</w:t>
      </w:r>
    </w:p>
    <w:p w:rsidR="004611C8" w:rsidRDefault="004611C8" w:rsidP="004611C8">
      <w:r>
        <w:t>080288</w:t>
      </w:r>
      <w:r>
        <w:tab/>
        <w:t>Sterilni instrumenti za prebadanje telesa</w:t>
      </w:r>
    </w:p>
    <w:p w:rsidR="004611C8" w:rsidRDefault="004611C8" w:rsidP="004611C8">
      <w:r>
        <w:t>080289</w:t>
      </w:r>
      <w:r>
        <w:tab/>
        <w:t>Naprave za lasersko odstranjevanje dlak, razen za medicinske namene</w:t>
      </w:r>
    </w:p>
    <w:p w:rsidR="004611C8" w:rsidRDefault="004611C8" w:rsidP="004611C8">
      <w:r>
        <w:t>080290</w:t>
      </w:r>
      <w:r>
        <w:tab/>
        <w:t>Kladiva za nujne primere</w:t>
      </w:r>
    </w:p>
    <w:p w:rsidR="004611C8" w:rsidRDefault="004611C8" w:rsidP="004611C8">
      <w:r>
        <w:t>080291</w:t>
      </w:r>
      <w:r>
        <w:tab/>
        <w:t>Noži za zelenjavo</w:t>
      </w:r>
    </w:p>
    <w:p w:rsidR="004611C8" w:rsidRDefault="004611C8" w:rsidP="004611C8">
      <w:r>
        <w:t>080292</w:t>
      </w:r>
      <w:r>
        <w:tab/>
        <w:t>Vilice za razkosavanje</w:t>
      </w:r>
    </w:p>
    <w:p w:rsidR="004611C8" w:rsidRDefault="004611C8" w:rsidP="004611C8">
      <w:r>
        <w:t>080293</w:t>
      </w:r>
      <w:r>
        <w:tab/>
        <w:t>Noži za rezanje mesa</w:t>
      </w:r>
    </w:p>
    <w:p w:rsidR="004611C8" w:rsidRDefault="004611C8" w:rsidP="004611C8">
      <w:r>
        <w:t>080294</w:t>
      </w:r>
      <w:r>
        <w:tab/>
        <w:t>Noži z večnamenskimi orodji</w:t>
      </w:r>
    </w:p>
    <w:p w:rsidR="004611C8" w:rsidRPr="003834FA" w:rsidRDefault="004611C8" w:rsidP="004611C8">
      <w:pPr>
        <w:rPr>
          <w:lang w:val="fr-FR"/>
        </w:rPr>
      </w:pPr>
      <w:r>
        <w:t>080295</w:t>
      </w:r>
      <w:r>
        <w:tab/>
      </w:r>
      <w:r w:rsidRPr="003834FA">
        <w:rPr>
          <w:lang w:val="fr-FR"/>
        </w:rPr>
        <w:t>Ročne priprave za luščenje koruze</w:t>
      </w:r>
    </w:p>
    <w:p w:rsidR="004611C8" w:rsidRDefault="004611C8" w:rsidP="004611C8">
      <w:r>
        <w:t>080296</w:t>
      </w:r>
      <w:r>
        <w:tab/>
        <w:t>Ročni rezalniki sadja</w:t>
      </w:r>
    </w:p>
    <w:p w:rsidR="004611C8" w:rsidRDefault="004611C8" w:rsidP="004611C8">
      <w:r>
        <w:t>080297</w:t>
      </w:r>
      <w:r>
        <w:tab/>
        <w:t>Ročne naprave za obdelavo hrane</w:t>
      </w:r>
    </w:p>
    <w:p w:rsidR="004611C8" w:rsidRPr="003834FA" w:rsidRDefault="004611C8" w:rsidP="004611C8">
      <w:pPr>
        <w:rPr>
          <w:lang w:val="fr-FR"/>
        </w:rPr>
      </w:pPr>
      <w:r>
        <w:t>080298</w:t>
      </w:r>
      <w:r>
        <w:tab/>
      </w:r>
      <w:r w:rsidRPr="003834FA">
        <w:rPr>
          <w:lang w:val="fr-FR"/>
        </w:rPr>
        <w:t>Prenosne ročne statve, na ročni pogon</w:t>
      </w:r>
    </w:p>
    <w:p w:rsidR="004611C8" w:rsidRDefault="004611C8" w:rsidP="004611C8">
      <w:r>
        <w:t>080299</w:t>
      </w:r>
      <w:r>
        <w:tab/>
        <w:t>Ročni stiskalniki za tube, ne za gospodinjske namene</w:t>
      </w:r>
    </w:p>
    <w:p w:rsidR="004611C8" w:rsidRDefault="004611C8" w:rsidP="004611C8">
      <w:r>
        <w:t>080300</w:t>
      </w:r>
      <w:r>
        <w:tab/>
        <w:t>Likalniki za ravnanje las</w:t>
      </w:r>
    </w:p>
    <w:p w:rsidR="004611C8" w:rsidRDefault="004611C8" w:rsidP="004611C8">
      <w:r>
        <w:t>080301</w:t>
      </w:r>
      <w:r>
        <w:tab/>
        <w:t>Ročne naprave za razkoščičevanje sadja</w:t>
      </w:r>
    </w:p>
    <w:p w:rsidR="004611C8" w:rsidRDefault="004611C8" w:rsidP="004611C8">
      <w:r>
        <w:t>080302</w:t>
      </w:r>
      <w:r>
        <w:tab/>
        <w:t>Telovniki za orodje</w:t>
      </w:r>
    </w:p>
    <w:p w:rsidR="004611C8" w:rsidRDefault="004611C8" w:rsidP="004611C8">
      <w:r>
        <w:t>080303</w:t>
      </w:r>
      <w:r>
        <w:tab/>
        <w:t>Šila za šivanje</w:t>
      </w:r>
    </w:p>
    <w:p w:rsidR="004611C8" w:rsidRDefault="004611C8" w:rsidP="004611C8">
      <w:r>
        <w:t>080305</w:t>
      </w:r>
      <w:r>
        <w:tab/>
        <w:t>Topa dleta</w:t>
      </w:r>
    </w:p>
    <w:p w:rsidR="009A524C" w:rsidRDefault="009A524C">
      <w:pPr>
        <w:pStyle w:val="Naslov1"/>
        <w:sectPr w:rsidR="009A524C" w:rsidSect="00E00425">
          <w:type w:val="continuous"/>
          <w:pgSz w:w="11907" w:h="16840" w:code="9"/>
          <w:pgMar w:top="1418" w:right="1418" w:bottom="1418" w:left="1418" w:header="720" w:footer="720" w:gutter="0"/>
          <w:cols w:num="2" w:space="720"/>
          <w:docGrid w:linePitch="360"/>
        </w:sectPr>
      </w:pPr>
    </w:p>
    <w:p w:rsidR="00E00425" w:rsidRDefault="00E00425">
      <w:pPr>
        <w:tabs>
          <w:tab w:val="clear" w:pos="907"/>
        </w:tabs>
        <w:spacing w:after="200" w:line="276" w:lineRule="auto"/>
        <w:ind w:left="0" w:firstLine="0"/>
        <w:rPr>
          <w:rFonts w:eastAsiaTheme="majorEastAsia" w:cstheme="majorBidi"/>
          <w:b/>
          <w:bCs/>
          <w:color w:val="000000" w:themeColor="text1"/>
          <w:sz w:val="22"/>
          <w:szCs w:val="28"/>
          <w:lang w:val="sl-SI" w:eastAsia="sl-SI"/>
        </w:rPr>
      </w:pPr>
      <w:r>
        <w:rPr>
          <w:lang w:val="sl-SI" w:eastAsia="sl-SI"/>
        </w:rPr>
        <w:br w:type="page"/>
      </w:r>
    </w:p>
    <w:p w:rsidR="00431F3E" w:rsidRPr="003835D5" w:rsidRDefault="00431F3E" w:rsidP="00DF5041">
      <w:pPr>
        <w:pStyle w:val="Naslov1"/>
        <w:rPr>
          <w:lang w:val="sl-SI" w:eastAsia="sl-SI"/>
        </w:rPr>
      </w:pPr>
      <w:r w:rsidRPr="003835D5">
        <w:rPr>
          <w:lang w:val="sl-SI" w:eastAsia="sl-SI"/>
        </w:rPr>
        <w:lastRenderedPageBreak/>
        <w:t xml:space="preserve">Razred 9 </w:t>
      </w:r>
    </w:p>
    <w:p w:rsidR="00431F3E" w:rsidRPr="00810FA9" w:rsidRDefault="00431F3E" w:rsidP="00810FA9">
      <w:pPr>
        <w:pStyle w:val="Naslov2"/>
      </w:pPr>
      <w:r w:rsidRPr="00810FA9">
        <w:t>Znanstveni, pomorski, geodetski, fotografski, kinematografski, optični, tehtalni, merilni, signalizacijski, kontrolni (nadzorni), reševalni ter učni aparati in instrumenti; aparati in instrumenti za prevajanje, preklapljanje, transformiranje, akumuliranje, regulacijo ali kontrolo električne energije; aparati in instrumenti za prevajanje, preklapljanje, transformiranje, akumuliranje, regulacijo ali kontrolo distribucije ali uporabe električne energije; aparati za snemanje, prenos ali reprodukcijo zvoka ali slik; posnete in prenosljive multimedijske datoteke, računalniška programska oprema, prazni digitalni ali analogni snemalni in pomnilniški mediji; mehanizmi za aparate na kovance; registrske blagajne, računski stroji, oprema za obdelavo podatkov in računalniki; računalniška programska oprema; potapljaške obleke, potapljaške maske, ušesni čepki za potapljače, nosne sponke za potapljače, rokavice za potapljače, dihalni aparati za podvodno plavanje; gasilni aparati.</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DF5041" w:rsidRPr="00D85EAF" w:rsidTr="00DF5041">
        <w:trPr>
          <w:trHeight w:val="143"/>
          <w:tblHeader/>
        </w:trPr>
        <w:tc>
          <w:tcPr>
            <w:tcW w:w="9493" w:type="dxa"/>
            <w:gridSpan w:val="2"/>
            <w:shd w:val="clear" w:color="auto" w:fill="F2F2F2" w:themeFill="background1" w:themeFillShade="F2"/>
            <w:vAlign w:val="center"/>
          </w:tcPr>
          <w:p w:rsidR="00DF5041" w:rsidRPr="00810FA9" w:rsidRDefault="00DF5041" w:rsidP="00E00425">
            <w:pPr>
              <w:pStyle w:val="opomba"/>
              <w:spacing w:after="60"/>
              <w:rPr>
                <w:b/>
              </w:rPr>
            </w:pPr>
            <w:r w:rsidRPr="00810FA9">
              <w:rPr>
                <w:b/>
              </w:rPr>
              <w:t xml:space="preserve">RAZRED </w:t>
            </w:r>
            <w:r w:rsidR="00810FA9" w:rsidRPr="00810FA9">
              <w:rPr>
                <w:b/>
              </w:rPr>
              <w:t>9</w:t>
            </w:r>
            <w:r w:rsidRPr="00810FA9">
              <w:rPr>
                <w:b/>
              </w:rPr>
              <w:t xml:space="preserve"> - pojasnjevalne opombe</w:t>
            </w:r>
          </w:p>
        </w:tc>
      </w:tr>
      <w:tr w:rsidR="00DF5041" w:rsidRPr="00D85EAF" w:rsidTr="00DF5041">
        <w:trPr>
          <w:trHeight w:val="390"/>
        </w:trPr>
        <w:tc>
          <w:tcPr>
            <w:tcW w:w="9493" w:type="dxa"/>
            <w:gridSpan w:val="2"/>
            <w:shd w:val="clear" w:color="auto" w:fill="F2F2F2" w:themeFill="background1" w:themeFillShade="F2"/>
            <w:vAlign w:val="center"/>
          </w:tcPr>
          <w:p w:rsidR="00DF5041" w:rsidRPr="00993A45" w:rsidRDefault="00810FA9" w:rsidP="00E00425">
            <w:pPr>
              <w:pStyle w:val="opomba"/>
              <w:spacing w:after="60"/>
            </w:pPr>
            <w:r w:rsidRPr="00BD49AB">
              <w:t>Razred 9 vključuje predvsem aparate in instrumente za znanstvene ali raziskovalne namene, avdiovizualno opremo in opremo informacijske tehnologije ter varnostno in reševalno opremo.</w:t>
            </w:r>
          </w:p>
        </w:tc>
      </w:tr>
      <w:tr w:rsidR="00DF5041" w:rsidRPr="00D85EAF" w:rsidTr="00810FA9">
        <w:trPr>
          <w:trHeight w:val="2501"/>
        </w:trPr>
        <w:tc>
          <w:tcPr>
            <w:tcW w:w="4746" w:type="dxa"/>
            <w:shd w:val="clear" w:color="auto" w:fill="F2F2F2" w:themeFill="background1" w:themeFillShade="F2"/>
          </w:tcPr>
          <w:p w:rsidR="00DF5041" w:rsidRPr="00993A45" w:rsidRDefault="00DF5041" w:rsidP="00DF5041">
            <w:pPr>
              <w:pStyle w:val="opomba"/>
            </w:pPr>
            <w:r w:rsidRPr="00D85EAF">
              <w:t>V ta razred so vključeni zlasti:</w:t>
            </w:r>
          </w:p>
          <w:p w:rsidR="00810FA9" w:rsidRPr="00BD49AB" w:rsidRDefault="00810FA9" w:rsidP="00E00425">
            <w:pPr>
              <w:pStyle w:val="opombapika"/>
              <w:spacing w:after="40"/>
            </w:pPr>
            <w:r w:rsidRPr="00BD49AB">
              <w:t>aparati in instrumenti za znanstvene raziskave v laboratorijih;</w:t>
            </w:r>
          </w:p>
          <w:p w:rsidR="00810FA9" w:rsidRPr="00BD49AB" w:rsidRDefault="00810FA9" w:rsidP="00E00425">
            <w:pPr>
              <w:pStyle w:val="opombapika"/>
              <w:spacing w:after="40"/>
            </w:pPr>
            <w:r w:rsidRPr="00BD49AB">
              <w:t>aparati in instrumenti za znanstvene raziskave v laboratorijih</w:t>
            </w:r>
          </w:p>
          <w:p w:rsidR="00810FA9" w:rsidRPr="00BD49AB" w:rsidRDefault="00810FA9" w:rsidP="00E00425">
            <w:pPr>
              <w:pStyle w:val="opombapika"/>
              <w:spacing w:after="40"/>
            </w:pPr>
            <w:r w:rsidRPr="00BD49AB">
              <w:t>aparati in instrumenti za kontrolo ladij, kot so aparati in instrumenti za merjenje in za prenos naročil;</w:t>
            </w:r>
          </w:p>
          <w:p w:rsidR="00810FA9" w:rsidRPr="00BD49AB" w:rsidRDefault="00810FA9" w:rsidP="00E00425">
            <w:pPr>
              <w:pStyle w:val="opombapika"/>
              <w:spacing w:after="40"/>
            </w:pPr>
            <w:r w:rsidRPr="00BD49AB">
              <w:t>varnostni aparati in instrumenti, na primer varnostne mreže, signalne luči, semaforji, zvočni alarmi, strojna oprema za varnostne žetone za preverjanje pristnosti uporabnikov</w:t>
            </w:r>
          </w:p>
          <w:p w:rsidR="00810FA9" w:rsidRPr="00BD49AB" w:rsidRDefault="00810FA9" w:rsidP="00E00425">
            <w:pPr>
              <w:pStyle w:val="opombapika"/>
              <w:spacing w:after="40"/>
            </w:pPr>
            <w:r w:rsidRPr="00BD49AB">
              <w:t>oblačila, ki ščitijo pred resnimi ali smrtno nevarnimi poškodbami, na primer oblačila za zaščito pred nesrečami, sevanjem in ognjem, neprebojna oblačila, zaščitne čelade, ščitniki za glavo za šport, ščitniki za usta za šport, zaščitne obleke za letalce, ščitniki za kolena za delavce</w:t>
            </w:r>
          </w:p>
          <w:p w:rsidR="00810FA9" w:rsidRPr="00BD49AB" w:rsidRDefault="00810FA9" w:rsidP="00E00425">
            <w:pPr>
              <w:pStyle w:val="opombapika"/>
              <w:spacing w:after="40"/>
            </w:pPr>
            <w:r w:rsidRPr="00BD49AB">
              <w:t>optični aparati in instrumenti, na primer povečevalna stekla, ogledala za pregledovanje dela, kukala</w:t>
            </w:r>
          </w:p>
          <w:p w:rsidR="00810FA9" w:rsidRPr="00BD49AB" w:rsidRDefault="00810FA9" w:rsidP="00E00425">
            <w:pPr>
              <w:pStyle w:val="opombapika"/>
              <w:spacing w:after="40"/>
            </w:pPr>
            <w:r w:rsidRPr="00BD49AB">
              <w:t>magneti</w:t>
            </w:r>
          </w:p>
          <w:p w:rsidR="00810FA9" w:rsidRPr="00BD49AB" w:rsidRDefault="00810FA9" w:rsidP="00E00425">
            <w:pPr>
              <w:pStyle w:val="opombapika"/>
              <w:spacing w:after="40"/>
            </w:pPr>
            <w:r w:rsidRPr="00BD49AB">
              <w:t>pametne ure, nosljivi merilniki aktivnosti</w:t>
            </w:r>
          </w:p>
          <w:p w:rsidR="00810FA9" w:rsidRPr="00BD49AB" w:rsidRDefault="00810FA9" w:rsidP="00E00425">
            <w:pPr>
              <w:pStyle w:val="opombapika"/>
              <w:spacing w:after="40"/>
            </w:pPr>
            <w:r w:rsidRPr="00BD49AB">
              <w:t>igralne palice za uporabo z računalniki, razen za video igre, slušalke za virtualno resničnost, pametna očala</w:t>
            </w:r>
          </w:p>
          <w:p w:rsidR="00810FA9" w:rsidRPr="00BD49AB" w:rsidRDefault="00810FA9" w:rsidP="00E00425">
            <w:pPr>
              <w:pStyle w:val="opombapika"/>
              <w:spacing w:after="40"/>
            </w:pPr>
            <w:r w:rsidRPr="00BD49AB">
              <w:t>etuiji za pametne telefone, posebej izdelani etuiji za fotografske aparate in instrumente</w:t>
            </w:r>
          </w:p>
          <w:p w:rsidR="00810FA9" w:rsidRPr="00BD49AB" w:rsidRDefault="00810FA9" w:rsidP="00E00425">
            <w:pPr>
              <w:pStyle w:val="opombapika"/>
              <w:spacing w:after="40"/>
            </w:pPr>
            <w:r w:rsidRPr="00BD49AB">
              <w:t>bankomati, prodajni terminali (POS), instrumenti in stroji za testiranje materialov</w:t>
            </w:r>
          </w:p>
          <w:p w:rsidR="00810FA9" w:rsidRPr="00BD49AB" w:rsidRDefault="00810FA9" w:rsidP="00E00425">
            <w:pPr>
              <w:pStyle w:val="opombapika"/>
              <w:spacing w:after="40"/>
            </w:pPr>
            <w:r w:rsidRPr="00BD49AB">
              <w:t>baterije in polnilci za elektronske cigarete</w:t>
            </w:r>
          </w:p>
          <w:p w:rsidR="00810FA9" w:rsidRPr="00BD49AB" w:rsidRDefault="00810FA9" w:rsidP="00E00425">
            <w:pPr>
              <w:pStyle w:val="opombapika"/>
              <w:spacing w:after="40"/>
            </w:pPr>
            <w:r w:rsidRPr="00BD49AB">
              <w:t>električne in elektronske efektne enote za glasbila</w:t>
            </w:r>
          </w:p>
          <w:p w:rsidR="00DF5041" w:rsidRPr="00993A45" w:rsidRDefault="00810FA9" w:rsidP="008C16D9">
            <w:pPr>
              <w:pStyle w:val="opombapika"/>
            </w:pPr>
            <w:r w:rsidRPr="00BD49AB">
              <w:t>laboratorijski roboti, roboti za učenje, roboti za varnostni nadzor, humanoidni roboti z umetno inteligenco.</w:t>
            </w:r>
          </w:p>
        </w:tc>
        <w:tc>
          <w:tcPr>
            <w:tcW w:w="4747" w:type="dxa"/>
            <w:shd w:val="clear" w:color="auto" w:fill="F2F2F2" w:themeFill="background1" w:themeFillShade="F2"/>
          </w:tcPr>
          <w:p w:rsidR="00DF5041" w:rsidRPr="00993A45" w:rsidRDefault="00DF5041" w:rsidP="00DF5041">
            <w:pPr>
              <w:pStyle w:val="opomba"/>
            </w:pPr>
            <w:r w:rsidRPr="00D85EAF">
              <w:t>V ta razred niso vključeni zlasti:</w:t>
            </w:r>
          </w:p>
          <w:p w:rsidR="00810FA9" w:rsidRPr="00BD49AB" w:rsidRDefault="00810FA9" w:rsidP="00E00425">
            <w:pPr>
              <w:pStyle w:val="opombapika"/>
              <w:spacing w:after="40"/>
            </w:pPr>
            <w:r w:rsidRPr="00BD49AB">
              <w:t>aparati na kovance, ki so razvrščeni v različne razrede glede na njihovo funkcijo ali namen, na primer pralni stroji na kovance (razred 7), mize za biljard na kovance (razred 28)</w:t>
            </w:r>
          </w:p>
          <w:p w:rsidR="00810FA9" w:rsidRPr="00BD49AB" w:rsidRDefault="00810FA9" w:rsidP="00E00425">
            <w:pPr>
              <w:pStyle w:val="opombapika"/>
              <w:spacing w:after="40"/>
            </w:pPr>
            <w:r w:rsidRPr="00BD49AB">
              <w:t>industrijski roboti (razred 7), kirurški roboti (razred 10), roboti igrače (razred 28)</w:t>
            </w:r>
          </w:p>
          <w:p w:rsidR="00810FA9" w:rsidRPr="00BD49AB" w:rsidRDefault="00810FA9" w:rsidP="00E00425">
            <w:pPr>
              <w:pStyle w:val="opombapika"/>
              <w:spacing w:after="40"/>
            </w:pPr>
            <w:r w:rsidRPr="00BD49AB">
              <w:t>igralne palice, ki so deli strojev, razen za igralne naprave (razred 7), igralne palice za vozila (razred 12), igralne palice za video igre, krmilniki za igrače in igralne konzole (razred 28)</w:t>
            </w:r>
          </w:p>
          <w:p w:rsidR="00810FA9" w:rsidRPr="00BD49AB" w:rsidRDefault="00810FA9" w:rsidP="00E00425">
            <w:pPr>
              <w:pStyle w:val="opombapika"/>
              <w:spacing w:after="40"/>
            </w:pPr>
            <w:r w:rsidRPr="00BD49AB">
              <w:t>nosne sponke za plavalce (razred 10)</w:t>
            </w:r>
          </w:p>
          <w:p w:rsidR="00810FA9" w:rsidRPr="00BD49AB" w:rsidRDefault="00810FA9" w:rsidP="00E00425">
            <w:pPr>
              <w:pStyle w:val="opombapika"/>
              <w:spacing w:after="40"/>
            </w:pPr>
            <w:r w:rsidRPr="00BD49AB">
              <w:t>merilniki srčnega utripa, aparati za spremljanje srčnega utripa, monitorji telesne sestave (razred 10)</w:t>
            </w:r>
          </w:p>
          <w:p w:rsidR="00810FA9" w:rsidRPr="00BD49AB" w:rsidRDefault="00810FA9" w:rsidP="00E00425">
            <w:pPr>
              <w:pStyle w:val="opombapika"/>
              <w:spacing w:after="40"/>
            </w:pPr>
            <w:r w:rsidRPr="00BD49AB">
              <w:t>očala, kontaktne leče, sončna očala (razred 10)</w:t>
            </w:r>
          </w:p>
          <w:p w:rsidR="00810FA9" w:rsidRPr="00BD49AB" w:rsidRDefault="00810FA9" w:rsidP="00E00425">
            <w:pPr>
              <w:pStyle w:val="opombapika"/>
              <w:spacing w:after="40"/>
            </w:pPr>
            <w:r w:rsidRPr="00BD49AB">
              <w:t>potapljaške luči (razred 11)</w:t>
            </w:r>
          </w:p>
          <w:p w:rsidR="00810FA9" w:rsidRPr="00BD49AB" w:rsidRDefault="00810FA9" w:rsidP="00E00425">
            <w:pPr>
              <w:pStyle w:val="opombapika"/>
              <w:spacing w:after="40"/>
            </w:pPr>
            <w:r w:rsidRPr="00BD49AB">
              <w:t>laboratorijske svetilke, laboratorijski gorilniki (razred 11)</w:t>
            </w:r>
          </w:p>
          <w:p w:rsidR="00810FA9" w:rsidRPr="00BD49AB" w:rsidRDefault="00810FA9" w:rsidP="00E00425">
            <w:pPr>
              <w:pStyle w:val="opombapika"/>
              <w:spacing w:after="40"/>
            </w:pPr>
            <w:r w:rsidRPr="00BD49AB">
              <w:t>pametni izdelki, katerih glavna funkcija ostaja enaka, na primer pametni hladilniki (razred 11), pametni kovčki (razred 18), pametna oblačila (razred 25), pametne igrače (razred 28)</w:t>
            </w:r>
          </w:p>
          <w:p w:rsidR="00810FA9" w:rsidRPr="00BD49AB" w:rsidRDefault="00810FA9" w:rsidP="00E00425">
            <w:pPr>
              <w:pStyle w:val="opombapika"/>
              <w:spacing w:after="40"/>
            </w:pPr>
            <w:r w:rsidRPr="00BD49AB">
              <w:t>reševalna vozila, na primer reševalna vozila, gasilska vozila, rešilni čolni, reševalni čolni, reševalne sani (razred 12)</w:t>
            </w:r>
          </w:p>
          <w:p w:rsidR="00810FA9" w:rsidRPr="00BD49AB" w:rsidRDefault="00810FA9" w:rsidP="00E00425">
            <w:pPr>
              <w:pStyle w:val="opombapika"/>
              <w:spacing w:after="40"/>
            </w:pPr>
            <w:r w:rsidRPr="00BD49AB">
              <w:t>signali za eksplozivno meglo, signalne raketne rakete (razred 13)</w:t>
            </w:r>
          </w:p>
          <w:p w:rsidR="00810FA9" w:rsidRPr="00BD49AB" w:rsidRDefault="00810FA9" w:rsidP="00E00425">
            <w:pPr>
              <w:pStyle w:val="opombapika"/>
              <w:spacing w:after="40"/>
            </w:pPr>
            <w:r w:rsidRPr="00BD49AB">
              <w:t>histološki rezi za učne namene, biološki vzorci za uporabo v mikroskopiji kot učno gradivo (razred 16)</w:t>
            </w:r>
          </w:p>
          <w:p w:rsidR="00DF5041" w:rsidRPr="00993A45" w:rsidRDefault="00810FA9" w:rsidP="008C16D9">
            <w:pPr>
              <w:pStyle w:val="opombapika"/>
            </w:pPr>
            <w:r w:rsidRPr="00BD49AB">
              <w:t>oblačila in oprema za vadbo določenih športov, na primer zaščitne podloge, ki so deli športnih oblek, maske za sabljanje, boksarske rokavice (razred 28)</w:t>
            </w:r>
          </w:p>
        </w:tc>
      </w:tr>
    </w:tbl>
    <w:p w:rsidR="00F875A9" w:rsidRPr="00431F3E" w:rsidRDefault="00F875A9" w:rsidP="00810FA9">
      <w:pPr>
        <w:spacing w:before="360"/>
        <w:ind w:left="0" w:firstLine="0"/>
        <w:rPr>
          <w:lang w:val="sl-SI"/>
        </w:rPr>
      </w:pPr>
    </w:p>
    <w:p w:rsidR="00431F3E" w:rsidRPr="001F500C" w:rsidRDefault="00431F3E">
      <w:pPr>
        <w:rPr>
          <w:lang w:val="sl-SI"/>
        </w:rPr>
        <w:sectPr w:rsidR="00431F3E" w:rsidRPr="001F500C" w:rsidSect="00E00425">
          <w:type w:val="continuous"/>
          <w:pgSz w:w="11907" w:h="16840" w:code="9"/>
          <w:pgMar w:top="1418" w:right="1418" w:bottom="1418" w:left="1418" w:header="720" w:footer="720" w:gutter="0"/>
          <w:cols w:space="720"/>
          <w:docGrid w:linePitch="360"/>
        </w:sectPr>
      </w:pPr>
    </w:p>
    <w:p w:rsidR="004611C8" w:rsidRDefault="004611C8" w:rsidP="004611C8">
      <w:r>
        <w:t>090001</w:t>
      </w:r>
      <w:r>
        <w:tab/>
        <w:t>Električne tuljave</w:t>
      </w:r>
    </w:p>
    <w:p w:rsidR="004611C8" w:rsidRDefault="004611C8" w:rsidP="004611C8">
      <w:r>
        <w:t>090002</w:t>
      </w:r>
      <w:r>
        <w:tab/>
        <w:t>Pospeševalniki delcev</w:t>
      </w:r>
    </w:p>
    <w:p w:rsidR="004611C8" w:rsidRDefault="004611C8" w:rsidP="004611C8">
      <w:r>
        <w:t>090003</w:t>
      </w:r>
      <w:r>
        <w:tab/>
        <w:t>Odbojne ploščice za oblačila za preprečevanje prometnih nesreč</w:t>
      </w:r>
    </w:p>
    <w:p w:rsidR="004611C8" w:rsidRDefault="004611C8" w:rsidP="004611C8">
      <w:r>
        <w:t>090005</w:t>
      </w:r>
      <w:r>
        <w:tab/>
        <w:t>Zaščitna oblačila proti nesrečam, sevanju in ognju</w:t>
      </w:r>
    </w:p>
    <w:p w:rsidR="004611C8" w:rsidRDefault="004611C8" w:rsidP="004611C8">
      <w:r>
        <w:t>090010</w:t>
      </w:r>
      <w:r>
        <w:tab/>
        <w:t>Merilniki za baterije</w:t>
      </w:r>
    </w:p>
    <w:p w:rsidR="004611C8" w:rsidRDefault="004611C8" w:rsidP="004611C8">
      <w:r>
        <w:t>090011</w:t>
      </w:r>
      <w:r>
        <w:tab/>
        <w:t>Hidrometri</w:t>
      </w:r>
    </w:p>
    <w:p w:rsidR="004611C8" w:rsidRDefault="004611C8" w:rsidP="004611C8">
      <w:r>
        <w:t>090012</w:t>
      </w:r>
      <w:r>
        <w:tab/>
        <w:t>Plošče za baterije</w:t>
      </w:r>
    </w:p>
    <w:p w:rsidR="004611C8" w:rsidRDefault="004611C8" w:rsidP="004611C8">
      <w:r>
        <w:t>090013</w:t>
      </w:r>
      <w:r>
        <w:tab/>
        <w:t>Alarmi na piskanje</w:t>
      </w:r>
    </w:p>
    <w:p w:rsidR="004611C8" w:rsidRDefault="004611C8" w:rsidP="004611C8">
      <w:r>
        <w:t>090015</w:t>
      </w:r>
      <w:r>
        <w:tab/>
        <w:t>Akustični vodniki</w:t>
      </w:r>
    </w:p>
    <w:p w:rsidR="004611C8" w:rsidRDefault="004611C8" w:rsidP="004611C8">
      <w:r>
        <w:t>090017</w:t>
      </w:r>
      <w:r>
        <w:tab/>
        <w:t>Govorilne cevi</w:t>
      </w:r>
    </w:p>
    <w:p w:rsidR="004611C8" w:rsidRDefault="004611C8" w:rsidP="004611C8">
      <w:r>
        <w:t>090018</w:t>
      </w:r>
      <w:r>
        <w:tab/>
        <w:t>Aktinometri</w:t>
      </w:r>
    </w:p>
    <w:p w:rsidR="004611C8" w:rsidRDefault="004611C8" w:rsidP="004611C8">
      <w:r>
        <w:t>090019</w:t>
      </w:r>
      <w:r>
        <w:tab/>
        <w:t>Stroji za seštevanje</w:t>
      </w:r>
    </w:p>
    <w:p w:rsidR="004611C8" w:rsidRDefault="004611C8" w:rsidP="004611C8">
      <w:r>
        <w:t>090020</w:t>
      </w:r>
      <w:r>
        <w:tab/>
        <w:t>Aerometri</w:t>
      </w:r>
    </w:p>
    <w:p w:rsidR="004611C8" w:rsidRDefault="004611C8" w:rsidP="004611C8">
      <w:r>
        <w:t>090021</w:t>
      </w:r>
      <w:r>
        <w:tab/>
        <w:t>Povečevalni aparati [fotografija]</w:t>
      </w:r>
    </w:p>
    <w:p w:rsidR="004611C8" w:rsidRDefault="004611C8" w:rsidP="004611C8">
      <w:r>
        <w:t>090022</w:t>
      </w:r>
      <w:r>
        <w:tab/>
        <w:t>Elektrodinamični aparati za daljinsko upravljanje železniških kretnic</w:t>
      </w:r>
    </w:p>
    <w:p w:rsidR="004611C8" w:rsidRDefault="004611C8" w:rsidP="004611C8">
      <w:r>
        <w:t>090023</w:t>
      </w:r>
      <w:r>
        <w:tab/>
        <w:t>Magneti</w:t>
      </w:r>
    </w:p>
    <w:p w:rsidR="004611C8" w:rsidRDefault="004611C8" w:rsidP="004611C8">
      <w:r>
        <w:t>090024</w:t>
      </w:r>
      <w:r>
        <w:tab/>
        <w:t>Elektromagnetne tuljave</w:t>
      </w:r>
    </w:p>
    <w:p w:rsidR="004611C8" w:rsidRDefault="004611C8" w:rsidP="004611C8">
      <w:r>
        <w:t>090025</w:t>
      </w:r>
      <w:r>
        <w:tab/>
        <w:t>Aparati za analizo zraka</w:t>
      </w:r>
    </w:p>
    <w:p w:rsidR="004611C8" w:rsidRDefault="004611C8" w:rsidP="004611C8">
      <w:r>
        <w:t>090026</w:t>
      </w:r>
      <w:r>
        <w:tab/>
        <w:t>Alarmi</w:t>
      </w:r>
    </w:p>
    <w:p w:rsidR="004611C8" w:rsidRDefault="004611C8" w:rsidP="004611C8">
      <w:r>
        <w:t>090027</w:t>
      </w:r>
      <w:r>
        <w:tab/>
        <w:t>Alkoholometri</w:t>
      </w:r>
    </w:p>
    <w:p w:rsidR="004611C8" w:rsidRDefault="004611C8" w:rsidP="004611C8">
      <w:r>
        <w:t>090028</w:t>
      </w:r>
      <w:r>
        <w:tab/>
        <w:t>Alhidade</w:t>
      </w:r>
    </w:p>
    <w:p w:rsidR="004611C8" w:rsidRDefault="004611C8" w:rsidP="004611C8">
      <w:r>
        <w:t>090029</w:t>
      </w:r>
      <w:r>
        <w:tab/>
        <w:t>Aparati za analizo hrane</w:t>
      </w:r>
    </w:p>
    <w:p w:rsidR="004611C8" w:rsidRDefault="004611C8" w:rsidP="004611C8">
      <w:r>
        <w:t>090031</w:t>
      </w:r>
      <w:r>
        <w:tab/>
        <w:t>Baterije za razsvetljavo</w:t>
      </w:r>
    </w:p>
    <w:p w:rsidR="004611C8" w:rsidRDefault="004611C8" w:rsidP="004611C8">
      <w:r>
        <w:t>090033</w:t>
      </w:r>
      <w:r>
        <w:tab/>
        <w:t>Altigrafi (višinomeri)</w:t>
      </w:r>
    </w:p>
    <w:p w:rsidR="004611C8" w:rsidRDefault="004611C8" w:rsidP="004611C8">
      <w:r>
        <w:t>090034</w:t>
      </w:r>
      <w:r>
        <w:tab/>
        <w:t>Azbestne rokavice za zaščito pred nesrečami</w:t>
      </w:r>
    </w:p>
    <w:p w:rsidR="004611C8" w:rsidRDefault="004611C8" w:rsidP="004611C8">
      <w:r>
        <w:t>090035</w:t>
      </w:r>
      <w:r>
        <w:tab/>
        <w:t>Azbestna oblačila za zaščito pred ognjem</w:t>
      </w:r>
    </w:p>
    <w:p w:rsidR="004611C8" w:rsidRDefault="004611C8" w:rsidP="004611C8">
      <w:r>
        <w:t>090036</w:t>
      </w:r>
      <w:r>
        <w:tab/>
        <w:t>Ampermetri</w:t>
      </w:r>
    </w:p>
    <w:p w:rsidR="004611C8" w:rsidRDefault="004611C8" w:rsidP="004611C8">
      <w:r>
        <w:t>090037</w:t>
      </w:r>
      <w:r>
        <w:tab/>
        <w:t>Ojačevalniki</w:t>
      </w:r>
    </w:p>
    <w:p w:rsidR="004611C8" w:rsidRDefault="004611C8" w:rsidP="004611C8">
      <w:r>
        <w:t>090039</w:t>
      </w:r>
      <w:r>
        <w:tab/>
        <w:t>Anemometri</w:t>
      </w:r>
    </w:p>
    <w:p w:rsidR="004611C8" w:rsidRDefault="004611C8" w:rsidP="004611C8">
      <w:r>
        <w:t>090040</w:t>
      </w:r>
      <w:r>
        <w:tab/>
        <w:t>Kalibracijski obroči</w:t>
      </w:r>
    </w:p>
    <w:p w:rsidR="004611C8" w:rsidRDefault="004611C8" w:rsidP="004611C8">
      <w:r>
        <w:t>090041</w:t>
      </w:r>
      <w:r>
        <w:tab/>
        <w:t>Gasilni aparati</w:t>
      </w:r>
    </w:p>
    <w:p w:rsidR="004611C8" w:rsidRDefault="004611C8" w:rsidP="004611C8">
      <w:r>
        <w:t>090043</w:t>
      </w:r>
      <w:r>
        <w:tab/>
        <w:t>Anode</w:t>
      </w:r>
    </w:p>
    <w:p w:rsidR="004611C8" w:rsidRDefault="004611C8" w:rsidP="004611C8">
      <w:r>
        <w:t>090047</w:t>
      </w:r>
      <w:r>
        <w:tab/>
        <w:t>Ščitniki proti bleščanju</w:t>
      </w:r>
    </w:p>
    <w:p w:rsidR="004611C8" w:rsidRDefault="004611C8" w:rsidP="004611C8">
      <w:r>
        <w:t>090048</w:t>
      </w:r>
      <w:r>
        <w:tab/>
        <w:t>Naprave proti motnjam [elektrika]</w:t>
      </w:r>
    </w:p>
    <w:p w:rsidR="004611C8" w:rsidRDefault="004611C8" w:rsidP="004611C8">
      <w:r>
        <w:t>090049</w:t>
      </w:r>
      <w:r>
        <w:tab/>
        <w:t>Električni transformatorji</w:t>
      </w:r>
    </w:p>
    <w:p w:rsidR="004611C8" w:rsidRDefault="004611C8" w:rsidP="004611C8">
      <w:r>
        <w:t>090050</w:t>
      </w:r>
      <w:r>
        <w:tab/>
        <w:t>Apertometri [optika]</w:t>
      </w:r>
    </w:p>
    <w:p w:rsidR="004611C8" w:rsidRDefault="004611C8" w:rsidP="004611C8">
      <w:r>
        <w:t>090053</w:t>
      </w:r>
      <w:r>
        <w:tab/>
        <w:t>Stroji za štetje in sortiranje denarja</w:t>
      </w:r>
    </w:p>
    <w:p w:rsidR="004611C8" w:rsidRDefault="004611C8" w:rsidP="004611C8">
      <w:r>
        <w:t>090054</w:t>
      </w:r>
      <w:r>
        <w:tab/>
        <w:t>Razdelilne omare [elektrika]</w:t>
      </w:r>
    </w:p>
    <w:p w:rsidR="004611C8" w:rsidRDefault="004611C8" w:rsidP="004611C8">
      <w:r>
        <w:t>090055</w:t>
      </w:r>
      <w:r>
        <w:tab/>
        <w:t>Instrumenti za merjenje zemljišča</w:t>
      </w:r>
    </w:p>
    <w:p w:rsidR="004611C8" w:rsidRDefault="004611C8" w:rsidP="004611C8">
      <w:r>
        <w:t>090056</w:t>
      </w:r>
      <w:r>
        <w:tab/>
        <w:t>Verige za merjenje zemljišča</w:t>
      </w:r>
    </w:p>
    <w:p w:rsidR="004611C8" w:rsidRDefault="004611C8" w:rsidP="004611C8">
      <w:r>
        <w:t>090059</w:t>
      </w:r>
      <w:r>
        <w:tab/>
        <w:t>Objektivi za astrofotografijo</w:t>
      </w:r>
    </w:p>
    <w:p w:rsidR="004611C8" w:rsidRDefault="004611C8" w:rsidP="004611C8">
      <w:r>
        <w:t>090061</w:t>
      </w:r>
      <w:r>
        <w:tab/>
        <w:t>Avdiovizualni aparati za poučevanje</w:t>
      </w:r>
    </w:p>
    <w:p w:rsidR="004611C8" w:rsidRDefault="004611C8" w:rsidP="004611C8">
      <w:r>
        <w:t>090063</w:t>
      </w:r>
      <w:r>
        <w:tab/>
        <w:t>Mehanizmi na kovance</w:t>
      </w:r>
    </w:p>
    <w:p w:rsidR="004611C8" w:rsidRDefault="004611C8" w:rsidP="004611C8">
      <w:r>
        <w:t>090064</w:t>
      </w:r>
      <w:r>
        <w:tab/>
        <w:t>Mehanizmi za aparate na žetone</w:t>
      </w:r>
    </w:p>
    <w:p w:rsidR="004611C8" w:rsidRDefault="004611C8" w:rsidP="004611C8">
      <w:r>
        <w:t>090066</w:t>
      </w:r>
      <w:r>
        <w:tab/>
        <w:t>Merilne čeljusti</w:t>
      </w:r>
    </w:p>
    <w:p w:rsidR="004611C8" w:rsidRDefault="004611C8" w:rsidP="004611C8">
      <w:r>
        <w:t>090067</w:t>
      </w:r>
      <w:r>
        <w:tab/>
        <w:t>Komparatorji</w:t>
      </w:r>
    </w:p>
    <w:p w:rsidR="004611C8" w:rsidRDefault="004611C8" w:rsidP="004611C8">
      <w:r>
        <w:t>090068</w:t>
      </w:r>
      <w:r>
        <w:tab/>
        <w:t>Požarni alarmi</w:t>
      </w:r>
    </w:p>
    <w:p w:rsidR="004611C8" w:rsidRDefault="004611C8" w:rsidP="004611C8">
      <w:r>
        <w:t>090070</w:t>
      </w:r>
      <w:r>
        <w:tab/>
        <w:t>Zaščitna oblačila za letalce</w:t>
      </w:r>
    </w:p>
    <w:p w:rsidR="004611C8" w:rsidRDefault="004611C8" w:rsidP="004611C8">
      <w:r>
        <w:t>090071</w:t>
      </w:r>
      <w:r>
        <w:tab/>
        <w:t>Alarmni zvonci, električni</w:t>
      </w:r>
    </w:p>
    <w:p w:rsidR="004611C8" w:rsidRDefault="004611C8" w:rsidP="004611C8">
      <w:r>
        <w:t>090072</w:t>
      </w:r>
      <w:r>
        <w:tab/>
        <w:t>Šibe za iskanje vode</w:t>
      </w:r>
    </w:p>
    <w:p w:rsidR="004611C8" w:rsidRDefault="004611C8" w:rsidP="004611C8">
      <w:r>
        <w:t>090074</w:t>
      </w:r>
      <w:r>
        <w:tab/>
        <w:t>Tehtnice</w:t>
      </w:r>
    </w:p>
    <w:p w:rsidR="004611C8" w:rsidRDefault="004611C8" w:rsidP="004611C8">
      <w:r>
        <w:t>090075</w:t>
      </w:r>
      <w:r>
        <w:tab/>
        <w:t>Meteorološki baloni</w:t>
      </w:r>
    </w:p>
    <w:p w:rsidR="004611C8" w:rsidRDefault="004611C8" w:rsidP="004611C8">
      <w:r>
        <w:t>090076</w:t>
      </w:r>
      <w:r>
        <w:tab/>
        <w:t>Naprave za razmagnetenje magnetnih trakov</w:t>
      </w:r>
    </w:p>
    <w:p w:rsidR="004611C8" w:rsidRDefault="004611C8" w:rsidP="004611C8">
      <w:r>
        <w:t>090077</w:t>
      </w:r>
      <w:r>
        <w:tab/>
        <w:t>Magnetofoni</w:t>
      </w:r>
    </w:p>
    <w:p w:rsidR="004611C8" w:rsidRDefault="004611C8" w:rsidP="004611C8">
      <w:r>
        <w:t>090078</w:t>
      </w:r>
      <w:r>
        <w:tab/>
        <w:t>Magnetni trakovi</w:t>
      </w:r>
    </w:p>
    <w:p w:rsidR="004611C8" w:rsidRDefault="004611C8" w:rsidP="004611C8">
      <w:r>
        <w:t>090079</w:t>
      </w:r>
      <w:r>
        <w:tab/>
        <w:t>Barometri</w:t>
      </w:r>
    </w:p>
    <w:p w:rsidR="004611C8" w:rsidRDefault="004611C8" w:rsidP="004611C8">
      <w:r>
        <w:t>090080</w:t>
      </w:r>
      <w:r>
        <w:tab/>
        <w:t>Tehtnice</w:t>
      </w:r>
    </w:p>
    <w:p w:rsidR="004611C8" w:rsidRDefault="004611C8" w:rsidP="004611C8">
      <w:r>
        <w:t>090081</w:t>
      </w:r>
      <w:r>
        <w:tab/>
        <w:t>Tehtalni mostovi</w:t>
      </w:r>
    </w:p>
    <w:p w:rsidR="004611C8" w:rsidRDefault="004611C8" w:rsidP="004611C8">
      <w:r>
        <w:t>090082</w:t>
      </w:r>
      <w:r>
        <w:tab/>
        <w:t>Požarne metle</w:t>
      </w:r>
    </w:p>
    <w:p w:rsidR="004611C8" w:rsidRDefault="004611C8" w:rsidP="004611C8">
      <w:r>
        <w:t>090083</w:t>
      </w:r>
      <w:r>
        <w:tab/>
        <w:t>Polnilci za akumulatorje</w:t>
      </w:r>
    </w:p>
    <w:p w:rsidR="004611C8" w:rsidRDefault="004611C8" w:rsidP="004611C8">
      <w:r>
        <w:t>090085</w:t>
      </w:r>
      <w:r>
        <w:tab/>
        <w:t>Betatroni</w:t>
      </w:r>
    </w:p>
    <w:p w:rsidR="004611C8" w:rsidRDefault="004611C8" w:rsidP="004611C8">
      <w:r>
        <w:t>090086</w:t>
      </w:r>
      <w:r>
        <w:tab/>
        <w:t>Elektronski terminali za izdajo kart</w:t>
      </w:r>
    </w:p>
    <w:p w:rsidR="004611C8" w:rsidRDefault="004611C8" w:rsidP="004611C8">
      <w:r>
        <w:t>090087</w:t>
      </w:r>
      <w:r>
        <w:tab/>
        <w:t>Ohišja zvočnikov</w:t>
      </w:r>
    </w:p>
    <w:p w:rsidR="004611C8" w:rsidRDefault="004611C8" w:rsidP="004611C8">
      <w:r>
        <w:t>090088</w:t>
      </w:r>
      <w:r>
        <w:tab/>
        <w:t>Makro predleče</w:t>
      </w:r>
    </w:p>
    <w:p w:rsidR="004611C8" w:rsidRDefault="004611C8" w:rsidP="004611C8">
      <w:r>
        <w:t>090089</w:t>
      </w:r>
      <w:r>
        <w:tab/>
        <w:t>Električni terminali</w:t>
      </w:r>
    </w:p>
    <w:p w:rsidR="004611C8" w:rsidRDefault="004611C8" w:rsidP="004611C8">
      <w:r>
        <w:t>090090</w:t>
      </w:r>
      <w:r>
        <w:tab/>
        <w:t>Čepi za indikacijo pritiska za ventile</w:t>
      </w:r>
    </w:p>
    <w:p w:rsidR="004611C8" w:rsidRDefault="004611C8" w:rsidP="004611C8">
      <w:r>
        <w:t>090092</w:t>
      </w:r>
      <w:r>
        <w:tab/>
        <w:t>Galvanometri</w:t>
      </w:r>
    </w:p>
    <w:p w:rsidR="004611C8" w:rsidRDefault="004611C8" w:rsidP="004611C8">
      <w:r>
        <w:t>090093</w:t>
      </w:r>
      <w:r>
        <w:tab/>
        <w:t>Gumbi za zvonce</w:t>
      </w:r>
    </w:p>
    <w:p w:rsidR="004611C8" w:rsidRDefault="004611C8" w:rsidP="004611C8">
      <w:r>
        <w:t>090094</w:t>
      </w:r>
      <w:r>
        <w:tab/>
        <w:t>Priključne omarice [elektrika]</w:t>
      </w:r>
    </w:p>
    <w:p w:rsidR="004611C8" w:rsidRDefault="004611C8" w:rsidP="004611C8">
      <w:r>
        <w:t>090095</w:t>
      </w:r>
      <w:r>
        <w:tab/>
        <w:t>Ročice za gramofone</w:t>
      </w:r>
    </w:p>
    <w:p w:rsidR="004611C8" w:rsidRDefault="004611C8" w:rsidP="004611C8">
      <w:r>
        <w:t>090096</w:t>
      </w:r>
      <w:r>
        <w:tab/>
        <w:t>Libele</w:t>
      </w:r>
    </w:p>
    <w:p w:rsidR="004611C8" w:rsidRDefault="004611C8" w:rsidP="004611C8">
      <w:r>
        <w:t>090097</w:t>
      </w:r>
      <w:r>
        <w:tab/>
        <w:t>Pisarniški stroji na luknjane kartic</w:t>
      </w:r>
    </w:p>
    <w:p w:rsidR="004611C8" w:rsidRDefault="004611C8" w:rsidP="004611C8">
      <w:r>
        <w:t>090098</w:t>
      </w:r>
      <w:r>
        <w:tab/>
        <w:t>Ovoji za električne kable</w:t>
      </w:r>
    </w:p>
    <w:p w:rsidR="004611C8" w:rsidRDefault="004611C8" w:rsidP="004611C8">
      <w:r>
        <w:t>090099</w:t>
      </w:r>
      <w:r>
        <w:tab/>
        <w:t>Okvirčki za fotografske diapozitive</w:t>
      </w:r>
    </w:p>
    <w:p w:rsidR="004611C8" w:rsidRDefault="004611C8" w:rsidP="004611C8">
      <w:r>
        <w:t>090101</w:t>
      </w:r>
      <w:r>
        <w:tab/>
        <w:t>Krožna logaritemska računala</w:t>
      </w:r>
    </w:p>
    <w:p w:rsidR="004611C8" w:rsidRDefault="004611C8" w:rsidP="004611C8">
      <w:r>
        <w:t>090102</w:t>
      </w:r>
      <w:r>
        <w:tab/>
        <w:t>Logaritemska računala</w:t>
      </w:r>
    </w:p>
    <w:p w:rsidR="004611C8" w:rsidRDefault="004611C8" w:rsidP="004611C8">
      <w:r>
        <w:t>090103</w:t>
      </w:r>
      <w:r>
        <w:tab/>
        <w:t>Računski stroji</w:t>
      </w:r>
    </w:p>
    <w:p w:rsidR="004611C8" w:rsidRDefault="004611C8" w:rsidP="004611C8">
      <w:r>
        <w:t>090104</w:t>
      </w:r>
      <w:r>
        <w:tab/>
        <w:t>Kljunasta merila</w:t>
      </w:r>
    </w:p>
    <w:p w:rsidR="004611C8" w:rsidRDefault="004611C8" w:rsidP="004611C8">
      <w:r>
        <w:t>090105</w:t>
      </w:r>
      <w:r>
        <w:tab/>
        <w:t>Šablone [merilni instrumenti]</w:t>
      </w:r>
    </w:p>
    <w:p w:rsidR="004611C8" w:rsidRPr="003834FA" w:rsidRDefault="004611C8" w:rsidP="004611C8">
      <w:pPr>
        <w:rPr>
          <w:lang w:val="fr-FR"/>
        </w:rPr>
      </w:pPr>
      <w:r>
        <w:t>090106</w:t>
      </w:r>
      <w:r>
        <w:tab/>
      </w:r>
      <w:r w:rsidRPr="003834FA">
        <w:rPr>
          <w:lang w:val="fr-FR"/>
        </w:rPr>
        <w:t>Aparati za kopiranje z indigo papirjem</w:t>
      </w:r>
    </w:p>
    <w:p w:rsidR="004611C8" w:rsidRDefault="004611C8" w:rsidP="004611C8">
      <w:r>
        <w:t>090107</w:t>
      </w:r>
      <w:r>
        <w:tab/>
        <w:t>Filmske kamere</w:t>
      </w:r>
    </w:p>
    <w:p w:rsidR="004611C8" w:rsidRDefault="004611C8" w:rsidP="004611C8">
      <w:r>
        <w:t>090109</w:t>
      </w:r>
      <w:r>
        <w:tab/>
        <w:t>Kapilarne cevke za laboratorijske namene</w:t>
      </w:r>
    </w:p>
    <w:p w:rsidR="004611C8" w:rsidRDefault="004611C8" w:rsidP="004611C8">
      <w:r>
        <w:t>090111</w:t>
      </w:r>
      <w:r>
        <w:tab/>
        <w:t>Nosilci zvočnih posnetkov</w:t>
      </w:r>
    </w:p>
    <w:p w:rsidR="004611C8" w:rsidRDefault="004611C8" w:rsidP="004611C8">
      <w:r>
        <w:t>090112</w:t>
      </w:r>
      <w:r>
        <w:tab/>
        <w:t>Proizvodi za zaščito glave</w:t>
      </w:r>
    </w:p>
    <w:p w:rsidR="004611C8" w:rsidRDefault="004611C8" w:rsidP="004611C8">
      <w:r>
        <w:t>090113</w:t>
      </w:r>
      <w:r>
        <w:tab/>
        <w:t>Dihalne maske, ne za medicinske namene</w:t>
      </w:r>
    </w:p>
    <w:p w:rsidR="004611C8" w:rsidRDefault="004611C8" w:rsidP="004611C8">
      <w:r>
        <w:t>090114</w:t>
      </w:r>
      <w:r>
        <w:tab/>
        <w:t>Čelade za varjenje</w:t>
      </w:r>
    </w:p>
    <w:p w:rsidR="004611C8" w:rsidRDefault="004611C8" w:rsidP="004611C8">
      <w:r>
        <w:t>090116</w:t>
      </w:r>
      <w:r>
        <w:tab/>
        <w:t>Aparati za reguliranje toplote</w:t>
      </w:r>
    </w:p>
    <w:p w:rsidR="004611C8" w:rsidRDefault="004611C8" w:rsidP="004611C8">
      <w:r>
        <w:t>090117</w:t>
      </w:r>
      <w:r>
        <w:tab/>
        <w:t>Temnice [fotografija]</w:t>
      </w:r>
    </w:p>
    <w:p w:rsidR="004611C8" w:rsidRDefault="004611C8" w:rsidP="004611C8">
      <w:r>
        <w:t>090120</w:t>
      </w:r>
      <w:r>
        <w:tab/>
        <w:t>Kontrolni instrumenti za bojlerje</w:t>
      </w:r>
    </w:p>
    <w:p w:rsidR="004611C8" w:rsidRDefault="004611C8" w:rsidP="004611C8">
      <w:r>
        <w:t>090122</w:t>
      </w:r>
      <w:r>
        <w:tab/>
        <w:t>Stojala za sušenje [fotografija]</w:t>
      </w:r>
    </w:p>
    <w:p w:rsidR="004611C8" w:rsidRDefault="004611C8" w:rsidP="004611C8">
      <w:r>
        <w:t>090124</w:t>
      </w:r>
      <w:r>
        <w:tab/>
        <w:t>Aparati za montažo kinematografskih filmov</w:t>
      </w:r>
    </w:p>
    <w:p w:rsidR="004611C8" w:rsidRDefault="004611C8" w:rsidP="004611C8">
      <w:r>
        <w:t>090125</w:t>
      </w:r>
      <w:r>
        <w:tab/>
        <w:t>Tiskana vezja</w:t>
      </w:r>
    </w:p>
    <w:p w:rsidR="004611C8" w:rsidRDefault="004611C8" w:rsidP="004611C8">
      <w:r>
        <w:t>090126</w:t>
      </w:r>
      <w:r>
        <w:tab/>
        <w:t>Utripalke [signalne luči]</w:t>
      </w:r>
    </w:p>
    <w:p w:rsidR="004611C8" w:rsidRDefault="004611C8" w:rsidP="004611C8">
      <w:r>
        <w:t>090127</w:t>
      </w:r>
      <w:r>
        <w:tab/>
        <w:t>Signalni zvonci</w:t>
      </w:r>
    </w:p>
    <w:p w:rsidR="004611C8" w:rsidRDefault="004611C8" w:rsidP="004611C8">
      <w:r>
        <w:t>090128</w:t>
      </w:r>
      <w:r>
        <w:tab/>
        <w:t>Škatlice za mikroskopska stekla</w:t>
      </w:r>
    </w:p>
    <w:p w:rsidR="004611C8" w:rsidRDefault="004611C8" w:rsidP="004611C8">
      <w:r>
        <w:lastRenderedPageBreak/>
        <w:t>090129</w:t>
      </w:r>
      <w:r>
        <w:tab/>
        <w:t>Kolektorji, električni</w:t>
      </w:r>
    </w:p>
    <w:p w:rsidR="004611C8" w:rsidRDefault="004611C8" w:rsidP="004611C8">
      <w:r>
        <w:t>090130</w:t>
      </w:r>
      <w:r>
        <w:tab/>
        <w:t>Električne inštalacije za daljinsko upravljanje industrijskih procesov</w:t>
      </w:r>
    </w:p>
    <w:p w:rsidR="004611C8" w:rsidRDefault="004611C8" w:rsidP="004611C8">
      <w:r>
        <w:t>090131</w:t>
      </w:r>
      <w:r>
        <w:tab/>
        <w:t>Stikalne omare [elektrika]</w:t>
      </w:r>
    </w:p>
    <w:p w:rsidR="004611C8" w:rsidRDefault="004611C8" w:rsidP="004611C8">
      <w:r>
        <w:t>090132</w:t>
      </w:r>
      <w:r>
        <w:tab/>
        <w:t>Komutatorji</w:t>
      </w:r>
    </w:p>
    <w:p w:rsidR="004611C8" w:rsidRDefault="004611C8" w:rsidP="004611C8">
      <w:r>
        <w:t>090133</w:t>
      </w:r>
      <w:r>
        <w:tab/>
        <w:t>Pomorski kompasi</w:t>
      </w:r>
    </w:p>
    <w:p w:rsidR="004611C8" w:rsidRDefault="004611C8" w:rsidP="004611C8">
      <w:r>
        <w:t>090134</w:t>
      </w:r>
      <w:r>
        <w:tab/>
        <w:t>Okularji</w:t>
      </w:r>
    </w:p>
    <w:p w:rsidR="004611C8" w:rsidRDefault="004611C8" w:rsidP="004611C8">
      <w:r>
        <w:t>090136</w:t>
      </w:r>
      <w:r>
        <w:tab/>
        <w:t>Aparati za štetje niti</w:t>
      </w:r>
    </w:p>
    <w:p w:rsidR="004611C8" w:rsidRDefault="004611C8" w:rsidP="004611C8">
      <w:r>
        <w:t>090137</w:t>
      </w:r>
      <w:r>
        <w:tab/>
        <w:t>Pedometri</w:t>
      </w:r>
    </w:p>
    <w:p w:rsidR="004611C8" w:rsidRDefault="004611C8" w:rsidP="004611C8">
      <w:r>
        <w:t>090139</w:t>
      </w:r>
      <w:r>
        <w:tab/>
        <w:t>Metronomi</w:t>
      </w:r>
    </w:p>
    <w:p w:rsidR="004611C8" w:rsidRDefault="004611C8" w:rsidP="004611C8">
      <w:r>
        <w:t>090141</w:t>
      </w:r>
      <w:r>
        <w:tab/>
        <w:t>Električni prevodniki</w:t>
      </w:r>
    </w:p>
    <w:p w:rsidR="004611C8" w:rsidRDefault="004611C8" w:rsidP="004611C8">
      <w:r>
        <w:t>090142</w:t>
      </w:r>
      <w:r>
        <w:tab/>
        <w:t>Električni vodi</w:t>
      </w:r>
    </w:p>
    <w:p w:rsidR="004611C8" w:rsidRDefault="004611C8" w:rsidP="004611C8">
      <w:r>
        <w:t>090143</w:t>
      </w:r>
      <w:r>
        <w:tab/>
        <w:t>Zapiralniki tokokrogov</w:t>
      </w:r>
    </w:p>
    <w:p w:rsidR="004611C8" w:rsidRDefault="004611C8" w:rsidP="004611C8">
      <w:r>
        <w:t>090144</w:t>
      </w:r>
      <w:r>
        <w:tab/>
        <w:t>Električni priključki</w:t>
      </w:r>
    </w:p>
    <w:p w:rsidR="004611C8" w:rsidRDefault="004611C8" w:rsidP="004611C8">
      <w:r>
        <w:t>090145</w:t>
      </w:r>
      <w:r>
        <w:tab/>
        <w:t>Priključne doze [elektrika]</w:t>
      </w:r>
    </w:p>
    <w:p w:rsidR="004611C8" w:rsidRDefault="004611C8" w:rsidP="004611C8">
      <w:r>
        <w:t>090146</w:t>
      </w:r>
      <w:r>
        <w:tab/>
        <w:t>Stikalne plošče</w:t>
      </w:r>
    </w:p>
    <w:p w:rsidR="004611C8" w:rsidRDefault="004611C8" w:rsidP="004611C8">
      <w:r>
        <w:t>090148</w:t>
      </w:r>
      <w:r>
        <w:tab/>
        <w:t>Kontakti, električni</w:t>
      </w:r>
    </w:p>
    <w:p w:rsidR="004611C8" w:rsidRDefault="004611C8" w:rsidP="004611C8">
      <w:r>
        <w:t>090150</w:t>
      </w:r>
      <w:r>
        <w:tab/>
        <w:t>Električne regulacijske naprave</w:t>
      </w:r>
    </w:p>
    <w:p w:rsidR="004611C8" w:rsidRDefault="004611C8" w:rsidP="004611C8">
      <w:r>
        <w:t>090151</w:t>
      </w:r>
      <w:r>
        <w:tab/>
        <w:t>Električni kontrolni aparati</w:t>
      </w:r>
    </w:p>
    <w:p w:rsidR="004611C8" w:rsidRDefault="004611C8" w:rsidP="004611C8">
      <w:r>
        <w:t>090152</w:t>
      </w:r>
      <w:r>
        <w:tab/>
        <w:t>Naprave za kontrolo hitrosti vozil</w:t>
      </w:r>
    </w:p>
    <w:p w:rsidR="004611C8" w:rsidRDefault="004611C8" w:rsidP="004611C8">
      <w:r>
        <w:t>090153</w:t>
      </w:r>
      <w:r>
        <w:tab/>
        <w:t>Električni pretvorniki</w:t>
      </w:r>
    </w:p>
    <w:p w:rsidR="004611C8" w:rsidRDefault="004611C8" w:rsidP="004611C8">
      <w:r>
        <w:t>090154</w:t>
      </w:r>
      <w:r>
        <w:tab/>
        <w:t>Fotokopirni stroji</w:t>
      </w:r>
    </w:p>
    <w:p w:rsidR="004611C8" w:rsidRDefault="004611C8" w:rsidP="004611C8">
      <w:r>
        <w:t>090157</w:t>
      </w:r>
      <w:r>
        <w:tab/>
        <w:t>Retorte</w:t>
      </w:r>
    </w:p>
    <w:p w:rsidR="004611C8" w:rsidRDefault="004611C8" w:rsidP="004611C8">
      <w:r>
        <w:t>090158</w:t>
      </w:r>
      <w:r>
        <w:tab/>
        <w:t>Stojala za retorte</w:t>
      </w:r>
    </w:p>
    <w:p w:rsidR="004611C8" w:rsidRDefault="004611C8" w:rsidP="004611C8">
      <w:r>
        <w:t>090160</w:t>
      </w:r>
      <w:r>
        <w:tab/>
        <w:t>Objektivi [optika]</w:t>
      </w:r>
    </w:p>
    <w:p w:rsidR="004611C8" w:rsidRDefault="004611C8" w:rsidP="004611C8">
      <w:r>
        <w:t>090161</w:t>
      </w:r>
      <w:r>
        <w:tab/>
        <w:t>Kozmografski inštrumenti</w:t>
      </w:r>
    </w:p>
    <w:p w:rsidR="004611C8" w:rsidRDefault="004611C8" w:rsidP="004611C8">
      <w:r>
        <w:t>090162</w:t>
      </w:r>
      <w:r>
        <w:tab/>
        <w:t>Potapljaške obleke</w:t>
      </w:r>
    </w:p>
    <w:p w:rsidR="004611C8" w:rsidRDefault="004611C8" w:rsidP="004611C8">
      <w:r>
        <w:t>090163</w:t>
      </w:r>
      <w:r>
        <w:tab/>
        <w:t>Električni aparati za komutacijo</w:t>
      </w:r>
    </w:p>
    <w:p w:rsidR="004611C8" w:rsidRDefault="004611C8" w:rsidP="004611C8">
      <w:r>
        <w:t>090164</w:t>
      </w:r>
      <w:r>
        <w:tab/>
        <w:t>Stikala, električna</w:t>
      </w:r>
    </w:p>
    <w:p w:rsidR="004611C8" w:rsidRDefault="004611C8" w:rsidP="004611C8">
      <w:r>
        <w:t>090165</w:t>
      </w:r>
      <w:r>
        <w:tab/>
        <w:t>Limitatorji [elektrika]</w:t>
      </w:r>
    </w:p>
    <w:p w:rsidR="004611C8" w:rsidRDefault="004611C8" w:rsidP="004611C8">
      <w:r>
        <w:t>090166</w:t>
      </w:r>
      <w:r>
        <w:tab/>
        <w:t>Električni vtikači</w:t>
      </w:r>
    </w:p>
    <w:p w:rsidR="004611C8" w:rsidRDefault="004611C8" w:rsidP="004611C8">
      <w:r>
        <w:t>090167</w:t>
      </w:r>
      <w:r>
        <w:tab/>
        <w:t>Usmerjevalci</w:t>
      </w:r>
    </w:p>
    <w:p w:rsidR="004611C8" w:rsidRDefault="004611C8" w:rsidP="004611C8">
      <w:r>
        <w:t>090169</w:t>
      </w:r>
      <w:r>
        <w:tab/>
        <w:t>Krojaški metri</w:t>
      </w:r>
    </w:p>
    <w:p w:rsidR="004611C8" w:rsidRDefault="004611C8" w:rsidP="004611C8">
      <w:r>
        <w:t>090171</w:t>
      </w:r>
      <w:r>
        <w:tab/>
        <w:t>Aparati za merjenje debeline usnja</w:t>
      </w:r>
    </w:p>
    <w:p w:rsidR="004611C8" w:rsidRDefault="004611C8" w:rsidP="004611C8">
      <w:r>
        <w:t>090172</w:t>
      </w:r>
      <w:r>
        <w:tab/>
        <w:t>Ciklotroni</w:t>
      </w:r>
    </w:p>
    <w:p w:rsidR="004611C8" w:rsidRDefault="004611C8" w:rsidP="004611C8">
      <w:r>
        <w:t>090173</w:t>
      </w:r>
      <w:r>
        <w:tab/>
        <w:t>Detektorji ponarejenih kovancev</w:t>
      </w:r>
    </w:p>
    <w:p w:rsidR="004611C8" w:rsidRDefault="004611C8" w:rsidP="004611C8">
      <w:r>
        <w:t>090174</w:t>
      </w:r>
      <w:r>
        <w:tab/>
        <w:t>Sprožilci zaklopa [fotografija]</w:t>
      </w:r>
    </w:p>
    <w:p w:rsidR="004611C8" w:rsidRDefault="004611C8" w:rsidP="004611C8">
      <w:r>
        <w:t>090175</w:t>
      </w:r>
      <w:r>
        <w:tab/>
        <w:t>Denzimetri</w:t>
      </w:r>
    </w:p>
    <w:p w:rsidR="004611C8" w:rsidRDefault="004611C8" w:rsidP="004611C8">
      <w:r>
        <w:t>090176</w:t>
      </w:r>
      <w:r>
        <w:tab/>
        <w:t>Animirani filmi</w:t>
      </w:r>
    </w:p>
    <w:p w:rsidR="004611C8" w:rsidRDefault="004611C8" w:rsidP="004611C8">
      <w:r>
        <w:t>090177</w:t>
      </w:r>
      <w:r>
        <w:tab/>
        <w:t>Laboratorijski pladnji</w:t>
      </w:r>
    </w:p>
    <w:p w:rsidR="004611C8" w:rsidRDefault="004611C8" w:rsidP="004611C8">
      <w:r>
        <w:t>090178</w:t>
      </w:r>
      <w:r>
        <w:tab/>
        <w:t>Detektorji za kovine za industrijske ali vojaške namene</w:t>
      </w:r>
    </w:p>
    <w:p w:rsidR="004611C8" w:rsidRDefault="004611C8" w:rsidP="004611C8">
      <w:r>
        <w:t>090179</w:t>
      </w:r>
      <w:r>
        <w:tab/>
        <w:t>Sonarji</w:t>
      </w:r>
    </w:p>
    <w:p w:rsidR="004611C8" w:rsidRDefault="004611C8" w:rsidP="004611C8">
      <w:r>
        <w:t>090180</w:t>
      </w:r>
      <w:r>
        <w:tab/>
        <w:t>Detektorji</w:t>
      </w:r>
    </w:p>
    <w:p w:rsidR="004611C8" w:rsidRDefault="004611C8" w:rsidP="004611C8">
      <w:r>
        <w:t>090181</w:t>
      </w:r>
      <w:r>
        <w:tab/>
        <w:t>Zaklopi [fotografija]</w:t>
      </w:r>
    </w:p>
    <w:p w:rsidR="004611C8" w:rsidRDefault="004611C8" w:rsidP="004611C8">
      <w:r>
        <w:t>090182</w:t>
      </w:r>
      <w:r>
        <w:tab/>
        <w:t>Membrane [akustika]</w:t>
      </w:r>
    </w:p>
    <w:p w:rsidR="004611C8" w:rsidRDefault="004611C8" w:rsidP="004611C8">
      <w:r>
        <w:t>090183</w:t>
      </w:r>
      <w:r>
        <w:tab/>
        <w:t>Aparati za centriranje diapozitivov</w:t>
      </w:r>
    </w:p>
    <w:p w:rsidR="004611C8" w:rsidRDefault="004611C8" w:rsidP="004611C8">
      <w:r>
        <w:t>090184</w:t>
      </w:r>
      <w:r>
        <w:tab/>
        <w:t>Fotoaparati</w:t>
      </w:r>
    </w:p>
    <w:p w:rsidR="004611C8" w:rsidRDefault="004611C8" w:rsidP="004611C8">
      <w:r>
        <w:t>090187</w:t>
      </w:r>
      <w:r>
        <w:tab/>
        <w:t>Aparati za merjenje razdalje</w:t>
      </w:r>
    </w:p>
    <w:p w:rsidR="004611C8" w:rsidRDefault="004611C8" w:rsidP="004611C8">
      <w:r>
        <w:t>090188</w:t>
      </w:r>
      <w:r>
        <w:tab/>
        <w:t>Diktafoni</w:t>
      </w:r>
    </w:p>
    <w:p w:rsidR="004611C8" w:rsidRDefault="004611C8" w:rsidP="004611C8">
      <w:r>
        <w:t>090189</w:t>
      </w:r>
      <w:r>
        <w:tab/>
        <w:t>Aparati za difrakcijo [mikroskopija]</w:t>
      </w:r>
    </w:p>
    <w:p w:rsidR="004611C8" w:rsidRDefault="004611C8" w:rsidP="004611C8">
      <w:r>
        <w:t>090190</w:t>
      </w:r>
      <w:r>
        <w:tab/>
        <w:t>Zvočniki</w:t>
      </w:r>
    </w:p>
    <w:p w:rsidR="004611C8" w:rsidRDefault="004611C8" w:rsidP="004611C8">
      <w:r>
        <w:t>090191</w:t>
      </w:r>
      <w:r>
        <w:tab/>
        <w:t>Odklopniki električnega tokokroga</w:t>
      </w:r>
    </w:p>
    <w:p w:rsidR="004611C8" w:rsidRDefault="004611C8" w:rsidP="004611C8">
      <w:r>
        <w:t>090192</w:t>
      </w:r>
      <w:r>
        <w:tab/>
        <w:t>Gramofoni</w:t>
      </w:r>
    </w:p>
    <w:p w:rsidR="004611C8" w:rsidRDefault="004611C8" w:rsidP="004611C8">
      <w:r>
        <w:t>090193</w:t>
      </w:r>
      <w:r>
        <w:tab/>
        <w:t>Mikroskopi</w:t>
      </w:r>
    </w:p>
    <w:p w:rsidR="004611C8" w:rsidRDefault="004611C8" w:rsidP="004611C8">
      <w:r>
        <w:t>090197</w:t>
      </w:r>
      <w:r>
        <w:tab/>
        <w:t>Razdelilne plošče [elektrika]</w:t>
      </w:r>
    </w:p>
    <w:p w:rsidR="004611C8" w:rsidRDefault="004611C8" w:rsidP="004611C8">
      <w:r>
        <w:t>090198</w:t>
      </w:r>
      <w:r>
        <w:tab/>
        <w:t>Distribucijske konzole [elektrika]</w:t>
      </w:r>
    </w:p>
    <w:p w:rsidR="004611C8" w:rsidRDefault="004611C8" w:rsidP="004611C8">
      <w:r>
        <w:t>090200</w:t>
      </w:r>
      <w:r>
        <w:tab/>
        <w:t>Šestila za merjenje</w:t>
      </w:r>
    </w:p>
    <w:p w:rsidR="004611C8" w:rsidRDefault="004611C8" w:rsidP="004611C8">
      <w:r>
        <w:t>090201</w:t>
      </w:r>
      <w:r>
        <w:tab/>
        <w:t>Mere</w:t>
      </w:r>
    </w:p>
    <w:p w:rsidR="004611C8" w:rsidRDefault="004611C8" w:rsidP="004611C8">
      <w:r>
        <w:t>090202</w:t>
      </w:r>
      <w:r>
        <w:tab/>
        <w:t>Merilni aparati</w:t>
      </w:r>
    </w:p>
    <w:p w:rsidR="004611C8" w:rsidRDefault="004611C8" w:rsidP="004611C8">
      <w:r>
        <w:t>090203</w:t>
      </w:r>
      <w:r>
        <w:tab/>
        <w:t>Dinamometri</w:t>
      </w:r>
    </w:p>
    <w:p w:rsidR="004611C8" w:rsidRDefault="004611C8" w:rsidP="004611C8">
      <w:r>
        <w:t>090204</w:t>
      </w:r>
      <w:r>
        <w:tab/>
        <w:t>Indikatorji nivoja vode</w:t>
      </w:r>
    </w:p>
    <w:p w:rsidR="004611C8" w:rsidRDefault="004611C8" w:rsidP="004611C8">
      <w:r>
        <w:t>090205</w:t>
      </w:r>
      <w:r>
        <w:tab/>
        <w:t>Požarne stopnice</w:t>
      </w:r>
    </w:p>
    <w:p w:rsidR="004611C8" w:rsidRDefault="004611C8" w:rsidP="004611C8">
      <w:r>
        <w:t>090206</w:t>
      </w:r>
      <w:r>
        <w:tab/>
        <w:t>Fotografske bliskavice</w:t>
      </w:r>
    </w:p>
    <w:p w:rsidR="004611C8" w:rsidRDefault="004611C8" w:rsidP="004611C8">
      <w:r>
        <w:t>090207</w:t>
      </w:r>
      <w:r>
        <w:tab/>
        <w:t>Telefonske slušalke</w:t>
      </w:r>
    </w:p>
    <w:p w:rsidR="004611C8" w:rsidRDefault="004611C8" w:rsidP="004611C8">
      <w:r>
        <w:t>090208</w:t>
      </w:r>
      <w:r>
        <w:tab/>
        <w:t>Fluorescentni zasloni</w:t>
      </w:r>
    </w:p>
    <w:p w:rsidR="004611C8" w:rsidRDefault="004611C8" w:rsidP="004611C8">
      <w:r>
        <w:t>090209</w:t>
      </w:r>
      <w:r>
        <w:tab/>
        <w:t>Projekcijski zasloni</w:t>
      </w:r>
    </w:p>
    <w:p w:rsidR="004611C8" w:rsidRPr="003834FA" w:rsidRDefault="004611C8" w:rsidP="004611C8">
      <w:pPr>
        <w:rPr>
          <w:lang w:val="fr-FR"/>
        </w:rPr>
      </w:pPr>
      <w:r>
        <w:t>090210</w:t>
      </w:r>
      <w:r>
        <w:tab/>
      </w:r>
      <w:r w:rsidRPr="003834FA">
        <w:rPr>
          <w:lang w:val="fr-FR"/>
        </w:rPr>
        <w:t>Zaščita za obraz za delavce</w:t>
      </w:r>
    </w:p>
    <w:p w:rsidR="004611C8" w:rsidRDefault="004611C8" w:rsidP="004611C8">
      <w:r>
        <w:t>090211</w:t>
      </w:r>
      <w:r>
        <w:tab/>
        <w:t>Zasloni [fotografija]</w:t>
      </w:r>
    </w:p>
    <w:p w:rsidR="004611C8" w:rsidRDefault="004611C8" w:rsidP="004611C8">
      <w:r>
        <w:t>090213</w:t>
      </w:r>
      <w:r>
        <w:tab/>
        <w:t>Kazalniki električne izgube</w:t>
      </w:r>
    </w:p>
    <w:p w:rsidR="004611C8" w:rsidRDefault="004611C8" w:rsidP="004611C8">
      <w:r>
        <w:t>090214</w:t>
      </w:r>
      <w:r>
        <w:tab/>
        <w:t>Električne merilne naprave</w:t>
      </w:r>
    </w:p>
    <w:p w:rsidR="004611C8" w:rsidRDefault="004611C8" w:rsidP="004611C8">
      <w:r>
        <w:t>090215</w:t>
      </w:r>
      <w:r>
        <w:tab/>
        <w:t>Električni kabli</w:t>
      </w:r>
    </w:p>
    <w:p w:rsidR="004611C8" w:rsidRDefault="004611C8" w:rsidP="004611C8">
      <w:r>
        <w:t>090216</w:t>
      </w:r>
      <w:r>
        <w:tab/>
        <w:t>Električne napeljave</w:t>
      </w:r>
    </w:p>
    <w:p w:rsidR="004611C8" w:rsidRDefault="004611C8" w:rsidP="004611C8">
      <w:r>
        <w:t>090217</w:t>
      </w:r>
      <w:r>
        <w:tab/>
        <w:t>Električne kontrolne plošče</w:t>
      </w:r>
    </w:p>
    <w:p w:rsidR="004611C8" w:rsidRDefault="004611C8" w:rsidP="004611C8">
      <w:r>
        <w:t>090218</w:t>
      </w:r>
      <w:r>
        <w:tab/>
        <w:t>Galvanske celice</w:t>
      </w:r>
    </w:p>
    <w:p w:rsidR="004611C8" w:rsidRDefault="004611C8" w:rsidP="004611C8">
      <w:r>
        <w:t>090219</w:t>
      </w:r>
      <w:r>
        <w:tab/>
        <w:t>Priključki za električne linije</w:t>
      </w:r>
    </w:p>
    <w:p w:rsidR="004611C8" w:rsidRDefault="004611C8" w:rsidP="004611C8">
      <w:r>
        <w:t>090222</w:t>
      </w:r>
      <w:r>
        <w:tab/>
        <w:t>Releji, električni</w:t>
      </w:r>
    </w:p>
    <w:p w:rsidR="004611C8" w:rsidRDefault="004611C8" w:rsidP="004611C8">
      <w:r>
        <w:t>090227</w:t>
      </w:r>
      <w:r>
        <w:tab/>
        <w:t>Oddajniki za elektronske signale</w:t>
      </w:r>
    </w:p>
    <w:p w:rsidR="004611C8" w:rsidRDefault="004611C8" w:rsidP="004611C8">
      <w:r>
        <w:t>090228</w:t>
      </w:r>
      <w:r>
        <w:tab/>
        <w:t>Oddajne naprave [telekomunikacije]</w:t>
      </w:r>
    </w:p>
    <w:p w:rsidR="004611C8" w:rsidRDefault="004611C8" w:rsidP="004611C8">
      <w:r>
        <w:t>090231</w:t>
      </w:r>
      <w:r>
        <w:tab/>
        <w:t>Trakovi za snemanje zvoka</w:t>
      </w:r>
    </w:p>
    <w:p w:rsidR="004611C8" w:rsidRDefault="004611C8" w:rsidP="004611C8">
      <w:r>
        <w:t>090233</w:t>
      </w:r>
      <w:r>
        <w:tab/>
        <w:t>Navitki [fotografija]</w:t>
      </w:r>
    </w:p>
    <w:p w:rsidR="004611C8" w:rsidRDefault="004611C8" w:rsidP="004611C8">
      <w:r>
        <w:t>090234</w:t>
      </w:r>
      <w:r>
        <w:tab/>
        <w:t>Mehanični znaki</w:t>
      </w:r>
    </w:p>
    <w:p w:rsidR="004611C8" w:rsidRDefault="004611C8" w:rsidP="004611C8">
      <w:r>
        <w:t>090235</w:t>
      </w:r>
      <w:r>
        <w:tab/>
        <w:t>Epidiaskopi</w:t>
      </w:r>
    </w:p>
    <w:p w:rsidR="004611C8" w:rsidRDefault="004611C8" w:rsidP="004611C8">
      <w:r>
        <w:t>090236</w:t>
      </w:r>
      <w:r>
        <w:tab/>
        <w:t>Epruvete</w:t>
      </w:r>
    </w:p>
    <w:p w:rsidR="004611C8" w:rsidRDefault="004611C8" w:rsidP="004611C8">
      <w:r>
        <w:t>090237</w:t>
      </w:r>
      <w:r>
        <w:tab/>
        <w:t>Naprave za uravnoteženje</w:t>
      </w:r>
    </w:p>
    <w:p w:rsidR="004611C8" w:rsidRDefault="004611C8" w:rsidP="004611C8">
      <w:r>
        <w:t>090238</w:t>
      </w:r>
      <w:r>
        <w:tab/>
        <w:t>Aparati za uravnavanje temperature</w:t>
      </w:r>
    </w:p>
    <w:p w:rsidR="004611C8" w:rsidRDefault="004611C8" w:rsidP="004611C8">
      <w:r>
        <w:t>090239</w:t>
      </w:r>
      <w:r>
        <w:tab/>
        <w:t>Ergometri</w:t>
      </w:r>
    </w:p>
    <w:p w:rsidR="004611C8" w:rsidRDefault="004611C8" w:rsidP="004611C8">
      <w:r>
        <w:t>090240</w:t>
      </w:r>
      <w:r>
        <w:tab/>
        <w:t>Instrumenti in stroji za testiranje materialov</w:t>
      </w:r>
    </w:p>
    <w:p w:rsidR="004611C8" w:rsidRDefault="004611C8" w:rsidP="004611C8">
      <w:r>
        <w:t>090241</w:t>
      </w:r>
      <w:r>
        <w:tab/>
        <w:t>Ovoskopi</w:t>
      </w:r>
    </w:p>
    <w:p w:rsidR="004611C8" w:rsidRDefault="004611C8" w:rsidP="004611C8">
      <w:r>
        <w:t>090242</w:t>
      </w:r>
      <w:r>
        <w:tab/>
        <w:t>Merila</w:t>
      </w:r>
    </w:p>
    <w:p w:rsidR="004611C8" w:rsidRDefault="004611C8" w:rsidP="004611C8">
      <w:r>
        <w:t>090245</w:t>
      </w:r>
      <w:r>
        <w:tab/>
        <w:t>Ščitniki za iskre</w:t>
      </w:r>
    </w:p>
    <w:p w:rsidR="004611C8" w:rsidRDefault="004611C8" w:rsidP="004611C8">
      <w:r>
        <w:t>090246</w:t>
      </w:r>
      <w:r>
        <w:tab/>
        <w:t>Etuiji za fotografske aparate in instrumente</w:t>
      </w:r>
    </w:p>
    <w:p w:rsidR="004611C8" w:rsidRDefault="004611C8" w:rsidP="004611C8">
      <w:r>
        <w:t>090249</w:t>
      </w:r>
      <w:r>
        <w:tab/>
        <w:t>Testni aparati, ne za medicinske namene</w:t>
      </w:r>
    </w:p>
    <w:p w:rsidR="004611C8" w:rsidRDefault="004611C8" w:rsidP="004611C8">
      <w:r>
        <w:t>090250</w:t>
      </w:r>
      <w:r>
        <w:tab/>
        <w:t>Refraktometri</w:t>
      </w:r>
    </w:p>
    <w:p w:rsidR="004611C8" w:rsidRDefault="004611C8" w:rsidP="004611C8">
      <w:r>
        <w:t>090251</w:t>
      </w:r>
      <w:r>
        <w:tab/>
        <w:t>Aparati za merjenje svetlobe</w:t>
      </w:r>
    </w:p>
    <w:p w:rsidR="004611C8" w:rsidRDefault="004611C8" w:rsidP="004611C8">
      <w:r>
        <w:t>090253</w:t>
      </w:r>
      <w:r>
        <w:tab/>
        <w:t>Aparati za fermentacijo za laboratorijsko uporabo</w:t>
      </w:r>
    </w:p>
    <w:p w:rsidR="004611C8" w:rsidRDefault="004611C8" w:rsidP="004611C8">
      <w:r>
        <w:t>090254</w:t>
      </w:r>
      <w:r>
        <w:tab/>
        <w:t>Varnostne naprave za železniški promet</w:t>
      </w:r>
    </w:p>
    <w:p w:rsidR="004611C8" w:rsidRDefault="004611C8" w:rsidP="004611C8">
      <w:r>
        <w:t>090255</w:t>
      </w:r>
      <w:r>
        <w:tab/>
        <w:t>Žice, električne</w:t>
      </w:r>
    </w:p>
    <w:p w:rsidR="004611C8" w:rsidRDefault="004611C8" w:rsidP="004611C8">
      <w:r>
        <w:t>090256</w:t>
      </w:r>
      <w:r>
        <w:tab/>
        <w:t>Magnetne žice</w:t>
      </w:r>
    </w:p>
    <w:p w:rsidR="004611C8" w:rsidRDefault="004611C8" w:rsidP="004611C8">
      <w:r>
        <w:t>090257</w:t>
      </w:r>
      <w:r>
        <w:tab/>
        <w:t>Uteži za visek</w:t>
      </w:r>
    </w:p>
    <w:p w:rsidR="004611C8" w:rsidRDefault="004611C8" w:rsidP="004611C8">
      <w:r>
        <w:t>090258</w:t>
      </w:r>
      <w:r>
        <w:tab/>
        <w:t>Visek</w:t>
      </w:r>
    </w:p>
    <w:p w:rsidR="004611C8" w:rsidRDefault="004611C8" w:rsidP="004611C8">
      <w:r>
        <w:t>090259</w:t>
      </w:r>
      <w:r>
        <w:tab/>
        <w:t>Zaščitne mreže pred nesrečami</w:t>
      </w:r>
    </w:p>
    <w:p w:rsidR="004611C8" w:rsidRDefault="004611C8" w:rsidP="004611C8">
      <w:r>
        <w:lastRenderedPageBreak/>
        <w:t>090261</w:t>
      </w:r>
      <w:r>
        <w:tab/>
        <w:t>Rešilne ponjave</w:t>
      </w:r>
    </w:p>
    <w:p w:rsidR="004611C8" w:rsidRDefault="004611C8" w:rsidP="004611C8">
      <w:r>
        <w:t>090262</w:t>
      </w:r>
      <w:r>
        <w:tab/>
        <w:t>Aparati za rezanje filmov</w:t>
      </w:r>
    </w:p>
    <w:p w:rsidR="004611C8" w:rsidRDefault="004611C8" w:rsidP="004611C8">
      <w:r>
        <w:t>090263</w:t>
      </w:r>
      <w:r>
        <w:tab/>
        <w:t>Filtri za dihalne maske, ne za medicinske namene</w:t>
      </w:r>
    </w:p>
    <w:p w:rsidR="004611C8" w:rsidRDefault="004611C8" w:rsidP="004611C8">
      <w:r>
        <w:t>090264</w:t>
      </w:r>
      <w:r>
        <w:tab/>
        <w:t>Filtri za kamere</w:t>
      </w:r>
    </w:p>
    <w:p w:rsidR="004611C8" w:rsidRDefault="004611C8" w:rsidP="004611C8">
      <w:r>
        <w:t>090266</w:t>
      </w:r>
      <w:r>
        <w:tab/>
        <w:t>Polnilci za baterije</w:t>
      </w:r>
    </w:p>
    <w:p w:rsidR="004611C8" w:rsidRDefault="004611C8" w:rsidP="004611C8">
      <w:r>
        <w:t>090267</w:t>
      </w:r>
      <w:r>
        <w:tab/>
        <w:t>Visokofrekvenčni aparati</w:t>
      </w:r>
    </w:p>
    <w:p w:rsidR="004611C8" w:rsidRDefault="004611C8" w:rsidP="004611C8">
      <w:r>
        <w:t>090268</w:t>
      </w:r>
      <w:r>
        <w:tab/>
        <w:t>Merilniki frekvence</w:t>
      </w:r>
    </w:p>
    <w:p w:rsidR="004611C8" w:rsidRDefault="004611C8" w:rsidP="004611C8">
      <w:r>
        <w:t>090269</w:t>
      </w:r>
      <w:r>
        <w:tab/>
        <w:t>Varovalke</w:t>
      </w:r>
    </w:p>
    <w:p w:rsidR="004611C8" w:rsidRDefault="004611C8" w:rsidP="004611C8">
      <w:r>
        <w:t>090270</w:t>
      </w:r>
      <w:r>
        <w:tab/>
        <w:t>Radii</w:t>
      </w:r>
    </w:p>
    <w:p w:rsidR="004611C8" w:rsidRDefault="004611C8" w:rsidP="004611C8">
      <w:r>
        <w:t>090271</w:t>
      </w:r>
      <w:r>
        <w:tab/>
        <w:t>Kristali iz gelanita [detektorji]</w:t>
      </w:r>
    </w:p>
    <w:p w:rsidR="004611C8" w:rsidRDefault="004611C8" w:rsidP="004611C8">
      <w:r>
        <w:t>090272</w:t>
      </w:r>
      <w:r>
        <w:tab/>
        <w:t>Alkalne baterije</w:t>
      </w:r>
    </w:p>
    <w:p w:rsidR="004611C8" w:rsidRDefault="004611C8" w:rsidP="004611C8">
      <w:r>
        <w:t>090274</w:t>
      </w:r>
      <w:r>
        <w:tab/>
        <w:t>Rokavice za zaščito pred nesrečam</w:t>
      </w:r>
    </w:p>
    <w:p w:rsidR="004611C8" w:rsidRDefault="004611C8" w:rsidP="004611C8">
      <w:r>
        <w:t>090275</w:t>
      </w:r>
      <w:r>
        <w:tab/>
        <w:t>Rokavice za potapljače</w:t>
      </w:r>
    </w:p>
    <w:p w:rsidR="004611C8" w:rsidRDefault="004611C8" w:rsidP="004611C8">
      <w:r>
        <w:t>090276</w:t>
      </w:r>
      <w:r>
        <w:tab/>
        <w:t>Rokavice za zaščito pred rentgenskimi žarki za industrijske namene</w:t>
      </w:r>
    </w:p>
    <w:p w:rsidR="004611C8" w:rsidRDefault="004611C8" w:rsidP="004611C8">
      <w:r>
        <w:t>090278</w:t>
      </w:r>
      <w:r>
        <w:tab/>
        <w:t>Instrumenti za testiranje plina</w:t>
      </w:r>
    </w:p>
    <w:p w:rsidR="004611C8" w:rsidRDefault="004611C8" w:rsidP="004611C8">
      <w:r>
        <w:t>090279</w:t>
      </w:r>
      <w:r>
        <w:tab/>
        <w:t>Plinometri [merilni instrumenti]</w:t>
      </w:r>
    </w:p>
    <w:p w:rsidR="004611C8" w:rsidRDefault="004611C8" w:rsidP="004611C8">
      <w:r>
        <w:t>090280</w:t>
      </w:r>
      <w:r>
        <w:tab/>
        <w:t>Geodetski aparati in instrumenti</w:t>
      </w:r>
    </w:p>
    <w:p w:rsidR="004611C8" w:rsidRDefault="004611C8" w:rsidP="004611C8">
      <w:r>
        <w:t>090282</w:t>
      </w:r>
      <w:r>
        <w:tab/>
        <w:t>Aparati za sušenje fotografij</w:t>
      </w:r>
    </w:p>
    <w:p w:rsidR="004611C8" w:rsidRDefault="004611C8" w:rsidP="004611C8">
      <w:r>
        <w:t>090283</w:t>
      </w:r>
      <w:r>
        <w:tab/>
        <w:t>Aparati za zasteklitev fotografij</w:t>
      </w:r>
    </w:p>
    <w:p w:rsidR="004611C8" w:rsidRDefault="004611C8" w:rsidP="004611C8">
      <w:r>
        <w:t>090284</w:t>
      </w:r>
      <w:r>
        <w:tab/>
        <w:t>Merilna ravnila</w:t>
      </w:r>
    </w:p>
    <w:p w:rsidR="004611C8" w:rsidRDefault="004611C8" w:rsidP="004611C8">
      <w:r>
        <w:t>090286</w:t>
      </w:r>
      <w:r>
        <w:tab/>
        <w:t>Rasterji za fotogravuro</w:t>
      </w:r>
    </w:p>
    <w:p w:rsidR="004611C8" w:rsidRDefault="004611C8" w:rsidP="004611C8">
      <w:r>
        <w:t>090287</w:t>
      </w:r>
      <w:r>
        <w:tab/>
        <w:t>Rešetke za električne akumulatorje</w:t>
      </w:r>
    </w:p>
    <w:p w:rsidR="004611C8" w:rsidRDefault="004611C8" w:rsidP="004611C8">
      <w:r>
        <w:t>090289</w:t>
      </w:r>
      <w:r>
        <w:tab/>
        <w:t>Avdiovizualni sprejemniki</w:t>
      </w:r>
    </w:p>
    <w:p w:rsidR="004611C8" w:rsidRDefault="004611C8" w:rsidP="004611C8">
      <w:r>
        <w:t>090290</w:t>
      </w:r>
      <w:r>
        <w:tab/>
        <w:t>Heliografski aparati</w:t>
      </w:r>
    </w:p>
    <w:p w:rsidR="004611C8" w:rsidRDefault="004611C8" w:rsidP="004611C8">
      <w:r>
        <w:t>090291</w:t>
      </w:r>
      <w:r>
        <w:tab/>
        <w:t>Hologrami</w:t>
      </w:r>
    </w:p>
    <w:p w:rsidR="004611C8" w:rsidRDefault="004611C8" w:rsidP="004611C8">
      <w:r>
        <w:t>090292</w:t>
      </w:r>
      <w:r>
        <w:tab/>
        <w:t>Higrometri</w:t>
      </w:r>
    </w:p>
    <w:p w:rsidR="004611C8" w:rsidRDefault="004611C8" w:rsidP="004611C8">
      <w:r>
        <w:t>090293</w:t>
      </w:r>
      <w:r>
        <w:tab/>
        <w:t>Identifikacijske niti za električne žice</w:t>
      </w:r>
    </w:p>
    <w:p w:rsidR="004611C8" w:rsidRDefault="004611C8" w:rsidP="004611C8">
      <w:r>
        <w:t>090294</w:t>
      </w:r>
      <w:r>
        <w:tab/>
        <w:t>Identifikacijske prevleke za električne žice</w:t>
      </w:r>
    </w:p>
    <w:p w:rsidR="004611C8" w:rsidRDefault="004611C8" w:rsidP="004611C8">
      <w:r>
        <w:t>090295</w:t>
      </w:r>
      <w:r>
        <w:tab/>
        <w:t>Aparati in oprema za reševanje</w:t>
      </w:r>
    </w:p>
    <w:p w:rsidR="004611C8" w:rsidRDefault="004611C8" w:rsidP="004611C8">
      <w:r>
        <w:t>090296</w:t>
      </w:r>
      <w:r>
        <w:tab/>
        <w:t>Nastavki za protipožarne cevi</w:t>
      </w:r>
    </w:p>
    <w:p w:rsidR="004611C8" w:rsidRDefault="004611C8" w:rsidP="004611C8">
      <w:r>
        <w:t>090298</w:t>
      </w:r>
      <w:r>
        <w:tab/>
        <w:t>Gasilske črpalke</w:t>
      </w:r>
    </w:p>
    <w:p w:rsidR="004611C8" w:rsidRDefault="004611C8" w:rsidP="004611C8">
      <w:r>
        <w:t>090300</w:t>
      </w:r>
      <w:r>
        <w:tab/>
        <w:t>Taksimetri</w:t>
      </w:r>
    </w:p>
    <w:p w:rsidR="004611C8" w:rsidRDefault="004611C8" w:rsidP="004611C8">
      <w:r>
        <w:t>090301</w:t>
      </w:r>
      <w:r>
        <w:tab/>
        <w:t>Kazalniki količine</w:t>
      </w:r>
    </w:p>
    <w:p w:rsidR="004611C8" w:rsidRDefault="004611C8" w:rsidP="004611C8">
      <w:r>
        <w:t>090302</w:t>
      </w:r>
      <w:r>
        <w:tab/>
        <w:t>Vakuumetri</w:t>
      </w:r>
    </w:p>
    <w:p w:rsidR="004611C8" w:rsidRDefault="004611C8" w:rsidP="004611C8">
      <w:r>
        <w:t>090303</w:t>
      </w:r>
      <w:r>
        <w:tab/>
        <w:t>Kazalniki hitrosti</w:t>
      </w:r>
    </w:p>
    <w:p w:rsidR="004611C8" w:rsidRDefault="004611C8" w:rsidP="004611C8">
      <w:r>
        <w:t>090304</w:t>
      </w:r>
      <w:r>
        <w:tab/>
        <w:t>Električni induktorji</w:t>
      </w:r>
    </w:p>
    <w:p w:rsidR="004611C8" w:rsidRDefault="004611C8" w:rsidP="004611C8">
      <w:r>
        <w:t>090305</w:t>
      </w:r>
      <w:r>
        <w:tab/>
        <w:t>Rotorji [elektrika]</w:t>
      </w:r>
    </w:p>
    <w:p w:rsidR="004611C8" w:rsidRDefault="004611C8" w:rsidP="004611C8">
      <w:r>
        <w:t>090306</w:t>
      </w:r>
      <w:r>
        <w:tab/>
        <w:t>Aparati za obdelavo podatkov</w:t>
      </w:r>
    </w:p>
    <w:p w:rsidR="004611C8" w:rsidRDefault="004611C8" w:rsidP="004611C8">
      <w:r>
        <w:t>090307</w:t>
      </w:r>
      <w:r>
        <w:tab/>
        <w:t>Zrcala za nadzorovanje dela</w:t>
      </w:r>
    </w:p>
    <w:p w:rsidR="004611C8" w:rsidRDefault="004611C8" w:rsidP="004611C8">
      <w:r>
        <w:t>090308</w:t>
      </w:r>
      <w:r>
        <w:tab/>
        <w:t>Aparati za medsebojno zvezo</w:t>
      </w:r>
    </w:p>
    <w:p w:rsidR="004611C8" w:rsidRPr="003834FA" w:rsidRDefault="004611C8" w:rsidP="004611C8">
      <w:pPr>
        <w:rPr>
          <w:lang w:val="fr-FR"/>
        </w:rPr>
      </w:pPr>
      <w:r>
        <w:t>090309</w:t>
      </w:r>
      <w:r>
        <w:tab/>
      </w:r>
      <w:r w:rsidRPr="003834FA">
        <w:rPr>
          <w:lang w:val="fr-FR"/>
        </w:rPr>
        <w:t>Nosilci za senzibilizirane plošče [fotografija]</w:t>
      </w:r>
    </w:p>
    <w:p w:rsidR="004611C8" w:rsidRDefault="004611C8" w:rsidP="004611C8">
      <w:r>
        <w:t>090310</w:t>
      </w:r>
      <w:r>
        <w:tab/>
        <w:t>Inverterji [elektrika]</w:t>
      </w:r>
    </w:p>
    <w:p w:rsidR="004611C8" w:rsidRDefault="004611C8" w:rsidP="004611C8">
      <w:r>
        <w:t>090311</w:t>
      </w:r>
      <w:r>
        <w:tab/>
        <w:t>Aparati za ionizacijo, ne za obdelavo zraku ali vode</w:t>
      </w:r>
    </w:p>
    <w:p w:rsidR="004611C8" w:rsidRDefault="004611C8" w:rsidP="004611C8">
      <w:r>
        <w:t>090312</w:t>
      </w:r>
      <w:r>
        <w:tab/>
        <w:t>Kukala s povečevalnim steklom za vrata</w:t>
      </w:r>
    </w:p>
    <w:p w:rsidR="004611C8" w:rsidRDefault="004611C8" w:rsidP="004611C8">
      <w:r>
        <w:t>090313</w:t>
      </w:r>
      <w:r>
        <w:tab/>
        <w:t>Označevalci robov</w:t>
      </w:r>
    </w:p>
    <w:p w:rsidR="004611C8" w:rsidRDefault="004611C8" w:rsidP="004611C8">
      <w:r>
        <w:t>090315</w:t>
      </w:r>
      <w:r>
        <w:tab/>
        <w:t>Pohištvo, posebej izdelano za laboratorije</w:t>
      </w:r>
    </w:p>
    <w:p w:rsidR="004611C8" w:rsidRDefault="004611C8" w:rsidP="004611C8">
      <w:r>
        <w:t>090316</w:t>
      </w:r>
      <w:r>
        <w:tab/>
        <w:t>Laktodenzimetri</w:t>
      </w:r>
    </w:p>
    <w:p w:rsidR="004611C8" w:rsidRDefault="004611C8" w:rsidP="004611C8">
      <w:r>
        <w:t>090317</w:t>
      </w:r>
      <w:r>
        <w:tab/>
        <w:t>Laktometri</w:t>
      </w:r>
    </w:p>
    <w:p w:rsidR="004611C8" w:rsidRDefault="004611C8" w:rsidP="004611C8">
      <w:r>
        <w:t>090318</w:t>
      </w:r>
      <w:r>
        <w:tab/>
        <w:t>Svetilke za temnice [fotografija]</w:t>
      </w:r>
    </w:p>
    <w:p w:rsidR="004611C8" w:rsidRDefault="004611C8" w:rsidP="004611C8">
      <w:r>
        <w:t>090321</w:t>
      </w:r>
      <w:r>
        <w:tab/>
        <w:t>Magične svetilke</w:t>
      </w:r>
    </w:p>
    <w:p w:rsidR="004611C8" w:rsidRDefault="004611C8" w:rsidP="004611C8">
      <w:r>
        <w:t>090322</w:t>
      </w:r>
      <w:r>
        <w:tab/>
        <w:t>Signalne svetilke</w:t>
      </w:r>
    </w:p>
    <w:p w:rsidR="004611C8" w:rsidRDefault="004611C8" w:rsidP="004611C8">
      <w:r>
        <w:t>090323</w:t>
      </w:r>
      <w:r>
        <w:tab/>
        <w:t>Laserji, ne za medicinske namene</w:t>
      </w:r>
    </w:p>
    <w:p w:rsidR="004611C8" w:rsidRDefault="004611C8" w:rsidP="004611C8">
      <w:r>
        <w:t>090324</w:t>
      </w:r>
      <w:r>
        <w:tab/>
        <w:t>Optične leče</w:t>
      </w:r>
    </w:p>
    <w:p w:rsidR="004611C8" w:rsidRDefault="004611C8" w:rsidP="004611C8">
      <w:r>
        <w:t>090325</w:t>
      </w:r>
      <w:r>
        <w:tab/>
        <w:t>Pisemske tehtnice</w:t>
      </w:r>
    </w:p>
    <w:p w:rsidR="004611C8" w:rsidRDefault="004611C8" w:rsidP="004611C8">
      <w:r>
        <w:t>090326</w:t>
      </w:r>
      <w:r>
        <w:tab/>
        <w:t>Merilniki hitrosti na ladjah</w:t>
      </w:r>
    </w:p>
    <w:p w:rsidR="004611C8" w:rsidRDefault="004611C8" w:rsidP="004611C8">
      <w:r>
        <w:t>090327</w:t>
      </w:r>
      <w:r>
        <w:tab/>
        <w:t>Vrvi za sondiranje</w:t>
      </w:r>
    </w:p>
    <w:p w:rsidR="004611C8" w:rsidRDefault="004611C8" w:rsidP="004611C8">
      <w:r>
        <w:t>090328</w:t>
      </w:r>
      <w:r>
        <w:tab/>
        <w:t>Povečevalna stekla [optika]</w:t>
      </w:r>
    </w:p>
    <w:p w:rsidR="004611C8" w:rsidRDefault="004611C8" w:rsidP="004611C8">
      <w:r>
        <w:t>090329</w:t>
      </w:r>
      <w:r>
        <w:tab/>
        <w:t>Svetlobni znaki</w:t>
      </w:r>
    </w:p>
    <w:p w:rsidR="004611C8" w:rsidRDefault="004611C8" w:rsidP="004611C8">
      <w:r>
        <w:t>090330</w:t>
      </w:r>
      <w:r>
        <w:tab/>
        <w:t>Neonski znaki</w:t>
      </w:r>
    </w:p>
    <w:p w:rsidR="004611C8" w:rsidRDefault="004611C8" w:rsidP="004611C8">
      <w:r>
        <w:t>090333</w:t>
      </w:r>
      <w:r>
        <w:tab/>
        <w:t>Geodetski nivelirji</w:t>
      </w:r>
    </w:p>
    <w:p w:rsidR="004611C8" w:rsidRDefault="004611C8" w:rsidP="004611C8">
      <w:r>
        <w:t>090336</w:t>
      </w:r>
      <w:r>
        <w:tab/>
        <w:t>Merilniki tlaka</w:t>
      </w:r>
    </w:p>
    <w:p w:rsidR="004611C8" w:rsidRDefault="004611C8" w:rsidP="004611C8">
      <w:r>
        <w:t>090337</w:t>
      </w:r>
      <w:r>
        <w:tab/>
        <w:t>Periskopi</w:t>
      </w:r>
    </w:p>
    <w:p w:rsidR="004611C8" w:rsidRDefault="004611C8" w:rsidP="004611C8">
      <w:r>
        <w:t>090338</w:t>
      </w:r>
      <w:r>
        <w:tab/>
        <w:t>Zaščitne maske, ne za medicinske namene</w:t>
      </w:r>
    </w:p>
    <w:p w:rsidR="004611C8" w:rsidRDefault="004611C8" w:rsidP="004611C8">
      <w:r>
        <w:t>090339</w:t>
      </w:r>
      <w:r>
        <w:tab/>
        <w:t>Matematični instrumenti</w:t>
      </w:r>
    </w:p>
    <w:p w:rsidR="004611C8" w:rsidRDefault="004611C8" w:rsidP="004611C8">
      <w:r>
        <w:t>090340</w:t>
      </w:r>
      <w:r>
        <w:tab/>
        <w:t>Mehanizmi za TV sprejemnike na kovance</w:t>
      </w:r>
    </w:p>
    <w:p w:rsidR="004611C8" w:rsidRDefault="004611C8" w:rsidP="004611C8">
      <w:r>
        <w:t>090341</w:t>
      </w:r>
      <w:r>
        <w:tab/>
        <w:t>Megafoni</w:t>
      </w:r>
    </w:p>
    <w:p w:rsidR="004611C8" w:rsidRDefault="004611C8" w:rsidP="004611C8">
      <w:r>
        <w:t>090342</w:t>
      </w:r>
      <w:r>
        <w:tab/>
        <w:t>Računalniške pomnilniške naprave</w:t>
      </w:r>
    </w:p>
    <w:p w:rsidR="004611C8" w:rsidRDefault="004611C8" w:rsidP="004611C8">
      <w:r>
        <w:t>090343</w:t>
      </w:r>
      <w:r>
        <w:tab/>
        <w:t>Mizarski metri</w:t>
      </w:r>
    </w:p>
    <w:p w:rsidR="004611C8" w:rsidRDefault="004611C8" w:rsidP="004611C8">
      <w:r>
        <w:t>090344</w:t>
      </w:r>
      <w:r>
        <w:tab/>
        <w:t>Živosrebrne libele</w:t>
      </w:r>
    </w:p>
    <w:p w:rsidR="004611C8" w:rsidRPr="003834FA" w:rsidRDefault="004611C8" w:rsidP="004611C8">
      <w:pPr>
        <w:rPr>
          <w:lang w:val="fr-FR"/>
        </w:rPr>
      </w:pPr>
      <w:r>
        <w:t>090345</w:t>
      </w:r>
      <w:r>
        <w:tab/>
      </w:r>
      <w:r w:rsidRPr="003834FA">
        <w:rPr>
          <w:lang w:val="fr-FR"/>
        </w:rPr>
        <w:t>Aparati za merjenje hitrosti [fotografija]</w:t>
      </w:r>
    </w:p>
    <w:p w:rsidR="004611C8" w:rsidRDefault="004611C8" w:rsidP="004611C8">
      <w:r>
        <w:t>090346</w:t>
      </w:r>
      <w:r>
        <w:tab/>
        <w:t>Aparati za natančno merjenje</w:t>
      </w:r>
    </w:p>
    <w:p w:rsidR="004611C8" w:rsidRDefault="004611C8" w:rsidP="004611C8">
      <w:r>
        <w:t>090347</w:t>
      </w:r>
      <w:r>
        <w:tab/>
        <w:t>Merilni instrumenti</w:t>
      </w:r>
    </w:p>
    <w:p w:rsidR="004611C8" w:rsidRDefault="004611C8" w:rsidP="004611C8">
      <w:r>
        <w:t>090348</w:t>
      </w:r>
      <w:r>
        <w:tab/>
        <w:t>Meteorološki instrumenti</w:t>
      </w:r>
    </w:p>
    <w:p w:rsidR="004611C8" w:rsidRDefault="004611C8" w:rsidP="004611C8">
      <w:r>
        <w:t>090349</w:t>
      </w:r>
      <w:r>
        <w:tab/>
        <w:t>Ravnila [merilni instrumenti]</w:t>
      </w:r>
    </w:p>
    <w:p w:rsidR="004611C8" w:rsidRPr="003834FA" w:rsidRDefault="004611C8" w:rsidP="004611C8">
      <w:pPr>
        <w:rPr>
          <w:lang w:val="fr-FR"/>
        </w:rPr>
      </w:pPr>
      <w:r>
        <w:t>090350</w:t>
      </w:r>
      <w:r>
        <w:tab/>
      </w:r>
      <w:r w:rsidRPr="003834FA">
        <w:rPr>
          <w:lang w:val="fr-FR"/>
        </w:rPr>
        <w:t>Mikrometrski vijaki za optične instrumente</w:t>
      </w:r>
    </w:p>
    <w:p w:rsidR="004611C8" w:rsidRDefault="004611C8" w:rsidP="004611C8">
      <w:r>
        <w:t>090351</w:t>
      </w:r>
      <w:r>
        <w:tab/>
        <w:t>Mikrofoni</w:t>
      </w:r>
    </w:p>
    <w:p w:rsidR="004611C8" w:rsidRDefault="004611C8" w:rsidP="004611C8">
      <w:r>
        <w:t>090352</w:t>
      </w:r>
      <w:r>
        <w:tab/>
        <w:t>Mikrotomi</w:t>
      </w:r>
    </w:p>
    <w:p w:rsidR="004611C8" w:rsidRDefault="004611C8" w:rsidP="004611C8">
      <w:r>
        <w:t>090353</w:t>
      </w:r>
      <w:r>
        <w:tab/>
        <w:t>Stikalne ure, avtomatične</w:t>
      </w:r>
    </w:p>
    <w:p w:rsidR="004611C8" w:rsidRDefault="004611C8" w:rsidP="004611C8">
      <w:r>
        <w:t>090354</w:t>
      </w:r>
      <w:r>
        <w:tab/>
        <w:t>Ogledala [optika]</w:t>
      </w:r>
    </w:p>
    <w:p w:rsidR="004611C8" w:rsidRPr="003834FA" w:rsidRDefault="004611C8" w:rsidP="004611C8">
      <w:pPr>
        <w:rPr>
          <w:lang w:val="fr-FR"/>
        </w:rPr>
      </w:pPr>
      <w:r>
        <w:t>090355</w:t>
      </w:r>
      <w:r>
        <w:tab/>
      </w:r>
      <w:r w:rsidRPr="003834FA">
        <w:rPr>
          <w:lang w:val="fr-FR"/>
        </w:rPr>
        <w:t>Dihalni aparati za plavanje pod vodo</w:t>
      </w:r>
    </w:p>
    <w:p w:rsidR="004611C8" w:rsidRDefault="004611C8" w:rsidP="004611C8">
      <w:r>
        <w:t>090356</w:t>
      </w:r>
      <w:r>
        <w:tab/>
        <w:t>Navtični aparati in instrumenti</w:t>
      </w:r>
    </w:p>
    <w:p w:rsidR="004611C8" w:rsidRDefault="004611C8" w:rsidP="004611C8">
      <w:r>
        <w:t>090357</w:t>
      </w:r>
      <w:r>
        <w:tab/>
        <w:t>Ladijski signalizacijski aparati</w:t>
      </w:r>
    </w:p>
    <w:p w:rsidR="004611C8" w:rsidRDefault="004611C8" w:rsidP="004611C8">
      <w:r>
        <w:t>090358</w:t>
      </w:r>
      <w:r>
        <w:tab/>
        <w:t>Navigacijski instrumenti</w:t>
      </w:r>
    </w:p>
    <w:p w:rsidR="004611C8" w:rsidRDefault="004611C8" w:rsidP="004611C8">
      <w:r>
        <w:t>090360</w:t>
      </w:r>
      <w:r>
        <w:tab/>
        <w:t>Električne baterije</w:t>
      </w:r>
    </w:p>
    <w:p w:rsidR="004611C8" w:rsidRDefault="004611C8" w:rsidP="004611C8">
      <w:r>
        <w:t>090361</w:t>
      </w:r>
      <w:r>
        <w:tab/>
        <w:t>Akumulatorji, električni</w:t>
      </w:r>
    </w:p>
    <w:p w:rsidR="004611C8" w:rsidRDefault="004611C8" w:rsidP="004611C8">
      <w:r>
        <w:t>090362</w:t>
      </w:r>
      <w:r>
        <w:tab/>
        <w:t>Vodne tehtnice</w:t>
      </w:r>
    </w:p>
    <w:p w:rsidR="004611C8" w:rsidRDefault="004611C8" w:rsidP="004611C8">
      <w:r>
        <w:t>090363</w:t>
      </w:r>
      <w:r>
        <w:tab/>
        <w:t>Instrumenti za niveliranje</w:t>
      </w:r>
    </w:p>
    <w:p w:rsidR="004611C8" w:rsidRDefault="004611C8" w:rsidP="004611C8">
      <w:r>
        <w:t>090365</w:t>
      </w:r>
      <w:r>
        <w:tab/>
        <w:t>Prizme [optika]</w:t>
      </w:r>
    </w:p>
    <w:p w:rsidR="004611C8" w:rsidRDefault="004611C8" w:rsidP="004611C8">
      <w:r>
        <w:t>090366</w:t>
      </w:r>
      <w:r>
        <w:tab/>
        <w:t>Instrumenti za opazovanje</w:t>
      </w:r>
    </w:p>
    <w:p w:rsidR="004611C8" w:rsidRDefault="004611C8" w:rsidP="004611C8">
      <w:r>
        <w:t>090367</w:t>
      </w:r>
      <w:r>
        <w:tab/>
        <w:t>Oktanti</w:t>
      </w:r>
    </w:p>
    <w:p w:rsidR="004611C8" w:rsidRDefault="004611C8" w:rsidP="004611C8">
      <w:r>
        <w:t>090368</w:t>
      </w:r>
      <w:r>
        <w:tab/>
        <w:t>Ohmmetri</w:t>
      </w:r>
    </w:p>
    <w:p w:rsidR="004611C8" w:rsidRDefault="004611C8" w:rsidP="004611C8">
      <w:r>
        <w:t>090369</w:t>
      </w:r>
      <w:r>
        <w:tab/>
        <w:t>Merilniki valov</w:t>
      </w:r>
    </w:p>
    <w:p w:rsidR="004611C8" w:rsidRDefault="004611C8" w:rsidP="004611C8">
      <w:r>
        <w:t>090370</w:t>
      </w:r>
      <w:r>
        <w:tab/>
        <w:t>Optični aparati in instrumenti</w:t>
      </w:r>
    </w:p>
    <w:p w:rsidR="004611C8" w:rsidRDefault="004611C8" w:rsidP="004611C8">
      <w:r>
        <w:t>090371</w:t>
      </w:r>
      <w:r>
        <w:tab/>
        <w:t>Optično steklo</w:t>
      </w:r>
    </w:p>
    <w:p w:rsidR="004611C8" w:rsidRDefault="004611C8" w:rsidP="004611C8">
      <w:r>
        <w:t>090372</w:t>
      </w:r>
      <w:r>
        <w:tab/>
        <w:t>Računalniki</w:t>
      </w:r>
    </w:p>
    <w:p w:rsidR="004611C8" w:rsidRDefault="004611C8" w:rsidP="004611C8">
      <w:r>
        <w:t>090373</w:t>
      </w:r>
      <w:r>
        <w:tab/>
        <w:t>Računalniški programi, posneti</w:t>
      </w:r>
    </w:p>
    <w:p w:rsidR="004611C8" w:rsidRDefault="004611C8" w:rsidP="004611C8">
      <w:r>
        <w:t>090374</w:t>
      </w:r>
      <w:r>
        <w:tab/>
        <w:t>Oscilografi</w:t>
      </w:r>
    </w:p>
    <w:p w:rsidR="004611C8" w:rsidRDefault="004611C8" w:rsidP="004611C8">
      <w:r>
        <w:t>090377</w:t>
      </w:r>
      <w:r>
        <w:tab/>
        <w:t>Aparati za pretakanje kisika</w:t>
      </w:r>
    </w:p>
    <w:p w:rsidR="004611C8" w:rsidRDefault="004611C8" w:rsidP="004611C8">
      <w:r>
        <w:lastRenderedPageBreak/>
        <w:t>090380</w:t>
      </w:r>
      <w:r>
        <w:tab/>
        <w:t>Signalizacijski panoji, svetlobni ali mehanski</w:t>
      </w:r>
    </w:p>
    <w:p w:rsidR="004611C8" w:rsidRDefault="004611C8" w:rsidP="004611C8">
      <w:r>
        <w:t>090383</w:t>
      </w:r>
      <w:r>
        <w:tab/>
        <w:t>Parkomati</w:t>
      </w:r>
    </w:p>
    <w:p w:rsidR="004611C8" w:rsidRDefault="004611C8" w:rsidP="004611C8">
      <w:r>
        <w:t>090384</w:t>
      </w:r>
      <w:r>
        <w:tab/>
        <w:t>Aparati in instrumenti za astronomijo</w:t>
      </w:r>
    </w:p>
    <w:p w:rsidR="004611C8" w:rsidRDefault="004611C8" w:rsidP="004611C8">
      <w:r>
        <w:t>090386</w:t>
      </w:r>
      <w:r>
        <w:tab/>
        <w:t>Aparati za merjenje debeline kože</w:t>
      </w:r>
    </w:p>
    <w:p w:rsidR="004611C8" w:rsidRDefault="004611C8" w:rsidP="004611C8">
      <w:r>
        <w:t>090387</w:t>
      </w:r>
      <w:r>
        <w:tab/>
        <w:t>Aparati za merjenje kisline</w:t>
      </w:r>
    </w:p>
    <w:p w:rsidR="004611C8" w:rsidRDefault="004611C8" w:rsidP="004611C8">
      <w:r>
        <w:t>090388</w:t>
      </w:r>
      <w:r>
        <w:tab/>
        <w:t>Aparati in instrumenti za tehtanje</w:t>
      </w:r>
    </w:p>
    <w:p w:rsidR="004611C8" w:rsidRDefault="004611C8" w:rsidP="004611C8">
      <w:r>
        <w:t>090389</w:t>
      </w:r>
      <w:r>
        <w:tab/>
        <w:t>Salinometri</w:t>
      </w:r>
    </w:p>
    <w:p w:rsidR="004611C8" w:rsidRDefault="004611C8" w:rsidP="004611C8">
      <w:r>
        <w:t>090390</w:t>
      </w:r>
      <w:r>
        <w:tab/>
        <w:t>Izplakovalne banjice [fotografija]</w:t>
      </w:r>
    </w:p>
    <w:p w:rsidR="004611C8" w:rsidRDefault="004611C8" w:rsidP="004611C8">
      <w:r>
        <w:t>090391</w:t>
      </w:r>
      <w:r>
        <w:tab/>
        <w:t>Stojala za fotografske aparate</w:t>
      </w:r>
    </w:p>
    <w:p w:rsidR="004611C8" w:rsidRDefault="004611C8" w:rsidP="004611C8">
      <w:r>
        <w:t>090392</w:t>
      </w:r>
      <w:r>
        <w:tab/>
        <w:t>Iskalniki, fotografski</w:t>
      </w:r>
    </w:p>
    <w:p w:rsidR="004611C8" w:rsidRDefault="004611C8" w:rsidP="004611C8">
      <w:r>
        <w:t>090393</w:t>
      </w:r>
      <w:r>
        <w:tab/>
        <w:t>Fotometri</w:t>
      </w:r>
    </w:p>
    <w:p w:rsidR="004611C8" w:rsidRDefault="004611C8" w:rsidP="004611C8">
      <w:r>
        <w:t>090394</w:t>
      </w:r>
      <w:r>
        <w:tab/>
        <w:t>Fototelegrafski aparati</w:t>
      </w:r>
    </w:p>
    <w:p w:rsidR="004611C8" w:rsidRDefault="004611C8" w:rsidP="004611C8">
      <w:r>
        <w:t>090395</w:t>
      </w:r>
      <w:r>
        <w:tab/>
        <w:t>Fizikalni aparati in instrumenti</w:t>
      </w:r>
    </w:p>
    <w:p w:rsidR="004611C8" w:rsidRPr="003834FA" w:rsidRDefault="004611C8" w:rsidP="004611C8">
      <w:pPr>
        <w:rPr>
          <w:lang w:val="fr-FR"/>
        </w:rPr>
      </w:pPr>
      <w:r>
        <w:t>090396</w:t>
      </w:r>
      <w:r>
        <w:tab/>
      </w:r>
      <w:r w:rsidRPr="003834FA">
        <w:rPr>
          <w:lang w:val="fr-FR"/>
        </w:rPr>
        <w:t>Aparati za avtomatsko upravljanje vozil</w:t>
      </w:r>
    </w:p>
    <w:p w:rsidR="004611C8" w:rsidRDefault="004611C8" w:rsidP="004611C8">
      <w:r>
        <w:t>090398</w:t>
      </w:r>
      <w:r>
        <w:tab/>
        <w:t>Pipete</w:t>
      </w:r>
    </w:p>
    <w:p w:rsidR="004611C8" w:rsidRDefault="004611C8" w:rsidP="004611C8">
      <w:r>
        <w:t>090399</w:t>
      </w:r>
      <w:r>
        <w:tab/>
        <w:t>Merilne mize [merilni instrumenti]</w:t>
      </w:r>
    </w:p>
    <w:p w:rsidR="004611C8" w:rsidRDefault="004611C8" w:rsidP="004611C8">
      <w:r>
        <w:t>090400</w:t>
      </w:r>
      <w:r>
        <w:tab/>
        <w:t>Planimetri</w:t>
      </w:r>
    </w:p>
    <w:p w:rsidR="004611C8" w:rsidRDefault="004611C8" w:rsidP="004611C8">
      <w:r>
        <w:t>090401</w:t>
      </w:r>
      <w:r>
        <w:tab/>
        <w:t>Ušesni čepki za potapljače</w:t>
      </w:r>
    </w:p>
    <w:p w:rsidR="004611C8" w:rsidRDefault="004611C8" w:rsidP="004611C8">
      <w:r>
        <w:t>090402</w:t>
      </w:r>
      <w:r>
        <w:tab/>
        <w:t>Zvonci [opozorilne naprave]</w:t>
      </w:r>
    </w:p>
    <w:p w:rsidR="004611C8" w:rsidRDefault="004611C8" w:rsidP="004611C8">
      <w:r>
        <w:t>090403</w:t>
      </w:r>
      <w:r>
        <w:tab/>
        <w:t>Uteži</w:t>
      </w:r>
    </w:p>
    <w:p w:rsidR="004611C8" w:rsidRDefault="004611C8" w:rsidP="004611C8">
      <w:r>
        <w:t>090404</w:t>
      </w:r>
      <w:r>
        <w:tab/>
        <w:t>Polarimetri</w:t>
      </w:r>
    </w:p>
    <w:p w:rsidR="004611C8" w:rsidRDefault="004611C8" w:rsidP="004611C8">
      <w:r>
        <w:t>090407</w:t>
      </w:r>
      <w:r>
        <w:tab/>
        <w:t>Radiotelefonski aparati</w:t>
      </w:r>
    </w:p>
    <w:p w:rsidR="004611C8" w:rsidRDefault="004611C8" w:rsidP="004611C8">
      <w:r>
        <w:t>090408</w:t>
      </w:r>
      <w:r>
        <w:tab/>
        <w:t>Radiotelegrafski aparati</w:t>
      </w:r>
    </w:p>
    <w:p w:rsidR="004611C8" w:rsidRDefault="004611C8" w:rsidP="004611C8">
      <w:r>
        <w:t>090409</w:t>
      </w:r>
      <w:r>
        <w:tab/>
        <w:t>Aparati za merjenje tlaka</w:t>
      </w:r>
    </w:p>
    <w:p w:rsidR="004611C8" w:rsidRDefault="004611C8" w:rsidP="004611C8">
      <w:r>
        <w:t>090410</w:t>
      </w:r>
      <w:r>
        <w:tab/>
        <w:t>Indikatorji tlaka</w:t>
      </w:r>
    </w:p>
    <w:p w:rsidR="004611C8" w:rsidRDefault="004611C8" w:rsidP="004611C8">
      <w:r>
        <w:t>090411</w:t>
      </w:r>
      <w:r>
        <w:tab/>
        <w:t>Projektorji</w:t>
      </w:r>
    </w:p>
    <w:p w:rsidR="004611C8" w:rsidRDefault="004611C8" w:rsidP="004611C8">
      <w:r>
        <w:t>090412</w:t>
      </w:r>
      <w:r>
        <w:tab/>
        <w:t>Katodne naprave proti koroziji</w:t>
      </w:r>
    </w:p>
    <w:p w:rsidR="004611C8" w:rsidRDefault="004611C8" w:rsidP="004611C8">
      <w:r>
        <w:t>090414</w:t>
      </w:r>
      <w:r>
        <w:tab/>
        <w:t>Ščitniki za zobe</w:t>
      </w:r>
    </w:p>
    <w:p w:rsidR="004611C8" w:rsidRDefault="004611C8" w:rsidP="004611C8">
      <w:r>
        <w:t>090415</w:t>
      </w:r>
      <w:r>
        <w:tab/>
        <w:t>Pirometri</w:t>
      </w:r>
    </w:p>
    <w:p w:rsidR="004611C8" w:rsidRDefault="004611C8" w:rsidP="004611C8">
      <w:r>
        <w:t>090416</w:t>
      </w:r>
      <w:r>
        <w:tab/>
        <w:t>Radarji</w:t>
      </w:r>
    </w:p>
    <w:p w:rsidR="004611C8" w:rsidRDefault="004611C8" w:rsidP="004611C8">
      <w:r>
        <w:t>090417</w:t>
      </w:r>
      <w:r>
        <w:tab/>
        <w:t>Radioaparati za vozila</w:t>
      </w:r>
    </w:p>
    <w:p w:rsidR="004611C8" w:rsidRDefault="004611C8" w:rsidP="004611C8">
      <w:r>
        <w:t>090418</w:t>
      </w:r>
      <w:r>
        <w:tab/>
        <w:t>Radiološki aparati za industrijske namene</w:t>
      </w:r>
    </w:p>
    <w:p w:rsidR="004611C8" w:rsidRDefault="004611C8" w:rsidP="004611C8">
      <w:r>
        <w:t>090419</w:t>
      </w:r>
      <w:r>
        <w:tab/>
        <w:t>Kotomeri [merilni instrumenti]</w:t>
      </w:r>
    </w:p>
    <w:p w:rsidR="004611C8" w:rsidRDefault="004611C8" w:rsidP="004611C8">
      <w:r>
        <w:t>090420</w:t>
      </w:r>
      <w:r>
        <w:tab/>
        <w:t>Naprave in inštalacije za proizvodnjo rentgenskih žarkov, ne za medicinske namene</w:t>
      </w:r>
    </w:p>
    <w:p w:rsidR="004611C8" w:rsidRDefault="004611C8" w:rsidP="004611C8">
      <w:r>
        <w:t>090421</w:t>
      </w:r>
      <w:r>
        <w:tab/>
        <w:t>Rentgenske cevi, ne za medicinske namene</w:t>
      </w:r>
    </w:p>
    <w:p w:rsidR="004611C8" w:rsidRDefault="004611C8" w:rsidP="004611C8">
      <w:r>
        <w:t>090422</w:t>
      </w:r>
      <w:r>
        <w:tab/>
        <w:t>Zaščitne naprave proti rentgenskim žarkom, ne za medicinske namene</w:t>
      </w:r>
    </w:p>
    <w:p w:rsidR="004611C8" w:rsidRDefault="004611C8" w:rsidP="004611C8">
      <w:r>
        <w:t>090423</w:t>
      </w:r>
      <w:r>
        <w:tab/>
        <w:t>Telefoni</w:t>
      </w:r>
    </w:p>
    <w:p w:rsidR="004611C8" w:rsidRDefault="004611C8" w:rsidP="004611C8">
      <w:r>
        <w:t>090424</w:t>
      </w:r>
      <w:r>
        <w:tab/>
        <w:t>Refraktorji</w:t>
      </w:r>
    </w:p>
    <w:p w:rsidR="004611C8" w:rsidRDefault="004611C8" w:rsidP="004611C8">
      <w:r>
        <w:t>090425</w:t>
      </w:r>
      <w:r>
        <w:tab/>
        <w:t>Rentgenski aparati, ne za medicinske namene</w:t>
      </w:r>
    </w:p>
    <w:p w:rsidR="004611C8" w:rsidRDefault="004611C8" w:rsidP="004611C8">
      <w:r>
        <w:t>090426</w:t>
      </w:r>
      <w:r>
        <w:tab/>
        <w:t>Spektroskopi</w:t>
      </w:r>
    </w:p>
    <w:p w:rsidR="004611C8" w:rsidRDefault="004611C8" w:rsidP="004611C8">
      <w:r>
        <w:t>090427</w:t>
      </w:r>
      <w:r>
        <w:tab/>
        <w:t>Električni upori</w:t>
      </w:r>
    </w:p>
    <w:p w:rsidR="004611C8" w:rsidRDefault="004611C8" w:rsidP="004611C8">
      <w:r>
        <w:t>090429</w:t>
      </w:r>
      <w:r>
        <w:tab/>
        <w:t>Termometri, ne za medicinske namene</w:t>
      </w:r>
    </w:p>
    <w:p w:rsidR="004611C8" w:rsidRDefault="004611C8" w:rsidP="004611C8">
      <w:r>
        <w:t>090430</w:t>
      </w:r>
      <w:r>
        <w:tab/>
        <w:t>Respiratorji za filtriranje zraka, ne za medicinske namene</w:t>
      </w:r>
    </w:p>
    <w:p w:rsidR="004611C8" w:rsidRDefault="004611C8" w:rsidP="004611C8">
      <w:r>
        <w:t>090431</w:t>
      </w:r>
      <w:r>
        <w:tab/>
        <w:t>Dihalni aparati, ne za medicinske namene</w:t>
      </w:r>
    </w:p>
    <w:p w:rsidR="004611C8" w:rsidRDefault="004611C8" w:rsidP="004611C8">
      <w:r>
        <w:t>090432</w:t>
      </w:r>
      <w:r>
        <w:tab/>
        <w:t>Reostati</w:t>
      </w:r>
    </w:p>
    <w:p w:rsidR="004611C8" w:rsidRDefault="004611C8" w:rsidP="004611C8">
      <w:r>
        <w:t>090434</w:t>
      </w:r>
      <w:r>
        <w:tab/>
        <w:t>Signali, svetlobni ali mehanski</w:t>
      </w:r>
    </w:p>
    <w:p w:rsidR="004611C8" w:rsidRDefault="004611C8" w:rsidP="004611C8">
      <w:r>
        <w:t>090435</w:t>
      </w:r>
      <w:r>
        <w:tab/>
        <w:t>Saharometri</w:t>
      </w:r>
    </w:p>
    <w:p w:rsidR="004611C8" w:rsidRDefault="004611C8" w:rsidP="004611C8">
      <w:r>
        <w:t>090436</w:t>
      </w:r>
      <w:r>
        <w:tab/>
        <w:t>Sonde za znanstvene namene</w:t>
      </w:r>
    </w:p>
    <w:p w:rsidR="004611C8" w:rsidRDefault="004611C8" w:rsidP="004611C8">
      <w:r>
        <w:t>090437</w:t>
      </w:r>
      <w:r>
        <w:tab/>
        <w:t>Sateliti za znanstvene namene</w:t>
      </w:r>
    </w:p>
    <w:p w:rsidR="004611C8" w:rsidRDefault="004611C8" w:rsidP="004611C8">
      <w:r>
        <w:t>090439</w:t>
      </w:r>
      <w:r>
        <w:tab/>
        <w:t>Membrane za znanstvene aparate</w:t>
      </w:r>
    </w:p>
    <w:p w:rsidR="004611C8" w:rsidRDefault="004611C8" w:rsidP="004611C8">
      <w:r>
        <w:t>090440</w:t>
      </w:r>
      <w:r>
        <w:tab/>
        <w:t>Aparati za poučevanje</w:t>
      </w:r>
    </w:p>
    <w:p w:rsidR="004611C8" w:rsidRDefault="004611C8" w:rsidP="004611C8">
      <w:r>
        <w:t>090441</w:t>
      </w:r>
      <w:r>
        <w:tab/>
        <w:t>Induktorske tuljave</w:t>
      </w:r>
    </w:p>
    <w:p w:rsidR="004611C8" w:rsidRDefault="004611C8" w:rsidP="004611C8">
      <w:r>
        <w:t>090442</w:t>
      </w:r>
      <w:r>
        <w:tab/>
        <w:t>Konektorji za žice [elektrika]</w:t>
      </w:r>
    </w:p>
    <w:p w:rsidR="004611C8" w:rsidRDefault="004611C8" w:rsidP="004611C8">
      <w:r>
        <w:t>090443</w:t>
      </w:r>
      <w:r>
        <w:tab/>
        <w:t>Ključavnice, električne</w:t>
      </w:r>
    </w:p>
    <w:p w:rsidR="004611C8" w:rsidRDefault="004611C8" w:rsidP="004611C8">
      <w:r>
        <w:t>090444</w:t>
      </w:r>
      <w:r>
        <w:tab/>
        <w:t>Sekstanti</w:t>
      </w:r>
    </w:p>
    <w:p w:rsidR="004611C8" w:rsidRDefault="004611C8" w:rsidP="004611C8">
      <w:r>
        <w:t>090445</w:t>
      </w:r>
      <w:r>
        <w:tab/>
        <w:t>Signalne piščalke</w:t>
      </w:r>
    </w:p>
    <w:p w:rsidR="004611C8" w:rsidRDefault="004611C8" w:rsidP="004611C8">
      <w:r>
        <w:t>090446</w:t>
      </w:r>
      <w:r>
        <w:tab/>
        <w:t>Opozorilni trikotniki za vozila v okvari</w:t>
      </w:r>
    </w:p>
    <w:p w:rsidR="004611C8" w:rsidRDefault="004611C8" w:rsidP="004611C8">
      <w:r>
        <w:t>090447</w:t>
      </w:r>
      <w:r>
        <w:tab/>
        <w:t>Elektrodinamični aparati za daljinsko upravljanje signalov</w:t>
      </w:r>
    </w:p>
    <w:p w:rsidR="004611C8" w:rsidRDefault="004611C8" w:rsidP="004611C8">
      <w:r>
        <w:t>090448</w:t>
      </w:r>
      <w:r>
        <w:tab/>
        <w:t>Simulatorji vožnje in nadzor vozil</w:t>
      </w:r>
    </w:p>
    <w:p w:rsidR="004611C8" w:rsidRDefault="004611C8" w:rsidP="004611C8">
      <w:r>
        <w:t>090449</w:t>
      </w:r>
      <w:r>
        <w:tab/>
        <w:t>Sirene</w:t>
      </w:r>
    </w:p>
    <w:p w:rsidR="004611C8" w:rsidRDefault="004611C8" w:rsidP="004611C8">
      <w:r>
        <w:t>090450</w:t>
      </w:r>
      <w:r>
        <w:tab/>
        <w:t>Aparati za prenos zvoka</w:t>
      </w:r>
    </w:p>
    <w:p w:rsidR="004611C8" w:rsidRDefault="004611C8" w:rsidP="004611C8">
      <w:r>
        <w:t>090451</w:t>
      </w:r>
      <w:r>
        <w:tab/>
        <w:t>Aparati za snemanje zvoka</w:t>
      </w:r>
    </w:p>
    <w:p w:rsidR="004611C8" w:rsidRDefault="004611C8" w:rsidP="004611C8">
      <w:r>
        <w:t>090452</w:t>
      </w:r>
      <w:r>
        <w:tab/>
        <w:t>Aparati za reprodukcijo zvoka</w:t>
      </w:r>
    </w:p>
    <w:p w:rsidR="004611C8" w:rsidRPr="003834FA" w:rsidRDefault="004611C8" w:rsidP="004611C8">
      <w:pPr>
        <w:rPr>
          <w:lang w:val="fr-FR"/>
        </w:rPr>
      </w:pPr>
      <w:r>
        <w:t>090453</w:t>
      </w:r>
      <w:r>
        <w:tab/>
      </w:r>
      <w:r w:rsidRPr="003834FA">
        <w:rPr>
          <w:lang w:val="fr-FR"/>
        </w:rPr>
        <w:t>Aparati in stroji za sondiranje</w:t>
      </w:r>
    </w:p>
    <w:p w:rsidR="004611C8" w:rsidRDefault="004611C8" w:rsidP="004611C8">
      <w:r>
        <w:t>090454</w:t>
      </w:r>
      <w:r>
        <w:tab/>
        <w:t>Merilniki globine s svinčnico</w:t>
      </w:r>
    </w:p>
    <w:p w:rsidR="004611C8" w:rsidRDefault="004611C8" w:rsidP="004611C8">
      <w:r>
        <w:t>090455</w:t>
      </w:r>
      <w:r>
        <w:tab/>
        <w:t>Sonometri (merilniki moči in lokacije zvoka)</w:t>
      </w:r>
    </w:p>
    <w:p w:rsidR="004611C8" w:rsidRDefault="004611C8" w:rsidP="004611C8">
      <w:r>
        <w:t>090457</w:t>
      </w:r>
      <w:r>
        <w:tab/>
        <w:t>Spektrografi</w:t>
      </w:r>
    </w:p>
    <w:p w:rsidR="004611C8" w:rsidRDefault="004611C8" w:rsidP="004611C8">
      <w:r>
        <w:t>090458</w:t>
      </w:r>
      <w:r>
        <w:tab/>
        <w:t>Sferometri</w:t>
      </w:r>
    </w:p>
    <w:p w:rsidR="004611C8" w:rsidRDefault="004611C8" w:rsidP="004611C8">
      <w:r>
        <w:t>090460</w:t>
      </w:r>
      <w:r>
        <w:tab/>
        <w:t>Stereoskopi</w:t>
      </w:r>
    </w:p>
    <w:p w:rsidR="004611C8" w:rsidRDefault="004611C8" w:rsidP="004611C8">
      <w:r>
        <w:t>090461</w:t>
      </w:r>
      <w:r>
        <w:tab/>
        <w:t>Stereoskopski aparati</w:t>
      </w:r>
    </w:p>
    <w:p w:rsidR="004611C8" w:rsidRDefault="004611C8" w:rsidP="004611C8">
      <w:r>
        <w:t>090463</w:t>
      </w:r>
      <w:r>
        <w:tab/>
        <w:t>Aparati za merjenje sulfita</w:t>
      </w:r>
    </w:p>
    <w:p w:rsidR="004611C8" w:rsidRDefault="004611C8" w:rsidP="004611C8">
      <w:r>
        <w:t>090465</w:t>
      </w:r>
      <w:r>
        <w:tab/>
        <w:t>Tahometri</w:t>
      </w:r>
    </w:p>
    <w:p w:rsidR="004611C8" w:rsidRDefault="004611C8" w:rsidP="004611C8">
      <w:r>
        <w:t>090466</w:t>
      </w:r>
      <w:r>
        <w:tab/>
        <w:t>Merila za vrezovanje navojev</w:t>
      </w:r>
    </w:p>
    <w:p w:rsidR="004611C8" w:rsidRDefault="004611C8" w:rsidP="004611C8">
      <w:r>
        <w:t>090467</w:t>
      </w:r>
      <w:r>
        <w:tab/>
        <w:t>Telegrafi [aparati]</w:t>
      </w:r>
    </w:p>
    <w:p w:rsidR="004611C8" w:rsidRDefault="004611C8" w:rsidP="004611C8">
      <w:r>
        <w:t>090468</w:t>
      </w:r>
      <w:r>
        <w:tab/>
        <w:t>Televizije</w:t>
      </w:r>
    </w:p>
    <w:p w:rsidR="004611C8" w:rsidRDefault="004611C8" w:rsidP="004611C8">
      <w:r>
        <w:t>090469</w:t>
      </w:r>
      <w:r>
        <w:tab/>
        <w:t>Telegrafske žice</w:t>
      </w:r>
    </w:p>
    <w:p w:rsidR="004611C8" w:rsidRDefault="004611C8" w:rsidP="004611C8">
      <w:r>
        <w:t>090470</w:t>
      </w:r>
      <w:r>
        <w:tab/>
        <w:t>Daljinski upravljalniki</w:t>
      </w:r>
    </w:p>
    <w:p w:rsidR="004611C8" w:rsidRDefault="004611C8" w:rsidP="004611C8">
      <w:r>
        <w:t>090471</w:t>
      </w:r>
      <w:r>
        <w:tab/>
        <w:t>Stebri za brezžične antene</w:t>
      </w:r>
    </w:p>
    <w:p w:rsidR="004611C8" w:rsidRDefault="004611C8" w:rsidP="004611C8">
      <w:r>
        <w:t>090472</w:t>
      </w:r>
      <w:r>
        <w:tab/>
        <w:t>Zasloni za branje teksta za TV napovedovalce (teleprompterji)</w:t>
      </w:r>
    </w:p>
    <w:p w:rsidR="004611C8" w:rsidRDefault="004611C8" w:rsidP="004611C8">
      <w:r>
        <w:t>090473</w:t>
      </w:r>
      <w:r>
        <w:tab/>
        <w:t>Telefonski oddajniki</w:t>
      </w:r>
    </w:p>
    <w:p w:rsidR="004611C8" w:rsidRDefault="004611C8" w:rsidP="004611C8">
      <w:r>
        <w:t>090474</w:t>
      </w:r>
      <w:r>
        <w:tab/>
        <w:t>Impulzna stikala</w:t>
      </w:r>
    </w:p>
    <w:p w:rsidR="004611C8" w:rsidRDefault="004611C8" w:rsidP="004611C8">
      <w:r>
        <w:t>090475</w:t>
      </w:r>
      <w:r>
        <w:tab/>
        <w:t>Daljnogledi</w:t>
      </w:r>
    </w:p>
    <w:p w:rsidR="004611C8" w:rsidRDefault="004611C8" w:rsidP="004611C8">
      <w:r>
        <w:t>090476</w:t>
      </w:r>
      <w:r>
        <w:tab/>
        <w:t>Teleskopi</w:t>
      </w:r>
    </w:p>
    <w:p w:rsidR="004611C8" w:rsidRDefault="004611C8" w:rsidP="004611C8">
      <w:r>
        <w:t>090477</w:t>
      </w:r>
      <w:r>
        <w:tab/>
        <w:t>Aparati za označevanje temperature</w:t>
      </w:r>
    </w:p>
    <w:p w:rsidR="004611C8" w:rsidRDefault="004611C8" w:rsidP="004611C8">
      <w:r>
        <w:t>090478</w:t>
      </w:r>
      <w:r>
        <w:tab/>
        <w:t>Naprave za beleženje časa</w:t>
      </w:r>
    </w:p>
    <w:p w:rsidR="004611C8" w:rsidRDefault="004611C8" w:rsidP="004611C8">
      <w:r>
        <w:t>090479</w:t>
      </w:r>
      <w:r>
        <w:tab/>
        <w:t>Teodoliti</w:t>
      </w:r>
    </w:p>
    <w:p w:rsidR="004611C8" w:rsidRDefault="004611C8" w:rsidP="004611C8">
      <w:r>
        <w:t>090481</w:t>
      </w:r>
      <w:r>
        <w:tab/>
        <w:t>Termostati za vozila</w:t>
      </w:r>
    </w:p>
    <w:p w:rsidR="004611C8" w:rsidRDefault="004611C8" w:rsidP="004611C8">
      <w:r>
        <w:t>090484</w:t>
      </w:r>
      <w:r>
        <w:tab/>
        <w:t>Totalizatorji</w:t>
      </w:r>
    </w:p>
    <w:p w:rsidR="004611C8" w:rsidRDefault="004611C8" w:rsidP="004611C8">
      <w:r>
        <w:t>090485</w:t>
      </w:r>
      <w:r>
        <w:tab/>
        <w:t>Merilniki vrtljajev</w:t>
      </w:r>
    </w:p>
    <w:p w:rsidR="004611C8" w:rsidRDefault="004611C8" w:rsidP="004611C8">
      <w:r>
        <w:t>090486</w:t>
      </w:r>
      <w:r>
        <w:tab/>
        <w:t>Regulatorji hitrosti za gramofone</w:t>
      </w:r>
    </w:p>
    <w:p w:rsidR="004611C8" w:rsidRDefault="004611C8" w:rsidP="004611C8">
      <w:r>
        <w:t>090488</w:t>
      </w:r>
      <w:r>
        <w:tab/>
        <w:t>Oddajniki [telekomunikacije]</w:t>
      </w:r>
    </w:p>
    <w:p w:rsidR="004611C8" w:rsidRDefault="004611C8" w:rsidP="004611C8">
      <w:r>
        <w:t>090489</w:t>
      </w:r>
      <w:r>
        <w:tab/>
        <w:t>Precizne tehtnice</w:t>
      </w:r>
    </w:p>
    <w:p w:rsidR="004611C8" w:rsidRDefault="004611C8" w:rsidP="004611C8">
      <w:r>
        <w:t>090490</w:t>
      </w:r>
      <w:r>
        <w:tab/>
        <w:t>Merila [mizarstvo]</w:t>
      </w:r>
    </w:p>
    <w:p w:rsidR="004611C8" w:rsidRDefault="004611C8" w:rsidP="004611C8">
      <w:r>
        <w:t>090491</w:t>
      </w:r>
      <w:r>
        <w:tab/>
        <w:t>Vakuumske cevi za radie</w:t>
      </w:r>
    </w:p>
    <w:p w:rsidR="004611C8" w:rsidRDefault="004611C8" w:rsidP="004611C8">
      <w:r>
        <w:t>090492</w:t>
      </w:r>
      <w:r>
        <w:tab/>
        <w:t>Urinometri</w:t>
      </w:r>
    </w:p>
    <w:p w:rsidR="004611C8" w:rsidRDefault="004611C8" w:rsidP="004611C8">
      <w:r>
        <w:lastRenderedPageBreak/>
        <w:t>090493</w:t>
      </w:r>
      <w:r>
        <w:tab/>
        <w:t>Variometri</w:t>
      </w:r>
    </w:p>
    <w:p w:rsidR="004611C8" w:rsidRPr="003834FA" w:rsidRDefault="004611C8" w:rsidP="004611C8">
      <w:pPr>
        <w:rPr>
          <w:lang w:val="fr-FR"/>
        </w:rPr>
      </w:pPr>
      <w:r>
        <w:t>090494</w:t>
      </w:r>
      <w:r>
        <w:tab/>
      </w:r>
      <w:r w:rsidRPr="003834FA">
        <w:rPr>
          <w:lang w:val="fr-FR"/>
        </w:rPr>
        <w:t>Pomična merila za natančno odčitavanje</w:t>
      </w:r>
    </w:p>
    <w:p w:rsidR="004611C8" w:rsidRDefault="004611C8" w:rsidP="004611C8">
      <w:r>
        <w:t>090495</w:t>
      </w:r>
      <w:r>
        <w:tab/>
        <w:t>Video trakovi</w:t>
      </w:r>
    </w:p>
    <w:p w:rsidR="004611C8" w:rsidRDefault="004611C8" w:rsidP="004611C8">
      <w:r>
        <w:t>090496</w:t>
      </w:r>
      <w:r>
        <w:tab/>
        <w:t>Viskozimetri</w:t>
      </w:r>
    </w:p>
    <w:p w:rsidR="004611C8" w:rsidRDefault="004611C8" w:rsidP="004611C8">
      <w:r>
        <w:t>090497</w:t>
      </w:r>
      <w:r>
        <w:tab/>
        <w:t>Protivlomne napeljave, električne</w:t>
      </w:r>
    </w:p>
    <w:p w:rsidR="004611C8" w:rsidRDefault="004611C8" w:rsidP="004611C8">
      <w:r>
        <w:t>090498</w:t>
      </w:r>
      <w:r>
        <w:tab/>
        <w:t>Regulatorji napetosti za vozila</w:t>
      </w:r>
    </w:p>
    <w:p w:rsidR="004611C8" w:rsidRDefault="004611C8" w:rsidP="004611C8">
      <w:r>
        <w:t>090499</w:t>
      </w:r>
      <w:r>
        <w:tab/>
        <w:t>Stroji za glasovanje</w:t>
      </w:r>
    </w:p>
    <w:p w:rsidR="004611C8" w:rsidRDefault="004611C8" w:rsidP="004611C8">
      <w:r>
        <w:t>090500</w:t>
      </w:r>
      <w:r>
        <w:tab/>
        <w:t>Voltmetri</w:t>
      </w:r>
    </w:p>
    <w:p w:rsidR="004611C8" w:rsidRDefault="004611C8" w:rsidP="004611C8">
      <w:r>
        <w:t>090503</w:t>
      </w:r>
      <w:r>
        <w:tab/>
        <w:t>Naprave za zamenjavo gramofonskih igel</w:t>
      </w:r>
    </w:p>
    <w:p w:rsidR="004611C8" w:rsidRDefault="004611C8" w:rsidP="004611C8">
      <w:r>
        <w:t>090504</w:t>
      </w:r>
      <w:r>
        <w:tab/>
        <w:t>Retorte za laboratorijske poizkuse</w:t>
      </w:r>
    </w:p>
    <w:p w:rsidR="004611C8" w:rsidRDefault="004611C8" w:rsidP="004611C8">
      <w:r>
        <w:t>090505</w:t>
      </w:r>
      <w:r>
        <w:tab/>
        <w:t>Žice za varovalke</w:t>
      </w:r>
    </w:p>
    <w:p w:rsidR="004611C8" w:rsidRDefault="004611C8" w:rsidP="004611C8">
      <w:r>
        <w:t>090507</w:t>
      </w:r>
      <w:r>
        <w:tab/>
        <w:t>Antikatode</w:t>
      </w:r>
    </w:p>
    <w:p w:rsidR="004611C8" w:rsidRDefault="004611C8" w:rsidP="004611C8">
      <w:r>
        <w:t>090508</w:t>
      </w:r>
      <w:r>
        <w:tab/>
        <w:t>Piščalke za pse</w:t>
      </w:r>
    </w:p>
    <w:p w:rsidR="004611C8" w:rsidRDefault="004611C8" w:rsidP="004611C8">
      <w:r>
        <w:t>090511</w:t>
      </w:r>
      <w:r>
        <w:tab/>
        <w:t>Protivlomni opozorilni aparati</w:t>
      </w:r>
    </w:p>
    <w:p w:rsidR="004611C8" w:rsidRDefault="004611C8" w:rsidP="004611C8">
      <w:r>
        <w:t>090512</w:t>
      </w:r>
      <w:r>
        <w:tab/>
        <w:t>Instrumenti za določanje azimuta</w:t>
      </w:r>
    </w:p>
    <w:p w:rsidR="004611C8" w:rsidRDefault="004611C8" w:rsidP="004611C8">
      <w:r>
        <w:t>090513</w:t>
      </w:r>
      <w:r>
        <w:tab/>
        <w:t>Svetleči svetlobni signali</w:t>
      </w:r>
    </w:p>
    <w:p w:rsidR="004611C8" w:rsidRDefault="004611C8" w:rsidP="004611C8">
      <w:r>
        <w:t>090514</w:t>
      </w:r>
      <w:r>
        <w:tab/>
        <w:t>Držala za električne tuljave</w:t>
      </w:r>
    </w:p>
    <w:p w:rsidR="004611C8" w:rsidRDefault="004611C8" w:rsidP="004611C8">
      <w:r>
        <w:t>090515</w:t>
      </w:r>
      <w:r>
        <w:tab/>
        <w:t>Eksponirani filmi</w:t>
      </w:r>
    </w:p>
    <w:p w:rsidR="004611C8" w:rsidRDefault="004611C8" w:rsidP="004611C8">
      <w:r>
        <w:t>090516</w:t>
      </w:r>
      <w:r>
        <w:tab/>
        <w:t>Cestni znaki, svetlobni ali mehanski</w:t>
      </w:r>
    </w:p>
    <w:p w:rsidR="004611C8" w:rsidRDefault="004611C8" w:rsidP="004611C8">
      <w:r>
        <w:t>090517</w:t>
      </w:r>
      <w:r>
        <w:tab/>
        <w:t>Rešilni obroči</w:t>
      </w:r>
    </w:p>
    <w:p w:rsidR="004611C8" w:rsidRDefault="004611C8" w:rsidP="004611C8">
      <w:r>
        <w:t>090518</w:t>
      </w:r>
      <w:r>
        <w:tab/>
        <w:t>Signalne boje</w:t>
      </w:r>
    </w:p>
    <w:p w:rsidR="004611C8" w:rsidRDefault="004611C8" w:rsidP="004611C8">
      <w:r>
        <w:t>090522</w:t>
      </w:r>
      <w:r>
        <w:tab/>
        <w:t>Prekinjala</w:t>
      </w:r>
    </w:p>
    <w:p w:rsidR="004611C8" w:rsidRDefault="004611C8" w:rsidP="004611C8">
      <w:r>
        <w:t>090523</w:t>
      </w:r>
      <w:r>
        <w:tab/>
        <w:t>Kompasi [merilni inštrumenti]</w:t>
      </w:r>
    </w:p>
    <w:p w:rsidR="004611C8" w:rsidRPr="003834FA" w:rsidRDefault="004611C8" w:rsidP="004611C8">
      <w:pPr>
        <w:rPr>
          <w:lang w:val="fr-FR"/>
        </w:rPr>
      </w:pPr>
      <w:r>
        <w:t>090524</w:t>
      </w:r>
      <w:r>
        <w:tab/>
      </w:r>
      <w:r w:rsidRPr="003834FA">
        <w:rPr>
          <w:lang w:val="fr-FR"/>
        </w:rPr>
        <w:t>Signali za meglo, ne eksplozivni</w:t>
      </w:r>
    </w:p>
    <w:p w:rsidR="004611C8" w:rsidRDefault="004611C8" w:rsidP="004611C8">
      <w:r>
        <w:t>090525</w:t>
      </w:r>
      <w:r>
        <w:tab/>
        <w:t>Registrske blagajne</w:t>
      </w:r>
    </w:p>
    <w:p w:rsidR="004611C8" w:rsidRDefault="004611C8" w:rsidP="004611C8">
      <w:r>
        <w:t>090526</w:t>
      </w:r>
      <w:r>
        <w:tab/>
        <w:t>Radiološki ekrani za industrijske namene</w:t>
      </w:r>
    </w:p>
    <w:p w:rsidR="004611C8" w:rsidRDefault="004611C8" w:rsidP="004611C8">
      <w:r>
        <w:t>090529</w:t>
      </w:r>
      <w:r>
        <w:tab/>
        <w:t>Magnetne identifikacijske kartice</w:t>
      </w:r>
    </w:p>
    <w:p w:rsidR="004611C8" w:rsidRDefault="004611C8" w:rsidP="004611C8">
      <w:r>
        <w:t>090531</w:t>
      </w:r>
      <w:r>
        <w:tab/>
        <w:t>Fotovoltaične celice</w:t>
      </w:r>
    </w:p>
    <w:p w:rsidR="004611C8" w:rsidRDefault="004611C8" w:rsidP="004611C8">
      <w:r>
        <w:t>090532</w:t>
      </w:r>
      <w:r>
        <w:tab/>
        <w:t>Denzitometri, ne za medicinske namene</w:t>
      </w:r>
    </w:p>
    <w:p w:rsidR="004611C8" w:rsidRDefault="004611C8" w:rsidP="004611C8">
      <w:r>
        <w:t>090533</w:t>
      </w:r>
      <w:r>
        <w:tab/>
        <w:t>Magnetni diski</w:t>
      </w:r>
    </w:p>
    <w:p w:rsidR="004611C8" w:rsidRDefault="004611C8" w:rsidP="004611C8">
      <w:r>
        <w:t>090534</w:t>
      </w:r>
      <w:r>
        <w:tab/>
        <w:t>Diskete</w:t>
      </w:r>
    </w:p>
    <w:p w:rsidR="004611C8" w:rsidRDefault="004611C8" w:rsidP="004611C8">
      <w:r>
        <w:t>090535</w:t>
      </w:r>
      <w:r>
        <w:tab/>
        <w:t>Trakovi za čiščenje snemalne glave</w:t>
      </w:r>
    </w:p>
    <w:p w:rsidR="004611C8" w:rsidRDefault="004611C8" w:rsidP="004611C8">
      <w:r>
        <w:t>090536</w:t>
      </w:r>
      <w:r>
        <w:tab/>
        <w:t>Videorekorderji</w:t>
      </w:r>
    </w:p>
    <w:p w:rsidR="004611C8" w:rsidRDefault="004611C8" w:rsidP="004611C8">
      <w:r>
        <w:t>090537</w:t>
      </w:r>
      <w:r>
        <w:tab/>
        <w:t>Računalniške tipkovnice</w:t>
      </w:r>
    </w:p>
    <w:p w:rsidR="004611C8" w:rsidRDefault="004611C8" w:rsidP="004611C8">
      <w:r>
        <w:t>090538</w:t>
      </w:r>
      <w:r>
        <w:tab/>
        <w:t>Integrirana vezja</w:t>
      </w:r>
    </w:p>
    <w:p w:rsidR="004611C8" w:rsidRDefault="004611C8" w:rsidP="004611C8">
      <w:r>
        <w:t>090539</w:t>
      </w:r>
      <w:r>
        <w:tab/>
        <w:t>Polprevodniki</w:t>
      </w:r>
    </w:p>
    <w:p w:rsidR="004611C8" w:rsidRDefault="004611C8" w:rsidP="004611C8">
      <w:r>
        <w:t>090540</w:t>
      </w:r>
      <w:r>
        <w:tab/>
        <w:t>Čipi z integriranim vezjem</w:t>
      </w:r>
    </w:p>
    <w:p w:rsidR="004611C8" w:rsidRDefault="004611C8" w:rsidP="004611C8">
      <w:r>
        <w:t>090543</w:t>
      </w:r>
      <w:r>
        <w:tab/>
        <w:t>Katode</w:t>
      </w:r>
    </w:p>
    <w:p w:rsidR="004611C8" w:rsidRDefault="004611C8" w:rsidP="004611C8">
      <w:r>
        <w:t>090546</w:t>
      </w:r>
      <w:r>
        <w:tab/>
        <w:t>Rešilni jopiči</w:t>
      </w:r>
    </w:p>
    <w:p w:rsidR="004611C8" w:rsidRDefault="004611C8" w:rsidP="004611C8">
      <w:r>
        <w:t>090547</w:t>
      </w:r>
      <w:r>
        <w:tab/>
        <w:t>Rešilni pasovi</w:t>
      </w:r>
    </w:p>
    <w:p w:rsidR="004611C8" w:rsidRDefault="004611C8" w:rsidP="004611C8">
      <w:r>
        <w:t>090549</w:t>
      </w:r>
      <w:r>
        <w:tab/>
        <w:t>Kemijski aparati in instrumenti</w:t>
      </w:r>
    </w:p>
    <w:p w:rsidR="004611C8" w:rsidRDefault="004611C8" w:rsidP="004611C8">
      <w:r>
        <w:t>090550</w:t>
      </w:r>
      <w:r>
        <w:tab/>
        <w:t>Kinematografski filmi, osvetljeni</w:t>
      </w:r>
    </w:p>
    <w:p w:rsidR="004611C8" w:rsidRDefault="004611C8" w:rsidP="004611C8">
      <w:r>
        <w:t>090553</w:t>
      </w:r>
      <w:r>
        <w:tab/>
        <w:t>Materiali za električno napeljavo [žice, kabli]</w:t>
      </w:r>
    </w:p>
    <w:p w:rsidR="004611C8" w:rsidRDefault="004611C8" w:rsidP="004611C8">
      <w:r>
        <w:t>090556</w:t>
      </w:r>
      <w:r>
        <w:tab/>
        <w:t>Inkubatorji za bakterijske kulture</w:t>
      </w:r>
    </w:p>
    <w:p w:rsidR="004611C8" w:rsidRDefault="004611C8" w:rsidP="004611C8">
      <w:r>
        <w:t>090557</w:t>
      </w:r>
      <w:r>
        <w:tab/>
        <w:t>Solarne baterije</w:t>
      </w:r>
    </w:p>
    <w:p w:rsidR="004611C8" w:rsidRDefault="004611C8" w:rsidP="004611C8">
      <w:r>
        <w:t>090558</w:t>
      </w:r>
      <w:r>
        <w:tab/>
        <w:t>Izolirana bakrena žica</w:t>
      </w:r>
    </w:p>
    <w:p w:rsidR="004611C8" w:rsidRDefault="004611C8" w:rsidP="004611C8">
      <w:r>
        <w:t>090562</w:t>
      </w:r>
      <w:r>
        <w:tab/>
        <w:t>Zaslonke [fotografija]</w:t>
      </w:r>
    </w:p>
    <w:p w:rsidR="004611C8" w:rsidRDefault="004611C8" w:rsidP="004611C8">
      <w:r>
        <w:t>090564</w:t>
      </w:r>
      <w:r>
        <w:tab/>
        <w:t>Destilacijski aparati za znanstvene namene</w:t>
      </w:r>
    </w:p>
    <w:p w:rsidR="004611C8" w:rsidRDefault="004611C8" w:rsidP="004611C8">
      <w:r>
        <w:t>090565</w:t>
      </w:r>
      <w:r>
        <w:tab/>
        <w:t>Dozimetri</w:t>
      </w:r>
    </w:p>
    <w:p w:rsidR="004611C8" w:rsidRDefault="004611C8" w:rsidP="004611C8">
      <w:r>
        <w:t>090566</w:t>
      </w:r>
      <w:r>
        <w:tab/>
        <w:t>Električni hišni zvonci</w:t>
      </w:r>
    </w:p>
    <w:p w:rsidR="004611C8" w:rsidRDefault="004611C8" w:rsidP="004611C8">
      <w:r>
        <w:t>090572</w:t>
      </w:r>
      <w:r>
        <w:tab/>
        <w:t>Telefonske žice</w:t>
      </w:r>
    </w:p>
    <w:p w:rsidR="004611C8" w:rsidRDefault="004611C8" w:rsidP="004611C8">
      <w:r>
        <w:t>090573</w:t>
      </w:r>
      <w:r>
        <w:tab/>
        <w:t>Filmi za rentgen, osvetljeni</w:t>
      </w:r>
    </w:p>
    <w:p w:rsidR="004611C8" w:rsidRDefault="004611C8" w:rsidP="004611C8">
      <w:r>
        <w:t>090574</w:t>
      </w:r>
      <w:r>
        <w:tab/>
        <w:t>Filtri za ultravijolične žarke, za fotografijo</w:t>
      </w:r>
    </w:p>
    <w:p w:rsidR="004611C8" w:rsidRDefault="004611C8" w:rsidP="004611C8">
      <w:r>
        <w:t>090575</w:t>
      </w:r>
      <w:r>
        <w:tab/>
        <w:t>Zvočni lijaki za zvočnike</w:t>
      </w:r>
    </w:p>
    <w:p w:rsidR="004611C8" w:rsidRDefault="004611C8" w:rsidP="004611C8">
      <w:r>
        <w:t>090577</w:t>
      </w:r>
      <w:r>
        <w:tab/>
        <w:t>Trinožniki za kamere</w:t>
      </w:r>
    </w:p>
    <w:p w:rsidR="004611C8" w:rsidRDefault="004611C8" w:rsidP="004611C8">
      <w:r>
        <w:t>090581</w:t>
      </w:r>
      <w:r>
        <w:tab/>
        <w:t>Čitalniki črtnih kod</w:t>
      </w:r>
    </w:p>
    <w:p w:rsidR="004611C8" w:rsidRDefault="004611C8" w:rsidP="004611C8">
      <w:r>
        <w:t>090583</w:t>
      </w:r>
      <w:r>
        <w:tab/>
        <w:t>Označevalne boje</w:t>
      </w:r>
    </w:p>
    <w:p w:rsidR="004611C8" w:rsidRDefault="004611C8" w:rsidP="004611C8">
      <w:r>
        <w:t>090584</w:t>
      </w:r>
      <w:r>
        <w:tab/>
        <w:t>Ploščice za integrirana vezja</w:t>
      </w:r>
    </w:p>
    <w:p w:rsidR="004611C8" w:rsidRDefault="004611C8" w:rsidP="004611C8">
      <w:r>
        <w:t>090585</w:t>
      </w:r>
      <w:r>
        <w:tab/>
        <w:t>Kromatografski aparati za laboratorijsko uporabo</w:t>
      </w:r>
    </w:p>
    <w:p w:rsidR="004611C8" w:rsidRPr="003834FA" w:rsidRDefault="004611C8" w:rsidP="004611C8">
      <w:pPr>
        <w:rPr>
          <w:lang w:val="fr-FR"/>
        </w:rPr>
      </w:pPr>
      <w:r>
        <w:t>090586</w:t>
      </w:r>
      <w:r>
        <w:tab/>
      </w:r>
      <w:r w:rsidRPr="003834FA">
        <w:rPr>
          <w:lang w:val="fr-FR"/>
        </w:rPr>
        <w:t>Kronografi [aparati za beleženje časa]</w:t>
      </w:r>
    </w:p>
    <w:p w:rsidR="004611C8" w:rsidRDefault="004611C8" w:rsidP="004611C8">
      <w:r>
        <w:t>090587</w:t>
      </w:r>
      <w:r>
        <w:tab/>
        <w:t>CD-ji [avdio-video]</w:t>
      </w:r>
    </w:p>
    <w:p w:rsidR="004611C8" w:rsidRDefault="004611C8" w:rsidP="004611C8">
      <w:r>
        <w:t>090588</w:t>
      </w:r>
      <w:r>
        <w:tab/>
        <w:t>CD-ROM-i</w:t>
      </w:r>
    </w:p>
    <w:p w:rsidR="004611C8" w:rsidRDefault="004611C8" w:rsidP="004611C8">
      <w:r>
        <w:t>090589</w:t>
      </w:r>
      <w:r>
        <w:tab/>
        <w:t>Posneti računalniški operacijski sistemi</w:t>
      </w:r>
    </w:p>
    <w:p w:rsidR="004611C8" w:rsidRDefault="004611C8" w:rsidP="004611C8">
      <w:r>
        <w:t>090590</w:t>
      </w:r>
      <w:r>
        <w:tab/>
        <w:t>Zunanje enote, prilagojene za uporabo z računalniki</w:t>
      </w:r>
    </w:p>
    <w:p w:rsidR="004611C8" w:rsidRDefault="004611C8" w:rsidP="004611C8">
      <w:r>
        <w:t>090591</w:t>
      </w:r>
      <w:r>
        <w:tab/>
        <w:t>Računalniška programska oprema, posneta</w:t>
      </w:r>
    </w:p>
    <w:p w:rsidR="004611C8" w:rsidRDefault="004611C8" w:rsidP="004611C8">
      <w:r>
        <w:t>090592</w:t>
      </w:r>
      <w:r>
        <w:tab/>
        <w:t>Optični kondenzatorji</w:t>
      </w:r>
    </w:p>
    <w:p w:rsidR="004611C8" w:rsidRDefault="004611C8" w:rsidP="004611C8">
      <w:r>
        <w:t>090593</w:t>
      </w:r>
      <w:r>
        <w:tab/>
        <w:t>Akustični spoji</w:t>
      </w:r>
    </w:p>
    <w:p w:rsidR="004611C8" w:rsidRDefault="004611C8" w:rsidP="004611C8">
      <w:r>
        <w:t>090594</w:t>
      </w:r>
      <w:r>
        <w:tab/>
        <w:t>Spojke [oprema za obdelavo podatkov]</w:t>
      </w:r>
    </w:p>
    <w:p w:rsidR="004611C8" w:rsidRDefault="004611C8" w:rsidP="004611C8">
      <w:r>
        <w:t>090595</w:t>
      </w:r>
      <w:r>
        <w:tab/>
        <w:t>Dekompresijske komore</w:t>
      </w:r>
    </w:p>
    <w:p w:rsidR="004611C8" w:rsidRDefault="004611C8" w:rsidP="004611C8">
      <w:r>
        <w:t>090596</w:t>
      </w:r>
      <w:r>
        <w:tab/>
        <w:t>Ploterji</w:t>
      </w:r>
    </w:p>
    <w:p w:rsidR="004611C8" w:rsidRDefault="004611C8" w:rsidP="004611C8">
      <w:r>
        <w:t>090597</w:t>
      </w:r>
      <w:r>
        <w:tab/>
        <w:t>Potapljaške maske</w:t>
      </w:r>
    </w:p>
    <w:p w:rsidR="004611C8" w:rsidRDefault="004611C8" w:rsidP="004611C8">
      <w:r>
        <w:t>090598</w:t>
      </w:r>
      <w:r>
        <w:tab/>
        <w:t>Elektronska peresa za vizualne prikazovalne enote</w:t>
      </w:r>
    </w:p>
    <w:p w:rsidR="004611C8" w:rsidRDefault="004611C8" w:rsidP="004611C8">
      <w:r>
        <w:t>090599</w:t>
      </w:r>
      <w:r>
        <w:tab/>
        <w:t>Kodirane magnetne kartice</w:t>
      </w:r>
    </w:p>
    <w:p w:rsidR="004611C8" w:rsidRDefault="004611C8" w:rsidP="004611C8">
      <w:r>
        <w:t>090600</w:t>
      </w:r>
      <w:r>
        <w:tab/>
        <w:t>Faksirne naprave</w:t>
      </w:r>
    </w:p>
    <w:p w:rsidR="004611C8" w:rsidRDefault="004611C8" w:rsidP="004611C8">
      <w:r>
        <w:t>090603</w:t>
      </w:r>
      <w:r>
        <w:tab/>
        <w:t>Vmesniki za računalnike</w:t>
      </w:r>
    </w:p>
    <w:p w:rsidR="004611C8" w:rsidRDefault="004611C8" w:rsidP="004611C8">
      <w:r>
        <w:t>090604</w:t>
      </w:r>
      <w:r>
        <w:tab/>
        <w:t>Juke boxi za računalnike</w:t>
      </w:r>
    </w:p>
    <w:p w:rsidR="004611C8" w:rsidRDefault="004611C8" w:rsidP="004611C8">
      <w:r>
        <w:t>090605</w:t>
      </w:r>
      <w:r>
        <w:tab/>
        <w:t>Ščitniki za kolena za delavce</w:t>
      </w:r>
    </w:p>
    <w:p w:rsidR="004611C8" w:rsidRDefault="004611C8" w:rsidP="004611C8">
      <w:r>
        <w:t>090607</w:t>
      </w:r>
      <w:r>
        <w:tab/>
        <w:t>Magnetni nosilci podatkov</w:t>
      </w:r>
    </w:p>
    <w:p w:rsidR="004611C8" w:rsidRDefault="004611C8" w:rsidP="004611C8">
      <w:r>
        <w:t>090608</w:t>
      </w:r>
      <w:r>
        <w:tab/>
        <w:t>Magnetni kodirniki</w:t>
      </w:r>
    </w:p>
    <w:p w:rsidR="004611C8" w:rsidRDefault="004611C8" w:rsidP="004611C8">
      <w:r>
        <w:t>090609</w:t>
      </w:r>
      <w:r>
        <w:tab/>
        <w:t>Enote magnetnih trakov za računalnike</w:t>
      </w:r>
    </w:p>
    <w:p w:rsidR="004611C8" w:rsidRDefault="004611C8" w:rsidP="004611C8">
      <w:r>
        <w:t>090610</w:t>
      </w:r>
      <w:r>
        <w:tab/>
        <w:t>Mikroprocesorji</w:t>
      </w:r>
    </w:p>
    <w:p w:rsidR="004611C8" w:rsidRDefault="004611C8" w:rsidP="004611C8">
      <w:r>
        <w:t>090611</w:t>
      </w:r>
      <w:r>
        <w:tab/>
        <w:t>Modemi</w:t>
      </w:r>
    </w:p>
    <w:p w:rsidR="004611C8" w:rsidRDefault="004611C8" w:rsidP="004611C8">
      <w:r>
        <w:t>090612</w:t>
      </w:r>
      <w:r>
        <w:tab/>
        <w:t>Monitorji [računalniška oprema]</w:t>
      </w:r>
    </w:p>
    <w:p w:rsidR="004611C8" w:rsidRDefault="004611C8" w:rsidP="004611C8">
      <w:r>
        <w:t>090613</w:t>
      </w:r>
      <w:r>
        <w:tab/>
        <w:t>Monitorji [računalniški programi]</w:t>
      </w:r>
    </w:p>
    <w:p w:rsidR="004611C8" w:rsidRDefault="004611C8" w:rsidP="004611C8">
      <w:r>
        <w:t>090614</w:t>
      </w:r>
      <w:r>
        <w:tab/>
        <w:t>Miška [računalniška periferna enota]</w:t>
      </w:r>
    </w:p>
    <w:p w:rsidR="004611C8" w:rsidRDefault="004611C8" w:rsidP="004611C8">
      <w:r>
        <w:t>090615</w:t>
      </w:r>
      <w:r>
        <w:tab/>
        <w:t>Optični čitalniki znakov</w:t>
      </w:r>
    </w:p>
    <w:p w:rsidR="004611C8" w:rsidRDefault="004611C8" w:rsidP="004611C8">
      <w:r>
        <w:t>090616</w:t>
      </w:r>
      <w:r>
        <w:tab/>
        <w:t>Optični nosilci podatkov</w:t>
      </w:r>
    </w:p>
    <w:p w:rsidR="004611C8" w:rsidRDefault="004611C8" w:rsidP="004611C8">
      <w:r>
        <w:t>090617</w:t>
      </w:r>
      <w:r>
        <w:tab/>
        <w:t>Optični diski</w:t>
      </w:r>
    </w:p>
    <w:p w:rsidR="004611C8" w:rsidRDefault="004611C8" w:rsidP="004611C8">
      <w:r>
        <w:t>090618</w:t>
      </w:r>
      <w:r>
        <w:tab/>
        <w:t>Tiskalniki za računalnike</w:t>
      </w:r>
    </w:p>
    <w:p w:rsidR="004611C8" w:rsidRDefault="004611C8" w:rsidP="004611C8">
      <w:r>
        <w:t>090620</w:t>
      </w:r>
      <w:r>
        <w:tab/>
        <w:t>Čitalniki [oprema za obdelavo podatkov]</w:t>
      </w:r>
    </w:p>
    <w:p w:rsidR="004611C8" w:rsidRDefault="004611C8" w:rsidP="004611C8">
      <w:r>
        <w:t>090621</w:t>
      </w:r>
      <w:r>
        <w:tab/>
        <w:t>Varnostni pasovi, razen za vozila in za športno opremo</w:t>
      </w:r>
    </w:p>
    <w:p w:rsidR="004611C8" w:rsidRDefault="004611C8" w:rsidP="004611C8">
      <w:r>
        <w:t>090622</w:t>
      </w:r>
      <w:r>
        <w:tab/>
        <w:t>Skenerji za obdelavo podatkov</w:t>
      </w:r>
    </w:p>
    <w:p w:rsidR="004611C8" w:rsidRDefault="004611C8" w:rsidP="004611C8">
      <w:r>
        <w:t>090623</w:t>
      </w:r>
      <w:r>
        <w:tab/>
        <w:t>Detektorji dima</w:t>
      </w:r>
    </w:p>
    <w:p w:rsidR="004611C8" w:rsidRDefault="004611C8" w:rsidP="004611C8">
      <w:r>
        <w:t>090624</w:t>
      </w:r>
      <w:r>
        <w:tab/>
        <w:t>Elektronski tranzistorji</w:t>
      </w:r>
    </w:p>
    <w:p w:rsidR="004611C8" w:rsidRDefault="004611C8" w:rsidP="004611C8">
      <w:r>
        <w:t>090625</w:t>
      </w:r>
      <w:r>
        <w:tab/>
        <w:t>Rentgenske fotografije, razen za medicinske namene</w:t>
      </w:r>
    </w:p>
    <w:p w:rsidR="004611C8" w:rsidRDefault="004611C8" w:rsidP="004611C8">
      <w:r>
        <w:t>090626</w:t>
      </w:r>
      <w:r>
        <w:tab/>
        <w:t>Spojne objemke za električne kable</w:t>
      </w:r>
    </w:p>
    <w:p w:rsidR="004611C8" w:rsidRDefault="004611C8" w:rsidP="004611C8">
      <w:r>
        <w:t>090627</w:t>
      </w:r>
      <w:r>
        <w:tab/>
        <w:t>Računala (abakusi)</w:t>
      </w:r>
    </w:p>
    <w:p w:rsidR="004611C8" w:rsidRDefault="004611C8" w:rsidP="004611C8">
      <w:r>
        <w:t>090628</w:t>
      </w:r>
      <w:r>
        <w:tab/>
        <w:t>Elektronski dnevniki</w:t>
      </w:r>
    </w:p>
    <w:p w:rsidR="004611C8" w:rsidRDefault="004611C8" w:rsidP="004611C8">
      <w:r>
        <w:lastRenderedPageBreak/>
        <w:t>090629</w:t>
      </w:r>
      <w:r>
        <w:tab/>
        <w:t>Avtomatski odzivniki</w:t>
      </w:r>
    </w:p>
    <w:p w:rsidR="004611C8" w:rsidRDefault="004611C8" w:rsidP="004611C8">
      <w:r>
        <w:t>090630</w:t>
      </w:r>
      <w:r>
        <w:tab/>
        <w:t>Video kamere (kamkorderji)</w:t>
      </w:r>
    </w:p>
    <w:p w:rsidR="004611C8" w:rsidRDefault="004611C8" w:rsidP="004611C8">
      <w:r>
        <w:t>090631</w:t>
      </w:r>
      <w:r>
        <w:tab/>
        <w:t>Predvajalniki kaset</w:t>
      </w:r>
    </w:p>
    <w:p w:rsidR="004611C8" w:rsidRDefault="004611C8" w:rsidP="004611C8">
      <w:r>
        <w:t>090632</w:t>
      </w:r>
      <w:r>
        <w:tab/>
        <w:t>Predvajalniki CD-jev</w:t>
      </w:r>
    </w:p>
    <w:p w:rsidR="004611C8" w:rsidRDefault="004611C8" w:rsidP="004611C8">
      <w:r>
        <w:t>090633</w:t>
      </w:r>
      <w:r>
        <w:tab/>
        <w:t>Diagnostični aparati, ne za medicinske namene</w:t>
      </w:r>
    </w:p>
    <w:p w:rsidR="004611C8" w:rsidRDefault="004611C8" w:rsidP="004611C8">
      <w:r>
        <w:t>090634</w:t>
      </w:r>
      <w:r>
        <w:tab/>
        <w:t>Diskovni pogoni za računalnike</w:t>
      </w:r>
    </w:p>
    <w:p w:rsidR="004611C8" w:rsidRDefault="004611C8" w:rsidP="004611C8">
      <w:r>
        <w:t>090635</w:t>
      </w:r>
      <w:r>
        <w:tab/>
        <w:t>Elektrificirane tirnice za montažo reflektorjev</w:t>
      </w:r>
    </w:p>
    <w:p w:rsidR="004611C8" w:rsidRDefault="004611C8" w:rsidP="004611C8">
      <w:r>
        <w:t>090636</w:t>
      </w:r>
      <w:r>
        <w:tab/>
        <w:t>Elektronski žepni prevajalniki</w:t>
      </w:r>
    </w:p>
    <w:p w:rsidR="004611C8" w:rsidRDefault="004611C8" w:rsidP="004611C8">
      <w:r>
        <w:t>090637</w:t>
      </w:r>
      <w:r>
        <w:tab/>
        <w:t>Elektronske etikete za izdelke</w:t>
      </w:r>
    </w:p>
    <w:p w:rsidR="004611C8" w:rsidRDefault="004611C8" w:rsidP="004611C8">
      <w:r>
        <w:t>090638</w:t>
      </w:r>
      <w:r>
        <w:tab/>
        <w:t>Protipožarne odeje</w:t>
      </w:r>
    </w:p>
    <w:p w:rsidR="004611C8" w:rsidRDefault="004611C8" w:rsidP="004611C8">
      <w:r>
        <w:t>090639</w:t>
      </w:r>
      <w:r>
        <w:tab/>
        <w:t>Bliskavice [fotografija]</w:t>
      </w:r>
    </w:p>
    <w:p w:rsidR="004611C8" w:rsidRDefault="004611C8" w:rsidP="004611C8">
      <w:r>
        <w:t>090641</w:t>
      </w:r>
      <w:r>
        <w:tab/>
        <w:t>Merilne žlice</w:t>
      </w:r>
    </w:p>
    <w:p w:rsidR="004611C8" w:rsidRDefault="004611C8" w:rsidP="004611C8">
      <w:r>
        <w:t>090642</w:t>
      </w:r>
      <w:r>
        <w:tab/>
        <w:t>Notesniki (osebni računalniki)</w:t>
      </w:r>
    </w:p>
    <w:p w:rsidR="004611C8" w:rsidRDefault="004611C8" w:rsidP="004611C8">
      <w:r>
        <w:t>090643</w:t>
      </w:r>
      <w:r>
        <w:tab/>
        <w:t>Elektronske prikazovalne table</w:t>
      </w:r>
    </w:p>
    <w:p w:rsidR="004611C8" w:rsidRDefault="004611C8" w:rsidP="004611C8">
      <w:r>
        <w:t>090644</w:t>
      </w:r>
      <w:r>
        <w:tab/>
        <w:t>Žepni računalniki</w:t>
      </w:r>
    </w:p>
    <w:p w:rsidR="004611C8" w:rsidRDefault="004611C8" w:rsidP="004611C8">
      <w:r>
        <w:t>090645</w:t>
      </w:r>
      <w:r>
        <w:tab/>
        <w:t>Čevlji za zaščito pred nesrečami, sevanju in ognju</w:t>
      </w:r>
    </w:p>
    <w:p w:rsidR="004611C8" w:rsidRDefault="004611C8" w:rsidP="004611C8">
      <w:r>
        <w:t>090646</w:t>
      </w:r>
      <w:r>
        <w:tab/>
        <w:t>Razpršilni sistemi za zaščito pred ognjem</w:t>
      </w:r>
    </w:p>
    <w:p w:rsidR="004611C8" w:rsidRDefault="004611C8" w:rsidP="004611C8">
      <w:r>
        <w:t>090647</w:t>
      </w:r>
      <w:r>
        <w:tab/>
        <w:t>Vžigalni kabli za motorje</w:t>
      </w:r>
    </w:p>
    <w:p w:rsidR="004611C8" w:rsidRDefault="004611C8" w:rsidP="004611C8">
      <w:r>
        <w:t>090649</w:t>
      </w:r>
      <w:r>
        <w:tab/>
        <w:t>Registracijske ure [naprave za registracijo časa]</w:t>
      </w:r>
    </w:p>
    <w:p w:rsidR="004611C8" w:rsidRDefault="004611C8" w:rsidP="004611C8">
      <w:r>
        <w:t>090650</w:t>
      </w:r>
      <w:r>
        <w:tab/>
        <w:t>Videokasete</w:t>
      </w:r>
    </w:p>
    <w:p w:rsidR="004611C8" w:rsidRDefault="004611C8" w:rsidP="004611C8">
      <w:r>
        <w:t>090651</w:t>
      </w:r>
      <w:r>
        <w:tab/>
        <w:t>Kasete za video igre</w:t>
      </w:r>
    </w:p>
    <w:p w:rsidR="004611C8" w:rsidRDefault="004611C8" w:rsidP="004611C8">
      <w:r>
        <w:t>090652</w:t>
      </w:r>
      <w:r>
        <w:tab/>
        <w:t>Video zasloni</w:t>
      </w:r>
    </w:p>
    <w:p w:rsidR="004611C8" w:rsidRDefault="004611C8" w:rsidP="004611C8">
      <w:r>
        <w:t>090653</w:t>
      </w:r>
      <w:r>
        <w:tab/>
        <w:t>Videotelefoni</w:t>
      </w:r>
    </w:p>
    <w:p w:rsidR="004611C8" w:rsidRDefault="004611C8" w:rsidP="004611C8">
      <w:r>
        <w:t>090654</w:t>
      </w:r>
      <w:r>
        <w:tab/>
        <w:t>Očala za šport</w:t>
      </w:r>
    </w:p>
    <w:p w:rsidR="004611C8" w:rsidRDefault="004611C8" w:rsidP="004611C8">
      <w:r>
        <w:t>090655</w:t>
      </w:r>
      <w:r>
        <w:tab/>
        <w:t>Potapljaške nosne ščipalke</w:t>
      </w:r>
    </w:p>
    <w:p w:rsidR="004611C8" w:rsidRDefault="004611C8" w:rsidP="004611C8">
      <w:r>
        <w:t>090656</w:t>
      </w:r>
      <w:r>
        <w:tab/>
        <w:t>Zaščitne čelade za šport</w:t>
      </w:r>
    </w:p>
    <w:p w:rsidR="004611C8" w:rsidRDefault="004611C8" w:rsidP="004611C8">
      <w:r>
        <w:t>090657</w:t>
      </w:r>
      <w:r>
        <w:tab/>
        <w:t>Naložljive elektronske publikacije</w:t>
      </w:r>
    </w:p>
    <w:p w:rsidR="004611C8" w:rsidRPr="003834FA" w:rsidRDefault="004611C8" w:rsidP="004611C8">
      <w:pPr>
        <w:rPr>
          <w:lang w:val="fr-FR"/>
        </w:rPr>
      </w:pPr>
      <w:r>
        <w:t>090658</w:t>
      </w:r>
      <w:r>
        <w:tab/>
      </w:r>
      <w:r w:rsidRPr="003834FA">
        <w:rPr>
          <w:lang w:val="fr-FR"/>
        </w:rPr>
        <w:t>Računalniški programi [naložljiva programska oprema]</w:t>
      </w:r>
    </w:p>
    <w:p w:rsidR="004611C8" w:rsidRDefault="004611C8" w:rsidP="004611C8">
      <w:r>
        <w:t>090659</w:t>
      </w:r>
      <w:r>
        <w:tab/>
        <w:t>Navigacijski aparati za vozila [panelni računalniki]</w:t>
      </w:r>
    </w:p>
    <w:p w:rsidR="004611C8" w:rsidRDefault="004611C8" w:rsidP="004611C8">
      <w:r>
        <w:t>090660</w:t>
      </w:r>
      <w:r>
        <w:tab/>
        <w:t>Okrasni magneti</w:t>
      </w:r>
    </w:p>
    <w:p w:rsidR="004611C8" w:rsidRDefault="004611C8" w:rsidP="004611C8">
      <w:r>
        <w:t>090661</w:t>
      </w:r>
      <w:r>
        <w:tab/>
        <w:t>Brezžični telefoni</w:t>
      </w:r>
    </w:p>
    <w:p w:rsidR="004611C8" w:rsidRDefault="004611C8" w:rsidP="004611C8">
      <w:r>
        <w:t>090662</w:t>
      </w:r>
      <w:r>
        <w:tab/>
        <w:t>Podloge za miško</w:t>
      </w:r>
    </w:p>
    <w:p w:rsidR="004611C8" w:rsidRDefault="004611C8" w:rsidP="004611C8">
      <w:r>
        <w:t>090663</w:t>
      </w:r>
      <w:r>
        <w:tab/>
        <w:t>Prenosni radio (walkman)</w:t>
      </w:r>
    </w:p>
    <w:p w:rsidR="004611C8" w:rsidRDefault="004611C8" w:rsidP="004611C8">
      <w:r>
        <w:t>090664</w:t>
      </w:r>
      <w:r>
        <w:tab/>
        <w:t>Počivala za zapestje, ki se uporabljajo z računalniki</w:t>
      </w:r>
    </w:p>
    <w:p w:rsidR="004611C8" w:rsidRDefault="004611C8" w:rsidP="004611C8">
      <w:r>
        <w:t>090665</w:t>
      </w:r>
      <w:r>
        <w:tab/>
        <w:t>Koaksialni kabli</w:t>
      </w:r>
    </w:p>
    <w:p w:rsidR="004611C8" w:rsidRDefault="004611C8" w:rsidP="004611C8">
      <w:r>
        <w:t>090667</w:t>
      </w:r>
      <w:r>
        <w:tab/>
        <w:t>Pokrovčki za električne vtičnice</w:t>
      </w:r>
    </w:p>
    <w:p w:rsidR="004611C8" w:rsidRDefault="004611C8" w:rsidP="004611C8">
      <w:r>
        <w:t>090668</w:t>
      </w:r>
      <w:r>
        <w:tab/>
        <w:t>Pomorske globinske sonde</w:t>
      </w:r>
    </w:p>
    <w:p w:rsidR="004611C8" w:rsidRDefault="004611C8" w:rsidP="004611C8">
      <w:r>
        <w:t>090669</w:t>
      </w:r>
      <w:r>
        <w:tab/>
        <w:t>Elektrificirane ograje</w:t>
      </w:r>
    </w:p>
    <w:p w:rsidR="004611C8" w:rsidRDefault="004611C8" w:rsidP="004611C8">
      <w:r>
        <w:t>090670</w:t>
      </w:r>
      <w:r>
        <w:tab/>
        <w:t>Posneta programska oprema za računalniške igre</w:t>
      </w:r>
    </w:p>
    <w:p w:rsidR="004611C8" w:rsidRDefault="004611C8" w:rsidP="004611C8">
      <w:r>
        <w:t>090671</w:t>
      </w:r>
      <w:r>
        <w:tab/>
        <w:t>Slušalke</w:t>
      </w:r>
    </w:p>
    <w:p w:rsidR="004611C8" w:rsidRDefault="004611C8" w:rsidP="004611C8">
      <w:r>
        <w:t>090672</w:t>
      </w:r>
      <w:r>
        <w:tab/>
        <w:t>Svetlobni balasti</w:t>
      </w:r>
    </w:p>
    <w:p w:rsidR="004611C8" w:rsidRDefault="004611C8" w:rsidP="004611C8">
      <w:r>
        <w:t>090673</w:t>
      </w:r>
      <w:r>
        <w:tab/>
        <w:t>Radio pozivniki</w:t>
      </w:r>
    </w:p>
    <w:p w:rsidR="004611C8" w:rsidRDefault="004611C8" w:rsidP="004611C8">
      <w:r>
        <w:t>090674</w:t>
      </w:r>
      <w:r>
        <w:tab/>
        <w:t>Satelitski navigacijski aparati</w:t>
      </w:r>
    </w:p>
    <w:p w:rsidR="004611C8" w:rsidRPr="003834FA" w:rsidRDefault="004611C8" w:rsidP="004611C8">
      <w:pPr>
        <w:rPr>
          <w:lang w:val="fr-FR"/>
        </w:rPr>
      </w:pPr>
      <w:r>
        <w:t>090675</w:t>
      </w:r>
      <w:r>
        <w:tab/>
      </w:r>
      <w:r w:rsidRPr="003834FA">
        <w:rPr>
          <w:lang w:val="fr-FR"/>
        </w:rPr>
        <w:t>Avtomatski kontrolni ventili [elektromagnetna stikala]</w:t>
      </w:r>
    </w:p>
    <w:p w:rsidR="004611C8" w:rsidRDefault="004611C8" w:rsidP="004611C8">
      <w:r>
        <w:t>090676</w:t>
      </w:r>
      <w:r>
        <w:tab/>
        <w:t>Elementi za zaščito pred nihanjem (udarom) električne napetosti</w:t>
      </w:r>
    </w:p>
    <w:p w:rsidR="004611C8" w:rsidRDefault="004611C8" w:rsidP="004611C8">
      <w:r>
        <w:t>090677</w:t>
      </w:r>
      <w:r>
        <w:tab/>
        <w:t>Prenosen radijski sprejemni in oddajni aparat (radiotelefon)</w:t>
      </w:r>
    </w:p>
    <w:p w:rsidR="004611C8" w:rsidRDefault="004611C8" w:rsidP="004611C8">
      <w:r>
        <w:t>090678</w:t>
      </w:r>
      <w:r>
        <w:tab/>
        <w:t>Vetrna vreča za določanje smeri vetra</w:t>
      </w:r>
    </w:p>
    <w:p w:rsidR="004611C8" w:rsidRDefault="004611C8" w:rsidP="004611C8">
      <w:r>
        <w:t>090679</w:t>
      </w:r>
      <w:r>
        <w:tab/>
        <w:t>Svetlobna elektronska kazala</w:t>
      </w:r>
    </w:p>
    <w:p w:rsidR="004611C8" w:rsidRPr="003834FA" w:rsidRDefault="004611C8" w:rsidP="004611C8">
      <w:pPr>
        <w:rPr>
          <w:lang w:val="fr-FR"/>
        </w:rPr>
      </w:pPr>
      <w:r>
        <w:t>090680</w:t>
      </w:r>
      <w:r>
        <w:tab/>
      </w:r>
      <w:r w:rsidRPr="003834FA">
        <w:rPr>
          <w:lang w:val="fr-FR"/>
        </w:rPr>
        <w:t>Lutke za oživljanje [učni aparat]</w:t>
      </w:r>
    </w:p>
    <w:p w:rsidR="004611C8" w:rsidRDefault="004611C8" w:rsidP="004611C8">
      <w:r>
        <w:t>090682</w:t>
      </w:r>
      <w:r>
        <w:tab/>
        <w:t>Regulatorji za odrsko razsvetljavo</w:t>
      </w:r>
    </w:p>
    <w:p w:rsidR="004611C8" w:rsidRDefault="004611C8" w:rsidP="004611C8">
      <w:r>
        <w:t>090684</w:t>
      </w:r>
      <w:r>
        <w:tab/>
        <w:t>DNA čipi</w:t>
      </w:r>
    </w:p>
    <w:p w:rsidR="004611C8" w:rsidRDefault="004611C8" w:rsidP="004611C8">
      <w:r>
        <w:t>090685</w:t>
      </w:r>
      <w:r>
        <w:tab/>
        <w:t>DVD predvajalniki</w:t>
      </w:r>
    </w:p>
    <w:p w:rsidR="004611C8" w:rsidRDefault="004611C8" w:rsidP="004611C8">
      <w:r>
        <w:t>090686</w:t>
      </w:r>
      <w:r>
        <w:tab/>
        <w:t>Avtomatizirana uradna okenca [bankomat]</w:t>
      </w:r>
    </w:p>
    <w:p w:rsidR="004611C8" w:rsidRDefault="004611C8" w:rsidP="004611C8">
      <w:r>
        <w:t>090687</w:t>
      </w:r>
      <w:r>
        <w:tab/>
        <w:t>Prometna signalizacija [semaforji]</w:t>
      </w:r>
    </w:p>
    <w:p w:rsidR="004611C8" w:rsidRDefault="004611C8" w:rsidP="004611C8">
      <w:r>
        <w:t>090688</w:t>
      </w:r>
      <w:r>
        <w:tab/>
        <w:t>Oprema za prostoročno telefoniranje</w:t>
      </w:r>
    </w:p>
    <w:p w:rsidR="004611C8" w:rsidRDefault="004611C8" w:rsidP="004611C8">
      <w:r>
        <w:t>090689</w:t>
      </w:r>
      <w:r>
        <w:tab/>
        <w:t>Azbestni ščiti za gasilce</w:t>
      </w:r>
    </w:p>
    <w:p w:rsidR="004611C8" w:rsidRDefault="004611C8" w:rsidP="004611C8">
      <w:r>
        <w:t>090690</w:t>
      </w:r>
      <w:r>
        <w:tab/>
        <w:t>Jahalne čelade</w:t>
      </w:r>
    </w:p>
    <w:p w:rsidR="004611C8" w:rsidRDefault="004611C8" w:rsidP="004611C8">
      <w:r>
        <w:t>090691</w:t>
      </w:r>
      <w:r>
        <w:tab/>
        <w:t>Oblačila, posebej izdelana za laboratorije</w:t>
      </w:r>
    </w:p>
    <w:p w:rsidR="004611C8" w:rsidRDefault="004611C8" w:rsidP="004611C8">
      <w:r>
        <w:t>090692</w:t>
      </w:r>
      <w:r>
        <w:tab/>
        <w:t>Kodirana magnetna identifikacijska zapestnica</w:t>
      </w:r>
    </w:p>
    <w:p w:rsidR="004611C8" w:rsidRDefault="004611C8" w:rsidP="004611C8">
      <w:r>
        <w:t>090693</w:t>
      </w:r>
      <w:r>
        <w:tab/>
        <w:t>Transponderji</w:t>
      </w:r>
    </w:p>
    <w:p w:rsidR="004611C8" w:rsidRDefault="004611C8" w:rsidP="004611C8">
      <w:r>
        <w:t>090695</w:t>
      </w:r>
      <w:r>
        <w:tab/>
        <w:t>Naložljive glasbene datoteke</w:t>
      </w:r>
    </w:p>
    <w:p w:rsidR="004611C8" w:rsidRDefault="004611C8" w:rsidP="004611C8">
      <w:r>
        <w:t>090696</w:t>
      </w:r>
      <w:r>
        <w:tab/>
        <w:t>Naložljive slikovne datoteke</w:t>
      </w:r>
    </w:p>
    <w:p w:rsidR="004611C8" w:rsidRPr="003834FA" w:rsidRDefault="004611C8" w:rsidP="004611C8">
      <w:pPr>
        <w:rPr>
          <w:lang w:val="fr-FR"/>
        </w:rPr>
      </w:pPr>
      <w:r>
        <w:t>090697</w:t>
      </w:r>
      <w:r>
        <w:tab/>
      </w:r>
      <w:r w:rsidRPr="003834FA">
        <w:rPr>
          <w:lang w:val="fr-FR"/>
        </w:rPr>
        <w:t>Lutke za testiranje trkov (simulacija trčenja)</w:t>
      </w:r>
    </w:p>
    <w:p w:rsidR="004611C8" w:rsidRDefault="004611C8" w:rsidP="004611C8">
      <w:r>
        <w:t>090698</w:t>
      </w:r>
      <w:r>
        <w:tab/>
        <w:t>Laboratorijske centrifuge</w:t>
      </w:r>
    </w:p>
    <w:p w:rsidR="004611C8" w:rsidRDefault="004611C8" w:rsidP="004611C8">
      <w:r>
        <w:t>090699</w:t>
      </w:r>
      <w:r>
        <w:tab/>
        <w:t>Tiskane plošče za vezja</w:t>
      </w:r>
    </w:p>
    <w:p w:rsidR="004611C8" w:rsidRDefault="004611C8" w:rsidP="004611C8">
      <w:r>
        <w:t>090700</w:t>
      </w:r>
      <w:r>
        <w:tab/>
        <w:t>USB ključki</w:t>
      </w:r>
    </w:p>
    <w:p w:rsidR="004611C8" w:rsidRDefault="004611C8" w:rsidP="004611C8">
      <w:r>
        <w:t>090701</w:t>
      </w:r>
      <w:r>
        <w:tab/>
        <w:t>GPS aparati [Sistemi za globalno pozicioniranje]</w:t>
      </w:r>
    </w:p>
    <w:p w:rsidR="004611C8" w:rsidRDefault="004611C8" w:rsidP="004611C8">
      <w:r>
        <w:t>090702</w:t>
      </w:r>
      <w:r>
        <w:tab/>
        <w:t>Prenosni multimedijski predvajalniki</w:t>
      </w:r>
    </w:p>
    <w:p w:rsidR="004611C8" w:rsidRDefault="004611C8" w:rsidP="004611C8">
      <w:r>
        <w:t>090704</w:t>
      </w:r>
      <w:r>
        <w:tab/>
        <w:t>Svetleče diode [LED]</w:t>
      </w:r>
    </w:p>
    <w:p w:rsidR="004611C8" w:rsidRDefault="004611C8" w:rsidP="004611C8">
      <w:r>
        <w:t>090705</w:t>
      </w:r>
      <w:r>
        <w:tab/>
        <w:t>Triode</w:t>
      </w:r>
    </w:p>
    <w:p w:rsidR="004611C8" w:rsidRDefault="004611C8" w:rsidP="004611C8">
      <w:r>
        <w:t>090706</w:t>
      </w:r>
      <w:r>
        <w:tab/>
        <w:t>Transformatorji za povečanje napajanja</w:t>
      </w:r>
    </w:p>
    <w:p w:rsidR="004611C8" w:rsidRDefault="004611C8" w:rsidP="004611C8">
      <w:r>
        <w:t>090707</w:t>
      </w:r>
      <w:r>
        <w:tab/>
        <w:t>Leptopi (osebni računalniki)</w:t>
      </w:r>
    </w:p>
    <w:p w:rsidR="004611C8" w:rsidRDefault="004611C8" w:rsidP="004611C8">
      <w:r>
        <w:t>090708</w:t>
      </w:r>
      <w:r>
        <w:tab/>
        <w:t>Gasilske cevi</w:t>
      </w:r>
    </w:p>
    <w:p w:rsidR="004611C8" w:rsidRDefault="004611C8" w:rsidP="004611C8">
      <w:r>
        <w:t>090709</w:t>
      </w:r>
      <w:r>
        <w:tab/>
        <w:t>Torbe, prilagojene prenašanje računalnikov</w:t>
      </w:r>
    </w:p>
    <w:p w:rsidR="004611C8" w:rsidRDefault="004611C8" w:rsidP="004611C8">
      <w:r>
        <w:t>090710</w:t>
      </w:r>
      <w:r>
        <w:tab/>
        <w:t>Torbe za prenosne računalnike</w:t>
      </w:r>
    </w:p>
    <w:p w:rsidR="004611C8" w:rsidRDefault="004611C8" w:rsidP="004611C8">
      <w:r>
        <w:t>090711</w:t>
      </w:r>
      <w:r>
        <w:tab/>
        <w:t>Okvirji za digitalne fotografije</w:t>
      </w:r>
    </w:p>
    <w:p w:rsidR="004611C8" w:rsidRDefault="004611C8" w:rsidP="004611C8">
      <w:r>
        <w:t>090712</w:t>
      </w:r>
      <w:r>
        <w:tab/>
        <w:t>Petrijevke</w:t>
      </w:r>
    </w:p>
    <w:p w:rsidR="004611C8" w:rsidRDefault="004611C8" w:rsidP="004611C8">
      <w:r>
        <w:t>090713</w:t>
      </w:r>
      <w:r>
        <w:tab/>
        <w:t>Pitotove cevi</w:t>
      </w:r>
    </w:p>
    <w:p w:rsidR="004611C8" w:rsidRDefault="004611C8" w:rsidP="004611C8">
      <w:r>
        <w:t>090714</w:t>
      </w:r>
      <w:r>
        <w:tab/>
        <w:t>Stroboskopi</w:t>
      </w:r>
    </w:p>
    <w:p w:rsidR="004611C8" w:rsidRDefault="004611C8" w:rsidP="004611C8">
      <w:r>
        <w:t>090715</w:t>
      </w:r>
      <w:r>
        <w:tab/>
        <w:t>Prometni stožci za označitev cestišča</w:t>
      </w:r>
    </w:p>
    <w:p w:rsidR="004611C8" w:rsidRDefault="004611C8" w:rsidP="004611C8">
      <w:r>
        <w:t>090716</w:t>
      </w:r>
      <w:r>
        <w:tab/>
        <w:t>Označevalne nalepke za navajanje temperature, ne za medicinske namene</w:t>
      </w:r>
    </w:p>
    <w:p w:rsidR="004611C8" w:rsidRDefault="004611C8" w:rsidP="004611C8">
      <w:r>
        <w:t>090717</w:t>
      </w:r>
      <w:r>
        <w:tab/>
        <w:t>Računalniška programska oprema, naložljiva preko računalniške mreže</w:t>
      </w:r>
    </w:p>
    <w:p w:rsidR="004611C8" w:rsidRDefault="004611C8" w:rsidP="004611C8">
      <w:r>
        <w:t>090718</w:t>
      </w:r>
      <w:r>
        <w:tab/>
        <w:t>Digitalni čitalniki knjig</w:t>
      </w:r>
    </w:p>
    <w:p w:rsidR="004611C8" w:rsidRDefault="004611C8" w:rsidP="004611C8">
      <w:r>
        <w:t>090719</w:t>
      </w:r>
      <w:r>
        <w:tab/>
        <w:t>Pametni telefoni</w:t>
      </w:r>
    </w:p>
    <w:p w:rsidR="004611C8" w:rsidRDefault="004611C8" w:rsidP="004611C8">
      <w:r>
        <w:t>090720</w:t>
      </w:r>
      <w:r>
        <w:tab/>
        <w:t>Kartuše, prazne, za tiskalne in fotokopirne stroje</w:t>
      </w:r>
    </w:p>
    <w:p w:rsidR="004611C8" w:rsidRDefault="004611C8" w:rsidP="004611C8">
      <w:r>
        <w:t>090721</w:t>
      </w:r>
      <w:r>
        <w:tab/>
        <w:t>Otroške varuške</w:t>
      </w:r>
    </w:p>
    <w:p w:rsidR="004611C8" w:rsidRDefault="004611C8" w:rsidP="004611C8">
      <w:r>
        <w:t>090722</w:t>
      </w:r>
      <w:r>
        <w:tab/>
        <w:t>Video otroške varuške</w:t>
      </w:r>
    </w:p>
    <w:p w:rsidR="004611C8" w:rsidRDefault="004611C8" w:rsidP="004611C8">
      <w:r>
        <w:t>090723</w:t>
      </w:r>
      <w:r>
        <w:tab/>
        <w:t>Zaslonke za objektiv</w:t>
      </w:r>
    </w:p>
    <w:p w:rsidR="004611C8" w:rsidRDefault="004611C8" w:rsidP="004611C8">
      <w:r>
        <w:lastRenderedPageBreak/>
        <w:t>090724</w:t>
      </w:r>
      <w:r>
        <w:tab/>
        <w:t>Tablični računalnik</w:t>
      </w:r>
    </w:p>
    <w:p w:rsidR="004611C8" w:rsidRDefault="004611C8" w:rsidP="004611C8">
      <w:r>
        <w:t>090725</w:t>
      </w:r>
      <w:r>
        <w:tab/>
        <w:t>Kodirane plastične kartice</w:t>
      </w:r>
    </w:p>
    <w:p w:rsidR="004611C8" w:rsidRDefault="004611C8" w:rsidP="004611C8">
      <w:r>
        <w:t>090726</w:t>
      </w:r>
      <w:r>
        <w:tab/>
        <w:t>3D očala</w:t>
      </w:r>
    </w:p>
    <w:p w:rsidR="004611C8" w:rsidRDefault="004611C8" w:rsidP="004611C8">
      <w:r>
        <w:t>090727</w:t>
      </w:r>
      <w:r>
        <w:tab/>
        <w:t>Spominske kartice za aparate za video igre</w:t>
      </w:r>
    </w:p>
    <w:p w:rsidR="004611C8" w:rsidRDefault="004611C8" w:rsidP="004611C8">
      <w:r>
        <w:t>090728</w:t>
      </w:r>
      <w:r>
        <w:tab/>
        <w:t>Neprebojna oblačila</w:t>
      </w:r>
    </w:p>
    <w:p w:rsidR="004611C8" w:rsidRDefault="004611C8" w:rsidP="004611C8">
      <w:r>
        <w:t>090729</w:t>
      </w:r>
      <w:r>
        <w:tab/>
        <w:t>Merilniki pospeška</w:t>
      </w:r>
    </w:p>
    <w:p w:rsidR="004611C8" w:rsidRDefault="004611C8" w:rsidP="004611C8">
      <w:r>
        <w:t>090730</w:t>
      </w:r>
      <w:r>
        <w:tab/>
        <w:t>Električni adapterji</w:t>
      </w:r>
    </w:p>
    <w:p w:rsidR="004611C8" w:rsidRDefault="004611C8" w:rsidP="004611C8">
      <w:r>
        <w:t>090731</w:t>
      </w:r>
      <w:r>
        <w:tab/>
        <w:t>Reševalne boje za uporabo ob naravnih nesrečah</w:t>
      </w:r>
    </w:p>
    <w:p w:rsidR="004611C8" w:rsidRDefault="004611C8" w:rsidP="004611C8">
      <w:r>
        <w:t>090732</w:t>
      </w:r>
      <w:r>
        <w:tab/>
        <w:t>Računalniška strojna oprema</w:t>
      </w:r>
    </w:p>
    <w:p w:rsidR="004611C8" w:rsidRDefault="004611C8" w:rsidP="004611C8">
      <w:r>
        <w:t>090733</w:t>
      </w:r>
      <w:r>
        <w:tab/>
        <w:t>Sončne plošče za proizvodnjo električne energije</w:t>
      </w:r>
    </w:p>
    <w:p w:rsidR="004611C8" w:rsidRDefault="004611C8" w:rsidP="004611C8">
      <w:r>
        <w:t>090735</w:t>
      </w:r>
      <w:r>
        <w:tab/>
        <w:t>Teleskopski namerilniki za artilerijo</w:t>
      </w:r>
    </w:p>
    <w:p w:rsidR="004611C8" w:rsidRDefault="004611C8" w:rsidP="004611C8">
      <w:r>
        <w:t>090736</w:t>
      </w:r>
      <w:r>
        <w:tab/>
        <w:t>Digitalne oznake</w:t>
      </w:r>
    </w:p>
    <w:p w:rsidR="004611C8" w:rsidRDefault="004611C8" w:rsidP="004611C8">
      <w:r>
        <w:t>090737</w:t>
      </w:r>
      <w:r>
        <w:tab/>
        <w:t>Nosljive naprave za spremljanje aktivnosti</w:t>
      </w:r>
    </w:p>
    <w:p w:rsidR="004611C8" w:rsidRDefault="004611C8" w:rsidP="004611C8">
      <w:r>
        <w:t>090738</w:t>
      </w:r>
      <w:r>
        <w:tab/>
        <w:t>Polnilci za elektronske cigarete</w:t>
      </w:r>
    </w:p>
    <w:p w:rsidR="004611C8" w:rsidRDefault="004611C8" w:rsidP="004611C8">
      <w:r>
        <w:t>090739</w:t>
      </w:r>
      <w:r>
        <w:tab/>
        <w:t>Pametne zapestnice [merilni instrumenti]</w:t>
      </w:r>
    </w:p>
    <w:p w:rsidR="004611C8" w:rsidRDefault="004611C8" w:rsidP="004611C8">
      <w:r>
        <w:t>090740</w:t>
      </w:r>
      <w:r>
        <w:tab/>
        <w:t>Ohišja za pametne telefone</w:t>
      </w:r>
    </w:p>
    <w:p w:rsidR="004611C8" w:rsidRDefault="004611C8" w:rsidP="004611C8">
      <w:r>
        <w:t>090741</w:t>
      </w:r>
      <w:r>
        <w:tab/>
        <w:t>Etuiji za pametne telefone</w:t>
      </w:r>
    </w:p>
    <w:p w:rsidR="004611C8" w:rsidRDefault="004611C8" w:rsidP="004611C8">
      <w:r>
        <w:t>090742</w:t>
      </w:r>
      <w:r>
        <w:tab/>
        <w:t>Podaljški za slikanje sebkov [ročni nastavki]</w:t>
      </w:r>
    </w:p>
    <w:p w:rsidR="004611C8" w:rsidRDefault="004611C8" w:rsidP="004611C8">
      <w:r>
        <w:t>090743</w:t>
      </w:r>
      <w:r>
        <w:tab/>
        <w:t>Kalorimetri</w:t>
      </w:r>
    </w:p>
    <w:p w:rsidR="004611C8" w:rsidRDefault="004611C8" w:rsidP="004611C8">
      <w:r>
        <w:t>090744</w:t>
      </w:r>
      <w:r>
        <w:tab/>
        <w:t>Merilniki pretoka</w:t>
      </w:r>
    </w:p>
    <w:p w:rsidR="004611C8" w:rsidRDefault="004611C8" w:rsidP="004611C8">
      <w:r>
        <w:t>090745</w:t>
      </w:r>
      <w:r>
        <w:tab/>
        <w:t>Odsevni varnostni jopiči</w:t>
      </w:r>
    </w:p>
    <w:p w:rsidR="004611C8" w:rsidRDefault="004611C8" w:rsidP="004611C8">
      <w:r>
        <w:t>090746</w:t>
      </w:r>
      <w:r>
        <w:tab/>
        <w:t>Elektronski ovratniki za urjenje živali</w:t>
      </w:r>
    </w:p>
    <w:p w:rsidR="004611C8" w:rsidRDefault="004611C8" w:rsidP="004611C8">
      <w:r>
        <w:t>090747</w:t>
      </w:r>
      <w:r>
        <w:tab/>
        <w:t>Kontrolne ročice za uporabo z računalniki razen za video igre</w:t>
      </w:r>
    </w:p>
    <w:p w:rsidR="004611C8" w:rsidRDefault="004611C8" w:rsidP="004611C8">
      <w:r>
        <w:t>090748</w:t>
      </w:r>
      <w:r>
        <w:tab/>
        <w:t>Pametna očala</w:t>
      </w:r>
    </w:p>
    <w:p w:rsidR="004611C8" w:rsidRDefault="004611C8" w:rsidP="004611C8">
      <w:r>
        <w:t>090749</w:t>
      </w:r>
      <w:r>
        <w:tab/>
        <w:t>Pametne zapestne ure</w:t>
      </w:r>
    </w:p>
    <w:p w:rsidR="004611C8" w:rsidRDefault="004611C8" w:rsidP="004611C8">
      <w:r>
        <w:t>090750</w:t>
      </w:r>
      <w:r>
        <w:tab/>
        <w:t>Aparati za gašenje požara</w:t>
      </w:r>
    </w:p>
    <w:p w:rsidR="004611C8" w:rsidRDefault="004611C8" w:rsidP="004611C8">
      <w:r>
        <w:t>090751</w:t>
      </w:r>
      <w:r>
        <w:tab/>
        <w:t>Zaščitne folije, prilagojene za računalniške zaslone</w:t>
      </w:r>
    </w:p>
    <w:p w:rsidR="004611C8" w:rsidRDefault="004611C8" w:rsidP="004611C8">
      <w:r>
        <w:t>090752</w:t>
      </w:r>
      <w:r>
        <w:tab/>
        <w:t>Ščitniki za usta za šport</w:t>
      </w:r>
    </w:p>
    <w:p w:rsidR="004611C8" w:rsidRDefault="004611C8" w:rsidP="004611C8">
      <w:r>
        <w:t>090753</w:t>
      </w:r>
      <w:r>
        <w:tab/>
        <w:t>Ščitniki za glavo za šport</w:t>
      </w:r>
    </w:p>
    <w:p w:rsidR="004611C8" w:rsidRDefault="004611C8" w:rsidP="004611C8">
      <w:r>
        <w:t>090754</w:t>
      </w:r>
      <w:r>
        <w:tab/>
        <w:t>Igle za geodetske kompase</w:t>
      </w:r>
    </w:p>
    <w:p w:rsidR="004611C8" w:rsidRDefault="004611C8" w:rsidP="004611C8">
      <w:r>
        <w:t>090755</w:t>
      </w:r>
      <w:r>
        <w:tab/>
        <w:t>Strojna oprema varnostnega žetona za preverjanje pristnosti</w:t>
      </w:r>
    </w:p>
    <w:p w:rsidR="004611C8" w:rsidRDefault="004611C8" w:rsidP="004611C8">
      <w:r>
        <w:t>090756</w:t>
      </w:r>
      <w:r>
        <w:tab/>
        <w:t>Infrardeči detektorji</w:t>
      </w:r>
    </w:p>
    <w:p w:rsidR="004611C8" w:rsidRDefault="004611C8" w:rsidP="004611C8">
      <w:r>
        <w:t>090757</w:t>
      </w:r>
      <w:r>
        <w:tab/>
        <w:t>Ovitki za dlančnike [PDA]</w:t>
      </w:r>
    </w:p>
    <w:p w:rsidR="004611C8" w:rsidRDefault="004611C8" w:rsidP="004611C8">
      <w:r>
        <w:t>090758</w:t>
      </w:r>
      <w:r>
        <w:tab/>
        <w:t>Tehtnice za dojenčke</w:t>
      </w:r>
    </w:p>
    <w:p w:rsidR="004611C8" w:rsidRDefault="004611C8" w:rsidP="004611C8">
      <w:r>
        <w:t>090759</w:t>
      </w:r>
      <w:r>
        <w:tab/>
        <w:t>Krmilni sistemi z elektronskim dostopom za dvojna vrata z avtomatskim sledilnim zapiranjem</w:t>
      </w:r>
    </w:p>
    <w:p w:rsidR="004611C8" w:rsidRDefault="004611C8" w:rsidP="004611C8">
      <w:r>
        <w:t>090760</w:t>
      </w:r>
      <w:r>
        <w:tab/>
        <w:t>Termovizijske kamere</w:t>
      </w:r>
    </w:p>
    <w:p w:rsidR="004611C8" w:rsidRDefault="004611C8" w:rsidP="004611C8">
      <w:r>
        <w:t>090762</w:t>
      </w:r>
      <w:r>
        <w:tab/>
        <w:t>Ovitki za tablične računalnike</w:t>
      </w:r>
    </w:p>
    <w:p w:rsidR="004611C8" w:rsidRDefault="004611C8" w:rsidP="004611C8">
      <w:r>
        <w:t>090763</w:t>
      </w:r>
      <w:r>
        <w:tab/>
        <w:t>Črne skrinjice [zapisovalniki podatkov]</w:t>
      </w:r>
    </w:p>
    <w:p w:rsidR="004611C8" w:rsidRDefault="004611C8" w:rsidP="004611C8">
      <w:r>
        <w:t>090764</w:t>
      </w:r>
      <w:r>
        <w:tab/>
        <w:t>Digitalne vremenske postaje</w:t>
      </w:r>
    </w:p>
    <w:p w:rsidR="004611C8" w:rsidRDefault="004611C8" w:rsidP="004611C8">
      <w:r>
        <w:t>090765</w:t>
      </w:r>
      <w:r>
        <w:tab/>
        <w:t>Napajalne postaje za električna vozila</w:t>
      </w:r>
    </w:p>
    <w:p w:rsidR="004611C8" w:rsidRPr="003834FA" w:rsidRDefault="004611C8" w:rsidP="004611C8">
      <w:pPr>
        <w:rPr>
          <w:lang w:val="fr-FR"/>
        </w:rPr>
      </w:pPr>
      <w:r>
        <w:t>090766</w:t>
      </w:r>
      <w:r>
        <w:tab/>
      </w:r>
      <w:r w:rsidRPr="003834FA">
        <w:rPr>
          <w:lang w:val="fr-FR"/>
        </w:rPr>
        <w:t>Terminali z interaktivnim zaslonom na dotik</w:t>
      </w:r>
    </w:p>
    <w:p w:rsidR="004611C8" w:rsidRDefault="004611C8" w:rsidP="004611C8">
      <w:r>
        <w:t>090767</w:t>
      </w:r>
      <w:r>
        <w:tab/>
        <w:t>Pametni prstani</w:t>
      </w:r>
    </w:p>
    <w:p w:rsidR="004611C8" w:rsidRDefault="004611C8" w:rsidP="004611C8">
      <w:r>
        <w:t>090768</w:t>
      </w:r>
      <w:r>
        <w:tab/>
        <w:t>Električne in elektronske enote za učinke, za glasbene instrumente</w:t>
      </w:r>
    </w:p>
    <w:p w:rsidR="004611C8" w:rsidRDefault="004611C8" w:rsidP="004611C8">
      <w:r>
        <w:t>090769</w:t>
      </w:r>
      <w:r>
        <w:tab/>
        <w:t>Avdio vmesniki</w:t>
      </w:r>
    </w:p>
    <w:p w:rsidR="004611C8" w:rsidRDefault="004611C8" w:rsidP="004611C8">
      <w:r>
        <w:t>090771</w:t>
      </w:r>
      <w:r>
        <w:tab/>
        <w:t>Nizkotonski zvočniki</w:t>
      </w:r>
    </w:p>
    <w:p w:rsidR="004611C8" w:rsidRDefault="004611C8" w:rsidP="004611C8">
      <w:r>
        <w:t>090772</w:t>
      </w:r>
      <w:r>
        <w:tab/>
        <w:t>Kopalniške tehtnice</w:t>
      </w:r>
    </w:p>
    <w:p w:rsidR="004611C8" w:rsidRDefault="004611C8" w:rsidP="004611C8">
      <w:r>
        <w:t>090773</w:t>
      </w:r>
      <w:r>
        <w:tab/>
        <w:t>Termo higrometri</w:t>
      </w:r>
    </w:p>
    <w:p w:rsidR="004611C8" w:rsidRDefault="004611C8" w:rsidP="004611C8">
      <w:r>
        <w:t>090774</w:t>
      </w:r>
      <w:r>
        <w:tab/>
        <w:t>Biočipi</w:t>
      </w:r>
    </w:p>
    <w:p w:rsidR="004611C8" w:rsidRDefault="004611C8" w:rsidP="004611C8">
      <w:r>
        <w:t>090775</w:t>
      </w:r>
      <w:r>
        <w:tab/>
        <w:t>Zaščitne folije, prilagojene za pametne telefone</w:t>
      </w:r>
    </w:p>
    <w:p w:rsidR="004611C8" w:rsidRDefault="004611C8" w:rsidP="004611C8">
      <w:r>
        <w:t>090776</w:t>
      </w:r>
      <w:r>
        <w:tab/>
        <w:t>Slušalke z mikrofonom za navidezno resničnost</w:t>
      </w:r>
    </w:p>
    <w:p w:rsidR="004611C8" w:rsidRDefault="004611C8" w:rsidP="004611C8">
      <w:r>
        <w:t>090777</w:t>
      </w:r>
      <w:r>
        <w:tab/>
        <w:t>Elektronske interaktivne table</w:t>
      </w:r>
    </w:p>
    <w:p w:rsidR="004611C8" w:rsidRDefault="004611C8" w:rsidP="004611C8">
      <w:r>
        <w:t>090778</w:t>
      </w:r>
      <w:r>
        <w:tab/>
        <w:t>Humanoidni roboti z umetno inteligenco za uporabo pri znanstvenih raziskavah</w:t>
      </w:r>
    </w:p>
    <w:p w:rsidR="004611C8" w:rsidRDefault="004611C8" w:rsidP="004611C8">
      <w:r>
        <w:t>090779</w:t>
      </w:r>
      <w:r>
        <w:tab/>
        <w:t>Avdio mikserji</w:t>
      </w:r>
    </w:p>
    <w:p w:rsidR="004611C8" w:rsidRDefault="004611C8" w:rsidP="004611C8">
      <w:r>
        <w:t>090780</w:t>
      </w:r>
      <w:r>
        <w:tab/>
        <w:t>Baterije za elektronske cigarete</w:t>
      </w:r>
    </w:p>
    <w:p w:rsidR="004611C8" w:rsidRDefault="004611C8" w:rsidP="004611C8">
      <w:r>
        <w:t>090781</w:t>
      </w:r>
      <w:r>
        <w:tab/>
        <w:t>Elektronski obeski za ključe, ki so hkrati aparati za daljinsko upravljanje</w:t>
      </w:r>
    </w:p>
    <w:p w:rsidR="004611C8" w:rsidRPr="003834FA" w:rsidRDefault="004611C8" w:rsidP="004611C8">
      <w:pPr>
        <w:rPr>
          <w:lang w:val="fr-FR"/>
        </w:rPr>
      </w:pPr>
      <w:r>
        <w:t>090782</w:t>
      </w:r>
      <w:r>
        <w:tab/>
      </w:r>
      <w:r w:rsidRPr="003834FA">
        <w:rPr>
          <w:lang w:val="fr-FR"/>
        </w:rPr>
        <w:t>Notni zapisi v elektronski obliki, prenosljivi</w:t>
      </w:r>
    </w:p>
    <w:p w:rsidR="004611C8" w:rsidRDefault="004611C8" w:rsidP="004611C8">
      <w:r>
        <w:t>090783</w:t>
      </w:r>
      <w:r>
        <w:tab/>
        <w:t>T-ravnila za merjenje</w:t>
      </w:r>
    </w:p>
    <w:p w:rsidR="004611C8" w:rsidRDefault="004611C8" w:rsidP="004611C8">
      <w:r>
        <w:t>090784</w:t>
      </w:r>
      <w:r>
        <w:tab/>
        <w:t>Ravnila za merjenje</w:t>
      </w:r>
    </w:p>
    <w:p w:rsidR="004611C8" w:rsidRDefault="004611C8" w:rsidP="004611C8">
      <w:r>
        <w:t>090785</w:t>
      </w:r>
      <w:r>
        <w:tab/>
        <w:t>Pravokotna ravnila za merjenje</w:t>
      </w:r>
    </w:p>
    <w:p w:rsidR="004611C8" w:rsidRDefault="004611C8" w:rsidP="004611C8">
      <w:r>
        <w:t>090786</w:t>
      </w:r>
      <w:r>
        <w:tab/>
        <w:t>Elektronski digitalni prikazovalniki</w:t>
      </w:r>
    </w:p>
    <w:p w:rsidR="004611C8" w:rsidRDefault="004611C8" w:rsidP="004611C8">
      <w:r>
        <w:t>090787</w:t>
      </w:r>
      <w:r>
        <w:tab/>
        <w:t>Laboratorijski roboti</w:t>
      </w:r>
    </w:p>
    <w:p w:rsidR="004611C8" w:rsidRDefault="004611C8" w:rsidP="004611C8">
      <w:r>
        <w:t>090788</w:t>
      </w:r>
      <w:r>
        <w:tab/>
        <w:t>Učni roboti</w:t>
      </w:r>
    </w:p>
    <w:p w:rsidR="004611C8" w:rsidRDefault="004611C8" w:rsidP="004611C8">
      <w:r>
        <w:t>090789</w:t>
      </w:r>
      <w:r>
        <w:tab/>
        <w:t>Roboti za varnostni nadzor</w:t>
      </w:r>
    </w:p>
    <w:p w:rsidR="004611C8" w:rsidRDefault="004611C8" w:rsidP="004611C8">
      <w:r>
        <w:t>090790</w:t>
      </w:r>
      <w:r>
        <w:tab/>
        <w:t>Osebni digitalni pomočniki - dlančniki (PDA)</w:t>
      </w:r>
    </w:p>
    <w:p w:rsidR="004611C8" w:rsidRDefault="004611C8" w:rsidP="004611C8">
      <w:r>
        <w:t>090791</w:t>
      </w:r>
      <w:r>
        <w:tab/>
        <w:t>Platforme računalniške programske opreme, posnete ali naložljive</w:t>
      </w:r>
    </w:p>
    <w:p w:rsidR="004611C8" w:rsidRDefault="004611C8" w:rsidP="004611C8">
      <w:r>
        <w:t>090792</w:t>
      </w:r>
      <w:r>
        <w:tab/>
        <w:t>Merilniki za iskanje satelitov</w:t>
      </w:r>
    </w:p>
    <w:p w:rsidR="004611C8" w:rsidRDefault="004611C8" w:rsidP="004611C8">
      <w:r>
        <w:t>090793</w:t>
      </w:r>
      <w:r>
        <w:tab/>
        <w:t>Merilnik velikosti prstana</w:t>
      </w:r>
    </w:p>
    <w:p w:rsidR="004611C8" w:rsidRPr="003834FA" w:rsidRDefault="004611C8" w:rsidP="004611C8">
      <w:pPr>
        <w:rPr>
          <w:lang w:val="fr-FR"/>
        </w:rPr>
      </w:pPr>
      <w:r>
        <w:t>090794</w:t>
      </w:r>
      <w:r>
        <w:tab/>
      </w:r>
      <w:r w:rsidRPr="003834FA">
        <w:rPr>
          <w:lang w:val="fr-FR"/>
        </w:rPr>
        <w:t>Priprave za merjenje velikosti prstov</w:t>
      </w:r>
    </w:p>
    <w:p w:rsidR="004611C8" w:rsidRDefault="004611C8" w:rsidP="004611C8">
      <w:r>
        <w:t>090795</w:t>
      </w:r>
      <w:r>
        <w:tab/>
        <w:t>Tanki odjemalski računalniki</w:t>
      </w:r>
    </w:p>
    <w:p w:rsidR="004611C8" w:rsidRDefault="004611C8" w:rsidP="004611C8">
      <w:r>
        <w:t>090796</w:t>
      </w:r>
      <w:r>
        <w:tab/>
        <w:t>Vzvratne kamere za vozila</w:t>
      </w:r>
    </w:p>
    <w:p w:rsidR="004611C8" w:rsidRDefault="004611C8" w:rsidP="004611C8">
      <w:r>
        <w:t>090797</w:t>
      </w:r>
      <w:r>
        <w:tab/>
        <w:t>Ročni elektronski slovarji</w:t>
      </w:r>
    </w:p>
    <w:p w:rsidR="004611C8" w:rsidRDefault="004611C8" w:rsidP="004611C8">
      <w:r>
        <w:t>090798</w:t>
      </w:r>
      <w:r>
        <w:tab/>
        <w:t>Simulatorji za usposabljanje oživljanja</w:t>
      </w:r>
    </w:p>
    <w:p w:rsidR="004611C8" w:rsidRDefault="004611C8" w:rsidP="004611C8">
      <w:r>
        <w:t>090799</w:t>
      </w:r>
      <w:r>
        <w:tab/>
        <w:t>Električni kabelski snopi za avtomobile</w:t>
      </w:r>
    </w:p>
    <w:p w:rsidR="004611C8" w:rsidRDefault="004611C8" w:rsidP="004611C8">
      <w:r>
        <w:t>090800</w:t>
      </w:r>
      <w:r>
        <w:tab/>
        <w:t>Dihalke</w:t>
      </w:r>
    </w:p>
    <w:p w:rsidR="004611C8" w:rsidRDefault="004611C8" w:rsidP="004611C8">
      <w:r>
        <w:t>090801</w:t>
      </w:r>
      <w:r>
        <w:tab/>
        <w:t>Piščalke za šport</w:t>
      </w:r>
    </w:p>
    <w:p w:rsidR="004611C8" w:rsidRDefault="004611C8" w:rsidP="004611C8">
      <w:r>
        <w:t>090802</w:t>
      </w:r>
      <w:r>
        <w:tab/>
        <w:t>Programska oprema za ohranjevalnike računalniških zaslonov</w:t>
      </w:r>
    </w:p>
    <w:p w:rsidR="004611C8" w:rsidRDefault="004611C8" w:rsidP="004611C8">
      <w:r>
        <w:t>090803</w:t>
      </w:r>
      <w:r>
        <w:tab/>
        <w:t>Leče za selfije</w:t>
      </w:r>
    </w:p>
    <w:p w:rsidR="004611C8" w:rsidRDefault="004611C8" w:rsidP="004611C8">
      <w:r>
        <w:t>090806</w:t>
      </w:r>
      <w:r>
        <w:tab/>
        <w:t>Prenosni računalniki</w:t>
      </w:r>
    </w:p>
    <w:p w:rsidR="004611C8" w:rsidRDefault="004611C8" w:rsidP="004611C8">
      <w:r>
        <w:t>090807</w:t>
      </w:r>
      <w:r>
        <w:tab/>
        <w:t>Nosljivi video prikazovalniki</w:t>
      </w:r>
    </w:p>
    <w:p w:rsidR="004611C8" w:rsidRDefault="004611C8" w:rsidP="004611C8">
      <w:r>
        <w:t>090808</w:t>
      </w:r>
      <w:r>
        <w:tab/>
        <w:t>Aparati za slikanje z magnetno resonanco [MRI], ne za medicinske namene</w:t>
      </w:r>
    </w:p>
    <w:p w:rsidR="004611C8" w:rsidRDefault="004611C8" w:rsidP="004611C8">
      <w:r>
        <w:t>090809</w:t>
      </w:r>
      <w:r>
        <w:tab/>
        <w:t>Laserske signalne rakete za reševanje</w:t>
      </w:r>
    </w:p>
    <w:p w:rsidR="004611C8" w:rsidRDefault="004611C8" w:rsidP="004611C8">
      <w:r>
        <w:t>090810</w:t>
      </w:r>
      <w:r>
        <w:tab/>
        <w:t>Kartuše za črnilo, prazne, za tiskalnike in fotokopirne stroje</w:t>
      </w:r>
    </w:p>
    <w:p w:rsidR="004611C8" w:rsidRDefault="004611C8" w:rsidP="004611C8">
      <w:r>
        <w:t>090811</w:t>
      </w:r>
      <w:r>
        <w:tab/>
        <w:t>Pedali wah-wah</w:t>
      </w:r>
    </w:p>
    <w:p w:rsidR="004611C8" w:rsidRDefault="004611C8" w:rsidP="004611C8">
      <w:r>
        <w:t>090812</w:t>
      </w:r>
      <w:r>
        <w:tab/>
        <w:t>Instrumenti za merjenje višine</w:t>
      </w:r>
    </w:p>
    <w:p w:rsidR="004611C8" w:rsidRDefault="004611C8" w:rsidP="004611C8">
      <w:r>
        <w:t>090813</w:t>
      </w:r>
      <w:r>
        <w:tab/>
        <w:t>Vadbene lutke za frizerje [oprema za učenje]</w:t>
      </w:r>
    </w:p>
    <w:p w:rsidR="004611C8" w:rsidRDefault="004611C8" w:rsidP="004611C8">
      <w:r>
        <w:lastRenderedPageBreak/>
        <w:t>090814</w:t>
      </w:r>
      <w:r>
        <w:tab/>
        <w:t>Naprave za projiciranje navideznih tipkovnic</w:t>
      </w:r>
    </w:p>
    <w:p w:rsidR="004611C8" w:rsidRDefault="004611C8" w:rsidP="004611C8">
      <w:r>
        <w:t>090815</w:t>
      </w:r>
      <w:r>
        <w:tab/>
        <w:t>Odeje za preživetje</w:t>
      </w:r>
    </w:p>
    <w:p w:rsidR="004611C8" w:rsidRDefault="004611C8" w:rsidP="004611C8">
      <w:r>
        <w:t>090818</w:t>
      </w:r>
      <w:r>
        <w:tab/>
        <w:t>Ušesne blazinice za slušalke</w:t>
      </w:r>
    </w:p>
    <w:p w:rsidR="004611C8" w:rsidRDefault="004611C8" w:rsidP="004611C8">
      <w:r>
        <w:t>090819</w:t>
      </w:r>
      <w:r>
        <w:tab/>
        <w:t>Podatkovne rokavice</w:t>
      </w:r>
    </w:p>
    <w:p w:rsidR="004611C8" w:rsidRDefault="004611C8" w:rsidP="004611C8">
      <w:r>
        <w:t>090820</w:t>
      </w:r>
      <w:r>
        <w:tab/>
        <w:t>Sledilne kroglice [računalniški aparati]</w:t>
      </w:r>
    </w:p>
    <w:p w:rsidR="004611C8" w:rsidRDefault="004611C8" w:rsidP="004611C8">
      <w:r>
        <w:t>090822</w:t>
      </w:r>
      <w:r>
        <w:tab/>
        <w:t>Roboti s teleprezenco</w:t>
      </w:r>
    </w:p>
    <w:p w:rsidR="004611C8" w:rsidRDefault="004611C8" w:rsidP="004611C8">
      <w:r>
        <w:t>090823</w:t>
      </w:r>
      <w:r>
        <w:tab/>
        <w:t>Digitalni termostati za klimatizacijo</w:t>
      </w:r>
    </w:p>
    <w:p w:rsidR="004611C8" w:rsidRDefault="004611C8" w:rsidP="004611C8">
      <w:r>
        <w:t>090824</w:t>
      </w:r>
      <w:r>
        <w:tab/>
        <w:t>Piezoelektrični senzorji</w:t>
      </w:r>
    </w:p>
    <w:p w:rsidR="004611C8" w:rsidRDefault="004611C8" w:rsidP="004611C8">
      <w:r>
        <w:t>090825</w:t>
      </w:r>
      <w:r>
        <w:tab/>
        <w:t>Organske svetleče diode [OLED]</w:t>
      </w:r>
    </w:p>
    <w:p w:rsidR="004611C8" w:rsidRDefault="004611C8" w:rsidP="004611C8">
      <w:r>
        <w:t>090826</w:t>
      </w:r>
      <w:r>
        <w:tab/>
        <w:t>Svetleče diode s kvantnimi pikami [QLED]</w:t>
      </w:r>
    </w:p>
    <w:p w:rsidR="004611C8" w:rsidRDefault="004611C8" w:rsidP="004611C8">
      <w:r>
        <w:t>090827</w:t>
      </w:r>
      <w:r>
        <w:tab/>
        <w:t>Kapalke za merjenje, razen za medicinske ali gospodinjske namene</w:t>
      </w:r>
    </w:p>
    <w:p w:rsidR="004611C8" w:rsidRDefault="004611C8" w:rsidP="004611C8">
      <w:r>
        <w:t>090828</w:t>
      </w:r>
      <w:r>
        <w:tab/>
        <w:t>Električne vtičnice</w:t>
      </w:r>
    </w:p>
    <w:p w:rsidR="004611C8" w:rsidRDefault="004611C8" w:rsidP="004611C8">
      <w:r>
        <w:t>090829</w:t>
      </w:r>
      <w:r>
        <w:tab/>
        <w:t>Naložljiva programska oprema za računalniške igre</w:t>
      </w:r>
    </w:p>
    <w:p w:rsidR="004611C8" w:rsidRDefault="004611C8" w:rsidP="004611C8">
      <w:r>
        <w:t>090830</w:t>
      </w:r>
      <w:r>
        <w:tab/>
        <w:t>Neeksplozivne in nepirotehnične signalne rakete</w:t>
      </w:r>
    </w:p>
    <w:p w:rsidR="004611C8" w:rsidRPr="003834FA" w:rsidRDefault="004611C8" w:rsidP="004611C8">
      <w:pPr>
        <w:rPr>
          <w:lang w:val="fr-FR"/>
        </w:rPr>
      </w:pPr>
      <w:r>
        <w:t>090831</w:t>
      </w:r>
      <w:r>
        <w:tab/>
      </w:r>
      <w:r w:rsidRPr="003834FA">
        <w:rPr>
          <w:lang w:val="fr-FR"/>
        </w:rPr>
        <w:t>Stojala, prilagojena za prenosne računalnike</w:t>
      </w:r>
    </w:p>
    <w:p w:rsidR="004611C8" w:rsidRDefault="004611C8" w:rsidP="004611C8">
      <w:r>
        <w:t>090832</w:t>
      </w:r>
      <w:r>
        <w:tab/>
        <w:t>Pokrivala za glavo, ki so zaščitne čelade</w:t>
      </w:r>
    </w:p>
    <w:p w:rsidR="004611C8" w:rsidRDefault="004611C8" w:rsidP="004611C8">
      <w:r>
        <w:t>090833</w:t>
      </w:r>
      <w:r>
        <w:tab/>
        <w:t>Ključavnice, elektronske</w:t>
      </w:r>
    </w:p>
    <w:p w:rsidR="004611C8" w:rsidRDefault="004611C8" w:rsidP="004611C8">
      <w:r>
        <w:t>090834</w:t>
      </w:r>
      <w:r>
        <w:tab/>
        <w:t>Pasovi z utežmi za potapljače</w:t>
      </w:r>
    </w:p>
    <w:p w:rsidR="004611C8" w:rsidRDefault="004611C8" w:rsidP="004611C8">
      <w:r>
        <w:t>090835</w:t>
      </w:r>
      <w:r>
        <w:tab/>
        <w:t>Slušalke za komunikacijo na daljavo</w:t>
      </w:r>
    </w:p>
    <w:p w:rsidR="004611C8" w:rsidRDefault="004611C8" w:rsidP="004611C8">
      <w:r>
        <w:t>090836</w:t>
      </w:r>
      <w:r>
        <w:tab/>
        <w:t>Parkirni senzorji za vozila</w:t>
      </w:r>
    </w:p>
    <w:p w:rsidR="004611C8" w:rsidRDefault="004611C8" w:rsidP="004611C8">
      <w:r>
        <w:t>090837</w:t>
      </w:r>
      <w:r>
        <w:tab/>
        <w:t>Tiskalniki vstopnic</w:t>
      </w:r>
    </w:p>
    <w:p w:rsidR="004611C8" w:rsidRDefault="004611C8" w:rsidP="004611C8">
      <w:r>
        <w:t>090838</w:t>
      </w:r>
      <w:r>
        <w:tab/>
        <w:t>Telesni pasovi za podporo pri dvigovanju bremen</w:t>
      </w:r>
    </w:p>
    <w:p w:rsidR="004611C8" w:rsidRDefault="004611C8" w:rsidP="004611C8">
      <w:r>
        <w:t>090839</w:t>
      </w:r>
      <w:r>
        <w:tab/>
        <w:t>Signalizacijske raglje za živali za usmerjanje živine</w:t>
      </w:r>
    </w:p>
    <w:p w:rsidR="004611C8" w:rsidRDefault="004611C8" w:rsidP="004611C8">
      <w:r>
        <w:t>090840</w:t>
      </w:r>
      <w:r>
        <w:tab/>
        <w:t>Video projektorji</w:t>
      </w:r>
    </w:p>
    <w:p w:rsidR="004611C8" w:rsidRDefault="004611C8" w:rsidP="004611C8">
      <w:r>
        <w:t>090841</w:t>
      </w:r>
      <w:r>
        <w:tab/>
        <w:t>Naložljiva računalniška programska oprema za ustvarjanje kriptografskih ključev za prejem in porabo kriptovalute</w:t>
      </w:r>
    </w:p>
    <w:p w:rsidR="004611C8" w:rsidRDefault="004611C8" w:rsidP="004611C8">
      <w:r>
        <w:t>090842</w:t>
      </w:r>
      <w:r>
        <w:tab/>
        <w:t>Naložljive elektronske denarnice</w:t>
      </w:r>
    </w:p>
    <w:p w:rsidR="004611C8" w:rsidRDefault="004611C8" w:rsidP="004611C8">
      <w:r>
        <w:t>090843</w:t>
      </w:r>
      <w:r>
        <w:tab/>
        <w:t>Terminali za kreditne kartice</w:t>
      </w:r>
    </w:p>
    <w:p w:rsidR="004611C8" w:rsidRDefault="004611C8" w:rsidP="004611C8">
      <w:r>
        <w:t>090845</w:t>
      </w:r>
      <w:r>
        <w:tab/>
        <w:t>Biometrične osebne izkaznice</w:t>
      </w:r>
    </w:p>
    <w:p w:rsidR="004611C8" w:rsidRPr="003834FA" w:rsidRDefault="004611C8" w:rsidP="004611C8">
      <w:pPr>
        <w:rPr>
          <w:lang w:val="fr-FR"/>
        </w:rPr>
      </w:pPr>
      <w:r>
        <w:t>090847</w:t>
      </w:r>
      <w:r>
        <w:tab/>
      </w:r>
      <w:r w:rsidRPr="003834FA">
        <w:rPr>
          <w:lang w:val="fr-FR"/>
        </w:rPr>
        <w:t>Nabori podatkov, posneti ali naložljivi</w:t>
      </w:r>
    </w:p>
    <w:p w:rsidR="004611C8" w:rsidRDefault="004611C8" w:rsidP="004611C8">
      <w:r>
        <w:t>090848</w:t>
      </w:r>
      <w:r>
        <w:tab/>
        <w:t>Transparentni prikazovalniki za motorna vozila</w:t>
      </w:r>
    </w:p>
    <w:p w:rsidR="004611C8" w:rsidRDefault="004611C8" w:rsidP="004611C8">
      <w:r>
        <w:t>090849</w:t>
      </w:r>
      <w:r>
        <w:tab/>
        <w:t>Pametni zvočniki</w:t>
      </w:r>
    </w:p>
    <w:p w:rsidR="004611C8" w:rsidRDefault="004611C8" w:rsidP="004611C8">
      <w:r>
        <w:t>090850</w:t>
      </w:r>
      <w:r>
        <w:tab/>
        <w:t>Biometrične ključavnice</w:t>
      </w:r>
    </w:p>
    <w:p w:rsidR="004611C8" w:rsidRDefault="004611C8" w:rsidP="004611C8">
      <w:r>
        <w:t>090851</w:t>
      </w:r>
      <w:r>
        <w:tab/>
        <w:t>Žoge za gašenje požara</w:t>
      </w:r>
    </w:p>
    <w:p w:rsidR="004611C8" w:rsidRDefault="004611C8" w:rsidP="004611C8">
      <w:r>
        <w:t>090852</w:t>
      </w:r>
      <w:r>
        <w:tab/>
        <w:t>Nosljivi zvočniki</w:t>
      </w:r>
    </w:p>
    <w:p w:rsidR="004611C8" w:rsidRDefault="004611C8" w:rsidP="004611C8">
      <w:r>
        <w:t>090853</w:t>
      </w:r>
      <w:r>
        <w:tab/>
        <w:t>Prenosni merilniki za zelo droben prah</w:t>
      </w:r>
    </w:p>
    <w:p w:rsidR="004611C8" w:rsidRDefault="004611C8" w:rsidP="004611C8">
      <w:r>
        <w:t>090854</w:t>
      </w:r>
      <w:r>
        <w:tab/>
        <w:t>Zložljivi pametni telefoni</w:t>
      </w:r>
    </w:p>
    <w:p w:rsidR="004611C8" w:rsidRDefault="004611C8" w:rsidP="004611C8">
      <w:r>
        <w:t>090855</w:t>
      </w:r>
      <w:r>
        <w:tab/>
        <w:t>Bliskavice za pametne telefone</w:t>
      </w:r>
    </w:p>
    <w:p w:rsidR="004611C8" w:rsidRDefault="004611C8" w:rsidP="004611C8">
      <w:r>
        <w:t>090856</w:t>
      </w:r>
      <w:r>
        <w:tab/>
        <w:t>3D skenerji</w:t>
      </w:r>
    </w:p>
    <w:p w:rsidR="004611C8" w:rsidRDefault="004611C8" w:rsidP="004611C8">
      <w:r>
        <w:t>090857</w:t>
      </w:r>
      <w:r>
        <w:tab/>
        <w:t>Zvočniki s tanko folijo</w:t>
      </w:r>
    </w:p>
    <w:p w:rsidR="004611C8" w:rsidRDefault="004611C8" w:rsidP="004611C8">
      <w:r>
        <w:t>090858</w:t>
      </w:r>
      <w:r>
        <w:tab/>
        <w:t>Brezžični mikrofoni za zvočnike</w:t>
      </w:r>
    </w:p>
    <w:p w:rsidR="004611C8" w:rsidRDefault="004611C8" w:rsidP="004611C8">
      <w:r>
        <w:t>090859</w:t>
      </w:r>
      <w:r>
        <w:tab/>
        <w:t>Skenerji [aparati] za izvedbo avtomobilske diagnoze</w:t>
      </w:r>
    </w:p>
    <w:p w:rsidR="004611C8" w:rsidRDefault="004611C8" w:rsidP="004611C8">
      <w:r>
        <w:t>090860</w:t>
      </w:r>
      <w:r>
        <w:tab/>
        <w:t>Haptična oblačila, ne za medicinske namene</w:t>
      </w:r>
    </w:p>
    <w:p w:rsidR="004611C8" w:rsidRDefault="004611C8" w:rsidP="004611C8">
      <w:r>
        <w:t>090861</w:t>
      </w:r>
      <w:r>
        <w:tab/>
        <w:t>Svetilke v obliki obročka za pametne telefone za ustvarjanje sebkov</w:t>
      </w:r>
    </w:p>
    <w:p w:rsidR="004611C8" w:rsidRDefault="004611C8" w:rsidP="004611C8">
      <w:r>
        <w:t>090864</w:t>
      </w:r>
      <w:r>
        <w:tab/>
        <w:t>Opozorilni znaki [svetlobni]</w:t>
      </w:r>
    </w:p>
    <w:p w:rsidR="004611C8" w:rsidRDefault="004611C8" w:rsidP="004611C8">
      <w:r>
        <w:t>090865</w:t>
      </w:r>
      <w:r>
        <w:tab/>
        <w:t>Varnostni signali [svetlobni]</w:t>
      </w:r>
    </w:p>
    <w:p w:rsidR="004611C8" w:rsidRDefault="004611C8" w:rsidP="004611C8">
      <w:r>
        <w:t>090868</w:t>
      </w:r>
      <w:r>
        <w:tab/>
        <w:t>Slušalke z mikrofonom</w:t>
      </w:r>
    </w:p>
    <w:p w:rsidR="004611C8" w:rsidRDefault="004611C8" w:rsidP="004611C8">
      <w:r>
        <w:t>090869</w:t>
      </w:r>
      <w:r>
        <w:tab/>
        <w:t>Slušalke za igranje videoiger</w:t>
      </w:r>
    </w:p>
    <w:p w:rsidR="004611C8" w:rsidRDefault="004611C8" w:rsidP="004611C8">
      <w:r>
        <w:t>090870</w:t>
      </w:r>
      <w:r>
        <w:tab/>
        <w:t>Naložljiva računalniška programska oprema za upravljanje transakcij kriptovalut z uporabo tehnologije veriženja blokov</w:t>
      </w:r>
    </w:p>
    <w:p w:rsidR="004611C8" w:rsidRDefault="004611C8" w:rsidP="004611C8">
      <w:r>
        <w:t>090871</w:t>
      </w:r>
      <w:r>
        <w:tab/>
        <w:t>Aparati za elektrolizo za laboratorijsko uporabo</w:t>
      </w:r>
    </w:p>
    <w:p w:rsidR="004611C8" w:rsidRDefault="004611C8" w:rsidP="004611C8">
      <w:r>
        <w:t>090872</w:t>
      </w:r>
      <w:r>
        <w:tab/>
        <w:t>Aparati za proizvodnjo plina za namene kalibracije</w:t>
      </w:r>
    </w:p>
    <w:p w:rsidR="004611C8" w:rsidRDefault="004611C8" w:rsidP="004611C8">
      <w:r>
        <w:t>090873</w:t>
      </w:r>
      <w:r>
        <w:tab/>
        <w:t>Aparati za testiranje materinega mleka, razen za medicinsko ali veterinarsko uporabo</w:t>
      </w:r>
    </w:p>
    <w:p w:rsidR="004611C8" w:rsidRDefault="004611C8" w:rsidP="004611C8">
      <w:r>
        <w:t>090874</w:t>
      </w:r>
      <w:r>
        <w:tab/>
        <w:t>Prenosni polnilniki</w:t>
      </w:r>
    </w:p>
    <w:p w:rsidR="004611C8" w:rsidRDefault="004611C8" w:rsidP="004611C8">
      <w:r>
        <w:t>090875</w:t>
      </w:r>
      <w:r>
        <w:tab/>
        <w:t>Ojačevalniki za servo motorje</w:t>
      </w:r>
    </w:p>
    <w:p w:rsidR="004611C8" w:rsidRDefault="004611C8" w:rsidP="004611C8">
      <w:r>
        <w:t>090876</w:t>
      </w:r>
      <w:r>
        <w:tab/>
        <w:t>Elektronski krmilniki za servo motorje</w:t>
      </w:r>
    </w:p>
    <w:p w:rsidR="004611C8" w:rsidRDefault="004611C8" w:rsidP="004611C8">
      <w:r>
        <w:t>090877</w:t>
      </w:r>
      <w:r>
        <w:tab/>
        <w:t>Kvantni računalniki</w:t>
      </w:r>
    </w:p>
    <w:p w:rsidR="004611C8" w:rsidRDefault="004611C8" w:rsidP="004611C8">
      <w:r>
        <w:t>090878</w:t>
      </w:r>
      <w:r>
        <w:tab/>
        <w:t>Kontrolne naprave za digitalne vmesnike glasbenih instrumentov, ki so avdio vmesniki</w:t>
      </w:r>
    </w:p>
    <w:p w:rsidR="004611C8" w:rsidRDefault="004611C8" w:rsidP="004611C8">
      <w:r>
        <w:t>090879</w:t>
      </w:r>
      <w:r>
        <w:tab/>
        <w:t>Bioreaktorji za laboratorijsko uporabo</w:t>
      </w:r>
    </w:p>
    <w:p w:rsidR="004611C8" w:rsidRDefault="004611C8" w:rsidP="004611C8">
      <w:r>
        <w:t>090880</w:t>
      </w:r>
      <w:r>
        <w:tab/>
        <w:t>Bioreaktorji za gojenje celic za znanstvene raziskave</w:t>
      </w:r>
    </w:p>
    <w:p w:rsidR="004611C8" w:rsidRDefault="004611C8" w:rsidP="004611C8">
      <w:r>
        <w:t>090882</w:t>
      </w:r>
      <w:r>
        <w:tab/>
        <w:t>Držala za telefon v avtomobilu</w:t>
      </w:r>
    </w:p>
    <w:p w:rsidR="004611C8" w:rsidRDefault="004611C8" w:rsidP="004611C8">
      <w:r>
        <w:t>090883</w:t>
      </w:r>
      <w:r>
        <w:tab/>
        <w:t>Video prikazovalniki, ki so pritrjeni na glavo</w:t>
      </w:r>
    </w:p>
    <w:p w:rsidR="004611C8" w:rsidRDefault="004611C8" w:rsidP="004611C8">
      <w:r>
        <w:t>090884</w:t>
      </w:r>
      <w:r>
        <w:tab/>
        <w:t>Brezžični prenosni tiskalniki za uporabo s prenosnimi računalniki in prenosnimi napravami</w:t>
      </w:r>
    </w:p>
    <w:p w:rsidR="004611C8" w:rsidRDefault="004611C8" w:rsidP="004611C8">
      <w:r>
        <w:t>090887</w:t>
      </w:r>
      <w:r>
        <w:tab/>
        <w:t>Zračne blazine za varnostne namene za zaščito pred padcem</w:t>
      </w:r>
    </w:p>
    <w:p w:rsidR="004611C8" w:rsidRDefault="004611C8" w:rsidP="004611C8">
      <w:r>
        <w:t>090888</w:t>
      </w:r>
      <w:r>
        <w:tab/>
        <w:t>Nevronske čelade, ne za medicinsko uporabo</w:t>
      </w:r>
    </w:p>
    <w:p w:rsidR="004611C8" w:rsidRDefault="004611C8" w:rsidP="004611C8">
      <w:r>
        <w:t>090889</w:t>
      </w:r>
      <w:r>
        <w:tab/>
        <w:t>Prenosni zvočniki</w:t>
      </w:r>
    </w:p>
    <w:p w:rsidR="004611C8" w:rsidRDefault="004611C8" w:rsidP="004611C8">
      <w:r>
        <w:t>090890</w:t>
      </w:r>
      <w:r>
        <w:tab/>
        <w:t>Alkotesti</w:t>
      </w:r>
    </w:p>
    <w:p w:rsidR="004611C8" w:rsidRPr="003834FA" w:rsidRDefault="004611C8" w:rsidP="004611C8">
      <w:pPr>
        <w:rPr>
          <w:lang w:val="fr-FR"/>
        </w:rPr>
      </w:pPr>
      <w:r>
        <w:t>090891</w:t>
      </w:r>
      <w:r>
        <w:tab/>
      </w:r>
      <w:r w:rsidRPr="003834FA">
        <w:rPr>
          <w:lang w:val="fr-FR"/>
        </w:rPr>
        <w:t>Hladilne podloge za prenosne računalnike</w:t>
      </w:r>
    </w:p>
    <w:p w:rsidR="004611C8" w:rsidRDefault="004611C8" w:rsidP="004611C8">
      <w:r>
        <w:t>090892</w:t>
      </w:r>
      <w:r>
        <w:tab/>
        <w:t>Notranji hladilni ventilatorji za računalnike</w:t>
      </w:r>
    </w:p>
    <w:p w:rsidR="004611C8" w:rsidRDefault="004611C8" w:rsidP="004611C8">
      <w:r>
        <w:t>090893</w:t>
      </w:r>
      <w:r>
        <w:tab/>
        <w:t>Pedala za ustvarjanje posebnih učinkov pri kitarah</w:t>
      </w:r>
    </w:p>
    <w:p w:rsidR="004611C8" w:rsidRDefault="004611C8" w:rsidP="004611C8">
      <w:r>
        <w:t>090894</w:t>
      </w:r>
      <w:r>
        <w:tab/>
        <w:t>Programska oprema kot medicinski pripomoček [SaMD], naložljiva</w:t>
      </w:r>
    </w:p>
    <w:p w:rsidR="004611C8" w:rsidRDefault="004611C8" w:rsidP="004611C8">
      <w:r>
        <w:t>090897</w:t>
      </w:r>
      <w:r>
        <w:tab/>
        <w:t>Krmilniki za servomotorje</w:t>
      </w:r>
    </w:p>
    <w:p w:rsidR="004611C8" w:rsidRDefault="004611C8" w:rsidP="004611C8">
      <w:r>
        <w:t>090898</w:t>
      </w:r>
      <w:r>
        <w:tab/>
        <w:t>Maske proti prahu s funkcijo čiščenja zraka</w:t>
      </w:r>
    </w:p>
    <w:p w:rsidR="004611C8" w:rsidRDefault="004611C8" w:rsidP="004611C8">
      <w:r>
        <w:t>090899</w:t>
      </w:r>
      <w:r>
        <w:tab/>
        <w:t>Električni sprožilci</w:t>
      </w:r>
    </w:p>
    <w:p w:rsidR="004611C8" w:rsidRDefault="004611C8" w:rsidP="004611C8">
      <w:r>
        <w:t>090900</w:t>
      </w:r>
      <w:r>
        <w:tab/>
        <w:t>Električni linearni aktuatorji</w:t>
      </w:r>
    </w:p>
    <w:p w:rsidR="004611C8" w:rsidRDefault="004611C8" w:rsidP="004611C8">
      <w:r>
        <w:t>090901</w:t>
      </w:r>
      <w:r>
        <w:tab/>
        <w:t>Izolacijske rokavice za zaščito pred nesrečami</w:t>
      </w:r>
    </w:p>
    <w:p w:rsidR="004611C8" w:rsidRDefault="004611C8" w:rsidP="004611C8">
      <w:r>
        <w:t>090902</w:t>
      </w:r>
      <w:r>
        <w:tab/>
        <w:t>Dozirniki, ne za medicinsko uporabo [merilni aparati]</w:t>
      </w:r>
    </w:p>
    <w:p w:rsidR="004611C8" w:rsidRDefault="004611C8" w:rsidP="004611C8">
      <w:r>
        <w:t>090903</w:t>
      </w:r>
      <w:r>
        <w:tab/>
        <w:t>Suhe potapljaške obleke</w:t>
      </w:r>
    </w:p>
    <w:p w:rsidR="004611C8" w:rsidRDefault="004611C8" w:rsidP="004611C8">
      <w:r>
        <w:lastRenderedPageBreak/>
        <w:t>090904</w:t>
      </w:r>
      <w:r>
        <w:tab/>
        <w:t>Obleke za potapljanje</w:t>
      </w:r>
    </w:p>
    <w:p w:rsidR="004611C8" w:rsidRDefault="004611C8" w:rsidP="004611C8">
      <w:r>
        <w:t>090905</w:t>
      </w:r>
      <w:r>
        <w:tab/>
        <w:t>Oblačila za potapljanje</w:t>
      </w:r>
    </w:p>
    <w:p w:rsidR="004611C8" w:rsidRDefault="004611C8" w:rsidP="004611C8">
      <w:r>
        <w:t>090906</w:t>
      </w:r>
      <w:r>
        <w:tab/>
        <w:t>Usmerjevalniki računalniških omrežij</w:t>
      </w:r>
    </w:p>
    <w:p w:rsidR="004611C8" w:rsidRDefault="004611C8" w:rsidP="004611C8">
      <w:r>
        <w:t>090907</w:t>
      </w:r>
      <w:r>
        <w:tab/>
        <w:t>Naprave za razširitev frekvence</w:t>
      </w:r>
    </w:p>
    <w:p w:rsidR="004611C8" w:rsidRDefault="004611C8" w:rsidP="004611C8">
      <w:r>
        <w:t>090908</w:t>
      </w:r>
      <w:r>
        <w:tab/>
        <w:t>Humanoidni roboti s funkcijami za sporazumevanje in učenje za pomoč ljudem in njihovem zabavanju</w:t>
      </w:r>
    </w:p>
    <w:p w:rsidR="004611C8" w:rsidRDefault="004611C8" w:rsidP="004611C8">
      <w:r>
        <w:t>090909</w:t>
      </w:r>
      <w:r>
        <w:tab/>
        <w:t>Sistemi za opozarjanje na izstrelke</w:t>
      </w:r>
    </w:p>
    <w:p w:rsidR="004611C8" w:rsidRPr="003834FA" w:rsidRDefault="004611C8" w:rsidP="004611C8">
      <w:pPr>
        <w:rPr>
          <w:lang w:val="fr-FR"/>
        </w:rPr>
      </w:pPr>
      <w:r>
        <w:t>090910</w:t>
      </w:r>
      <w:r>
        <w:tab/>
      </w:r>
      <w:r w:rsidRPr="003834FA">
        <w:rPr>
          <w:lang w:val="fr-FR"/>
        </w:rPr>
        <w:t>Samodejni navigacijski sistemi za ladje</w:t>
      </w:r>
    </w:p>
    <w:p w:rsidR="004611C8" w:rsidRDefault="004611C8" w:rsidP="004611C8">
      <w:r>
        <w:t>090911</w:t>
      </w:r>
      <w:r>
        <w:tab/>
        <w:t>Samopostrežni terminali</w:t>
      </w:r>
    </w:p>
    <w:p w:rsidR="004611C8" w:rsidRDefault="004611C8" w:rsidP="004611C8">
      <w:r>
        <w:t>090912</w:t>
      </w:r>
      <w:r>
        <w:tab/>
        <w:t>Prenosni skenerji za dokumente</w:t>
      </w:r>
    </w:p>
    <w:p w:rsidR="004611C8" w:rsidRDefault="004611C8" w:rsidP="004611C8">
      <w:r>
        <w:t>090913</w:t>
      </w:r>
      <w:r>
        <w:tab/>
        <w:t>Etuiji za pametne telefone z vgrajeno tipkovnico</w:t>
      </w:r>
    </w:p>
    <w:p w:rsidR="004611C8" w:rsidRPr="003834FA" w:rsidRDefault="004611C8" w:rsidP="004611C8">
      <w:pPr>
        <w:rPr>
          <w:lang w:val="fr-FR"/>
        </w:rPr>
      </w:pPr>
      <w:r>
        <w:t>090914</w:t>
      </w:r>
      <w:r>
        <w:tab/>
      </w:r>
      <w:r w:rsidRPr="003834FA">
        <w:rPr>
          <w:lang w:val="fr-FR"/>
        </w:rPr>
        <w:t>Merilni aparati za uravnavanje koles</w:t>
      </w:r>
    </w:p>
    <w:p w:rsidR="004611C8" w:rsidRDefault="004611C8" w:rsidP="004611C8">
      <w:r>
        <w:t>090915</w:t>
      </w:r>
      <w:r>
        <w:tab/>
        <w:t>Video mešalne mize</w:t>
      </w:r>
    </w:p>
    <w:p w:rsidR="004611C8" w:rsidRPr="003834FA" w:rsidRDefault="004611C8" w:rsidP="004611C8">
      <w:pPr>
        <w:rPr>
          <w:lang w:val="fr-FR"/>
        </w:rPr>
      </w:pPr>
      <w:r>
        <w:t>090916</w:t>
      </w:r>
      <w:r>
        <w:tab/>
      </w:r>
      <w:r w:rsidRPr="003834FA">
        <w:rPr>
          <w:lang w:val="fr-FR"/>
        </w:rPr>
        <w:t>Humanoidni roboti z umetno inteligenco za pripravo pijač</w:t>
      </w:r>
    </w:p>
    <w:p w:rsidR="004611C8" w:rsidRPr="003834FA" w:rsidRDefault="004611C8" w:rsidP="004611C8">
      <w:pPr>
        <w:rPr>
          <w:lang w:val="fr-FR"/>
        </w:rPr>
      </w:pPr>
      <w:r>
        <w:t>090917</w:t>
      </w:r>
      <w:r>
        <w:tab/>
      </w:r>
      <w:r w:rsidRPr="003834FA">
        <w:rPr>
          <w:lang w:val="fr-FR"/>
        </w:rPr>
        <w:t>Humanoidni roboti, ki jih programirajo uporabniki, nekonfigurirani</w:t>
      </w:r>
    </w:p>
    <w:p w:rsidR="004611C8" w:rsidRDefault="004611C8" w:rsidP="004611C8">
      <w:r>
        <w:t>090918</w:t>
      </w:r>
      <w:r>
        <w:tab/>
        <w:t>Prenosljive digitalne slikovne datoteke, preverjene z nezamenljivimi žetoni (NFT)</w:t>
      </w:r>
    </w:p>
    <w:p w:rsidR="004611C8" w:rsidRDefault="004611C8" w:rsidP="004611C8">
      <w:r>
        <w:t>090921</w:t>
      </w:r>
      <w:r>
        <w:tab/>
        <w:t>Kardanski sistemi za digitalne kamere</w:t>
      </w:r>
    </w:p>
    <w:p w:rsidR="004611C8" w:rsidRDefault="004611C8" w:rsidP="004611C8">
      <w:r>
        <w:t>090922</w:t>
      </w:r>
      <w:r>
        <w:tab/>
        <w:t>Kardanski sistemi za pametne telefone</w:t>
      </w:r>
    </w:p>
    <w:p w:rsidR="004611C8" w:rsidRDefault="004611C8" w:rsidP="004611C8">
      <w:r>
        <w:t>090924</w:t>
      </w:r>
      <w:r>
        <w:tab/>
        <w:t>Plačilni [POS] terminali</w:t>
      </w:r>
    </w:p>
    <w:p w:rsidR="004611C8" w:rsidRDefault="004611C8" w:rsidP="004611C8">
      <w:r>
        <w:t>090925</w:t>
      </w:r>
      <w:r>
        <w:tab/>
        <w:t>Holografske projekcijske naprave</w:t>
      </w:r>
    </w:p>
    <w:p w:rsidR="004611C8" w:rsidRDefault="004611C8" w:rsidP="004611C8">
      <w:r>
        <w:t>090927</w:t>
      </w:r>
      <w:r>
        <w:tab/>
        <w:t>Nosilci za kamere s funkcijo sledenja gibanja</w:t>
      </w:r>
    </w:p>
    <w:p w:rsidR="004611C8" w:rsidRDefault="004611C8" w:rsidP="004611C8">
      <w:r>
        <w:t>090928</w:t>
      </w:r>
      <w:r>
        <w:tab/>
        <w:t>Strojne denarnice za kriptovalute</w:t>
      </w:r>
    </w:p>
    <w:p w:rsidR="004611C8" w:rsidRDefault="004611C8" w:rsidP="004611C8">
      <w:r>
        <w:t>090929</w:t>
      </w:r>
      <w:r>
        <w:tab/>
        <w:t>Naložljiva virtualna oblačila</w:t>
      </w:r>
    </w:p>
    <w:p w:rsidR="004611C8" w:rsidRDefault="004611C8" w:rsidP="004611C8">
      <w:r>
        <w:t>090930</w:t>
      </w:r>
      <w:r>
        <w:tab/>
        <w:t>Krmilniki navidezne resničnosti</w:t>
      </w:r>
    </w:p>
    <w:p w:rsidR="004611C8" w:rsidRDefault="004611C8" w:rsidP="004611C8">
      <w:r>
        <w:t>090931</w:t>
      </w:r>
      <w:r>
        <w:tab/>
        <w:t>Sondirne rakete</w:t>
      </w:r>
    </w:p>
    <w:p w:rsidR="004611C8" w:rsidRDefault="004611C8" w:rsidP="004611C8">
      <w:r>
        <w:t>090932</w:t>
      </w:r>
      <w:r>
        <w:tab/>
        <w:t>Motoristična oblačila za zaščito pred nesrečami ali poškodbami</w:t>
      </w:r>
    </w:p>
    <w:p w:rsidR="004611C8" w:rsidRDefault="004611C8" w:rsidP="004611C8">
      <w:r>
        <w:t>090933</w:t>
      </w:r>
      <w:r>
        <w:tab/>
        <w:t>Prenosljive digitalne glasbene datoteke, preverjene z nezamenljivimi žetoni [NFT]</w:t>
      </w:r>
    </w:p>
    <w:p w:rsidR="004611C8" w:rsidRDefault="004611C8" w:rsidP="004611C8">
      <w:r>
        <w:t>090934</w:t>
      </w:r>
      <w:r>
        <w:tab/>
        <w:t>Prenosljiva aplikacijska programska oprema za navidezna okolja</w:t>
      </w:r>
    </w:p>
    <w:p w:rsidR="004611C8" w:rsidRDefault="004611C8" w:rsidP="004611C8">
      <w:r>
        <w:t>090935</w:t>
      </w:r>
      <w:r>
        <w:tab/>
        <w:t>Naložljive aplikacije računalniške programske opreme za ustvarjanje nezamenljivih žetonov (NFT)</w:t>
      </w:r>
    </w:p>
    <w:p w:rsidR="004611C8" w:rsidRDefault="004611C8" w:rsidP="004611C8">
      <w:r>
        <w:t>090936</w:t>
      </w:r>
      <w:r>
        <w:tab/>
        <w:t>Aparati za merjenje prahu</w:t>
      </w:r>
    </w:p>
    <w:p w:rsidR="004611C8" w:rsidRDefault="004611C8" w:rsidP="004611C8">
      <w:r>
        <w:t>090937</w:t>
      </w:r>
      <w:r>
        <w:tab/>
        <w:t>Diagnostični aparati za raziskovalno laboratorijsko uporabo</w:t>
      </w:r>
    </w:p>
    <w:p w:rsidR="004611C8" w:rsidRDefault="004611C8" w:rsidP="004611C8">
      <w:r>
        <w:t>090938</w:t>
      </w:r>
      <w:r>
        <w:tab/>
        <w:t>Ultrazvočni aparati za slikanje, ne za medicinske namene</w:t>
      </w:r>
    </w:p>
    <w:p w:rsidR="004611C8" w:rsidRDefault="004611C8" w:rsidP="004611C8">
      <w:r>
        <w:t>090939</w:t>
      </w:r>
      <w:r>
        <w:tab/>
        <w:t>Kapacitivni naprstniki za naprave z zaslonom na dotik</w:t>
      </w:r>
    </w:p>
    <w:p w:rsidR="004611C8" w:rsidRDefault="004611C8" w:rsidP="004611C8">
      <w:r>
        <w:t>090940</w:t>
      </w:r>
      <w:r>
        <w:tab/>
        <w:t>Naprave za sekvenciranje glasbe</w:t>
      </w:r>
    </w:p>
    <w:p w:rsidR="004611C8" w:rsidRDefault="004611C8" w:rsidP="004611C8">
      <w:r>
        <w:t>090941</w:t>
      </w:r>
      <w:r>
        <w:tab/>
        <w:t>Prometni znaki za pešce</w:t>
      </w:r>
    </w:p>
    <w:p w:rsidR="004611C8" w:rsidRDefault="004611C8" w:rsidP="004611C8">
      <w:r>
        <w:t>090942</w:t>
      </w:r>
      <w:r>
        <w:tab/>
        <w:t>Elektronske etikete za police</w:t>
      </w:r>
    </w:p>
    <w:p w:rsidR="004611C8" w:rsidRDefault="004611C8" w:rsidP="004611C8">
      <w:r>
        <w:t>090943</w:t>
      </w:r>
      <w:r>
        <w:tab/>
        <w:t>Elektronski mediji za shranjevanje</w:t>
      </w:r>
    </w:p>
    <w:p w:rsidR="004611C8" w:rsidRDefault="004611C8" w:rsidP="004611C8">
      <w:r>
        <w:t>090944</w:t>
      </w:r>
      <w:r>
        <w:tab/>
        <w:t>Kamere za armaturne plošče</w:t>
      </w:r>
    </w:p>
    <w:p w:rsidR="004611C8" w:rsidRDefault="004611C8" w:rsidP="004611C8">
      <w:r>
        <w:t>090945</w:t>
      </w:r>
      <w:r>
        <w:tab/>
        <w:t>Elektronski oscilatorji</w:t>
      </w:r>
    </w:p>
    <w:p w:rsidR="004611C8" w:rsidRDefault="004611C8" w:rsidP="004611C8">
      <w:r>
        <w:t>090946</w:t>
      </w:r>
      <w:r>
        <w:tab/>
        <w:t>Elektronski rezonatorji</w:t>
      </w:r>
    </w:p>
    <w:p w:rsidR="004611C8" w:rsidRDefault="004611C8" w:rsidP="004611C8">
      <w:r>
        <w:t>090947</w:t>
      </w:r>
      <w:r>
        <w:tab/>
        <w:t>Polarizacijski filmi za zaslone</w:t>
      </w:r>
    </w:p>
    <w:p w:rsidR="004611C8" w:rsidRDefault="004611C8" w:rsidP="004611C8">
      <w:r>
        <w:t>090948</w:t>
      </w:r>
      <w:r>
        <w:tab/>
        <w:t>Prozorni prevodni filmi za zaslone</w:t>
      </w:r>
    </w:p>
    <w:p w:rsidR="004611C8" w:rsidRDefault="004611C8" w:rsidP="004611C8">
      <w:r>
        <w:t>090949</w:t>
      </w:r>
      <w:r>
        <w:tab/>
        <w:t>Medicinski simulatorji [učni pripomočki]</w:t>
      </w:r>
    </w:p>
    <w:p w:rsidR="004611C8" w:rsidRDefault="004611C8" w:rsidP="004611C8">
      <w:r>
        <w:t>090950</w:t>
      </w:r>
      <w:r>
        <w:tab/>
        <w:t>Naložljivi video posnetki</w:t>
      </w:r>
    </w:p>
    <w:p w:rsidR="004611C8" w:rsidRPr="003834FA" w:rsidRDefault="004611C8" w:rsidP="004611C8">
      <w:pPr>
        <w:rPr>
          <w:lang w:val="fr-FR"/>
        </w:rPr>
      </w:pPr>
      <w:r>
        <w:t>090951</w:t>
      </w:r>
      <w:r>
        <w:tab/>
      </w:r>
      <w:r w:rsidRPr="003834FA">
        <w:rPr>
          <w:lang w:val="fr-FR"/>
        </w:rPr>
        <w:t>Pisalna peresa za zaslone na dotik</w:t>
      </w:r>
    </w:p>
    <w:p w:rsidR="004611C8" w:rsidRDefault="004611C8" w:rsidP="004611C8">
      <w:r>
        <w:t>090952</w:t>
      </w:r>
      <w:r>
        <w:tab/>
        <w:t>Biometrični skenerji</w:t>
      </w:r>
    </w:p>
    <w:p w:rsidR="004611C8" w:rsidRDefault="004611C8" w:rsidP="004611C8">
      <w:r>
        <w:t>090953</w:t>
      </w:r>
      <w:r>
        <w:tab/>
        <w:t>Humanoidni roboti z umetno inteligenco za uporabo pri čiščenju v gospodinjstvu in pranju perila</w:t>
      </w:r>
    </w:p>
    <w:p w:rsidR="004611C8" w:rsidRDefault="004611C8" w:rsidP="004611C8">
      <w:r>
        <w:t>090954</w:t>
      </w:r>
      <w:r>
        <w:tab/>
        <w:t>Prometna ogledala</w:t>
      </w:r>
    </w:p>
    <w:p w:rsidR="004611C8" w:rsidRDefault="004611C8" w:rsidP="004611C8">
      <w:r>
        <w:t>090955</w:t>
      </w:r>
      <w:r>
        <w:tab/>
        <w:t>Prenapetostni strelovodi</w:t>
      </w:r>
    </w:p>
    <w:p w:rsidR="004611C8" w:rsidRPr="003834FA" w:rsidRDefault="004611C8" w:rsidP="004611C8">
      <w:pPr>
        <w:rPr>
          <w:lang w:val="fr-FR"/>
        </w:rPr>
      </w:pPr>
      <w:r>
        <w:t>090956</w:t>
      </w:r>
      <w:r>
        <w:tab/>
      </w:r>
      <w:r w:rsidRPr="003834FA">
        <w:rPr>
          <w:lang w:val="fr-FR"/>
        </w:rPr>
        <w:t>Ročni varovalni ščiti za policiste</w:t>
      </w:r>
    </w:p>
    <w:p w:rsidR="004611C8" w:rsidRDefault="004611C8" w:rsidP="004611C8">
      <w:r>
        <w:t>090957</w:t>
      </w:r>
      <w:r>
        <w:tab/>
        <w:t>Jedrske baterije</w:t>
      </w:r>
    </w:p>
    <w:p w:rsidR="004611C8" w:rsidRDefault="004611C8" w:rsidP="004611C8">
      <w:r>
        <w:t>090958</w:t>
      </w:r>
      <w:r>
        <w:tab/>
        <w:t>Rešilni jopiči za hišne ljubljenčke</w:t>
      </w:r>
    </w:p>
    <w:p w:rsidR="004611C8" w:rsidRDefault="004611C8" w:rsidP="004611C8">
      <w:r>
        <w:t>090959</w:t>
      </w:r>
      <w:r>
        <w:tab/>
        <w:t>Bučke za laboratorijsko uporabo</w:t>
      </w:r>
    </w:p>
    <w:p w:rsidR="004611C8" w:rsidRDefault="004611C8" w:rsidP="004611C8">
      <w:r>
        <w:t>090960</w:t>
      </w:r>
      <w:r>
        <w:tab/>
        <w:t>Laboratorijski kemijski reaktorji</w:t>
      </w:r>
    </w:p>
    <w:p w:rsidR="004611C8" w:rsidRDefault="004611C8" w:rsidP="004611C8">
      <w:r>
        <w:t>090961</w:t>
      </w:r>
      <w:r>
        <w:tab/>
        <w:t>Virtualna ogledala [interaktivni elektronski prikazovalniki]</w:t>
      </w:r>
    </w:p>
    <w:p w:rsidR="004611C8" w:rsidRDefault="004611C8" w:rsidP="004611C8">
      <w:r>
        <w:t>090962</w:t>
      </w:r>
      <w:r>
        <w:tab/>
        <w:t>Prenosne prhe za nujne primere</w:t>
      </w:r>
    </w:p>
    <w:p w:rsidR="004611C8" w:rsidRDefault="004611C8" w:rsidP="004611C8">
      <w:r>
        <w:t>090963</w:t>
      </w:r>
      <w:r>
        <w:tab/>
        <w:t>Regulatorji za potapljanje</w:t>
      </w:r>
    </w:p>
    <w:p w:rsidR="004611C8" w:rsidRDefault="004611C8" w:rsidP="004611C8">
      <w:r>
        <w:t>090964</w:t>
      </w:r>
      <w:r>
        <w:tab/>
        <w:t>Naprave za amplifikacijo genov za znanstvene raziskave v laboratorijih</w:t>
      </w:r>
    </w:p>
    <w:p w:rsidR="004611C8" w:rsidRDefault="004611C8" w:rsidP="004611C8">
      <w:r>
        <w:t>090965</w:t>
      </w:r>
      <w:r>
        <w:tab/>
        <w:t>Etikete za komunikacijo v bližnjem polju</w:t>
      </w:r>
    </w:p>
    <w:p w:rsidR="00431F3E" w:rsidRDefault="00431F3E">
      <w:pPr>
        <w:pStyle w:val="Naslov1"/>
        <w:sectPr w:rsidR="00431F3E" w:rsidSect="00E00425">
          <w:type w:val="continuous"/>
          <w:pgSz w:w="11907" w:h="16840" w:code="9"/>
          <w:pgMar w:top="1418" w:right="1418" w:bottom="1418" w:left="1418" w:header="720" w:footer="720" w:gutter="0"/>
          <w:cols w:num="2" w:space="720"/>
          <w:docGrid w:linePitch="360"/>
        </w:sectPr>
      </w:pPr>
    </w:p>
    <w:p w:rsidR="00810FA9" w:rsidRDefault="00810FA9">
      <w:pPr>
        <w:tabs>
          <w:tab w:val="clear" w:pos="907"/>
        </w:tabs>
        <w:spacing w:after="200" w:line="276" w:lineRule="auto"/>
        <w:ind w:left="0" w:firstLine="0"/>
        <w:rPr>
          <w:rFonts w:eastAsiaTheme="majorEastAsia" w:cstheme="majorBidi"/>
          <w:b/>
          <w:bCs/>
          <w:color w:val="000000" w:themeColor="text1"/>
          <w:sz w:val="22"/>
          <w:szCs w:val="28"/>
          <w:lang w:val="sl-SI" w:eastAsia="sl-SI"/>
        </w:rPr>
      </w:pPr>
      <w:r>
        <w:rPr>
          <w:lang w:val="sl-SI" w:eastAsia="sl-SI"/>
        </w:rPr>
        <w:br w:type="page"/>
      </w:r>
    </w:p>
    <w:p w:rsidR="00431F3E" w:rsidRPr="003835D5" w:rsidRDefault="00431F3E" w:rsidP="00810FA9">
      <w:pPr>
        <w:pStyle w:val="Naslov1"/>
        <w:spacing w:before="0"/>
        <w:rPr>
          <w:lang w:val="sl-SI" w:eastAsia="sl-SI"/>
        </w:rPr>
      </w:pPr>
      <w:r w:rsidRPr="003835D5">
        <w:rPr>
          <w:lang w:val="sl-SI" w:eastAsia="sl-SI"/>
        </w:rPr>
        <w:lastRenderedPageBreak/>
        <w:t xml:space="preserve">Razred 10 </w:t>
      </w:r>
    </w:p>
    <w:p w:rsidR="00431F3E" w:rsidRDefault="00431F3E" w:rsidP="00DF5041">
      <w:pPr>
        <w:pStyle w:val="Naslov2"/>
        <w:rPr>
          <w:lang w:val="sl-SI" w:eastAsia="sl-SI"/>
        </w:rPr>
      </w:pPr>
      <w:r w:rsidRPr="003835D5">
        <w:rPr>
          <w:lang w:val="sl-SI" w:eastAsia="sl-SI"/>
        </w:rPr>
        <w:t>Kirurški, medicinski, zobni in veterinarski aparati in instrumenti; umetni udi, oči in zobje; očala, kontaktne leče in sončna očala; ortopedski izdelki; kirurški material za šivanje; terapevtske in pomožne naprave, prilagojene invalidom; masažni aparati; aparati, naprave in izdelki za dojenje; aparati, naprave in izdelki za spolno dejavnost.</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DF5041" w:rsidRPr="00D85EAF" w:rsidTr="00DF5041">
        <w:trPr>
          <w:trHeight w:val="143"/>
          <w:tblHeader/>
        </w:trPr>
        <w:tc>
          <w:tcPr>
            <w:tcW w:w="9493" w:type="dxa"/>
            <w:gridSpan w:val="2"/>
            <w:shd w:val="clear" w:color="auto" w:fill="F2F2F2" w:themeFill="background1" w:themeFillShade="F2"/>
            <w:vAlign w:val="center"/>
          </w:tcPr>
          <w:p w:rsidR="00DF5041" w:rsidRPr="00A656D9" w:rsidRDefault="00DF5041" w:rsidP="00A656D9">
            <w:pPr>
              <w:pStyle w:val="opomba"/>
              <w:spacing w:after="60"/>
              <w:rPr>
                <w:b/>
              </w:rPr>
            </w:pPr>
            <w:r w:rsidRPr="00A656D9">
              <w:rPr>
                <w:b/>
              </w:rPr>
              <w:t xml:space="preserve">RAZRED </w:t>
            </w:r>
            <w:r w:rsidR="00810FA9" w:rsidRPr="00A656D9">
              <w:rPr>
                <w:b/>
              </w:rPr>
              <w:t>10</w:t>
            </w:r>
            <w:r w:rsidRPr="00A656D9">
              <w:rPr>
                <w:b/>
              </w:rPr>
              <w:t xml:space="preserve"> - pojasnjevalne opombe</w:t>
            </w:r>
          </w:p>
        </w:tc>
      </w:tr>
      <w:tr w:rsidR="00DF5041" w:rsidRPr="00D85EAF" w:rsidTr="00DF5041">
        <w:trPr>
          <w:trHeight w:val="390"/>
        </w:trPr>
        <w:tc>
          <w:tcPr>
            <w:tcW w:w="9493" w:type="dxa"/>
            <w:gridSpan w:val="2"/>
            <w:shd w:val="clear" w:color="auto" w:fill="F2F2F2" w:themeFill="background1" w:themeFillShade="F2"/>
            <w:vAlign w:val="center"/>
          </w:tcPr>
          <w:p w:rsidR="00DF5041" w:rsidRPr="00993A45" w:rsidRDefault="00810FA9" w:rsidP="00A656D9">
            <w:pPr>
              <w:pStyle w:val="opomba"/>
              <w:spacing w:after="60"/>
            </w:pPr>
            <w:r w:rsidRPr="00BD49AB">
              <w:t>Razred 10 vključuje zlasti kirurške, medicinske, zobozdravstvene in veterinarske aparate, instrumente in izdelke, ki se na splošno uporabljajo za diagnosticiranje, zdravljenje in izboljšanje telesnih funkcij ali zdravstvenega stanja ljudi in živali.</w:t>
            </w:r>
          </w:p>
        </w:tc>
      </w:tr>
      <w:tr w:rsidR="00DF5041" w:rsidRPr="00D85EAF" w:rsidTr="00E00425">
        <w:trPr>
          <w:trHeight w:val="4906"/>
        </w:trPr>
        <w:tc>
          <w:tcPr>
            <w:tcW w:w="4746" w:type="dxa"/>
            <w:shd w:val="clear" w:color="auto" w:fill="F2F2F2" w:themeFill="background1" w:themeFillShade="F2"/>
          </w:tcPr>
          <w:p w:rsidR="00DF5041" w:rsidRPr="00993A45" w:rsidRDefault="00DF5041" w:rsidP="007A63AA">
            <w:pPr>
              <w:pStyle w:val="opomba"/>
              <w:spacing w:after="60"/>
            </w:pPr>
            <w:r w:rsidRPr="00D85EAF">
              <w:t>V ta razred so vključeni zlasti:</w:t>
            </w:r>
          </w:p>
          <w:p w:rsidR="00810FA9" w:rsidRPr="00BD49AB" w:rsidRDefault="00810FA9" w:rsidP="00A656D9">
            <w:pPr>
              <w:pStyle w:val="opombapika"/>
              <w:spacing w:after="40"/>
            </w:pPr>
            <w:r w:rsidRPr="00BD49AB">
              <w:t>podporni povoji, ortopedski povoji</w:t>
            </w:r>
          </w:p>
          <w:p w:rsidR="00810FA9" w:rsidRPr="00BD49AB" w:rsidRDefault="00810FA9" w:rsidP="00A656D9">
            <w:pPr>
              <w:pStyle w:val="opombapika"/>
              <w:spacing w:after="40"/>
            </w:pPr>
            <w:r w:rsidRPr="00BD49AB">
              <w:t>posebna oblačila za medicinske namene, na primer kompresijska oblačila, nogavice za krčne žile, prisilni jopiči, ortopedska obutev</w:t>
            </w:r>
          </w:p>
          <w:p w:rsidR="00810FA9" w:rsidRPr="00BD49AB" w:rsidRDefault="00810FA9" w:rsidP="00A656D9">
            <w:pPr>
              <w:pStyle w:val="opombapika"/>
              <w:spacing w:after="40"/>
            </w:pPr>
            <w:r w:rsidRPr="00BD49AB">
              <w:t>izdelki, instrumenti in naprave za menstruacijo, kontracepcijo in porod, na primer menstrualne skodelice, pesarji, kondomi, vzmetnice za porod, porodne klešče;</w:t>
            </w:r>
          </w:p>
          <w:p w:rsidR="00810FA9" w:rsidRPr="00BD49AB" w:rsidRDefault="00810FA9" w:rsidP="00A656D9">
            <w:pPr>
              <w:pStyle w:val="opombapika"/>
              <w:spacing w:after="40"/>
            </w:pPr>
            <w:r w:rsidRPr="00BD49AB">
              <w:t>terapevtski in protetični izdelki in pripomočki za vsaditev iz umetnih ali sintetičnih materialov, na primer kirurški vsadki iz umetnih materialov, umetne prsi, možganski spodbujevalniki, biorazgradljivi vsadki za pritrditev kosti</w:t>
            </w:r>
          </w:p>
          <w:p w:rsidR="00DF5041" w:rsidRPr="00993A45" w:rsidRDefault="00810FA9" w:rsidP="00A656D9">
            <w:pPr>
              <w:pStyle w:val="opombapika"/>
              <w:spacing w:after="40"/>
            </w:pPr>
            <w:r w:rsidRPr="00BD49AB">
              <w:t>posebej izdelano pohištvo za medicinske namene, na primer stoli za medicinsko ali zobozdravstveno uporabo, zračna vzmetnice za medicinske namene, operacijske mize</w:t>
            </w:r>
          </w:p>
        </w:tc>
        <w:tc>
          <w:tcPr>
            <w:tcW w:w="4747" w:type="dxa"/>
            <w:shd w:val="clear" w:color="auto" w:fill="F2F2F2" w:themeFill="background1" w:themeFillShade="F2"/>
          </w:tcPr>
          <w:p w:rsidR="00DF5041" w:rsidRPr="00993A45" w:rsidRDefault="00DF5041" w:rsidP="007A63AA">
            <w:pPr>
              <w:pStyle w:val="opomba"/>
              <w:spacing w:after="60"/>
            </w:pPr>
            <w:r w:rsidRPr="00D85EAF">
              <w:t>V ta razred niso vključeni zlasti:</w:t>
            </w:r>
          </w:p>
          <w:p w:rsidR="00810FA9" w:rsidRPr="00BD49AB" w:rsidRDefault="00810FA9" w:rsidP="008C16D9">
            <w:pPr>
              <w:pStyle w:val="opombapika"/>
            </w:pPr>
            <w:r w:rsidRPr="00BD49AB">
              <w:t>medicinske obveze in absorpcijski higienski izdelki, na primer obliži, obvezilni material, povoji in gaze za obveze, blazinice za prsi za doječe matere, plenice za dojenčke in plenice za osebe z inkontinenco, tamponi (razred 5);</w:t>
            </w:r>
          </w:p>
          <w:p w:rsidR="00810FA9" w:rsidRPr="00BD49AB" w:rsidRDefault="00810FA9" w:rsidP="008C16D9">
            <w:pPr>
              <w:pStyle w:val="opombapika"/>
            </w:pPr>
            <w:r w:rsidRPr="00BD49AB">
              <w:t>kirurški vsadki iz živih tkiv (razred 5);</w:t>
            </w:r>
          </w:p>
          <w:p w:rsidR="00810FA9" w:rsidRPr="00BD49AB" w:rsidRDefault="00810FA9" w:rsidP="008C16D9">
            <w:pPr>
              <w:pStyle w:val="opombapika"/>
            </w:pPr>
            <w:r w:rsidRPr="00BD49AB">
              <w:t>cigarete brez tobaka za medicinske namene (razred 5),elektronske cigarete (razred 34);</w:t>
            </w:r>
          </w:p>
          <w:p w:rsidR="00810FA9" w:rsidRPr="00BD49AB" w:rsidRDefault="00810FA9" w:rsidP="008C16D9">
            <w:pPr>
              <w:pStyle w:val="opombapika"/>
            </w:pPr>
            <w:r w:rsidRPr="00BD49AB">
              <w:t>vozički za prevoz invalidov, skuterji za invalide (razred 12);</w:t>
            </w:r>
          </w:p>
          <w:p w:rsidR="00810FA9" w:rsidRPr="00BD49AB" w:rsidRDefault="00810FA9" w:rsidP="008C16D9">
            <w:pPr>
              <w:pStyle w:val="opombapika"/>
            </w:pPr>
            <w:r w:rsidRPr="00BD49AB">
              <w:t>masažne mize, blazine za dojenje (razred 20)</w:t>
            </w:r>
          </w:p>
          <w:p w:rsidR="00DF5041" w:rsidRPr="00993A45" w:rsidRDefault="00810FA9" w:rsidP="008C16D9">
            <w:pPr>
              <w:pStyle w:val="opombapika"/>
            </w:pPr>
            <w:r w:rsidRPr="00BD49AB">
              <w:t>očala za zabavo (razred 28)</w:t>
            </w:r>
          </w:p>
        </w:tc>
      </w:tr>
    </w:tbl>
    <w:p w:rsidR="00F875A9" w:rsidRDefault="00F875A9" w:rsidP="00810FA9">
      <w:pPr>
        <w:spacing w:before="360"/>
        <w:ind w:left="0" w:firstLine="0"/>
      </w:pPr>
    </w:p>
    <w:p w:rsidR="00431F3E" w:rsidRDefault="00431F3E">
      <w:pPr>
        <w:sectPr w:rsidR="00431F3E" w:rsidSect="00E00425">
          <w:type w:val="continuous"/>
          <w:pgSz w:w="11907" w:h="16840" w:code="9"/>
          <w:pgMar w:top="1418" w:right="1418" w:bottom="1418" w:left="1418" w:header="720" w:footer="720" w:gutter="0"/>
          <w:cols w:space="720"/>
          <w:docGrid w:linePitch="360"/>
        </w:sectPr>
      </w:pPr>
    </w:p>
    <w:p w:rsidR="004611C8" w:rsidRDefault="004611C8" w:rsidP="007A63AA">
      <w:pPr>
        <w:spacing w:after="44"/>
      </w:pPr>
      <w:r>
        <w:t>100001</w:t>
      </w:r>
      <w:r>
        <w:tab/>
        <w:t>Trebušni pasovi</w:t>
      </w:r>
    </w:p>
    <w:p w:rsidR="004611C8" w:rsidRDefault="004611C8" w:rsidP="007A63AA">
      <w:pPr>
        <w:spacing w:after="44"/>
      </w:pPr>
      <w:r>
        <w:t>100002</w:t>
      </w:r>
      <w:r>
        <w:tab/>
        <w:t>Pasovi za hipogastrijo</w:t>
      </w:r>
    </w:p>
    <w:p w:rsidR="004611C8" w:rsidRDefault="004611C8" w:rsidP="007A63AA">
      <w:pPr>
        <w:spacing w:after="44"/>
      </w:pPr>
      <w:r>
        <w:t>100003</w:t>
      </w:r>
      <w:r>
        <w:tab/>
        <w:t>Trebušni stezniki</w:t>
      </w:r>
    </w:p>
    <w:p w:rsidR="004611C8" w:rsidRDefault="004611C8" w:rsidP="007A63AA">
      <w:pPr>
        <w:spacing w:after="44"/>
      </w:pPr>
      <w:r>
        <w:t>100004</w:t>
      </w:r>
      <w:r>
        <w:tab/>
        <w:t>Vzmetnice za porod</w:t>
      </w:r>
    </w:p>
    <w:p w:rsidR="004611C8" w:rsidRDefault="004611C8" w:rsidP="007A63AA">
      <w:pPr>
        <w:spacing w:after="44"/>
      </w:pPr>
      <w:r>
        <w:t>100005</w:t>
      </w:r>
      <w:r>
        <w:tab/>
        <w:t>Slušni pripomočki</w:t>
      </w:r>
    </w:p>
    <w:p w:rsidR="004611C8" w:rsidRDefault="004611C8" w:rsidP="007A63AA">
      <w:pPr>
        <w:spacing w:after="44"/>
      </w:pPr>
      <w:r>
        <w:t>100006</w:t>
      </w:r>
      <w:r>
        <w:tab/>
        <w:t>Akustične slušalke (pripomočki za sluh)</w:t>
      </w:r>
    </w:p>
    <w:p w:rsidR="004611C8" w:rsidRDefault="004611C8" w:rsidP="007A63AA">
      <w:pPr>
        <w:spacing w:after="44"/>
      </w:pPr>
      <w:r>
        <w:t>100007</w:t>
      </w:r>
      <w:r>
        <w:tab/>
        <w:t>Kirurške sponke</w:t>
      </w:r>
    </w:p>
    <w:p w:rsidR="004611C8" w:rsidRDefault="004611C8" w:rsidP="007A63AA">
      <w:pPr>
        <w:spacing w:after="44"/>
      </w:pPr>
      <w:r>
        <w:t>100008</w:t>
      </w:r>
      <w:r>
        <w:tab/>
        <w:t>Igle za medicinske namene</w:t>
      </w:r>
    </w:p>
    <w:p w:rsidR="004611C8" w:rsidRDefault="004611C8" w:rsidP="007A63AA">
      <w:pPr>
        <w:spacing w:after="44"/>
      </w:pPr>
      <w:r>
        <w:t>100009</w:t>
      </w:r>
      <w:r>
        <w:tab/>
        <w:t>Kirurške igle za šivanje</w:t>
      </w:r>
    </w:p>
    <w:p w:rsidR="004611C8" w:rsidRDefault="004611C8" w:rsidP="007A63AA">
      <w:pPr>
        <w:spacing w:after="44"/>
      </w:pPr>
      <w:r>
        <w:t>100010</w:t>
      </w:r>
      <w:r>
        <w:tab/>
        <w:t>Pesarji</w:t>
      </w:r>
    </w:p>
    <w:p w:rsidR="004611C8" w:rsidRDefault="004611C8" w:rsidP="007A63AA">
      <w:pPr>
        <w:spacing w:after="44"/>
      </w:pPr>
      <w:r>
        <w:t>100011</w:t>
      </w:r>
      <w:r>
        <w:tab/>
        <w:t>Terapevtski aparati s toplim zrakom</w:t>
      </w:r>
    </w:p>
    <w:p w:rsidR="004611C8" w:rsidRDefault="004611C8" w:rsidP="007A63AA">
      <w:pPr>
        <w:spacing w:after="44"/>
      </w:pPr>
      <w:r>
        <w:t>100012</w:t>
      </w:r>
      <w:r>
        <w:tab/>
        <w:t>Vibratorji na topli zrak za medicinske namene</w:t>
      </w:r>
    </w:p>
    <w:p w:rsidR="004611C8" w:rsidRDefault="004611C8" w:rsidP="007A63AA">
      <w:pPr>
        <w:spacing w:after="44"/>
      </w:pPr>
      <w:r>
        <w:t>100013</w:t>
      </w:r>
      <w:r>
        <w:tab/>
        <w:t>Podloge za bolniške postelje</w:t>
      </w:r>
    </w:p>
    <w:p w:rsidR="004611C8" w:rsidRDefault="004611C8" w:rsidP="007A63AA">
      <w:pPr>
        <w:spacing w:after="44"/>
      </w:pPr>
      <w:r>
        <w:t>100014</w:t>
      </w:r>
      <w:r>
        <w:tab/>
        <w:t>Rjuhe za inkontinentne bolnike</w:t>
      </w:r>
    </w:p>
    <w:p w:rsidR="004611C8" w:rsidRDefault="004611C8" w:rsidP="007A63AA">
      <w:pPr>
        <w:spacing w:after="44"/>
      </w:pPr>
      <w:r>
        <w:t>100015</w:t>
      </w:r>
      <w:r>
        <w:tab/>
        <w:t>Katetri</w:t>
      </w:r>
    </w:p>
    <w:p w:rsidR="004611C8" w:rsidRDefault="004611C8" w:rsidP="007A63AA">
      <w:pPr>
        <w:spacing w:after="44"/>
      </w:pPr>
      <w:r>
        <w:t>100017</w:t>
      </w:r>
      <w:r>
        <w:tab/>
        <w:t>Cevke z radijem za medicinske namene</w:t>
      </w:r>
    </w:p>
    <w:p w:rsidR="004611C8" w:rsidRDefault="004611C8" w:rsidP="007A63AA">
      <w:pPr>
        <w:spacing w:after="44"/>
      </w:pPr>
      <w:r>
        <w:t>100018</w:t>
      </w:r>
      <w:r>
        <w:tab/>
        <w:t>Obročki za grizenje za ublažitev bolečin pri rasti zob</w:t>
      </w:r>
    </w:p>
    <w:p w:rsidR="004611C8" w:rsidRDefault="004611C8" w:rsidP="007A63AA">
      <w:pPr>
        <w:spacing w:after="44"/>
      </w:pPr>
      <w:r>
        <w:t>100021</w:t>
      </w:r>
      <w:r>
        <w:tab/>
        <w:t>Kirurške deščice za imobilizacijo</w:t>
      </w:r>
    </w:p>
    <w:p w:rsidR="004611C8" w:rsidRPr="003834FA" w:rsidRDefault="004611C8" w:rsidP="007A63AA">
      <w:pPr>
        <w:spacing w:after="44"/>
        <w:rPr>
          <w:lang w:val="fr-FR"/>
        </w:rPr>
      </w:pPr>
      <w:r>
        <w:t>100022</w:t>
      </w:r>
      <w:r>
        <w:tab/>
      </w:r>
      <w:r w:rsidRPr="003834FA">
        <w:rPr>
          <w:lang w:val="fr-FR"/>
        </w:rPr>
        <w:t>Elastični povoji, ne za obveze</w:t>
      </w:r>
    </w:p>
    <w:p w:rsidR="004611C8" w:rsidRDefault="004611C8" w:rsidP="007A63AA">
      <w:pPr>
        <w:spacing w:after="44"/>
      </w:pPr>
      <w:r>
        <w:t>100023</w:t>
      </w:r>
      <w:r>
        <w:tab/>
        <w:t>Galvanski pasovi za medicinske namene</w:t>
      </w:r>
    </w:p>
    <w:p w:rsidR="004611C8" w:rsidRDefault="004611C8" w:rsidP="007A63AA">
      <w:pPr>
        <w:spacing w:after="44"/>
      </w:pPr>
      <w:r>
        <w:t>100024</w:t>
      </w:r>
      <w:r>
        <w:tab/>
        <w:t>Rentgenski aparati za medicinske namene</w:t>
      </w:r>
    </w:p>
    <w:p w:rsidR="004611C8" w:rsidRDefault="004611C8" w:rsidP="007A63AA">
      <w:pPr>
        <w:spacing w:after="44"/>
      </w:pPr>
      <w:r>
        <w:t>100025</w:t>
      </w:r>
      <w:r>
        <w:tab/>
        <w:t>Higienske posode</w:t>
      </w:r>
    </w:p>
    <w:p w:rsidR="004611C8" w:rsidRDefault="004611C8" w:rsidP="007A63AA">
      <w:pPr>
        <w:spacing w:after="44"/>
      </w:pPr>
      <w:r>
        <w:t>100026</w:t>
      </w:r>
      <w:r>
        <w:tab/>
        <w:t>Posode za medicinske namene</w:t>
      </w:r>
    </w:p>
    <w:p w:rsidR="004611C8" w:rsidRDefault="004611C8" w:rsidP="007A63AA">
      <w:pPr>
        <w:spacing w:after="44"/>
      </w:pPr>
      <w:r>
        <w:t>100027</w:t>
      </w:r>
      <w:r>
        <w:tab/>
        <w:t>Porodni aparati za živino</w:t>
      </w:r>
    </w:p>
    <w:p w:rsidR="004611C8" w:rsidRDefault="004611C8" w:rsidP="007A63AA">
      <w:pPr>
        <w:spacing w:after="44"/>
      </w:pPr>
      <w:r>
        <w:t>100029</w:t>
      </w:r>
      <w:r>
        <w:tab/>
        <w:t>Kirurški noži</w:t>
      </w:r>
    </w:p>
    <w:p w:rsidR="004611C8" w:rsidRDefault="004611C8" w:rsidP="007A63AA">
      <w:pPr>
        <w:spacing w:after="44"/>
      </w:pPr>
      <w:r>
        <w:t>100030</w:t>
      </w:r>
      <w:r>
        <w:tab/>
        <w:t>Skalpeli</w:t>
      </w:r>
    </w:p>
    <w:p w:rsidR="004611C8" w:rsidRDefault="004611C8" w:rsidP="007A63AA">
      <w:pPr>
        <w:spacing w:after="44"/>
      </w:pPr>
      <w:r>
        <w:t>100031</w:t>
      </w:r>
      <w:r>
        <w:tab/>
        <w:t>Škornji za medicinske namene</w:t>
      </w:r>
    </w:p>
    <w:p w:rsidR="004611C8" w:rsidRDefault="004611C8" w:rsidP="007A63AA">
      <w:pPr>
        <w:spacing w:after="44"/>
      </w:pPr>
      <w:r>
        <w:t>100033</w:t>
      </w:r>
      <w:r>
        <w:tab/>
        <w:t>Kirurške sonde</w:t>
      </w:r>
    </w:p>
    <w:p w:rsidR="004611C8" w:rsidRDefault="004611C8" w:rsidP="007A63AA">
      <w:pPr>
        <w:spacing w:after="44"/>
      </w:pPr>
      <w:r>
        <w:t>100034</w:t>
      </w:r>
      <w:r>
        <w:tab/>
        <w:t>Pljuvalniki za medicinske namene</w:t>
      </w:r>
    </w:p>
    <w:p w:rsidR="004611C8" w:rsidRDefault="004611C8" w:rsidP="007A63AA">
      <w:pPr>
        <w:spacing w:after="44"/>
      </w:pPr>
      <w:r>
        <w:t>100035</w:t>
      </w:r>
      <w:r>
        <w:tab/>
        <w:t>Catgut (kirurške niti)</w:t>
      </w:r>
    </w:p>
    <w:p w:rsidR="004611C8" w:rsidRDefault="004611C8" w:rsidP="007A63AA">
      <w:pPr>
        <w:spacing w:after="44"/>
      </w:pPr>
      <w:r>
        <w:t>100037</w:t>
      </w:r>
      <w:r>
        <w:tab/>
        <w:t>Nosila za rešilce</w:t>
      </w:r>
    </w:p>
    <w:p w:rsidR="004611C8" w:rsidRDefault="004611C8" w:rsidP="007A63AA">
      <w:pPr>
        <w:spacing w:after="44"/>
      </w:pPr>
      <w:r>
        <w:t>100040</w:t>
      </w:r>
      <w:r>
        <w:tab/>
        <w:t>Vložki za obutev</w:t>
      </w:r>
    </w:p>
    <w:p w:rsidR="004611C8" w:rsidRDefault="004611C8" w:rsidP="007A63AA">
      <w:pPr>
        <w:spacing w:after="44"/>
      </w:pPr>
      <w:r>
        <w:t>100041</w:t>
      </w:r>
      <w:r>
        <w:tab/>
        <w:t>Prisilni jopiči</w:t>
      </w:r>
    </w:p>
    <w:p w:rsidR="004611C8" w:rsidRDefault="004611C8" w:rsidP="007A63AA">
      <w:pPr>
        <w:spacing w:after="44"/>
      </w:pPr>
      <w:r>
        <w:t>100042</w:t>
      </w:r>
      <w:r>
        <w:tab/>
        <w:t>Kanile</w:t>
      </w:r>
    </w:p>
    <w:p w:rsidR="004611C8" w:rsidRDefault="004611C8" w:rsidP="007A63AA">
      <w:pPr>
        <w:spacing w:after="44"/>
      </w:pPr>
      <w:r>
        <w:t>100043</w:t>
      </w:r>
      <w:r>
        <w:tab/>
        <w:t>Rokavice za medicinske namene</w:t>
      </w:r>
    </w:p>
    <w:p w:rsidR="004611C8" w:rsidRDefault="004611C8" w:rsidP="007A63AA">
      <w:pPr>
        <w:spacing w:after="44"/>
      </w:pPr>
      <w:r>
        <w:t>100044</w:t>
      </w:r>
      <w:r>
        <w:tab/>
        <w:t>Naprave za izpiranje telesnih votlin</w:t>
      </w:r>
    </w:p>
    <w:p w:rsidR="004611C8" w:rsidRDefault="004611C8" w:rsidP="007A63AA">
      <w:pPr>
        <w:spacing w:after="44"/>
      </w:pPr>
      <w:r>
        <w:t>100045</w:t>
      </w:r>
      <w:r>
        <w:tab/>
        <w:t>Pasovi za medicinske namene</w:t>
      </w:r>
    </w:p>
    <w:p w:rsidR="004611C8" w:rsidRDefault="004611C8" w:rsidP="007A63AA">
      <w:pPr>
        <w:spacing w:after="44"/>
      </w:pPr>
      <w:r>
        <w:lastRenderedPageBreak/>
        <w:t>100046</w:t>
      </w:r>
      <w:r>
        <w:tab/>
        <w:t>Pasovi za nosečnice</w:t>
      </w:r>
    </w:p>
    <w:p w:rsidR="004611C8" w:rsidRDefault="004611C8" w:rsidP="007A63AA">
      <w:pPr>
        <w:spacing w:after="44"/>
      </w:pPr>
      <w:r>
        <w:t>100048</w:t>
      </w:r>
      <w:r>
        <w:tab/>
        <w:t>Stoli za zobozdravniške preglede</w:t>
      </w:r>
    </w:p>
    <w:p w:rsidR="004611C8" w:rsidRDefault="004611C8" w:rsidP="007A63AA">
      <w:pPr>
        <w:spacing w:after="44"/>
      </w:pPr>
      <w:r>
        <w:t>100049</w:t>
      </w:r>
      <w:r>
        <w:tab/>
        <w:t>Klešče za kastriranje</w:t>
      </w:r>
    </w:p>
    <w:p w:rsidR="004611C8" w:rsidRDefault="004611C8" w:rsidP="007A63AA">
      <w:pPr>
        <w:spacing w:after="44"/>
      </w:pPr>
      <w:r>
        <w:t>100052</w:t>
      </w:r>
      <w:r>
        <w:tab/>
        <w:t>Umetni zobje</w:t>
      </w:r>
    </w:p>
    <w:p w:rsidR="004611C8" w:rsidRDefault="004611C8" w:rsidP="007A63AA">
      <w:pPr>
        <w:spacing w:after="44"/>
      </w:pPr>
      <w:r>
        <w:t>100053</w:t>
      </w:r>
      <w:r>
        <w:tab/>
        <w:t>Kirurške gobe</w:t>
      </w:r>
    </w:p>
    <w:p w:rsidR="004611C8" w:rsidRDefault="004611C8" w:rsidP="007A63AA">
      <w:pPr>
        <w:spacing w:after="44"/>
      </w:pPr>
      <w:r>
        <w:t>100054</w:t>
      </w:r>
      <w:r>
        <w:tab/>
        <w:t>Kirurški aparati in instrumenti</w:t>
      </w:r>
    </w:p>
    <w:p w:rsidR="004611C8" w:rsidRDefault="004611C8" w:rsidP="007A63AA">
      <w:pPr>
        <w:spacing w:after="44"/>
      </w:pPr>
      <w:r>
        <w:t>100055</w:t>
      </w:r>
      <w:r>
        <w:tab/>
        <w:t>Torbe za zdravnike in kirurge</w:t>
      </w:r>
    </w:p>
    <w:p w:rsidR="004611C8" w:rsidRDefault="004611C8" w:rsidP="007A63AA">
      <w:pPr>
        <w:spacing w:after="44"/>
      </w:pPr>
      <w:r>
        <w:t>100056</w:t>
      </w:r>
      <w:r>
        <w:tab/>
        <w:t>Kirurška nit</w:t>
      </w:r>
    </w:p>
    <w:p w:rsidR="004611C8" w:rsidRDefault="004611C8" w:rsidP="007A63AA">
      <w:pPr>
        <w:spacing w:after="44"/>
      </w:pPr>
      <w:r>
        <w:t>100057</w:t>
      </w:r>
      <w:r>
        <w:tab/>
        <w:t>Anestezijski aparati</w:t>
      </w:r>
    </w:p>
    <w:p w:rsidR="004611C8" w:rsidRDefault="004611C8" w:rsidP="007A63AA">
      <w:pPr>
        <w:spacing w:after="44"/>
      </w:pPr>
      <w:r>
        <w:t>100058</w:t>
      </w:r>
      <w:r>
        <w:tab/>
        <w:t>Kirurške škarje</w:t>
      </w:r>
    </w:p>
    <w:p w:rsidR="004611C8" w:rsidRDefault="004611C8" w:rsidP="007A63AA">
      <w:pPr>
        <w:spacing w:after="44"/>
      </w:pPr>
      <w:r>
        <w:t>100059</w:t>
      </w:r>
      <w:r>
        <w:tab/>
        <w:t>Termoelektrične komprese [kirurgija]</w:t>
      </w:r>
    </w:p>
    <w:p w:rsidR="004611C8" w:rsidRDefault="004611C8" w:rsidP="007A63AA">
      <w:pPr>
        <w:spacing w:after="44"/>
      </w:pPr>
      <w:r>
        <w:t>100060</w:t>
      </w:r>
      <w:r>
        <w:tab/>
        <w:t>Kompresorji [kirurgija]</w:t>
      </w:r>
    </w:p>
    <w:p w:rsidR="004611C8" w:rsidRDefault="004611C8" w:rsidP="007A63AA">
      <w:pPr>
        <w:spacing w:after="44"/>
      </w:pPr>
      <w:r>
        <w:t>100061</w:t>
      </w:r>
      <w:r>
        <w:tab/>
        <w:t>Kapalke za medicinske namene</w:t>
      </w:r>
    </w:p>
    <w:p w:rsidR="004611C8" w:rsidRDefault="004611C8" w:rsidP="007A63AA">
      <w:pPr>
        <w:spacing w:after="44"/>
      </w:pPr>
      <w:r>
        <w:t>100062</w:t>
      </w:r>
      <w:r>
        <w:tab/>
        <w:t>Noži za odstranjevanje kurjih očes</w:t>
      </w:r>
    </w:p>
    <w:p w:rsidR="004611C8" w:rsidRDefault="004611C8" w:rsidP="007A63AA">
      <w:pPr>
        <w:spacing w:after="44"/>
      </w:pPr>
      <w:r>
        <w:t>100063</w:t>
      </w:r>
      <w:r>
        <w:tab/>
        <w:t>Masažni aparati za estetske učinke</w:t>
      </w:r>
    </w:p>
    <w:p w:rsidR="004611C8" w:rsidRDefault="004611C8" w:rsidP="007A63AA">
      <w:pPr>
        <w:spacing w:after="44"/>
      </w:pPr>
      <w:r>
        <w:t>100064</w:t>
      </w:r>
      <w:r>
        <w:tab/>
        <w:t>Blazine za medicinske namene</w:t>
      </w:r>
    </w:p>
    <w:p w:rsidR="004611C8" w:rsidRDefault="004611C8" w:rsidP="007A63AA">
      <w:pPr>
        <w:spacing w:after="44"/>
      </w:pPr>
      <w:r>
        <w:t>100065</w:t>
      </w:r>
      <w:r>
        <w:tab/>
        <w:t>Kirurški pribor</w:t>
      </w:r>
    </w:p>
    <w:p w:rsidR="004611C8" w:rsidRDefault="004611C8" w:rsidP="007A63AA">
      <w:pPr>
        <w:spacing w:after="44"/>
      </w:pPr>
      <w:r>
        <w:t>100067</w:t>
      </w:r>
      <w:r>
        <w:tab/>
        <w:t>Inkubatorji za medicinske namene</w:t>
      </w:r>
    </w:p>
    <w:p w:rsidR="004611C8" w:rsidRDefault="004611C8" w:rsidP="007A63AA">
      <w:pPr>
        <w:spacing w:after="44"/>
      </w:pPr>
      <w:r>
        <w:t>100069</w:t>
      </w:r>
      <w:r>
        <w:tab/>
        <w:t>Žlice za dajanje zdravil</w:t>
      </w:r>
    </w:p>
    <w:p w:rsidR="004611C8" w:rsidRDefault="004611C8" w:rsidP="007A63AA">
      <w:pPr>
        <w:spacing w:after="44"/>
      </w:pPr>
      <w:r>
        <w:t>100071</w:t>
      </w:r>
      <w:r>
        <w:tab/>
        <w:t>Palčke za čiščenje ušes</w:t>
      </w:r>
    </w:p>
    <w:p w:rsidR="004611C8" w:rsidRDefault="004611C8" w:rsidP="007A63AA">
      <w:pPr>
        <w:spacing w:after="44"/>
      </w:pPr>
      <w:r>
        <w:t>100072</w:t>
      </w:r>
      <w:r>
        <w:tab/>
        <w:t>Rezkala za uporabo v zobozdravstvu</w:t>
      </w:r>
    </w:p>
    <w:p w:rsidR="004611C8" w:rsidRDefault="004611C8" w:rsidP="007A63AA">
      <w:pPr>
        <w:spacing w:after="44"/>
      </w:pPr>
      <w:r>
        <w:t>100073</w:t>
      </w:r>
      <w:r>
        <w:tab/>
        <w:t>Zobozdravstveni aparati in instrumenti</w:t>
      </w:r>
    </w:p>
    <w:p w:rsidR="004611C8" w:rsidRDefault="004611C8" w:rsidP="007A63AA">
      <w:pPr>
        <w:spacing w:after="44"/>
      </w:pPr>
      <w:r>
        <w:t>100074</w:t>
      </w:r>
      <w:r>
        <w:tab/>
        <w:t>Nosilci za umetne zobe</w:t>
      </w:r>
    </w:p>
    <w:p w:rsidR="004611C8" w:rsidRDefault="004611C8" w:rsidP="007A63AA">
      <w:pPr>
        <w:spacing w:after="44"/>
      </w:pPr>
      <w:r>
        <w:t>100077</w:t>
      </w:r>
      <w:r>
        <w:tab/>
        <w:t>Lancete</w:t>
      </w:r>
    </w:p>
    <w:p w:rsidR="004611C8" w:rsidRDefault="004611C8" w:rsidP="007A63AA">
      <w:pPr>
        <w:spacing w:after="44"/>
      </w:pPr>
      <w:r>
        <w:t>100078</w:t>
      </w:r>
      <w:r>
        <w:tab/>
        <w:t>Zobozdravniška ogledala</w:t>
      </w:r>
    </w:p>
    <w:p w:rsidR="004611C8" w:rsidRDefault="004611C8" w:rsidP="007A63AA">
      <w:pPr>
        <w:spacing w:after="44"/>
      </w:pPr>
      <w:r>
        <w:t>100080</w:t>
      </w:r>
      <w:r>
        <w:tab/>
        <w:t>Injekcijske brizgalke</w:t>
      </w:r>
    </w:p>
    <w:p w:rsidR="004611C8" w:rsidRDefault="004611C8" w:rsidP="007A63AA">
      <w:pPr>
        <w:spacing w:after="44"/>
      </w:pPr>
      <w:r>
        <w:t>100081</w:t>
      </w:r>
      <w:r>
        <w:tab/>
        <w:t>Drenažne cevke za medicinske namene</w:t>
      </w:r>
    </w:p>
    <w:p w:rsidR="004611C8" w:rsidRDefault="004611C8" w:rsidP="007A63AA">
      <w:pPr>
        <w:spacing w:after="44"/>
      </w:pPr>
      <w:r>
        <w:t>100082</w:t>
      </w:r>
      <w:r>
        <w:tab/>
        <w:t>Vrečke za vodo za medicinske namene</w:t>
      </w:r>
    </w:p>
    <w:p w:rsidR="004611C8" w:rsidRDefault="004611C8" w:rsidP="007A63AA">
      <w:pPr>
        <w:spacing w:after="44"/>
      </w:pPr>
      <w:r>
        <w:t>100083</w:t>
      </w:r>
      <w:r>
        <w:tab/>
        <w:t>Radiološki zasloni za medicinske namene</w:t>
      </w:r>
    </w:p>
    <w:p w:rsidR="004611C8" w:rsidRDefault="004611C8" w:rsidP="007A63AA">
      <w:pPr>
        <w:spacing w:after="44"/>
      </w:pPr>
      <w:r>
        <w:t>100084</w:t>
      </w:r>
      <w:r>
        <w:tab/>
        <w:t>Elektrokardiografi</w:t>
      </w:r>
    </w:p>
    <w:p w:rsidR="004611C8" w:rsidRDefault="004611C8" w:rsidP="007A63AA">
      <w:pPr>
        <w:spacing w:after="44"/>
      </w:pPr>
      <w:r>
        <w:t>100085</w:t>
      </w:r>
      <w:r>
        <w:tab/>
        <w:t>Sonde za medicinske namene</w:t>
      </w:r>
    </w:p>
    <w:p w:rsidR="004611C8" w:rsidRDefault="004611C8" w:rsidP="007A63AA">
      <w:pPr>
        <w:spacing w:after="44"/>
      </w:pPr>
      <w:r>
        <w:t>100086</w:t>
      </w:r>
      <w:r>
        <w:tab/>
        <w:t>Črpalke za medicinske namene</w:t>
      </w:r>
    </w:p>
    <w:p w:rsidR="004611C8" w:rsidRDefault="004611C8" w:rsidP="007A63AA">
      <w:pPr>
        <w:spacing w:after="44"/>
      </w:pPr>
      <w:r>
        <w:t>100087</w:t>
      </w:r>
      <w:r>
        <w:tab/>
        <w:t>Aparati za analizo krvi</w:t>
      </w:r>
    </w:p>
    <w:p w:rsidR="004611C8" w:rsidRDefault="004611C8" w:rsidP="007A63AA">
      <w:pPr>
        <w:spacing w:after="44"/>
      </w:pPr>
      <w:r>
        <w:t>100088</w:t>
      </w:r>
      <w:r>
        <w:tab/>
        <w:t>Stoli za medicinsko ali zobozdravstveno uporabo</w:t>
      </w:r>
    </w:p>
    <w:p w:rsidR="004611C8" w:rsidRDefault="004611C8" w:rsidP="007A63AA">
      <w:pPr>
        <w:spacing w:after="44"/>
      </w:pPr>
      <w:r>
        <w:t>100089</w:t>
      </w:r>
      <w:r>
        <w:tab/>
        <w:t>Stekleničke s kapalko za medicinske namene</w:t>
      </w:r>
    </w:p>
    <w:p w:rsidR="004611C8" w:rsidRDefault="004611C8" w:rsidP="007A63AA">
      <w:pPr>
        <w:spacing w:after="44"/>
      </w:pPr>
      <w:r>
        <w:t>100090</w:t>
      </w:r>
      <w:r>
        <w:tab/>
        <w:t>Porodne klešče</w:t>
      </w:r>
    </w:p>
    <w:p w:rsidR="004611C8" w:rsidRDefault="004611C8" w:rsidP="007A63AA">
      <w:pPr>
        <w:spacing w:after="44"/>
      </w:pPr>
      <w:r>
        <w:t>100091</w:t>
      </w:r>
      <w:r>
        <w:tab/>
        <w:t>Terapevtske naprave z galvanskim tokom</w:t>
      </w:r>
    </w:p>
    <w:p w:rsidR="004611C8" w:rsidRDefault="004611C8" w:rsidP="007A63AA">
      <w:pPr>
        <w:spacing w:after="44"/>
      </w:pPr>
      <w:r>
        <w:t>100092</w:t>
      </w:r>
      <w:r>
        <w:tab/>
        <w:t>Rokavice za masažo</w:t>
      </w:r>
    </w:p>
    <w:p w:rsidR="004611C8" w:rsidRDefault="004611C8" w:rsidP="007A63AA">
      <w:pPr>
        <w:spacing w:after="44"/>
      </w:pPr>
      <w:r>
        <w:t>100093</w:t>
      </w:r>
      <w:r>
        <w:tab/>
        <w:t>Gastroskopi</w:t>
      </w:r>
    </w:p>
    <w:p w:rsidR="004611C8" w:rsidRDefault="004611C8" w:rsidP="007A63AA">
      <w:pPr>
        <w:spacing w:after="44"/>
      </w:pPr>
      <w:r>
        <w:t>100094</w:t>
      </w:r>
      <w:r>
        <w:tab/>
        <w:t>Vrečke za ledom za medicinske namene</w:t>
      </w:r>
    </w:p>
    <w:p w:rsidR="004611C8" w:rsidRDefault="004611C8" w:rsidP="007A63AA">
      <w:pPr>
        <w:spacing w:after="44"/>
      </w:pPr>
      <w:r>
        <w:t>100096</w:t>
      </w:r>
      <w:r>
        <w:tab/>
        <w:t>Hidrostatične postelje za medicinske namene</w:t>
      </w:r>
    </w:p>
    <w:p w:rsidR="004611C8" w:rsidRDefault="004611C8" w:rsidP="007A63AA">
      <w:pPr>
        <w:spacing w:after="44"/>
      </w:pPr>
      <w:r>
        <w:t>100097</w:t>
      </w:r>
      <w:r>
        <w:tab/>
        <w:t>Brizgalke</w:t>
      </w:r>
    </w:p>
    <w:p w:rsidR="004611C8" w:rsidRDefault="004611C8" w:rsidP="007A63AA">
      <w:pPr>
        <w:spacing w:after="44"/>
      </w:pPr>
      <w:r>
        <w:t>100098</w:t>
      </w:r>
      <w:r>
        <w:tab/>
        <w:t>Trebušne komprese</w:t>
      </w:r>
    </w:p>
    <w:p w:rsidR="004611C8" w:rsidRDefault="004611C8" w:rsidP="007A63AA">
      <w:pPr>
        <w:spacing w:after="44"/>
      </w:pPr>
      <w:r>
        <w:t>100099</w:t>
      </w:r>
      <w:r>
        <w:tab/>
        <w:t>Inhalatorji</w:t>
      </w:r>
    </w:p>
    <w:p w:rsidR="004611C8" w:rsidRDefault="004611C8" w:rsidP="007A63AA">
      <w:pPr>
        <w:spacing w:after="44"/>
      </w:pPr>
      <w:r>
        <w:t>100100</w:t>
      </w:r>
      <w:r>
        <w:tab/>
        <w:t>Injektorji za medicinsko uporabo</w:t>
      </w:r>
    </w:p>
    <w:p w:rsidR="004611C8" w:rsidRDefault="004611C8" w:rsidP="007A63AA">
      <w:pPr>
        <w:spacing w:after="44"/>
      </w:pPr>
      <w:r>
        <w:t>100101</w:t>
      </w:r>
      <w:r>
        <w:tab/>
        <w:t>Uspavalne blazine za nespečnost</w:t>
      </w:r>
    </w:p>
    <w:p w:rsidR="004611C8" w:rsidRDefault="004611C8" w:rsidP="007A63AA">
      <w:pPr>
        <w:spacing w:after="44"/>
      </w:pPr>
      <w:r>
        <w:t>100102</w:t>
      </w:r>
      <w:r>
        <w:tab/>
        <w:t>Urološki aparati in instrumenti</w:t>
      </w:r>
    </w:p>
    <w:p w:rsidR="004611C8" w:rsidRDefault="004611C8" w:rsidP="007A63AA">
      <w:pPr>
        <w:spacing w:after="44"/>
      </w:pPr>
      <w:r>
        <w:t>100103</w:t>
      </w:r>
      <w:r>
        <w:tab/>
        <w:t>Insuflatorji</w:t>
      </w:r>
    </w:p>
    <w:p w:rsidR="004611C8" w:rsidRDefault="004611C8" w:rsidP="007A63AA">
      <w:pPr>
        <w:spacing w:after="44"/>
      </w:pPr>
      <w:r>
        <w:t>100104</w:t>
      </w:r>
      <w:r>
        <w:tab/>
        <w:t>Klistirni aparati za medicinske namene</w:t>
      </w:r>
    </w:p>
    <w:p w:rsidR="004611C8" w:rsidRDefault="004611C8" w:rsidP="007A63AA">
      <w:pPr>
        <w:spacing w:after="44"/>
      </w:pPr>
      <w:r>
        <w:t>100105</w:t>
      </w:r>
      <w:r>
        <w:tab/>
        <w:t>Ultravijolične svetilke za medicinske namene</w:t>
      </w:r>
    </w:p>
    <w:p w:rsidR="004611C8" w:rsidRDefault="004611C8" w:rsidP="007A63AA">
      <w:pPr>
        <w:spacing w:after="44"/>
      </w:pPr>
      <w:r>
        <w:t>100106</w:t>
      </w:r>
      <w:r>
        <w:tab/>
        <w:t>Laserji za medicinsko uporabo</w:t>
      </w:r>
    </w:p>
    <w:p w:rsidR="004611C8" w:rsidRDefault="004611C8" w:rsidP="007A63AA">
      <w:pPr>
        <w:spacing w:after="44"/>
      </w:pPr>
      <w:r>
        <w:t>100107</w:t>
      </w:r>
      <w:r>
        <w:tab/>
        <w:t>Prsne črpalke</w:t>
      </w:r>
    </w:p>
    <w:p w:rsidR="004611C8" w:rsidRDefault="004611C8" w:rsidP="007A63AA">
      <w:pPr>
        <w:spacing w:after="44"/>
      </w:pPr>
      <w:r>
        <w:t>100108</w:t>
      </w:r>
      <w:r>
        <w:tab/>
        <w:t>Svetilke za medicinske namene</w:t>
      </w:r>
    </w:p>
    <w:p w:rsidR="004611C8" w:rsidRDefault="004611C8" w:rsidP="007A63AA">
      <w:pPr>
        <w:spacing w:after="44"/>
      </w:pPr>
      <w:r>
        <w:t>100109</w:t>
      </w:r>
      <w:r>
        <w:tab/>
        <w:t>Razpršilniki za medicinske namene</w:t>
      </w:r>
    </w:p>
    <w:p w:rsidR="004611C8" w:rsidRPr="003834FA" w:rsidRDefault="004611C8" w:rsidP="007A63AA">
      <w:pPr>
        <w:spacing w:after="44"/>
        <w:rPr>
          <w:lang w:val="fr-FR"/>
        </w:rPr>
      </w:pPr>
      <w:r>
        <w:t>100110</w:t>
      </w:r>
      <w:r>
        <w:tab/>
      </w:r>
      <w:r w:rsidRPr="003834FA">
        <w:rPr>
          <w:lang w:val="fr-FR"/>
        </w:rPr>
        <w:t>Urinali [posebne posode za urin]</w:t>
      </w:r>
    </w:p>
    <w:p w:rsidR="004611C8" w:rsidRDefault="004611C8" w:rsidP="007A63AA">
      <w:pPr>
        <w:spacing w:after="44"/>
      </w:pPr>
      <w:r>
        <w:t>100111</w:t>
      </w:r>
      <w:r>
        <w:tab/>
        <w:t>Umetne čeljusti</w:t>
      </w:r>
    </w:p>
    <w:p w:rsidR="004611C8" w:rsidRDefault="004611C8" w:rsidP="007A63AA">
      <w:pPr>
        <w:spacing w:after="44"/>
      </w:pPr>
      <w:r>
        <w:t>100112</w:t>
      </w:r>
      <w:r>
        <w:tab/>
        <w:t>Anestezijske maske</w:t>
      </w:r>
    </w:p>
    <w:p w:rsidR="004611C8" w:rsidRDefault="004611C8" w:rsidP="007A63AA">
      <w:pPr>
        <w:spacing w:after="44"/>
      </w:pPr>
      <w:r>
        <w:t>100113</w:t>
      </w:r>
      <w:r>
        <w:tab/>
        <w:t>Masažne naprave</w:t>
      </w:r>
    </w:p>
    <w:p w:rsidR="004611C8" w:rsidRDefault="004611C8" w:rsidP="007A63AA">
      <w:pPr>
        <w:spacing w:after="44"/>
      </w:pPr>
      <w:r>
        <w:t>100114</w:t>
      </w:r>
      <w:r>
        <w:tab/>
        <w:t>Medicinski aparati in instrumenti</w:t>
      </w:r>
    </w:p>
    <w:p w:rsidR="004611C8" w:rsidRDefault="004611C8" w:rsidP="007A63AA">
      <w:pPr>
        <w:spacing w:after="44"/>
      </w:pPr>
      <w:r>
        <w:t>100115</w:t>
      </w:r>
      <w:r>
        <w:tab/>
        <w:t>Posodice za dajanje zdravil</w:t>
      </w:r>
    </w:p>
    <w:p w:rsidR="004611C8" w:rsidRDefault="004611C8" w:rsidP="007A63AA">
      <w:pPr>
        <w:spacing w:after="44"/>
      </w:pPr>
      <w:r>
        <w:t>100116</w:t>
      </w:r>
      <w:r>
        <w:tab/>
        <w:t>Kovčki, prirejeni za medicinske inštrumente</w:t>
      </w:r>
    </w:p>
    <w:p w:rsidR="004611C8" w:rsidRDefault="004611C8" w:rsidP="007A63AA">
      <w:pPr>
        <w:spacing w:after="44"/>
      </w:pPr>
      <w:r>
        <w:t>100117</w:t>
      </w:r>
      <w:r>
        <w:tab/>
        <w:t>Proteze (umetni udje)</w:t>
      </w:r>
    </w:p>
    <w:p w:rsidR="004611C8" w:rsidRDefault="004611C8" w:rsidP="007A63AA">
      <w:pPr>
        <w:spacing w:after="44"/>
      </w:pPr>
      <w:r>
        <w:t>100118</w:t>
      </w:r>
      <w:r>
        <w:tab/>
        <w:t>Kirurška ogledala</w:t>
      </w:r>
    </w:p>
    <w:p w:rsidR="004611C8" w:rsidRDefault="004611C8" w:rsidP="007A63AA">
      <w:pPr>
        <w:spacing w:after="44"/>
      </w:pPr>
      <w:r>
        <w:t>100119</w:t>
      </w:r>
      <w:r>
        <w:tab/>
        <w:t>Posebej izdelano pohištvo za medicinske namene</w:t>
      </w:r>
    </w:p>
    <w:p w:rsidR="004611C8" w:rsidRDefault="004611C8" w:rsidP="007A63AA">
      <w:pPr>
        <w:spacing w:after="44"/>
      </w:pPr>
      <w:r>
        <w:t>100120</w:t>
      </w:r>
      <w:r>
        <w:tab/>
        <w:t>Porodni aparati</w:t>
      </w:r>
    </w:p>
    <w:p w:rsidR="004611C8" w:rsidRDefault="004611C8" w:rsidP="007A63AA">
      <w:pPr>
        <w:spacing w:after="44"/>
      </w:pPr>
      <w:r>
        <w:t>100121</w:t>
      </w:r>
      <w:r>
        <w:tab/>
        <w:t>Popkovni pasovi</w:t>
      </w:r>
    </w:p>
    <w:p w:rsidR="004611C8" w:rsidRDefault="004611C8" w:rsidP="007A63AA">
      <w:pPr>
        <w:spacing w:after="44"/>
      </w:pPr>
      <w:r>
        <w:t>100123</w:t>
      </w:r>
      <w:r>
        <w:tab/>
        <w:t>Oftalmoskopi</w:t>
      </w:r>
    </w:p>
    <w:p w:rsidR="004611C8" w:rsidRDefault="004611C8" w:rsidP="007A63AA">
      <w:pPr>
        <w:spacing w:after="44"/>
      </w:pPr>
      <w:r>
        <w:t>100124</w:t>
      </w:r>
      <w:r>
        <w:tab/>
        <w:t>Naprave za zaščito sluha</w:t>
      </w:r>
    </w:p>
    <w:p w:rsidR="004611C8" w:rsidRDefault="004611C8" w:rsidP="007A63AA">
      <w:pPr>
        <w:spacing w:after="44"/>
      </w:pPr>
      <w:r>
        <w:t>100125</w:t>
      </w:r>
      <w:r>
        <w:tab/>
        <w:t>Umetna koža za kirurške namene</w:t>
      </w:r>
    </w:p>
    <w:p w:rsidR="004611C8" w:rsidRDefault="004611C8" w:rsidP="007A63AA">
      <w:pPr>
        <w:spacing w:after="44"/>
      </w:pPr>
      <w:r>
        <w:t>100126</w:t>
      </w:r>
      <w:r>
        <w:tab/>
        <w:t>Konice za bergle</w:t>
      </w:r>
    </w:p>
    <w:p w:rsidR="004611C8" w:rsidRDefault="004611C8" w:rsidP="007A63AA">
      <w:pPr>
        <w:spacing w:after="44"/>
      </w:pPr>
      <w:r>
        <w:t>100128</w:t>
      </w:r>
      <w:r>
        <w:tab/>
        <w:t>Kondomi</w:t>
      </w:r>
    </w:p>
    <w:p w:rsidR="004611C8" w:rsidRDefault="004611C8" w:rsidP="007A63AA">
      <w:pPr>
        <w:spacing w:after="44"/>
      </w:pPr>
      <w:r>
        <w:t>100130</w:t>
      </w:r>
      <w:r>
        <w:tab/>
        <w:t>Kremenčeva svetilka za medicinske namene</w:t>
      </w:r>
    </w:p>
    <w:p w:rsidR="004611C8" w:rsidRDefault="004611C8" w:rsidP="007A63AA">
      <w:pPr>
        <w:spacing w:after="44"/>
      </w:pPr>
      <w:r>
        <w:t>100131</w:t>
      </w:r>
      <w:r>
        <w:tab/>
        <w:t>Aparati in inštalacije za proizvodnjo rentgenskih žarkov za medicinske namene</w:t>
      </w:r>
    </w:p>
    <w:p w:rsidR="004611C8" w:rsidRDefault="004611C8" w:rsidP="007A63AA">
      <w:pPr>
        <w:spacing w:after="44"/>
      </w:pPr>
      <w:r>
        <w:t>100132</w:t>
      </w:r>
      <w:r>
        <w:tab/>
        <w:t>Rentgenske naprave za medicinske namene</w:t>
      </w:r>
    </w:p>
    <w:p w:rsidR="004611C8" w:rsidRDefault="004611C8" w:rsidP="007A63AA">
      <w:pPr>
        <w:spacing w:after="44"/>
      </w:pPr>
      <w:r>
        <w:t>100133</w:t>
      </w:r>
      <w:r>
        <w:tab/>
        <w:t>Radiološke naprave za medicinsko uporabo</w:t>
      </w:r>
    </w:p>
    <w:p w:rsidR="004611C8" w:rsidRDefault="004611C8" w:rsidP="007A63AA">
      <w:pPr>
        <w:spacing w:after="44"/>
      </w:pPr>
      <w:r>
        <w:t>100134</w:t>
      </w:r>
      <w:r>
        <w:tab/>
        <w:t>Aparati za radioterapijo</w:t>
      </w:r>
    </w:p>
    <w:p w:rsidR="004611C8" w:rsidRDefault="004611C8" w:rsidP="007A63AA">
      <w:pPr>
        <w:spacing w:after="44"/>
      </w:pPr>
      <w:r>
        <w:t>100135</w:t>
      </w:r>
      <w:r>
        <w:tab/>
        <w:t>Aparati za oživljanje</w:t>
      </w:r>
    </w:p>
    <w:p w:rsidR="004611C8" w:rsidRDefault="004611C8" w:rsidP="007A63AA">
      <w:pPr>
        <w:spacing w:after="44"/>
      </w:pPr>
      <w:r>
        <w:t>100136</w:t>
      </w:r>
      <w:r>
        <w:tab/>
        <w:t>Rentgenske cevi za medicinsko uporabo</w:t>
      </w:r>
    </w:p>
    <w:p w:rsidR="004611C8" w:rsidRDefault="004611C8" w:rsidP="007A63AA">
      <w:pPr>
        <w:spacing w:after="44"/>
      </w:pPr>
      <w:r>
        <w:t>100137</w:t>
      </w:r>
      <w:r>
        <w:tab/>
        <w:t>Zaščitne naprave pred rentgenskimi žarki, za medicinske namene</w:t>
      </w:r>
    </w:p>
    <w:p w:rsidR="004611C8" w:rsidRDefault="004611C8" w:rsidP="007A63AA">
      <w:pPr>
        <w:spacing w:after="44"/>
      </w:pPr>
      <w:r>
        <w:t>100138</w:t>
      </w:r>
      <w:r>
        <w:tab/>
        <w:t>Respiratorji za umetno dihanje</w:t>
      </w:r>
    </w:p>
    <w:p w:rsidR="004611C8" w:rsidRDefault="004611C8" w:rsidP="007A63AA">
      <w:pPr>
        <w:spacing w:after="44"/>
      </w:pPr>
      <w:r>
        <w:t>100139</w:t>
      </w:r>
      <w:r>
        <w:tab/>
        <w:t>Aparati za umetno dihanje</w:t>
      </w:r>
    </w:p>
    <w:p w:rsidR="004611C8" w:rsidRDefault="004611C8" w:rsidP="007A63AA">
      <w:pPr>
        <w:spacing w:after="44"/>
      </w:pPr>
      <w:r>
        <w:t>100140</w:t>
      </w:r>
      <w:r>
        <w:tab/>
        <w:t>Žage za kirurške namene</w:t>
      </w:r>
    </w:p>
    <w:p w:rsidR="004611C8" w:rsidRDefault="004611C8" w:rsidP="007A63AA">
      <w:pPr>
        <w:spacing w:after="44"/>
      </w:pPr>
      <w:r>
        <w:t>100141</w:t>
      </w:r>
      <w:r>
        <w:tab/>
        <w:t>Umetne dojke</w:t>
      </w:r>
    </w:p>
    <w:p w:rsidR="004611C8" w:rsidRDefault="004611C8" w:rsidP="007A63AA">
      <w:pPr>
        <w:spacing w:after="44"/>
      </w:pPr>
      <w:r>
        <w:t>100142</w:t>
      </w:r>
      <w:r>
        <w:tab/>
        <w:t>Brizgalke za maternico</w:t>
      </w:r>
    </w:p>
    <w:p w:rsidR="004611C8" w:rsidRDefault="004611C8" w:rsidP="007A63AA">
      <w:pPr>
        <w:spacing w:after="44"/>
      </w:pPr>
      <w:r>
        <w:t>100143</w:t>
      </w:r>
      <w:r>
        <w:tab/>
        <w:t>Vaginalne brizgalke</w:t>
      </w:r>
    </w:p>
    <w:p w:rsidR="004611C8" w:rsidRDefault="004611C8" w:rsidP="007A63AA">
      <w:pPr>
        <w:spacing w:after="44"/>
      </w:pPr>
      <w:r>
        <w:t>100144</w:t>
      </w:r>
      <w:r>
        <w:tab/>
        <w:t>Stetoskopi</w:t>
      </w:r>
    </w:p>
    <w:p w:rsidR="004611C8" w:rsidRDefault="004611C8" w:rsidP="007A63AA">
      <w:pPr>
        <w:spacing w:after="44"/>
      </w:pPr>
      <w:r>
        <w:t>100146</w:t>
      </w:r>
      <w:r>
        <w:tab/>
        <w:t>Opore za ploska stopala</w:t>
      </w:r>
    </w:p>
    <w:p w:rsidR="004611C8" w:rsidRDefault="004611C8" w:rsidP="007A63AA">
      <w:pPr>
        <w:spacing w:after="44"/>
      </w:pPr>
      <w:r>
        <w:t>100147</w:t>
      </w:r>
      <w:r>
        <w:tab/>
        <w:t>Aparati za zdravljenje naglušnosti</w:t>
      </w:r>
    </w:p>
    <w:p w:rsidR="004611C8" w:rsidRDefault="004611C8" w:rsidP="007A63AA">
      <w:pPr>
        <w:spacing w:after="44"/>
      </w:pPr>
      <w:r>
        <w:t>100148</w:t>
      </w:r>
      <w:r>
        <w:tab/>
        <w:t>Suspezoriji (obveze)</w:t>
      </w:r>
    </w:p>
    <w:p w:rsidR="004611C8" w:rsidRDefault="004611C8" w:rsidP="007A63AA">
      <w:pPr>
        <w:spacing w:after="44"/>
      </w:pPr>
      <w:r>
        <w:t>100149</w:t>
      </w:r>
      <w:r>
        <w:tab/>
        <w:t>Material za šivanje</w:t>
      </w:r>
    </w:p>
    <w:p w:rsidR="004611C8" w:rsidRDefault="004611C8" w:rsidP="007A63AA">
      <w:pPr>
        <w:spacing w:after="44"/>
      </w:pPr>
      <w:r>
        <w:t>100150</w:t>
      </w:r>
      <w:r>
        <w:tab/>
        <w:t>Operacijske mize</w:t>
      </w:r>
    </w:p>
    <w:p w:rsidR="004611C8" w:rsidRDefault="004611C8" w:rsidP="007A63AA">
      <w:pPr>
        <w:spacing w:after="44"/>
      </w:pPr>
      <w:r>
        <w:t>100151</w:t>
      </w:r>
      <w:r>
        <w:tab/>
        <w:t>Trokarji</w:t>
      </w:r>
    </w:p>
    <w:p w:rsidR="004611C8" w:rsidRDefault="004611C8" w:rsidP="007A63AA">
      <w:pPr>
        <w:spacing w:after="44"/>
      </w:pPr>
      <w:r>
        <w:t>100153</w:t>
      </w:r>
      <w:r>
        <w:tab/>
        <w:t>Sonde za sečnico</w:t>
      </w:r>
    </w:p>
    <w:p w:rsidR="004611C8" w:rsidRDefault="004611C8" w:rsidP="007A63AA">
      <w:pPr>
        <w:spacing w:after="44"/>
      </w:pPr>
      <w:r>
        <w:t>100154</w:t>
      </w:r>
      <w:r>
        <w:tab/>
        <w:t>Brizgalke za sečnico</w:t>
      </w:r>
    </w:p>
    <w:p w:rsidR="004611C8" w:rsidRDefault="004611C8" w:rsidP="007A63AA">
      <w:pPr>
        <w:spacing w:after="44"/>
      </w:pPr>
      <w:r>
        <w:t>100155</w:t>
      </w:r>
      <w:r>
        <w:tab/>
        <w:t>Rožiči za puščanje krvi</w:t>
      </w:r>
    </w:p>
    <w:p w:rsidR="004611C8" w:rsidRDefault="004611C8" w:rsidP="007A63AA">
      <w:pPr>
        <w:spacing w:after="44"/>
      </w:pPr>
      <w:r>
        <w:t>100156</w:t>
      </w:r>
      <w:r>
        <w:tab/>
        <w:t>Veterinarski aparati in instrumenti</w:t>
      </w:r>
    </w:p>
    <w:p w:rsidR="004611C8" w:rsidRDefault="004611C8" w:rsidP="007A63AA">
      <w:pPr>
        <w:spacing w:after="44"/>
      </w:pPr>
      <w:r>
        <w:t>100157</w:t>
      </w:r>
      <w:r>
        <w:tab/>
        <w:t>Posteljni vibratorji</w:t>
      </w:r>
    </w:p>
    <w:p w:rsidR="004611C8" w:rsidRDefault="004611C8" w:rsidP="007A63AA">
      <w:pPr>
        <w:spacing w:after="44"/>
      </w:pPr>
      <w:r>
        <w:t>100158</w:t>
      </w:r>
      <w:r>
        <w:tab/>
        <w:t>Vibromasažni aparati</w:t>
      </w:r>
    </w:p>
    <w:p w:rsidR="004611C8" w:rsidRDefault="004611C8" w:rsidP="007A63AA">
      <w:pPr>
        <w:spacing w:after="44"/>
      </w:pPr>
      <w:r>
        <w:t>100159</w:t>
      </w:r>
      <w:r>
        <w:tab/>
        <w:t>Očesne proteze</w:t>
      </w:r>
    </w:p>
    <w:p w:rsidR="004611C8" w:rsidRDefault="004611C8" w:rsidP="007A63AA">
      <w:pPr>
        <w:spacing w:after="44"/>
      </w:pPr>
      <w:r>
        <w:t>100161</w:t>
      </w:r>
      <w:r>
        <w:tab/>
        <w:t>Medicinske zračne blazine</w:t>
      </w:r>
    </w:p>
    <w:p w:rsidR="004611C8" w:rsidRDefault="004611C8" w:rsidP="007A63AA">
      <w:pPr>
        <w:spacing w:after="44"/>
      </w:pPr>
      <w:r>
        <w:lastRenderedPageBreak/>
        <w:t>100162</w:t>
      </w:r>
      <w:r>
        <w:tab/>
        <w:t>Zračne blazine za medicinske namene</w:t>
      </w:r>
    </w:p>
    <w:p w:rsidR="004611C8" w:rsidRDefault="004611C8" w:rsidP="007A63AA">
      <w:pPr>
        <w:spacing w:after="44"/>
      </w:pPr>
      <w:r>
        <w:t>100163</w:t>
      </w:r>
      <w:r>
        <w:tab/>
        <w:t>Zračne vzmetnice medicinske namene</w:t>
      </w:r>
    </w:p>
    <w:p w:rsidR="004611C8" w:rsidRDefault="004611C8" w:rsidP="007A63AA">
      <w:pPr>
        <w:spacing w:after="44"/>
      </w:pPr>
      <w:r>
        <w:t>100164</w:t>
      </w:r>
      <w:r>
        <w:tab/>
        <w:t>Brizgalke za uporabo v medicini</w:t>
      </w:r>
    </w:p>
    <w:p w:rsidR="004611C8" w:rsidRDefault="004611C8" w:rsidP="007A63AA">
      <w:pPr>
        <w:spacing w:after="44"/>
      </w:pPr>
      <w:r>
        <w:t>100165</w:t>
      </w:r>
      <w:r>
        <w:tab/>
        <w:t>Elastične nogavice za kirurške namene</w:t>
      </w:r>
    </w:p>
    <w:p w:rsidR="004611C8" w:rsidRDefault="004611C8" w:rsidP="007A63AA">
      <w:pPr>
        <w:spacing w:after="44"/>
      </w:pPr>
      <w:r>
        <w:t>100166</w:t>
      </w:r>
      <w:r>
        <w:tab/>
        <w:t>Nogavice za krčne žile</w:t>
      </w:r>
    </w:p>
    <w:p w:rsidR="004611C8" w:rsidRDefault="004611C8" w:rsidP="007A63AA">
      <w:pPr>
        <w:spacing w:after="44"/>
      </w:pPr>
      <w:r>
        <w:t>100168</w:t>
      </w:r>
      <w:r>
        <w:tab/>
        <w:t>Bergle</w:t>
      </w:r>
    </w:p>
    <w:p w:rsidR="004611C8" w:rsidRPr="003834FA" w:rsidRDefault="004611C8" w:rsidP="007A63AA">
      <w:pPr>
        <w:spacing w:after="44"/>
        <w:rPr>
          <w:lang w:val="fr-FR"/>
        </w:rPr>
      </w:pPr>
      <w:r>
        <w:t>100169</w:t>
      </w:r>
      <w:r>
        <w:tab/>
      </w:r>
      <w:r w:rsidRPr="003834FA">
        <w:rPr>
          <w:lang w:val="fr-FR"/>
        </w:rPr>
        <w:t>Ventili za stekleničke za hranjenje</w:t>
      </w:r>
    </w:p>
    <w:p w:rsidR="004611C8" w:rsidRDefault="004611C8" w:rsidP="007A63AA">
      <w:pPr>
        <w:spacing w:after="44"/>
      </w:pPr>
      <w:r>
        <w:t>100170</w:t>
      </w:r>
      <w:r>
        <w:tab/>
        <w:t>Cuclji za stekleničke za hranjenje dojenčkov</w:t>
      </w:r>
    </w:p>
    <w:p w:rsidR="004611C8" w:rsidRDefault="004611C8" w:rsidP="007A63AA">
      <w:pPr>
        <w:spacing w:after="44"/>
      </w:pPr>
      <w:r>
        <w:t>100172</w:t>
      </w:r>
      <w:r>
        <w:tab/>
        <w:t>Kirurške sterilizirane rjuhe</w:t>
      </w:r>
    </w:p>
    <w:p w:rsidR="004611C8" w:rsidRDefault="004611C8" w:rsidP="007A63AA">
      <w:pPr>
        <w:spacing w:after="44"/>
      </w:pPr>
      <w:r>
        <w:t>100173</w:t>
      </w:r>
      <w:r>
        <w:tab/>
        <w:t>Postelje, posebej izdelane za medicinske namene</w:t>
      </w:r>
    </w:p>
    <w:p w:rsidR="004611C8" w:rsidRDefault="004611C8" w:rsidP="007A63AA">
      <w:pPr>
        <w:spacing w:after="44"/>
      </w:pPr>
      <w:r>
        <w:t>100174</w:t>
      </w:r>
      <w:r>
        <w:tab/>
        <w:t>Elektrode za medicinsko uporabo</w:t>
      </w:r>
    </w:p>
    <w:p w:rsidR="004611C8" w:rsidRDefault="004611C8" w:rsidP="007A63AA">
      <w:pPr>
        <w:spacing w:after="44"/>
      </w:pPr>
      <w:r>
        <w:t>100175</w:t>
      </w:r>
      <w:r>
        <w:tab/>
        <w:t>Električni pasovi za medicinske namene</w:t>
      </w:r>
    </w:p>
    <w:p w:rsidR="004611C8" w:rsidRDefault="004611C8" w:rsidP="007A63AA">
      <w:pPr>
        <w:spacing w:after="44"/>
      </w:pPr>
      <w:r>
        <w:t>100176</w:t>
      </w:r>
      <w:r>
        <w:tab/>
        <w:t>Aparati za telesno vadbo za medicinske namene</w:t>
      </w:r>
    </w:p>
    <w:p w:rsidR="004611C8" w:rsidRDefault="004611C8" w:rsidP="007A63AA">
      <w:pPr>
        <w:spacing w:after="44"/>
      </w:pPr>
      <w:r>
        <w:t>100177</w:t>
      </w:r>
      <w:r>
        <w:tab/>
        <w:t>Inkubatorji za dojenčke</w:t>
      </w:r>
    </w:p>
    <w:p w:rsidR="004611C8" w:rsidRDefault="004611C8" w:rsidP="007A63AA">
      <w:pPr>
        <w:spacing w:after="44"/>
      </w:pPr>
      <w:r>
        <w:t>100178</w:t>
      </w:r>
      <w:r>
        <w:tab/>
        <w:t>Ščetke za čiščenje telesnih votlin</w:t>
      </w:r>
    </w:p>
    <w:p w:rsidR="004611C8" w:rsidRDefault="004611C8" w:rsidP="007A63AA">
      <w:pPr>
        <w:spacing w:after="44"/>
      </w:pPr>
      <w:r>
        <w:t>100179</w:t>
      </w:r>
      <w:r>
        <w:tab/>
        <w:t>Električni zobozdravstveni aparati</w:t>
      </w:r>
    </w:p>
    <w:p w:rsidR="004611C8" w:rsidRDefault="004611C8" w:rsidP="007A63AA">
      <w:pPr>
        <w:spacing w:after="44"/>
      </w:pPr>
      <w:r>
        <w:t>100181</w:t>
      </w:r>
      <w:r>
        <w:tab/>
        <w:t>Filtri za ultravijolične žarke, za medicinske namene</w:t>
      </w:r>
    </w:p>
    <w:p w:rsidR="004611C8" w:rsidRDefault="004611C8" w:rsidP="007A63AA">
      <w:pPr>
        <w:spacing w:after="44"/>
      </w:pPr>
      <w:r>
        <w:t>100182</w:t>
      </w:r>
      <w:r>
        <w:tab/>
        <w:t>Naprave za dovajanje inhalantov za medicinske namene</w:t>
      </w:r>
    </w:p>
    <w:p w:rsidR="004611C8" w:rsidRDefault="004611C8" w:rsidP="007A63AA">
      <w:pPr>
        <w:spacing w:after="44"/>
      </w:pPr>
      <w:r>
        <w:t>100183</w:t>
      </w:r>
      <w:r>
        <w:tab/>
        <w:t>Stezniki za medicinske namene</w:t>
      </w:r>
    </w:p>
    <w:p w:rsidR="004611C8" w:rsidRDefault="004611C8" w:rsidP="007A63AA">
      <w:pPr>
        <w:spacing w:after="44"/>
      </w:pPr>
      <w:r>
        <w:t>100184</w:t>
      </w:r>
      <w:r>
        <w:tab/>
        <w:t>Kontracepcijski pripomočki</w:t>
      </w:r>
    </w:p>
    <w:p w:rsidR="004611C8" w:rsidRDefault="004611C8" w:rsidP="007A63AA">
      <w:pPr>
        <w:spacing w:after="44"/>
      </w:pPr>
      <w:r>
        <w:t>100191</w:t>
      </w:r>
      <w:r>
        <w:tab/>
        <w:t>Električne odeje za medicinsko uporabo</w:t>
      </w:r>
    </w:p>
    <w:p w:rsidR="004611C8" w:rsidRDefault="004611C8" w:rsidP="007A63AA">
      <w:pPr>
        <w:spacing w:after="44"/>
      </w:pPr>
      <w:r>
        <w:t>100192</w:t>
      </w:r>
      <w:r>
        <w:tab/>
        <w:t>Lasni vstavki</w:t>
      </w:r>
    </w:p>
    <w:p w:rsidR="004611C8" w:rsidRDefault="004611C8" w:rsidP="007A63AA">
      <w:pPr>
        <w:spacing w:after="44"/>
      </w:pPr>
      <w:r>
        <w:t>100195</w:t>
      </w:r>
      <w:r>
        <w:tab/>
        <w:t>Blazine za preprečevanje nastajanja preležanin na telesih bolnikov</w:t>
      </w:r>
    </w:p>
    <w:p w:rsidR="004611C8" w:rsidRDefault="004611C8" w:rsidP="007A63AA">
      <w:pPr>
        <w:spacing w:after="44"/>
      </w:pPr>
      <w:r>
        <w:t>100196</w:t>
      </w:r>
      <w:r>
        <w:tab/>
        <w:t>Naprave za fizikalno terapijo</w:t>
      </w:r>
    </w:p>
    <w:p w:rsidR="004611C8" w:rsidRDefault="004611C8" w:rsidP="007A63AA">
      <w:pPr>
        <w:spacing w:after="44"/>
      </w:pPr>
      <w:r>
        <w:t>100197</w:t>
      </w:r>
      <w:r>
        <w:tab/>
        <w:t>Spirometri [medicinski aparati]</w:t>
      </w:r>
    </w:p>
    <w:p w:rsidR="004611C8" w:rsidRDefault="004611C8" w:rsidP="007A63AA">
      <w:pPr>
        <w:spacing w:after="44"/>
      </w:pPr>
      <w:r>
        <w:t>100198</w:t>
      </w:r>
      <w:r>
        <w:tab/>
        <w:t>Termometri za medicinske namene</w:t>
      </w:r>
    </w:p>
    <w:p w:rsidR="004611C8" w:rsidRDefault="004611C8" w:rsidP="007A63AA">
      <w:pPr>
        <w:spacing w:after="44"/>
      </w:pPr>
      <w:r>
        <w:t>100199</w:t>
      </w:r>
      <w:r>
        <w:tab/>
        <w:t>Akupunkturne igle</w:t>
      </w:r>
    </w:p>
    <w:p w:rsidR="004611C8" w:rsidRDefault="004611C8" w:rsidP="007A63AA">
      <w:pPr>
        <w:spacing w:after="44"/>
      </w:pPr>
      <w:r>
        <w:t>100200</w:t>
      </w:r>
      <w:r>
        <w:tab/>
        <w:t>Posebna oblačila za operacijske prostore</w:t>
      </w:r>
    </w:p>
    <w:p w:rsidR="004611C8" w:rsidRDefault="004611C8" w:rsidP="007A63AA">
      <w:pPr>
        <w:spacing w:after="44"/>
      </w:pPr>
      <w:r>
        <w:t>100201</w:t>
      </w:r>
      <w:r>
        <w:tab/>
        <w:t>Diagnostični aparati za medicinske namene</w:t>
      </w:r>
    </w:p>
    <w:p w:rsidR="004611C8" w:rsidRDefault="004611C8" w:rsidP="007A63AA">
      <w:pPr>
        <w:spacing w:after="44"/>
      </w:pPr>
      <w:r>
        <w:t>100202</w:t>
      </w:r>
      <w:r>
        <w:tab/>
        <w:t>Električni instrumenti za akupunkturo</w:t>
      </w:r>
    </w:p>
    <w:p w:rsidR="004611C8" w:rsidRDefault="004611C8" w:rsidP="007A63AA">
      <w:pPr>
        <w:spacing w:after="44"/>
      </w:pPr>
      <w:r>
        <w:t>100203</w:t>
      </w:r>
      <w:r>
        <w:tab/>
        <w:t>Srčni stimulatorji</w:t>
      </w:r>
    </w:p>
    <w:p w:rsidR="004611C8" w:rsidRDefault="004611C8" w:rsidP="007A63AA">
      <w:pPr>
        <w:spacing w:after="44"/>
      </w:pPr>
      <w:r>
        <w:t>100205</w:t>
      </w:r>
      <w:r>
        <w:tab/>
        <w:t>Maske za medicinsko osebje</w:t>
      </w:r>
    </w:p>
    <w:p w:rsidR="004611C8" w:rsidRDefault="004611C8" w:rsidP="007A63AA">
      <w:pPr>
        <w:spacing w:after="44"/>
      </w:pPr>
      <w:r>
        <w:t>100207</w:t>
      </w:r>
      <w:r>
        <w:tab/>
        <w:t>Kirurške rjuhe</w:t>
      </w:r>
    </w:p>
    <w:p w:rsidR="004611C8" w:rsidRDefault="004611C8" w:rsidP="007A63AA">
      <w:pPr>
        <w:spacing w:after="44"/>
      </w:pPr>
      <w:r>
        <w:t>100208</w:t>
      </w:r>
      <w:r>
        <w:tab/>
        <w:t>Kirurški vsadki iz umetnih materialov</w:t>
      </w:r>
    </w:p>
    <w:p w:rsidR="004611C8" w:rsidRDefault="004611C8" w:rsidP="007A63AA">
      <w:pPr>
        <w:spacing w:after="44"/>
      </w:pPr>
      <w:r>
        <w:t>100209</w:t>
      </w:r>
      <w:r>
        <w:tab/>
        <w:t>Toplotne vrečice za prvo pomoč</w:t>
      </w:r>
    </w:p>
    <w:p w:rsidR="004611C8" w:rsidRDefault="004611C8" w:rsidP="007A63AA">
      <w:pPr>
        <w:spacing w:after="44"/>
      </w:pPr>
      <w:r>
        <w:t>100210</w:t>
      </w:r>
      <w:r>
        <w:tab/>
        <w:t>Stoli z odprtino za nočne posode</w:t>
      </w:r>
    </w:p>
    <w:p w:rsidR="004611C8" w:rsidRDefault="004611C8" w:rsidP="007A63AA">
      <w:pPr>
        <w:spacing w:after="44"/>
      </w:pPr>
      <w:r>
        <w:t>100211</w:t>
      </w:r>
      <w:r>
        <w:tab/>
        <w:t>Defibrilatorji</w:t>
      </w:r>
    </w:p>
    <w:p w:rsidR="004611C8" w:rsidRDefault="004611C8" w:rsidP="007A63AA">
      <w:pPr>
        <w:spacing w:after="44"/>
      </w:pPr>
      <w:r>
        <w:t>100212</w:t>
      </w:r>
      <w:r>
        <w:tab/>
        <w:t>Dializatorji</w:t>
      </w:r>
    </w:p>
    <w:p w:rsidR="004611C8" w:rsidRDefault="004611C8" w:rsidP="007A63AA">
      <w:pPr>
        <w:spacing w:after="44"/>
      </w:pPr>
      <w:r>
        <w:t>100213</w:t>
      </w:r>
      <w:r>
        <w:tab/>
        <w:t>Medicinske vodilne žice</w:t>
      </w:r>
    </w:p>
    <w:p w:rsidR="004611C8" w:rsidRDefault="004611C8" w:rsidP="007A63AA">
      <w:pPr>
        <w:spacing w:after="44"/>
      </w:pPr>
      <w:r>
        <w:t>100214</w:t>
      </w:r>
      <w:r>
        <w:tab/>
        <w:t>Aparati, ki se uporabljajo v ortodontiji</w:t>
      </w:r>
    </w:p>
    <w:p w:rsidR="004611C8" w:rsidRDefault="004611C8" w:rsidP="007A63AA">
      <w:pPr>
        <w:spacing w:after="44"/>
      </w:pPr>
      <w:r>
        <w:t>100215</w:t>
      </w:r>
      <w:r>
        <w:tab/>
        <w:t>Aparati za trakcijo za medicinske namene</w:t>
      </w:r>
    </w:p>
    <w:p w:rsidR="004611C8" w:rsidRDefault="004611C8" w:rsidP="007A63AA">
      <w:pPr>
        <w:spacing w:after="44"/>
      </w:pPr>
      <w:r>
        <w:t>100216</w:t>
      </w:r>
      <w:r>
        <w:tab/>
        <w:t>Posode, posebej izdelane za medicinske odpadke</w:t>
      </w:r>
    </w:p>
    <w:p w:rsidR="004611C8" w:rsidRDefault="004611C8" w:rsidP="007A63AA">
      <w:pPr>
        <w:spacing w:after="44"/>
      </w:pPr>
      <w:r>
        <w:t>100217</w:t>
      </w:r>
      <w:r>
        <w:tab/>
        <w:t>Preveza [oporne obveze]</w:t>
      </w:r>
    </w:p>
    <w:p w:rsidR="004611C8" w:rsidRDefault="004611C8" w:rsidP="007A63AA">
      <w:pPr>
        <w:spacing w:after="44"/>
      </w:pPr>
      <w:r>
        <w:t>100218</w:t>
      </w:r>
      <w:r>
        <w:tab/>
        <w:t>Vrečke za vaginalno izpiranje</w:t>
      </w:r>
    </w:p>
    <w:p w:rsidR="004611C8" w:rsidRDefault="004611C8" w:rsidP="007A63AA">
      <w:pPr>
        <w:spacing w:after="44"/>
      </w:pPr>
      <w:r>
        <w:t>100219</w:t>
      </w:r>
      <w:r>
        <w:tab/>
        <w:t>Lutke za odrasle [seksualni pripomoček]</w:t>
      </w:r>
    </w:p>
    <w:p w:rsidR="004611C8" w:rsidRDefault="004611C8" w:rsidP="007A63AA">
      <w:pPr>
        <w:spacing w:after="44"/>
      </w:pPr>
      <w:r>
        <w:t>100220</w:t>
      </w:r>
      <w:r>
        <w:tab/>
        <w:t>Naprave za mikrodermabrazijo za medicinske ali terapevtske namene</w:t>
      </w:r>
    </w:p>
    <w:p w:rsidR="004611C8" w:rsidRDefault="004611C8" w:rsidP="007A63AA">
      <w:pPr>
        <w:spacing w:after="44"/>
      </w:pPr>
      <w:r>
        <w:t>100221</w:t>
      </w:r>
      <w:r>
        <w:tab/>
        <w:t>Aparati za rehabilitacijo telesa za medicinske namene</w:t>
      </w:r>
    </w:p>
    <w:p w:rsidR="004611C8" w:rsidRDefault="004611C8" w:rsidP="007A63AA">
      <w:pPr>
        <w:spacing w:after="44"/>
      </w:pPr>
      <w:r>
        <w:t>100222</w:t>
      </w:r>
      <w:r>
        <w:tab/>
        <w:t>Aparati za merjenje utripa</w:t>
      </w:r>
    </w:p>
    <w:p w:rsidR="004611C8" w:rsidRDefault="004611C8" w:rsidP="007A63AA">
      <w:pPr>
        <w:spacing w:after="44"/>
      </w:pPr>
      <w:r>
        <w:t>100223</w:t>
      </w:r>
      <w:r>
        <w:tab/>
        <w:t>Stenti</w:t>
      </w:r>
    </w:p>
    <w:p w:rsidR="004611C8" w:rsidRDefault="004611C8" w:rsidP="007A63AA">
      <w:pPr>
        <w:spacing w:after="44"/>
      </w:pPr>
      <w:r>
        <w:t>100224</w:t>
      </w:r>
      <w:r>
        <w:tab/>
        <w:t>Ušesni čepki [naprave za zaščito ušes]</w:t>
      </w:r>
    </w:p>
    <w:p w:rsidR="004611C8" w:rsidRDefault="004611C8" w:rsidP="007A63AA">
      <w:pPr>
        <w:spacing w:after="44"/>
      </w:pPr>
      <w:r>
        <w:t>100225</w:t>
      </w:r>
      <w:r>
        <w:tab/>
        <w:t>Označevalne nalepke za navajanje temperature za medicinske namene</w:t>
      </w:r>
    </w:p>
    <w:p w:rsidR="004611C8" w:rsidRDefault="004611C8" w:rsidP="007A63AA">
      <w:pPr>
        <w:spacing w:after="44"/>
      </w:pPr>
      <w:r>
        <w:t>100226</w:t>
      </w:r>
      <w:r>
        <w:tab/>
        <w:t>Hodulje (okvirji za pomoč pri hoji) za invalide</w:t>
      </w:r>
    </w:p>
    <w:p w:rsidR="004611C8" w:rsidRDefault="004611C8" w:rsidP="007A63AA">
      <w:pPr>
        <w:spacing w:after="44"/>
      </w:pPr>
      <w:r>
        <w:t>100227</w:t>
      </w:r>
      <w:r>
        <w:tab/>
        <w:t>Tomografi za medicinske namene</w:t>
      </w:r>
    </w:p>
    <w:p w:rsidR="004611C8" w:rsidRDefault="004611C8" w:rsidP="007A63AA">
      <w:pPr>
        <w:spacing w:after="44"/>
      </w:pPr>
      <w:r>
        <w:t>100228</w:t>
      </w:r>
      <w:r>
        <w:tab/>
        <w:t>Aparati za zdravljenje aken</w:t>
      </w:r>
    </w:p>
    <w:p w:rsidR="004611C8" w:rsidRDefault="004611C8" w:rsidP="007A63AA">
      <w:pPr>
        <w:spacing w:after="44"/>
      </w:pPr>
      <w:r>
        <w:t>100229</w:t>
      </w:r>
      <w:r>
        <w:tab/>
        <w:t>Glavniki za uši</w:t>
      </w:r>
    </w:p>
    <w:p w:rsidR="004611C8" w:rsidRDefault="004611C8" w:rsidP="007A63AA">
      <w:pPr>
        <w:spacing w:after="44"/>
      </w:pPr>
      <w:r>
        <w:t>100230</w:t>
      </w:r>
      <w:r>
        <w:tab/>
        <w:t>Palice s štirimi nogami za medicinske namene</w:t>
      </w:r>
    </w:p>
    <w:p w:rsidR="004611C8" w:rsidRDefault="004611C8" w:rsidP="007A63AA">
      <w:pPr>
        <w:spacing w:after="44"/>
      </w:pPr>
      <w:r>
        <w:t>100231</w:t>
      </w:r>
      <w:r>
        <w:tab/>
        <w:t>Endoskopske kamere za medicinske namene</w:t>
      </w:r>
    </w:p>
    <w:p w:rsidR="004611C8" w:rsidRDefault="004611C8" w:rsidP="007A63AA">
      <w:pPr>
        <w:spacing w:after="44"/>
      </w:pPr>
      <w:r>
        <w:t>100232</w:t>
      </w:r>
      <w:r>
        <w:tab/>
        <w:t>Merilniki srčnega utripa</w:t>
      </w:r>
    </w:p>
    <w:p w:rsidR="004611C8" w:rsidRDefault="004611C8" w:rsidP="007A63AA">
      <w:pPr>
        <w:spacing w:after="44"/>
      </w:pPr>
      <w:r>
        <w:t>100233</w:t>
      </w:r>
      <w:r>
        <w:tab/>
        <w:t>Kompresijska oblačila</w:t>
      </w:r>
    </w:p>
    <w:p w:rsidR="004611C8" w:rsidRDefault="004611C8" w:rsidP="007A63AA">
      <w:pPr>
        <w:spacing w:after="44"/>
      </w:pPr>
      <w:r>
        <w:t>100234</w:t>
      </w:r>
      <w:r>
        <w:tab/>
        <w:t>Spolni pripomočki</w:t>
      </w:r>
    </w:p>
    <w:p w:rsidR="004611C8" w:rsidRDefault="004611C8" w:rsidP="007A63AA">
      <w:pPr>
        <w:spacing w:after="44"/>
      </w:pPr>
      <w:r>
        <w:t>100235</w:t>
      </w:r>
      <w:r>
        <w:tab/>
        <w:t>Spodbujevalniki za možgane</w:t>
      </w:r>
    </w:p>
    <w:p w:rsidR="004611C8" w:rsidRDefault="004611C8" w:rsidP="007A63AA">
      <w:pPr>
        <w:spacing w:after="44"/>
      </w:pPr>
      <w:r>
        <w:t>100236</w:t>
      </w:r>
      <w:r>
        <w:tab/>
        <w:t>Naprave za dovajanje zdravil, ki se vsadijo pod kožo</w:t>
      </w:r>
    </w:p>
    <w:p w:rsidR="004611C8" w:rsidRDefault="004611C8" w:rsidP="007A63AA">
      <w:pPr>
        <w:spacing w:after="44"/>
      </w:pPr>
      <w:r>
        <w:t>100237</w:t>
      </w:r>
      <w:r>
        <w:tab/>
        <w:t>Biorazgradljivi vsadki za pritrditev kosti</w:t>
      </w:r>
    </w:p>
    <w:p w:rsidR="004611C8" w:rsidRDefault="004611C8" w:rsidP="007A63AA">
      <w:pPr>
        <w:spacing w:after="44"/>
      </w:pPr>
      <w:r>
        <w:t>100238</w:t>
      </w:r>
      <w:r>
        <w:tab/>
        <w:t>Loparčki za pregled grla za medicinske namene</w:t>
      </w:r>
    </w:p>
    <w:p w:rsidR="004611C8" w:rsidRDefault="004611C8" w:rsidP="007A63AA">
      <w:pPr>
        <w:spacing w:after="44"/>
      </w:pPr>
      <w:r>
        <w:t>100239</w:t>
      </w:r>
      <w:r>
        <w:tab/>
        <w:t>Nosni aspiratorji</w:t>
      </w:r>
    </w:p>
    <w:p w:rsidR="004611C8" w:rsidRDefault="004611C8" w:rsidP="007A63AA">
      <w:pPr>
        <w:spacing w:after="44"/>
      </w:pPr>
      <w:r>
        <w:t>100240</w:t>
      </w:r>
      <w:r>
        <w:tab/>
        <w:t>Ščitniki za zobe za zobozdravstvene namene</w:t>
      </w:r>
    </w:p>
    <w:p w:rsidR="004611C8" w:rsidRDefault="004611C8" w:rsidP="007A63AA">
      <w:pPr>
        <w:spacing w:after="44"/>
      </w:pPr>
      <w:r>
        <w:t>100241</w:t>
      </w:r>
      <w:r>
        <w:tab/>
        <w:t>Menstrualne skodelice</w:t>
      </w:r>
    </w:p>
    <w:p w:rsidR="004611C8" w:rsidRDefault="004611C8" w:rsidP="007A63AA">
      <w:pPr>
        <w:spacing w:after="44"/>
      </w:pPr>
      <w:r>
        <w:t>100242</w:t>
      </w:r>
      <w:r>
        <w:tab/>
        <w:t>Dihalne maske za umetno dihanje</w:t>
      </w:r>
    </w:p>
    <w:p w:rsidR="004611C8" w:rsidRDefault="004611C8" w:rsidP="007A63AA">
      <w:pPr>
        <w:spacing w:after="44"/>
      </w:pPr>
      <w:r>
        <w:t>100243</w:t>
      </w:r>
      <w:r>
        <w:tab/>
        <w:t>Ortodontske gumijaste elastike</w:t>
      </w:r>
    </w:p>
    <w:p w:rsidR="004611C8" w:rsidRDefault="004611C8" w:rsidP="007A63AA">
      <w:pPr>
        <w:spacing w:after="44"/>
      </w:pPr>
      <w:r>
        <w:t>100245</w:t>
      </w:r>
      <w:r>
        <w:tab/>
        <w:t>Naprave za teste DNK in RNK za medicinske namene</w:t>
      </w:r>
    </w:p>
    <w:p w:rsidR="004611C8" w:rsidRDefault="004611C8" w:rsidP="007A63AA">
      <w:pPr>
        <w:spacing w:after="44"/>
      </w:pPr>
      <w:r>
        <w:t>100246</w:t>
      </w:r>
      <w:r>
        <w:tab/>
        <w:t>Naprave za regeneracijo matičnih celic za medicinske namene</w:t>
      </w:r>
    </w:p>
    <w:p w:rsidR="004611C8" w:rsidRDefault="004611C8" w:rsidP="007A63AA">
      <w:pPr>
        <w:spacing w:after="44"/>
      </w:pPr>
      <w:r>
        <w:t>100247</w:t>
      </w:r>
      <w:r>
        <w:tab/>
        <w:t>Monitorji za telesno maščobo</w:t>
      </w:r>
    </w:p>
    <w:p w:rsidR="004611C8" w:rsidRDefault="004611C8" w:rsidP="007A63AA">
      <w:pPr>
        <w:spacing w:after="44"/>
      </w:pPr>
      <w:r>
        <w:t>100248</w:t>
      </w:r>
      <w:r>
        <w:tab/>
        <w:t>Naprave za kontrolo telesne sestave</w:t>
      </w:r>
    </w:p>
    <w:p w:rsidR="004611C8" w:rsidRDefault="004611C8" w:rsidP="007A63AA">
      <w:pPr>
        <w:spacing w:after="44"/>
      </w:pPr>
      <w:r>
        <w:t>100250</w:t>
      </w:r>
      <w:r>
        <w:tab/>
        <w:t>Zapestnice proti revmatizmu</w:t>
      </w:r>
    </w:p>
    <w:p w:rsidR="004611C8" w:rsidRDefault="004611C8" w:rsidP="007A63AA">
      <w:pPr>
        <w:spacing w:after="44"/>
      </w:pPr>
      <w:r>
        <w:t>100251</w:t>
      </w:r>
      <w:r>
        <w:tab/>
        <w:t>Prstani proti revmatizmu</w:t>
      </w:r>
    </w:p>
    <w:p w:rsidR="004611C8" w:rsidRDefault="004611C8" w:rsidP="007A63AA">
      <w:pPr>
        <w:spacing w:after="44"/>
      </w:pPr>
      <w:r>
        <w:t>100252</w:t>
      </w:r>
      <w:r>
        <w:tab/>
        <w:t>Zapestnice za medicinsko uporabo</w:t>
      </w:r>
    </w:p>
    <w:p w:rsidR="004611C8" w:rsidRDefault="004611C8" w:rsidP="007A63AA">
      <w:pPr>
        <w:spacing w:after="44"/>
      </w:pPr>
      <w:r>
        <w:t>100253</w:t>
      </w:r>
      <w:r>
        <w:tab/>
        <w:t>Kirurški roboti</w:t>
      </w:r>
    </w:p>
    <w:p w:rsidR="004611C8" w:rsidRDefault="004611C8" w:rsidP="007A63AA">
      <w:pPr>
        <w:spacing w:after="44"/>
      </w:pPr>
      <w:r>
        <w:t>100255</w:t>
      </w:r>
      <w:r>
        <w:tab/>
        <w:t>Zapestnice proti potovalni bolezni</w:t>
      </w:r>
    </w:p>
    <w:p w:rsidR="004611C8" w:rsidRDefault="004611C8" w:rsidP="007A63AA">
      <w:pPr>
        <w:spacing w:after="44"/>
      </w:pPr>
      <w:r>
        <w:t>100256</w:t>
      </w:r>
      <w:r>
        <w:tab/>
        <w:t>Hodulje s kolesi za pomoč pri mobilnosti</w:t>
      </w:r>
    </w:p>
    <w:p w:rsidR="004611C8" w:rsidRDefault="004611C8" w:rsidP="007A63AA">
      <w:pPr>
        <w:spacing w:after="44"/>
      </w:pPr>
      <w:r>
        <w:t>100257</w:t>
      </w:r>
      <w:r>
        <w:tab/>
        <w:t>Inhalatorji z vodikom</w:t>
      </w:r>
    </w:p>
    <w:p w:rsidR="004611C8" w:rsidRDefault="004611C8" w:rsidP="007A63AA">
      <w:pPr>
        <w:spacing w:after="44"/>
      </w:pPr>
      <w:r>
        <w:t>100258</w:t>
      </w:r>
      <w:r>
        <w:tab/>
        <w:t>Instrumenti za slikanje z magnetno resonanco za medicinske namene</w:t>
      </w:r>
    </w:p>
    <w:p w:rsidR="004611C8" w:rsidRDefault="004611C8" w:rsidP="007A63AA">
      <w:pPr>
        <w:spacing w:after="44"/>
      </w:pPr>
      <w:r>
        <w:t>100259</w:t>
      </w:r>
      <w:r>
        <w:tab/>
        <w:t>Zračne postelje za medicinske namene</w:t>
      </w:r>
    </w:p>
    <w:p w:rsidR="004611C8" w:rsidRDefault="004611C8" w:rsidP="007A63AA">
      <w:pPr>
        <w:spacing w:after="44"/>
      </w:pPr>
      <w:r>
        <w:t>100260</w:t>
      </w:r>
      <w:r>
        <w:tab/>
        <w:t>Hladilni obliži za medicinske namene</w:t>
      </w:r>
    </w:p>
    <w:p w:rsidR="004611C8" w:rsidRDefault="004611C8" w:rsidP="007A63AA">
      <w:pPr>
        <w:spacing w:after="44"/>
      </w:pPr>
      <w:r>
        <w:t>100261</w:t>
      </w:r>
      <w:r>
        <w:tab/>
        <w:t>Hladilne blazinice za prvo pomoč</w:t>
      </w:r>
    </w:p>
    <w:p w:rsidR="004611C8" w:rsidRDefault="004611C8" w:rsidP="007A63AA">
      <w:pPr>
        <w:spacing w:after="44"/>
      </w:pPr>
      <w:r>
        <w:t>100262</w:t>
      </w:r>
      <w:r>
        <w:tab/>
        <w:t>Prenosni ročni pisoarji</w:t>
      </w:r>
    </w:p>
    <w:p w:rsidR="004611C8" w:rsidRDefault="004611C8" w:rsidP="007A63AA">
      <w:pPr>
        <w:spacing w:after="44"/>
      </w:pPr>
      <w:r>
        <w:t>100264</w:t>
      </w:r>
      <w:r>
        <w:tab/>
        <w:t>Robotski eksoskeleti, za medicinske namene</w:t>
      </w:r>
    </w:p>
    <w:p w:rsidR="004611C8" w:rsidRDefault="004611C8" w:rsidP="007A63AA">
      <w:pPr>
        <w:spacing w:after="44"/>
      </w:pPr>
      <w:r>
        <w:t>100265</w:t>
      </w:r>
      <w:r>
        <w:tab/>
        <w:t>Akupresurni trakovi</w:t>
      </w:r>
    </w:p>
    <w:p w:rsidR="004611C8" w:rsidRDefault="004611C8" w:rsidP="007A63AA">
      <w:pPr>
        <w:spacing w:after="44"/>
      </w:pPr>
      <w:r>
        <w:t>100267</w:t>
      </w:r>
      <w:r>
        <w:tab/>
        <w:t>Merilniki holesterola</w:t>
      </w:r>
    </w:p>
    <w:p w:rsidR="004611C8" w:rsidRDefault="004611C8" w:rsidP="007A63AA">
      <w:pPr>
        <w:spacing w:after="44"/>
      </w:pPr>
      <w:r>
        <w:t>100268</w:t>
      </w:r>
      <w:r>
        <w:tab/>
        <w:t>Halje za pregledovanje pacientov</w:t>
      </w:r>
    </w:p>
    <w:p w:rsidR="004611C8" w:rsidRDefault="004611C8" w:rsidP="007A63AA">
      <w:pPr>
        <w:spacing w:after="44"/>
      </w:pPr>
      <w:r>
        <w:t>100269</w:t>
      </w:r>
      <w:r>
        <w:tab/>
        <w:t>Biomagnetni prstani za terapevtske ali medicinske namene</w:t>
      </w:r>
    </w:p>
    <w:p w:rsidR="004611C8" w:rsidRDefault="004611C8" w:rsidP="007A63AA">
      <w:pPr>
        <w:spacing w:after="44"/>
      </w:pPr>
      <w:r>
        <w:t>100270</w:t>
      </w:r>
      <w:r>
        <w:tab/>
        <w:t>Terapevtske maske za obraz</w:t>
      </w:r>
    </w:p>
    <w:p w:rsidR="004611C8" w:rsidRDefault="004611C8" w:rsidP="007A63AA">
      <w:pPr>
        <w:spacing w:after="44"/>
      </w:pPr>
      <w:r>
        <w:lastRenderedPageBreak/>
        <w:t>100271</w:t>
      </w:r>
      <w:r>
        <w:tab/>
        <w:t>Pripomočki za masažo dlesni za dojenčke</w:t>
      </w:r>
    </w:p>
    <w:p w:rsidR="004611C8" w:rsidRDefault="004611C8" w:rsidP="007A63AA">
      <w:pPr>
        <w:spacing w:after="44"/>
      </w:pPr>
      <w:r>
        <w:t>100272</w:t>
      </w:r>
      <w:r>
        <w:tab/>
        <w:t>Drobilec tablet</w:t>
      </w:r>
    </w:p>
    <w:p w:rsidR="004611C8" w:rsidRDefault="004611C8" w:rsidP="007A63AA">
      <w:pPr>
        <w:spacing w:after="44"/>
      </w:pPr>
      <w:r>
        <w:t>100274</w:t>
      </w:r>
      <w:r>
        <w:tab/>
        <w:t>Svetilke za medicinske [zdravilne] namene</w:t>
      </w:r>
    </w:p>
    <w:p w:rsidR="004611C8" w:rsidRDefault="004611C8" w:rsidP="007A63AA">
      <w:pPr>
        <w:spacing w:after="44"/>
      </w:pPr>
      <w:r>
        <w:t>100275</w:t>
      </w:r>
      <w:r>
        <w:tab/>
        <w:t>Polnila za prazne kosti iz umetnih materialov</w:t>
      </w:r>
    </w:p>
    <w:p w:rsidR="004611C8" w:rsidRDefault="004611C8" w:rsidP="007A63AA">
      <w:pPr>
        <w:spacing w:after="44"/>
      </w:pPr>
      <w:r>
        <w:t>100277</w:t>
      </w:r>
      <w:r>
        <w:tab/>
        <w:t>Medicinske mize za preglede</w:t>
      </w:r>
    </w:p>
    <w:p w:rsidR="004611C8" w:rsidRDefault="004611C8" w:rsidP="007A63AA">
      <w:pPr>
        <w:spacing w:after="44"/>
      </w:pPr>
      <w:r>
        <w:t>100279</w:t>
      </w:r>
      <w:r>
        <w:tab/>
        <w:t>Kineziološki trakovi</w:t>
      </w:r>
    </w:p>
    <w:p w:rsidR="004611C8" w:rsidRPr="003834FA" w:rsidRDefault="004611C8" w:rsidP="007A63AA">
      <w:pPr>
        <w:spacing w:after="44"/>
        <w:rPr>
          <w:lang w:val="fr-FR"/>
        </w:rPr>
      </w:pPr>
      <w:r>
        <w:t>100280</w:t>
      </w:r>
      <w:r>
        <w:tab/>
      </w:r>
      <w:r w:rsidRPr="003834FA">
        <w:rPr>
          <w:lang w:val="fr-FR"/>
        </w:rPr>
        <w:t>Medicinski hladilni aparati za zdravljenje sončarice</w:t>
      </w:r>
    </w:p>
    <w:p w:rsidR="004611C8" w:rsidRDefault="004611C8" w:rsidP="007A63AA">
      <w:pPr>
        <w:spacing w:after="44"/>
      </w:pPr>
      <w:r>
        <w:t>100281</w:t>
      </w:r>
      <w:r>
        <w:tab/>
        <w:t>Medicinski hladilni aparati za uporabo v terapevtski hipotermiji</w:t>
      </w:r>
    </w:p>
    <w:p w:rsidR="004611C8" w:rsidRDefault="004611C8" w:rsidP="007A63AA">
      <w:pPr>
        <w:spacing w:after="44"/>
      </w:pPr>
      <w:r>
        <w:t>100282</w:t>
      </w:r>
      <w:r>
        <w:tab/>
        <w:t>Posodice za rezanje tablet</w:t>
      </w:r>
    </w:p>
    <w:p w:rsidR="004611C8" w:rsidRDefault="004611C8" w:rsidP="007A63AA">
      <w:pPr>
        <w:spacing w:after="44"/>
      </w:pPr>
      <w:r>
        <w:t>100283</w:t>
      </w:r>
      <w:r>
        <w:tab/>
        <w:t>Zaščitne maske za medicinske namene</w:t>
      </w:r>
    </w:p>
    <w:p w:rsidR="004611C8" w:rsidRDefault="004611C8" w:rsidP="007A63AA">
      <w:pPr>
        <w:spacing w:after="44"/>
      </w:pPr>
      <w:r>
        <w:t>100284</w:t>
      </w:r>
      <w:r>
        <w:tab/>
        <w:t>LED maske za terapevtske namene</w:t>
      </w:r>
    </w:p>
    <w:p w:rsidR="004611C8" w:rsidRDefault="004611C8" w:rsidP="007A63AA">
      <w:pPr>
        <w:spacing w:after="44"/>
      </w:pPr>
      <w:r>
        <w:t>100285</w:t>
      </w:r>
      <w:r>
        <w:tab/>
        <w:t>Koncentratorji kisika za medicinsko uporabo</w:t>
      </w:r>
    </w:p>
    <w:p w:rsidR="004611C8" w:rsidRDefault="004611C8" w:rsidP="007A63AA">
      <w:pPr>
        <w:spacing w:after="44"/>
      </w:pPr>
      <w:r>
        <w:t>100286</w:t>
      </w:r>
      <w:r>
        <w:tab/>
        <w:t>Anatomski povoji za sklepe</w:t>
      </w:r>
    </w:p>
    <w:p w:rsidR="004611C8" w:rsidRDefault="004611C8" w:rsidP="007A63AA">
      <w:pPr>
        <w:spacing w:after="44"/>
      </w:pPr>
      <w:r>
        <w:t>100287</w:t>
      </w:r>
      <w:r>
        <w:tab/>
        <w:t>Čelade za lasersko terapijo proti izpadanju las</w:t>
      </w:r>
    </w:p>
    <w:p w:rsidR="004611C8" w:rsidRDefault="004611C8" w:rsidP="007A63AA">
      <w:pPr>
        <w:spacing w:after="44"/>
      </w:pPr>
      <w:r>
        <w:t>100288</w:t>
      </w:r>
      <w:r>
        <w:tab/>
        <w:t>Parne maske za terapevtske namene za enkratno uporabo</w:t>
      </w:r>
    </w:p>
    <w:p w:rsidR="004611C8" w:rsidRDefault="004611C8" w:rsidP="007A63AA">
      <w:pPr>
        <w:spacing w:after="44"/>
      </w:pPr>
      <w:r>
        <w:t>100289</w:t>
      </w:r>
      <w:r>
        <w:tab/>
        <w:t>Parne očesne preveze za terapevtske namene za enkratno uporabo</w:t>
      </w:r>
    </w:p>
    <w:p w:rsidR="004611C8" w:rsidRDefault="004611C8" w:rsidP="007A63AA">
      <w:pPr>
        <w:spacing w:after="44"/>
      </w:pPr>
      <w:r>
        <w:t>100290</w:t>
      </w:r>
      <w:r>
        <w:tab/>
        <w:t>Kontracepcijski vsadki</w:t>
      </w:r>
    </w:p>
    <w:p w:rsidR="004611C8" w:rsidRDefault="004611C8" w:rsidP="007A63AA">
      <w:pPr>
        <w:spacing w:after="44"/>
      </w:pPr>
      <w:r>
        <w:t>100291</w:t>
      </w:r>
      <w:r>
        <w:tab/>
        <w:t>Naprave za intrauterino uporabo</w:t>
      </w:r>
    </w:p>
    <w:p w:rsidR="004611C8" w:rsidRDefault="004611C8" w:rsidP="007A63AA">
      <w:pPr>
        <w:spacing w:after="44"/>
      </w:pPr>
      <w:r>
        <w:t>100292</w:t>
      </w:r>
      <w:r>
        <w:tab/>
        <w:t>Naprave za spremljanje sladkorne bolezni</w:t>
      </w:r>
    </w:p>
    <w:p w:rsidR="004611C8" w:rsidRDefault="004611C8" w:rsidP="007A63AA">
      <w:pPr>
        <w:spacing w:after="44"/>
      </w:pPr>
      <w:r>
        <w:t>100293</w:t>
      </w:r>
      <w:r>
        <w:tab/>
        <w:t>Avdiometri</w:t>
      </w:r>
    </w:p>
    <w:p w:rsidR="004611C8" w:rsidRDefault="004611C8" w:rsidP="007A63AA">
      <w:pPr>
        <w:spacing w:after="44"/>
      </w:pPr>
      <w:r>
        <w:t>100294</w:t>
      </w:r>
      <w:r>
        <w:tab/>
        <w:t>Haptične obleke za medicinske namene</w:t>
      </w:r>
    </w:p>
    <w:p w:rsidR="004611C8" w:rsidRDefault="004611C8" w:rsidP="007A63AA">
      <w:pPr>
        <w:spacing w:after="44"/>
      </w:pPr>
      <w:r>
        <w:t>100295</w:t>
      </w:r>
      <w:r>
        <w:tab/>
        <w:t>Naprave za testiranje materinega mleka za medicinske namene</w:t>
      </w:r>
    </w:p>
    <w:p w:rsidR="004611C8" w:rsidRDefault="004611C8" w:rsidP="007A63AA">
      <w:pPr>
        <w:spacing w:after="44"/>
      </w:pPr>
      <w:r>
        <w:t>100296</w:t>
      </w:r>
      <w:r>
        <w:tab/>
        <w:t>Kapilarne cevke za medicinsko uporabo</w:t>
      </w:r>
    </w:p>
    <w:p w:rsidR="004611C8" w:rsidRDefault="004611C8" w:rsidP="007A63AA">
      <w:pPr>
        <w:spacing w:after="44"/>
      </w:pPr>
      <w:r>
        <w:t>100297</w:t>
      </w:r>
      <w:r>
        <w:tab/>
        <w:t>Kristali za terapevtske namene</w:t>
      </w:r>
    </w:p>
    <w:p w:rsidR="004611C8" w:rsidRDefault="004611C8" w:rsidP="007A63AA">
      <w:pPr>
        <w:spacing w:after="44"/>
      </w:pPr>
      <w:r>
        <w:t>100299</w:t>
      </w:r>
      <w:r>
        <w:tab/>
        <w:t>Prenosne ušesne palčke z endoskopsko funkcijo</w:t>
      </w:r>
    </w:p>
    <w:p w:rsidR="004611C8" w:rsidRDefault="004611C8" w:rsidP="007A63AA">
      <w:pPr>
        <w:spacing w:after="44"/>
      </w:pPr>
      <w:r>
        <w:t>100300</w:t>
      </w:r>
      <w:r>
        <w:tab/>
        <w:t>Električne masažne pištole</w:t>
      </w:r>
    </w:p>
    <w:p w:rsidR="004611C8" w:rsidRDefault="004611C8" w:rsidP="007A63AA">
      <w:pPr>
        <w:spacing w:after="44"/>
      </w:pPr>
      <w:r>
        <w:t>100301</w:t>
      </w:r>
      <w:r>
        <w:tab/>
        <w:t>Nevronske čelade za medicinske namene</w:t>
      </w:r>
    </w:p>
    <w:p w:rsidR="004611C8" w:rsidRDefault="004611C8" w:rsidP="007A63AA">
      <w:pPr>
        <w:spacing w:after="44"/>
      </w:pPr>
      <w:r>
        <w:t>100302</w:t>
      </w:r>
      <w:r>
        <w:tab/>
        <w:t>Sanitarne maske</w:t>
      </w:r>
    </w:p>
    <w:p w:rsidR="004611C8" w:rsidRDefault="004611C8" w:rsidP="007A63AA">
      <w:pPr>
        <w:spacing w:after="44"/>
      </w:pPr>
      <w:r>
        <w:t>100303</w:t>
      </w:r>
      <w:r>
        <w:tab/>
        <w:t>Higienske maske iz gaze za ponovno uporabo</w:t>
      </w:r>
    </w:p>
    <w:p w:rsidR="004611C8" w:rsidRDefault="004611C8" w:rsidP="007A63AA">
      <w:pPr>
        <w:spacing w:after="44"/>
      </w:pPr>
      <w:r>
        <w:t>100304</w:t>
      </w:r>
      <w:r>
        <w:tab/>
        <w:t>Električni aparati za estetsko nego obraza, razen parnih aparatov za obraz</w:t>
      </w:r>
    </w:p>
    <w:p w:rsidR="004611C8" w:rsidRDefault="004611C8" w:rsidP="007A63AA">
      <w:pPr>
        <w:spacing w:after="44"/>
      </w:pPr>
      <w:r>
        <w:t>100305</w:t>
      </w:r>
      <w:r>
        <w:tab/>
        <w:t>Žlice za bolnike s tresavico</w:t>
      </w:r>
    </w:p>
    <w:p w:rsidR="004611C8" w:rsidRDefault="004611C8" w:rsidP="007A63AA">
      <w:pPr>
        <w:spacing w:after="44"/>
      </w:pPr>
      <w:r>
        <w:t>100306</w:t>
      </w:r>
      <w:r>
        <w:tab/>
        <w:t>Dozirniki za medicinsko uporabo</w:t>
      </w:r>
    </w:p>
    <w:p w:rsidR="004611C8" w:rsidRDefault="004611C8" w:rsidP="007A63AA">
      <w:pPr>
        <w:spacing w:after="44"/>
      </w:pPr>
      <w:r>
        <w:t>100308</w:t>
      </w:r>
      <w:r>
        <w:tab/>
        <w:t>Filtri za dihalne maske za medicinske namene</w:t>
      </w:r>
    </w:p>
    <w:p w:rsidR="004611C8" w:rsidRDefault="004611C8" w:rsidP="007A63AA">
      <w:pPr>
        <w:spacing w:after="44"/>
      </w:pPr>
      <w:r>
        <w:t>100309</w:t>
      </w:r>
      <w:r>
        <w:tab/>
        <w:t>Respiratorji za filtriranje zraka za medicinske namene</w:t>
      </w:r>
    </w:p>
    <w:p w:rsidR="004611C8" w:rsidRDefault="004611C8" w:rsidP="007A63AA">
      <w:pPr>
        <w:spacing w:after="44"/>
      </w:pPr>
      <w:r>
        <w:t>100310</w:t>
      </w:r>
      <w:r>
        <w:tab/>
        <w:t>Dihalne maske za medicinske namene</w:t>
      </w:r>
    </w:p>
    <w:p w:rsidR="004611C8" w:rsidRDefault="004611C8" w:rsidP="007A63AA">
      <w:pPr>
        <w:spacing w:after="44"/>
      </w:pPr>
      <w:r>
        <w:t>100311</w:t>
      </w:r>
      <w:r>
        <w:tab/>
        <w:t>Dihalni aparati za medicinske namene</w:t>
      </w:r>
    </w:p>
    <w:p w:rsidR="004611C8" w:rsidRDefault="004611C8" w:rsidP="007A63AA">
      <w:pPr>
        <w:spacing w:after="44"/>
      </w:pPr>
      <w:r>
        <w:t>100312</w:t>
      </w:r>
      <w:r>
        <w:tab/>
        <w:t>Magneti za terapevtsko uporabo</w:t>
      </w:r>
    </w:p>
    <w:p w:rsidR="004611C8" w:rsidRDefault="004611C8" w:rsidP="007A63AA">
      <w:pPr>
        <w:spacing w:after="44"/>
      </w:pPr>
      <w:r>
        <w:t>100313</w:t>
      </w:r>
      <w:r>
        <w:tab/>
        <w:t>Bolniške postelje</w:t>
      </w:r>
    </w:p>
    <w:p w:rsidR="004611C8" w:rsidRPr="003834FA" w:rsidRDefault="004611C8" w:rsidP="007A63AA">
      <w:pPr>
        <w:spacing w:after="44"/>
        <w:rPr>
          <w:lang w:val="fr-FR"/>
        </w:rPr>
      </w:pPr>
      <w:r>
        <w:t>100314</w:t>
      </w:r>
      <w:r>
        <w:tab/>
      </w:r>
      <w:r w:rsidRPr="003834FA">
        <w:rPr>
          <w:lang w:val="fr-FR"/>
        </w:rPr>
        <w:t>Masažni stoli z vgrajenimi masažnimi aparati</w:t>
      </w:r>
    </w:p>
    <w:p w:rsidR="004611C8" w:rsidRPr="003834FA" w:rsidRDefault="004611C8" w:rsidP="007A63AA">
      <w:pPr>
        <w:spacing w:after="44"/>
        <w:rPr>
          <w:lang w:val="fr-FR"/>
        </w:rPr>
      </w:pPr>
      <w:r>
        <w:t>100316</w:t>
      </w:r>
      <w:r>
        <w:tab/>
      </w:r>
      <w:r w:rsidRPr="003834FA">
        <w:rPr>
          <w:lang w:val="fr-FR"/>
        </w:rPr>
        <w:t>Čepki za ušesa za plavalce</w:t>
      </w:r>
    </w:p>
    <w:p w:rsidR="004611C8" w:rsidRDefault="004611C8" w:rsidP="007A63AA">
      <w:pPr>
        <w:spacing w:after="44"/>
      </w:pPr>
      <w:r>
        <w:t>100317</w:t>
      </w:r>
      <w:r>
        <w:tab/>
        <w:t>Denzitometri za medicinske namene</w:t>
      </w:r>
    </w:p>
    <w:p w:rsidR="004611C8" w:rsidRPr="003834FA" w:rsidRDefault="004611C8" w:rsidP="007A63AA">
      <w:pPr>
        <w:spacing w:after="44"/>
        <w:rPr>
          <w:lang w:val="fr-FR"/>
        </w:rPr>
      </w:pPr>
      <w:r>
        <w:t>100318</w:t>
      </w:r>
      <w:r>
        <w:tab/>
      </w:r>
      <w:r w:rsidRPr="003834FA">
        <w:rPr>
          <w:lang w:val="fr-FR"/>
        </w:rPr>
        <w:t>Ščitniki za bradavice za dojenje</w:t>
      </w:r>
    </w:p>
    <w:p w:rsidR="004611C8" w:rsidRDefault="004611C8" w:rsidP="007A63AA">
      <w:pPr>
        <w:spacing w:after="44"/>
      </w:pPr>
      <w:r>
        <w:t>100319</w:t>
      </w:r>
      <w:r>
        <w:tab/>
        <w:t>Diagnostični aparati za medicinske namene za uporabo v medicinskih laboratorijih</w:t>
      </w:r>
    </w:p>
    <w:p w:rsidR="004611C8" w:rsidRDefault="004611C8" w:rsidP="007A63AA">
      <w:pPr>
        <w:spacing w:after="44"/>
      </w:pPr>
      <w:r>
        <w:t>100320</w:t>
      </w:r>
      <w:r>
        <w:tab/>
        <w:t>Ultrazvočni aparati za rentgensko slikanje za medicinske namene</w:t>
      </w:r>
    </w:p>
    <w:p w:rsidR="004611C8" w:rsidRDefault="004611C8" w:rsidP="007A63AA">
      <w:pPr>
        <w:spacing w:after="44"/>
      </w:pPr>
      <w:r>
        <w:t>100321</w:t>
      </w:r>
      <w:r>
        <w:tab/>
        <w:t>Deske za kad, prilagojene osebam s telesno oviranostjo</w:t>
      </w:r>
    </w:p>
    <w:p w:rsidR="004611C8" w:rsidRDefault="004611C8" w:rsidP="007A63AA">
      <w:pPr>
        <w:spacing w:after="44"/>
      </w:pPr>
      <w:r>
        <w:t>100322</w:t>
      </w:r>
      <w:r>
        <w:tab/>
        <w:t>Atletski trakovi</w:t>
      </w:r>
    </w:p>
    <w:p w:rsidR="004611C8" w:rsidRDefault="004611C8" w:rsidP="007A63AA">
      <w:pPr>
        <w:spacing w:after="44"/>
      </w:pPr>
      <w:r>
        <w:t>100323</w:t>
      </w:r>
      <w:r>
        <w:tab/>
        <w:t>Izolacijske kabine z medicinsko opremo</w:t>
      </w:r>
    </w:p>
    <w:p w:rsidR="004611C8" w:rsidRDefault="004611C8" w:rsidP="007A63AA">
      <w:pPr>
        <w:spacing w:after="44"/>
      </w:pPr>
      <w:r>
        <w:t>100324</w:t>
      </w:r>
      <w:r>
        <w:tab/>
        <w:t>Umetna grla na baterije</w:t>
      </w:r>
    </w:p>
    <w:p w:rsidR="004611C8" w:rsidRDefault="004611C8" w:rsidP="007A63AA">
      <w:pPr>
        <w:spacing w:after="44"/>
      </w:pPr>
      <w:r>
        <w:t>100325</w:t>
      </w:r>
      <w:r>
        <w:tab/>
        <w:t>Aparati za kriogeno zdravljenje za medicinske namene</w:t>
      </w:r>
    </w:p>
    <w:p w:rsidR="004611C8" w:rsidRDefault="004611C8" w:rsidP="007A63AA">
      <w:pPr>
        <w:spacing w:after="44"/>
      </w:pPr>
      <w:r>
        <w:t>100326</w:t>
      </w:r>
      <w:r>
        <w:tab/>
        <w:t>Aparati za kriogeno zdravljenje za veterinarske namene</w:t>
      </w:r>
    </w:p>
    <w:p w:rsidR="004611C8" w:rsidRDefault="004611C8" w:rsidP="007A63AA">
      <w:pPr>
        <w:spacing w:after="44"/>
      </w:pPr>
      <w:r>
        <w:t>100327</w:t>
      </w:r>
      <w:r>
        <w:tab/>
        <w:t>Pripomočki za sprehajanje hišnih ljubljenčkov</w:t>
      </w:r>
    </w:p>
    <w:p w:rsidR="004611C8" w:rsidRDefault="004611C8" w:rsidP="007A63AA">
      <w:pPr>
        <w:spacing w:after="44"/>
      </w:pPr>
      <w:r>
        <w:t>100335</w:t>
      </w:r>
      <w:r>
        <w:tab/>
        <w:t>Kontaktne leče</w:t>
      </w:r>
    </w:p>
    <w:p w:rsidR="004611C8" w:rsidRDefault="004611C8" w:rsidP="007A63AA">
      <w:pPr>
        <w:spacing w:after="44"/>
      </w:pPr>
      <w:r>
        <w:t>100336</w:t>
      </w:r>
      <w:r>
        <w:tab/>
        <w:t>Posodice za kontaktne leče</w:t>
      </w:r>
    </w:p>
    <w:p w:rsidR="004611C8" w:rsidRDefault="004611C8" w:rsidP="007A63AA">
      <w:pPr>
        <w:spacing w:after="44"/>
      </w:pPr>
      <w:r>
        <w:t>100337</w:t>
      </w:r>
      <w:r>
        <w:tab/>
        <w:t>Etuiji za kontaktne leče z vgrajeno funkcijo ultrazvočnega čiščenja</w:t>
      </w:r>
    </w:p>
    <w:p w:rsidR="004611C8" w:rsidRDefault="004611C8" w:rsidP="007A63AA">
      <w:pPr>
        <w:spacing w:after="44"/>
      </w:pPr>
      <w:r>
        <w:t>100338</w:t>
      </w:r>
      <w:r>
        <w:tab/>
        <w:t>Korekcijske leče</w:t>
      </w:r>
    </w:p>
    <w:p w:rsidR="004611C8" w:rsidRDefault="004611C8" w:rsidP="007A63AA">
      <w:pPr>
        <w:spacing w:after="44"/>
      </w:pPr>
      <w:r>
        <w:t>100339</w:t>
      </w:r>
      <w:r>
        <w:tab/>
        <w:t>Sončna očala</w:t>
      </w:r>
    </w:p>
    <w:p w:rsidR="004611C8" w:rsidRDefault="004611C8" w:rsidP="007A63AA">
      <w:pPr>
        <w:spacing w:after="44"/>
      </w:pPr>
      <w:r>
        <w:t>100340</w:t>
      </w:r>
      <w:r>
        <w:tab/>
        <w:t>Sončna očala za hišne ljubljenčke</w:t>
      </w:r>
    </w:p>
    <w:p w:rsidR="004611C8" w:rsidRDefault="004611C8" w:rsidP="007A63AA">
      <w:pPr>
        <w:spacing w:after="44"/>
      </w:pPr>
      <w:r>
        <w:t>100342</w:t>
      </w:r>
      <w:r>
        <w:tab/>
        <w:t>Ščipalniki (očala)</w:t>
      </w:r>
    </w:p>
    <w:p w:rsidR="004611C8" w:rsidRDefault="004611C8" w:rsidP="007A63AA">
      <w:pPr>
        <w:spacing w:after="44"/>
      </w:pPr>
      <w:r>
        <w:t>100343</w:t>
      </w:r>
      <w:r>
        <w:tab/>
        <w:t>Nosne ščipalke za plavanje</w:t>
      </w:r>
    </w:p>
    <w:p w:rsidR="004611C8" w:rsidRDefault="004611C8" w:rsidP="007A63AA">
      <w:pPr>
        <w:spacing w:after="44"/>
      </w:pPr>
      <w:r>
        <w:t>100344</w:t>
      </w:r>
      <w:r>
        <w:tab/>
        <w:t>Pametne sprehajalne palice za slabovidne osebe</w:t>
      </w:r>
    </w:p>
    <w:p w:rsidR="004611C8" w:rsidRDefault="004611C8" w:rsidP="007A63AA">
      <w:pPr>
        <w:spacing w:after="44"/>
      </w:pPr>
      <w:r>
        <w:t>100345</w:t>
      </w:r>
      <w:r>
        <w:tab/>
        <w:t>Naprave za avtomatizirano cepljenje živine</w:t>
      </w:r>
    </w:p>
    <w:p w:rsidR="004611C8" w:rsidRDefault="004611C8" w:rsidP="007A63AA">
      <w:pPr>
        <w:spacing w:after="44"/>
      </w:pPr>
      <w:r>
        <w:t>100346</w:t>
      </w:r>
      <w:r>
        <w:tab/>
        <w:t>Pripomočki za hojo za medicinske namene</w:t>
      </w:r>
    </w:p>
    <w:p w:rsidR="004611C8" w:rsidRPr="003834FA" w:rsidRDefault="004611C8" w:rsidP="007A63AA">
      <w:pPr>
        <w:spacing w:after="44"/>
        <w:rPr>
          <w:lang w:val="fr-FR"/>
        </w:rPr>
      </w:pPr>
      <w:r>
        <w:t>100348</w:t>
      </w:r>
      <w:r>
        <w:tab/>
      </w:r>
      <w:r w:rsidRPr="003834FA">
        <w:rPr>
          <w:lang w:val="fr-FR"/>
        </w:rPr>
        <w:t>Valjčki za obraz za masažo</w:t>
      </w:r>
    </w:p>
    <w:p w:rsidR="004611C8" w:rsidRPr="003834FA" w:rsidRDefault="004611C8" w:rsidP="007A63AA">
      <w:pPr>
        <w:spacing w:after="44"/>
        <w:rPr>
          <w:lang w:val="fr-FR"/>
        </w:rPr>
      </w:pPr>
      <w:r>
        <w:t>100349</w:t>
      </w:r>
      <w:r>
        <w:tab/>
      </w:r>
      <w:r w:rsidRPr="003834FA">
        <w:rPr>
          <w:lang w:val="fr-FR"/>
        </w:rPr>
        <w:t>Aparati za beljenje zob za zobne namene</w:t>
      </w:r>
    </w:p>
    <w:p w:rsidR="004611C8" w:rsidRDefault="004611C8" w:rsidP="007A63AA">
      <w:pPr>
        <w:spacing w:after="44"/>
      </w:pPr>
      <w:r>
        <w:t>100350</w:t>
      </w:r>
      <w:r>
        <w:tab/>
        <w:t>Ustni ščitniki za zaščito pred bruksizmom</w:t>
      </w:r>
    </w:p>
    <w:p w:rsidR="004611C8" w:rsidRDefault="004611C8" w:rsidP="007A63AA">
      <w:pPr>
        <w:spacing w:after="44"/>
      </w:pPr>
      <w:r>
        <w:t>100351</w:t>
      </w:r>
      <w:r>
        <w:tab/>
        <w:t>Hladilne podloge za hišne ljubljenčke za veterinarske namene</w:t>
      </w:r>
    </w:p>
    <w:p w:rsidR="00431F3E" w:rsidRDefault="00431F3E">
      <w:pPr>
        <w:pStyle w:val="Naslov1"/>
        <w:sectPr w:rsidR="00431F3E" w:rsidSect="00E00425">
          <w:type w:val="continuous"/>
          <w:pgSz w:w="11907" w:h="16840" w:code="9"/>
          <w:pgMar w:top="1418" w:right="1418" w:bottom="1418" w:left="1418" w:header="720" w:footer="720" w:gutter="0"/>
          <w:cols w:num="2" w:space="720"/>
          <w:docGrid w:linePitch="360"/>
        </w:sectPr>
      </w:pPr>
    </w:p>
    <w:p w:rsidR="00431F3E" w:rsidRPr="00B13099" w:rsidRDefault="00431F3E" w:rsidP="007A63AA">
      <w:pPr>
        <w:pStyle w:val="Naslov1"/>
        <w:spacing w:before="0"/>
        <w:rPr>
          <w:lang w:val="sl-SI" w:eastAsia="sl-SI"/>
        </w:rPr>
      </w:pPr>
      <w:r w:rsidRPr="00B13099">
        <w:rPr>
          <w:lang w:val="sl-SI" w:eastAsia="sl-SI"/>
        </w:rPr>
        <w:lastRenderedPageBreak/>
        <w:t xml:space="preserve">Razred 11 </w:t>
      </w:r>
    </w:p>
    <w:p w:rsidR="00431F3E" w:rsidRDefault="00431F3E" w:rsidP="007A63AA">
      <w:pPr>
        <w:pStyle w:val="Naslov2"/>
        <w:spacing w:after="360"/>
        <w:rPr>
          <w:lang w:val="sl-SI" w:eastAsia="sl-SI"/>
        </w:rPr>
      </w:pPr>
      <w:r w:rsidRPr="00B13099">
        <w:rPr>
          <w:lang w:val="sl-SI" w:eastAsia="sl-SI"/>
        </w:rPr>
        <w:t>Naprave za osvetljevanje, ogrevanje, proizvodnjo pare, kuhanje, hlajenje, sušenje, prezračevanje, vodovodne in sanitarne instalacije.</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87064C" w:rsidRPr="00D85EAF" w:rsidTr="00CF2B9C">
        <w:trPr>
          <w:trHeight w:val="143"/>
          <w:tblHeader/>
        </w:trPr>
        <w:tc>
          <w:tcPr>
            <w:tcW w:w="9493" w:type="dxa"/>
            <w:gridSpan w:val="2"/>
            <w:shd w:val="clear" w:color="auto" w:fill="F2F2F2" w:themeFill="background1" w:themeFillShade="F2"/>
            <w:vAlign w:val="center"/>
          </w:tcPr>
          <w:p w:rsidR="0087064C" w:rsidRPr="00A656D9" w:rsidRDefault="0087064C" w:rsidP="00E00425">
            <w:pPr>
              <w:pStyle w:val="opomba"/>
              <w:spacing w:after="60"/>
              <w:rPr>
                <w:b/>
              </w:rPr>
            </w:pPr>
            <w:r w:rsidRPr="00A656D9">
              <w:rPr>
                <w:b/>
              </w:rPr>
              <w:t xml:space="preserve">RAZRED </w:t>
            </w:r>
            <w:r w:rsidR="008F3332" w:rsidRPr="00A656D9">
              <w:rPr>
                <w:b/>
              </w:rPr>
              <w:t>11</w:t>
            </w:r>
            <w:r w:rsidRPr="00A656D9">
              <w:rPr>
                <w:b/>
              </w:rPr>
              <w:t xml:space="preserve"> - pojasnjevalne opombe</w:t>
            </w:r>
          </w:p>
        </w:tc>
      </w:tr>
      <w:tr w:rsidR="0087064C" w:rsidRPr="00D85EAF" w:rsidTr="00CF2B9C">
        <w:trPr>
          <w:trHeight w:val="390"/>
        </w:trPr>
        <w:tc>
          <w:tcPr>
            <w:tcW w:w="9493" w:type="dxa"/>
            <w:gridSpan w:val="2"/>
            <w:shd w:val="clear" w:color="auto" w:fill="F2F2F2" w:themeFill="background1" w:themeFillShade="F2"/>
            <w:vAlign w:val="center"/>
          </w:tcPr>
          <w:p w:rsidR="0087064C" w:rsidRPr="00993A45" w:rsidRDefault="008F3332" w:rsidP="00E00425">
            <w:pPr>
              <w:pStyle w:val="opomba"/>
              <w:spacing w:after="60"/>
            </w:pPr>
            <w:r w:rsidRPr="00BD49AB">
              <w:t>V razred 11 spadajo predvsem aparati in naprave za nadzor okolja, zlasti za razsvetljavo, kuhanje, hlajenje in dezinfekcijo.</w:t>
            </w:r>
          </w:p>
        </w:tc>
      </w:tr>
      <w:tr w:rsidR="0087064C" w:rsidRPr="00D85EAF" w:rsidTr="00E00425">
        <w:trPr>
          <w:trHeight w:val="8059"/>
        </w:trPr>
        <w:tc>
          <w:tcPr>
            <w:tcW w:w="4746" w:type="dxa"/>
            <w:shd w:val="clear" w:color="auto" w:fill="F2F2F2" w:themeFill="background1" w:themeFillShade="F2"/>
          </w:tcPr>
          <w:p w:rsidR="0087064C" w:rsidRPr="00993A45" w:rsidRDefault="0087064C" w:rsidP="007A63AA">
            <w:pPr>
              <w:pStyle w:val="opomba"/>
              <w:spacing w:after="60"/>
            </w:pPr>
            <w:r w:rsidRPr="00D85EAF">
              <w:t>V ta razred so vključeni zlasti:</w:t>
            </w:r>
          </w:p>
          <w:p w:rsidR="007A63AA" w:rsidRPr="00BD49AB" w:rsidRDefault="007A63AA" w:rsidP="00E00425">
            <w:pPr>
              <w:pStyle w:val="opombapika"/>
              <w:spacing w:after="40"/>
            </w:pPr>
            <w:r w:rsidRPr="00BD49AB">
              <w:t>klimatske naprave;</w:t>
            </w:r>
          </w:p>
          <w:p w:rsidR="007A63AA" w:rsidRPr="00BD49AB" w:rsidRDefault="007A63AA" w:rsidP="00E00425">
            <w:pPr>
              <w:pStyle w:val="opombapika"/>
              <w:spacing w:after="40"/>
            </w:pPr>
            <w:r w:rsidRPr="00BD49AB">
              <w:t>pečice, razen za laboratorijsko uporabo, na primer zobozdravstvene pečice, mikrovalovne pečice, pekovske pečice</w:t>
            </w:r>
          </w:p>
          <w:p w:rsidR="007A63AA" w:rsidRPr="00BD49AB" w:rsidRDefault="007A63AA" w:rsidP="00E00425">
            <w:pPr>
              <w:pStyle w:val="opombapika"/>
              <w:spacing w:after="40"/>
            </w:pPr>
            <w:r w:rsidRPr="00BD49AB">
              <w:t>peči kot grelni aparati</w:t>
            </w:r>
          </w:p>
          <w:p w:rsidR="007A63AA" w:rsidRPr="00BD49AB" w:rsidRDefault="007A63AA" w:rsidP="00E00425">
            <w:pPr>
              <w:pStyle w:val="opombapika"/>
              <w:spacing w:after="40"/>
            </w:pPr>
            <w:r w:rsidRPr="00BD49AB">
              <w:t>sončni toplotni kolektorji</w:t>
            </w:r>
          </w:p>
          <w:p w:rsidR="007A63AA" w:rsidRPr="00BD49AB" w:rsidRDefault="007A63AA" w:rsidP="00E00425">
            <w:pPr>
              <w:pStyle w:val="opombapika"/>
              <w:spacing w:after="40"/>
            </w:pPr>
            <w:r w:rsidRPr="00BD49AB">
              <w:t>dimniške cevi, puhala za dimnike, kurišča, domači kamini</w:t>
            </w:r>
          </w:p>
          <w:p w:rsidR="007A63AA" w:rsidRPr="00BD49AB" w:rsidRDefault="007A63AA" w:rsidP="00E00425">
            <w:pPr>
              <w:pStyle w:val="opombapika"/>
              <w:spacing w:after="40"/>
            </w:pPr>
            <w:r w:rsidRPr="00BD49AB">
              <w:t>sterilizatorji, sežigalnice</w:t>
            </w:r>
          </w:p>
          <w:p w:rsidR="007A63AA" w:rsidRPr="00BD49AB" w:rsidRDefault="007A63AA" w:rsidP="00E00425">
            <w:pPr>
              <w:pStyle w:val="opombapika"/>
              <w:spacing w:after="40"/>
            </w:pPr>
            <w:r w:rsidRPr="00BD49AB">
              <w:t>aparati in naprave za osvetljevanje, na primer svetlobne cevi za osvetljevanje, žarometi, svetleče hišne številke, reflektorji za vozila, luči za vozila</w:t>
            </w:r>
          </w:p>
          <w:p w:rsidR="007A63AA" w:rsidRPr="00BD49AB" w:rsidRDefault="007A63AA" w:rsidP="00E00425">
            <w:pPr>
              <w:pStyle w:val="opombapika"/>
              <w:spacing w:after="40"/>
            </w:pPr>
            <w:r w:rsidRPr="00BD49AB">
              <w:t>svetilke, na primer električne svetilke, plinske svetilke, laboratorijske svetilke, oljenke, ulične svetilke, varnostne svetilke</w:t>
            </w:r>
          </w:p>
          <w:p w:rsidR="007A63AA" w:rsidRPr="00BD49AB" w:rsidRDefault="007A63AA" w:rsidP="00E00425">
            <w:pPr>
              <w:pStyle w:val="opombapika"/>
              <w:spacing w:after="40"/>
            </w:pPr>
            <w:r w:rsidRPr="00BD49AB">
              <w:t>solariji</w:t>
            </w:r>
          </w:p>
          <w:p w:rsidR="007A63AA" w:rsidRPr="00BD49AB" w:rsidRDefault="007A63AA" w:rsidP="00E00425">
            <w:pPr>
              <w:pStyle w:val="opombapika"/>
              <w:spacing w:after="40"/>
            </w:pPr>
            <w:r w:rsidRPr="00BD49AB">
              <w:t>kopalniške instalacije, kopalniška oprema, kopalniška vodovodna oprema</w:t>
            </w:r>
          </w:p>
          <w:p w:rsidR="007A63AA" w:rsidRPr="00BD49AB" w:rsidRDefault="007A63AA" w:rsidP="00E00425">
            <w:pPr>
              <w:pStyle w:val="opombapika"/>
              <w:spacing w:after="40"/>
            </w:pPr>
            <w:r w:rsidRPr="00BD49AB">
              <w:t>stranišča, pisoarji</w:t>
            </w:r>
          </w:p>
          <w:p w:rsidR="007A63AA" w:rsidRPr="00BD49AB" w:rsidRDefault="007A63AA" w:rsidP="00E00425">
            <w:pPr>
              <w:pStyle w:val="opombapika"/>
              <w:spacing w:after="40"/>
            </w:pPr>
            <w:r w:rsidRPr="00BD49AB">
              <w:t>fontane, čokoladne fontane</w:t>
            </w:r>
          </w:p>
          <w:p w:rsidR="007A63AA" w:rsidRPr="00BD49AB" w:rsidRDefault="007A63AA" w:rsidP="00E00425">
            <w:pPr>
              <w:pStyle w:val="opombapika"/>
              <w:spacing w:after="40"/>
            </w:pPr>
            <w:r w:rsidRPr="00BD49AB">
              <w:t>električno ogrevani vzglavniki (blazine) in odeje, ne za medicinske namene;</w:t>
            </w:r>
          </w:p>
          <w:p w:rsidR="007A63AA" w:rsidRPr="00BD49AB" w:rsidRDefault="007A63AA" w:rsidP="00E00425">
            <w:pPr>
              <w:pStyle w:val="opombapika"/>
              <w:spacing w:after="40"/>
            </w:pPr>
            <w:r w:rsidRPr="00BD49AB">
              <w:t>termoforji</w:t>
            </w:r>
          </w:p>
          <w:p w:rsidR="007A63AA" w:rsidRPr="00BD49AB" w:rsidRDefault="007A63AA" w:rsidP="00E00425">
            <w:pPr>
              <w:pStyle w:val="opombapika"/>
              <w:spacing w:after="40"/>
            </w:pPr>
            <w:r w:rsidRPr="00BD49AB">
              <w:t>električno ogrevane preproge, električno ogrevane skodelice</w:t>
            </w:r>
          </w:p>
          <w:p w:rsidR="007A63AA" w:rsidRPr="00BD49AB" w:rsidRDefault="007A63AA" w:rsidP="00E00425">
            <w:pPr>
              <w:pStyle w:val="opombapika"/>
              <w:spacing w:after="40"/>
            </w:pPr>
            <w:r w:rsidRPr="00BD49AB">
              <w:t>električni aparati za pripravo jogurta, pekači kruha, kavni avtomati, aparati za pripravo sladoleda</w:t>
            </w:r>
          </w:p>
          <w:p w:rsidR="0087064C" w:rsidRPr="00993A45" w:rsidRDefault="007A63AA" w:rsidP="008C16D9">
            <w:pPr>
              <w:pStyle w:val="opombapika"/>
            </w:pPr>
            <w:r w:rsidRPr="00BD49AB">
              <w:t>ledomati in aparati</w:t>
            </w:r>
          </w:p>
        </w:tc>
        <w:tc>
          <w:tcPr>
            <w:tcW w:w="4747" w:type="dxa"/>
            <w:shd w:val="clear" w:color="auto" w:fill="F2F2F2" w:themeFill="background1" w:themeFillShade="F2"/>
          </w:tcPr>
          <w:p w:rsidR="0087064C" w:rsidRPr="00993A45" w:rsidRDefault="0087064C" w:rsidP="007A63AA">
            <w:pPr>
              <w:pStyle w:val="opomba"/>
              <w:spacing w:after="60"/>
            </w:pPr>
            <w:r w:rsidRPr="00D85EAF">
              <w:t>V ta razred niso vključeni zlasti:</w:t>
            </w:r>
          </w:p>
          <w:p w:rsidR="007A63AA" w:rsidRPr="00BD49AB" w:rsidRDefault="007A63AA" w:rsidP="00E00425">
            <w:pPr>
              <w:pStyle w:val="opombapika"/>
              <w:spacing w:after="40"/>
            </w:pPr>
            <w:r w:rsidRPr="00BD49AB">
              <w:t>zračni kondenzatorji (razred 7)</w:t>
            </w:r>
          </w:p>
          <w:p w:rsidR="007A63AA" w:rsidRPr="00BD49AB" w:rsidRDefault="007A63AA" w:rsidP="00E00425">
            <w:pPr>
              <w:pStyle w:val="opombapika"/>
              <w:spacing w:after="40"/>
            </w:pPr>
            <w:r w:rsidRPr="00BD49AB">
              <w:t>generatorji toka, generatorji električne energije (razred 7)</w:t>
            </w:r>
          </w:p>
          <w:p w:rsidR="007A63AA" w:rsidRPr="00BD49AB" w:rsidRDefault="007A63AA" w:rsidP="00E00425">
            <w:pPr>
              <w:pStyle w:val="opombapika"/>
              <w:spacing w:after="40"/>
            </w:pPr>
            <w:r w:rsidRPr="00BD49AB">
              <w:t>spajkalne svetilke (razred 7), optične svetilke, svetilke za temnice (razred 9), svetilke za medicinske namene (razred 10)</w:t>
            </w:r>
          </w:p>
          <w:p w:rsidR="007A63AA" w:rsidRPr="00BD49AB" w:rsidRDefault="007A63AA" w:rsidP="00E00425">
            <w:pPr>
              <w:pStyle w:val="opombapika"/>
              <w:spacing w:after="40"/>
            </w:pPr>
            <w:r w:rsidRPr="00BD49AB">
              <w:t>naprave za proizvodnjo pare, ki so deli strojev (razred 7)</w:t>
            </w:r>
          </w:p>
          <w:p w:rsidR="007A63AA" w:rsidRPr="00BD49AB" w:rsidRDefault="007A63AA" w:rsidP="00E00425">
            <w:pPr>
              <w:pStyle w:val="opombapika"/>
              <w:spacing w:after="40"/>
            </w:pPr>
            <w:r w:rsidRPr="00BD49AB">
              <w:t>pečice za laboratorijsko uporabo (razred 9)</w:t>
            </w:r>
          </w:p>
          <w:p w:rsidR="007A63AA" w:rsidRPr="00BD49AB" w:rsidRDefault="007A63AA" w:rsidP="00E00425">
            <w:pPr>
              <w:pStyle w:val="opombapika"/>
              <w:spacing w:after="40"/>
            </w:pPr>
            <w:r w:rsidRPr="00BD49AB">
              <w:t>fotovoltaične celice (razred 9)</w:t>
            </w:r>
          </w:p>
          <w:p w:rsidR="007A63AA" w:rsidRPr="00BD49AB" w:rsidRDefault="007A63AA" w:rsidP="00E00425">
            <w:pPr>
              <w:pStyle w:val="opombapika"/>
              <w:spacing w:after="40"/>
            </w:pPr>
            <w:r w:rsidRPr="00BD49AB">
              <w:t>signalne luči (razred 9)</w:t>
            </w:r>
          </w:p>
          <w:p w:rsidR="007A63AA" w:rsidRPr="00BD49AB" w:rsidRDefault="007A63AA" w:rsidP="00E00425">
            <w:pPr>
              <w:pStyle w:val="opombapika"/>
              <w:spacing w:after="40"/>
            </w:pPr>
            <w:r w:rsidRPr="00BD49AB">
              <w:t>električno ogrevane podloge, blazine in odeje za medicinske namene (razred 10)</w:t>
            </w:r>
          </w:p>
          <w:p w:rsidR="007A63AA" w:rsidRPr="00BD49AB" w:rsidRDefault="007A63AA" w:rsidP="00E00425">
            <w:pPr>
              <w:pStyle w:val="opombapika"/>
              <w:spacing w:after="40"/>
            </w:pPr>
            <w:r w:rsidRPr="00BD49AB">
              <w:t>posode za kuhanje, ki nimajo vgrajenega vira toplote, na primer neelektrični štedilniki in žari, neelektrični pekači za vaflje, neelektrični lonci na pritisk (razred 21)</w:t>
            </w:r>
          </w:p>
          <w:p w:rsidR="007A63AA" w:rsidRPr="00BD49AB" w:rsidRDefault="007A63AA" w:rsidP="00E00425">
            <w:pPr>
              <w:pStyle w:val="opombapika"/>
              <w:spacing w:after="40"/>
            </w:pPr>
            <w:r w:rsidRPr="00BD49AB">
              <w:t>neelektrični prenosni hladilniki (razred 21)</w:t>
            </w:r>
          </w:p>
          <w:p w:rsidR="007A63AA" w:rsidRPr="00BD49AB" w:rsidRDefault="007A63AA" w:rsidP="00E00425">
            <w:pPr>
              <w:pStyle w:val="opombapika"/>
              <w:spacing w:after="40"/>
            </w:pPr>
            <w:r w:rsidRPr="00BD49AB">
              <w:t>prenosne otroške kopeli (razred 21)</w:t>
            </w:r>
          </w:p>
          <w:p w:rsidR="0087064C" w:rsidRPr="00993A45" w:rsidRDefault="007A63AA" w:rsidP="008C16D9">
            <w:pPr>
              <w:pStyle w:val="opombapika"/>
            </w:pPr>
            <w:r w:rsidRPr="00BD49AB">
              <w:t>električno ogrevana oblačila (razred 25)</w:t>
            </w:r>
          </w:p>
        </w:tc>
      </w:tr>
    </w:tbl>
    <w:p w:rsidR="00F875A9" w:rsidRDefault="00F875A9" w:rsidP="00E00425">
      <w:pPr>
        <w:spacing w:after="240"/>
        <w:ind w:left="0" w:firstLine="0"/>
      </w:pPr>
    </w:p>
    <w:p w:rsidR="00431F3E" w:rsidRDefault="00431F3E" w:rsidP="00E00425">
      <w:pPr>
        <w:spacing w:before="240"/>
        <w:sectPr w:rsidR="00431F3E" w:rsidSect="00E00425">
          <w:type w:val="continuous"/>
          <w:pgSz w:w="11907" w:h="16840" w:code="9"/>
          <w:pgMar w:top="1418" w:right="1418" w:bottom="1418" w:left="1418" w:header="720" w:footer="720" w:gutter="0"/>
          <w:cols w:space="720"/>
          <w:docGrid w:linePitch="360"/>
        </w:sectPr>
      </w:pPr>
    </w:p>
    <w:p w:rsidR="004611C8" w:rsidRDefault="004611C8" w:rsidP="004611C8">
      <w:r>
        <w:t>110001</w:t>
      </w:r>
      <w:r>
        <w:tab/>
        <w:t>Avtomatične namakalne inštalacije</w:t>
      </w:r>
    </w:p>
    <w:p w:rsidR="004611C8" w:rsidRDefault="004611C8" w:rsidP="004611C8">
      <w:r>
        <w:t>110002</w:t>
      </w:r>
      <w:r>
        <w:tab/>
        <w:t>Toplotni akumulatorji</w:t>
      </w:r>
    </w:p>
    <w:p w:rsidR="004611C8" w:rsidRDefault="004611C8" w:rsidP="004611C8">
      <w:r>
        <w:t>110003</w:t>
      </w:r>
      <w:r>
        <w:tab/>
        <w:t>Acetilenski gorilniki</w:t>
      </w:r>
    </w:p>
    <w:p w:rsidR="004611C8" w:rsidRDefault="004611C8" w:rsidP="004611C8">
      <w:r>
        <w:t>110004</w:t>
      </w:r>
      <w:r>
        <w:tab/>
        <w:t>Acetilenski generatorji</w:t>
      </w:r>
    </w:p>
    <w:p w:rsidR="004611C8" w:rsidRDefault="004611C8" w:rsidP="004611C8">
      <w:r>
        <w:t>110005</w:t>
      </w:r>
      <w:r>
        <w:tab/>
        <w:t>Acetilenske bakle</w:t>
      </w:r>
    </w:p>
    <w:p w:rsidR="004611C8" w:rsidRDefault="004611C8" w:rsidP="004611C8">
      <w:r>
        <w:t>110006</w:t>
      </w:r>
      <w:r>
        <w:tab/>
        <w:t>Prezračevalne nape</w:t>
      </w:r>
    </w:p>
    <w:p w:rsidR="004611C8" w:rsidRDefault="004611C8" w:rsidP="004611C8">
      <w:r>
        <w:t>110007</w:t>
      </w:r>
      <w:r>
        <w:tab/>
        <w:t>Inštalacije za osvetlitev, za zračna vozila</w:t>
      </w:r>
    </w:p>
    <w:p w:rsidR="004611C8" w:rsidRDefault="004611C8" w:rsidP="004611C8">
      <w:r>
        <w:t>110008</w:t>
      </w:r>
      <w:r>
        <w:tab/>
        <w:t>Pečice na vroči zrak</w:t>
      </w:r>
    </w:p>
    <w:p w:rsidR="004611C8" w:rsidRDefault="004611C8" w:rsidP="004611C8">
      <w:r>
        <w:t>110010</w:t>
      </w:r>
      <w:r>
        <w:tab/>
        <w:t>Naprave za hlajenje zraka</w:t>
      </w:r>
    </w:p>
    <w:p w:rsidR="004611C8" w:rsidRDefault="004611C8" w:rsidP="004611C8">
      <w:r>
        <w:t>110011</w:t>
      </w:r>
      <w:r>
        <w:tab/>
        <w:t>Filtri za klimatizacijo</w:t>
      </w:r>
    </w:p>
    <w:p w:rsidR="004611C8" w:rsidRDefault="004611C8" w:rsidP="004611C8">
      <w:r>
        <w:t>110012</w:t>
      </w:r>
      <w:r>
        <w:tab/>
        <w:t>Naprave za ogrevanje zraka</w:t>
      </w:r>
    </w:p>
    <w:p w:rsidR="004611C8" w:rsidRDefault="004611C8" w:rsidP="004611C8">
      <w:r>
        <w:t>110014</w:t>
      </w:r>
      <w:r>
        <w:tab/>
        <w:t>Instalacije za klimatizacijo</w:t>
      </w:r>
    </w:p>
    <w:p w:rsidR="004611C8" w:rsidRDefault="004611C8" w:rsidP="004611C8">
      <w:r>
        <w:t>110015</w:t>
      </w:r>
      <w:r>
        <w:tab/>
        <w:t>Inštalacije za filtriranje zraka</w:t>
      </w:r>
    </w:p>
    <w:p w:rsidR="004611C8" w:rsidRDefault="004611C8" w:rsidP="004611C8">
      <w:r>
        <w:t>110016</w:t>
      </w:r>
      <w:r>
        <w:tab/>
        <w:t>Aparati na vroči zrak</w:t>
      </w:r>
    </w:p>
    <w:p w:rsidR="004611C8" w:rsidRDefault="004611C8" w:rsidP="004611C8">
      <w:r>
        <w:t>110018</w:t>
      </w:r>
      <w:r>
        <w:tab/>
        <w:t>Kresilni vžigalniki za plin</w:t>
      </w:r>
    </w:p>
    <w:p w:rsidR="004611C8" w:rsidRDefault="004611C8" w:rsidP="004611C8">
      <w:r>
        <w:t>110019</w:t>
      </w:r>
      <w:r>
        <w:tab/>
        <w:t>Plinski vžigalniki</w:t>
      </w:r>
    </w:p>
    <w:p w:rsidR="004611C8" w:rsidRDefault="004611C8" w:rsidP="004611C8">
      <w:r>
        <w:t>110021</w:t>
      </w:r>
      <w:r>
        <w:tab/>
        <w:t>Žarnice za razsvetljavo</w:t>
      </w:r>
    </w:p>
    <w:p w:rsidR="004611C8" w:rsidRDefault="004611C8" w:rsidP="004611C8">
      <w:r>
        <w:t>110022</w:t>
      </w:r>
      <w:r>
        <w:tab/>
        <w:t>Električne žarnice za razsvetljavo</w:t>
      </w:r>
    </w:p>
    <w:p w:rsidR="004611C8" w:rsidRDefault="004611C8" w:rsidP="004611C8">
      <w:r>
        <w:t>110023</w:t>
      </w:r>
      <w:r>
        <w:tab/>
        <w:t>Obločnice</w:t>
      </w:r>
    </w:p>
    <w:p w:rsidR="004611C8" w:rsidRDefault="004611C8" w:rsidP="004611C8">
      <w:r>
        <w:t>110024</w:t>
      </w:r>
      <w:r>
        <w:tab/>
        <w:t>Električne svetilke</w:t>
      </w:r>
    </w:p>
    <w:p w:rsidR="004611C8" w:rsidRDefault="004611C8" w:rsidP="004611C8">
      <w:r>
        <w:lastRenderedPageBreak/>
        <w:t>110025</w:t>
      </w:r>
      <w:r>
        <w:tab/>
        <w:t>Kovinska ohišja za pečice</w:t>
      </w:r>
    </w:p>
    <w:p w:rsidR="004611C8" w:rsidRDefault="004611C8" w:rsidP="004611C8">
      <w:r>
        <w:t>110026</w:t>
      </w:r>
      <w:r>
        <w:tab/>
        <w:t>Hladilne omare</w:t>
      </w:r>
    </w:p>
    <w:p w:rsidR="004611C8" w:rsidRDefault="004611C8" w:rsidP="004611C8">
      <w:r>
        <w:t>110027</w:t>
      </w:r>
      <w:r>
        <w:tab/>
        <w:t>Luči za vozila</w:t>
      </w:r>
    </w:p>
    <w:p w:rsidR="004611C8" w:rsidRDefault="004611C8" w:rsidP="004611C8">
      <w:r>
        <w:t>110031</w:t>
      </w:r>
      <w:r>
        <w:tab/>
        <w:t>Prednje luči za avtomobile</w:t>
      </w:r>
    </w:p>
    <w:p w:rsidR="004611C8" w:rsidRDefault="004611C8" w:rsidP="004611C8">
      <w:r>
        <w:t>110033</w:t>
      </w:r>
      <w:r>
        <w:tab/>
        <w:t>Kopalne kadi</w:t>
      </w:r>
    </w:p>
    <w:p w:rsidR="004611C8" w:rsidRDefault="004611C8" w:rsidP="004611C8">
      <w:r>
        <w:t>110035</w:t>
      </w:r>
      <w:r>
        <w:tab/>
        <w:t>Sedežne kopalne kadi</w:t>
      </w:r>
    </w:p>
    <w:p w:rsidR="004611C8" w:rsidRPr="003834FA" w:rsidRDefault="004611C8" w:rsidP="004611C8">
      <w:pPr>
        <w:rPr>
          <w:lang w:val="fr-FR"/>
        </w:rPr>
      </w:pPr>
      <w:r>
        <w:t>110036</w:t>
      </w:r>
      <w:r>
        <w:tab/>
      </w:r>
      <w:r w:rsidRPr="003834FA">
        <w:rPr>
          <w:lang w:val="fr-FR"/>
        </w:rPr>
        <w:t>Kabine za turško kopel, prenosne</w:t>
      </w:r>
    </w:p>
    <w:p w:rsidR="004611C8" w:rsidRDefault="004611C8" w:rsidP="004611C8">
      <w:r>
        <w:t>110037</w:t>
      </w:r>
      <w:r>
        <w:tab/>
        <w:t>Kopalniška oprema</w:t>
      </w:r>
    </w:p>
    <w:p w:rsidR="004611C8" w:rsidRDefault="004611C8" w:rsidP="004611C8">
      <w:r>
        <w:t>110038</w:t>
      </w:r>
      <w:r>
        <w:tab/>
        <w:t>Grelne naprave za kadi</w:t>
      </w:r>
    </w:p>
    <w:p w:rsidR="004611C8" w:rsidRDefault="004611C8" w:rsidP="004611C8">
      <w:r>
        <w:t>110040</w:t>
      </w:r>
      <w:r>
        <w:tab/>
        <w:t>Svetilke</w:t>
      </w:r>
    </w:p>
    <w:p w:rsidR="004611C8" w:rsidRDefault="004611C8" w:rsidP="004611C8">
      <w:r>
        <w:t>110041</w:t>
      </w:r>
      <w:r>
        <w:tab/>
        <w:t>Lanterne za razsvetljavo</w:t>
      </w:r>
    </w:p>
    <w:p w:rsidR="004611C8" w:rsidRDefault="004611C8" w:rsidP="004611C8">
      <w:r>
        <w:t>110043</w:t>
      </w:r>
      <w:r>
        <w:tab/>
        <w:t>Žarilni gorilniki</w:t>
      </w:r>
    </w:p>
    <w:p w:rsidR="004611C8" w:rsidRDefault="004611C8" w:rsidP="004611C8">
      <w:r>
        <w:t>110044</w:t>
      </w:r>
      <w:r>
        <w:tab/>
        <w:t>Gorilniki za svetilke</w:t>
      </w:r>
    </w:p>
    <w:p w:rsidR="004611C8" w:rsidRDefault="004611C8" w:rsidP="004611C8">
      <w:r>
        <w:t>110045</w:t>
      </w:r>
      <w:r>
        <w:tab/>
        <w:t>Kolesarske luči</w:t>
      </w:r>
    </w:p>
    <w:p w:rsidR="004611C8" w:rsidRDefault="004611C8" w:rsidP="004611C8">
      <w:r>
        <w:t>110046</w:t>
      </w:r>
      <w:r>
        <w:tab/>
        <w:t>Bideji</w:t>
      </w:r>
    </w:p>
    <w:p w:rsidR="004611C8" w:rsidRDefault="004611C8" w:rsidP="004611C8">
      <w:r>
        <w:t>110047</w:t>
      </w:r>
      <w:r>
        <w:tab/>
        <w:t>Kotli, razen deli strojev</w:t>
      </w:r>
    </w:p>
    <w:p w:rsidR="004611C8" w:rsidRDefault="004611C8" w:rsidP="004611C8">
      <w:r>
        <w:t>110048</w:t>
      </w:r>
      <w:r>
        <w:tab/>
        <w:t>Peči za sušenje</w:t>
      </w:r>
    </w:p>
    <w:p w:rsidR="004611C8" w:rsidRDefault="004611C8" w:rsidP="004611C8">
      <w:r>
        <w:t>110049</w:t>
      </w:r>
      <w:r>
        <w:tab/>
        <w:t>Hidranti</w:t>
      </w:r>
    </w:p>
    <w:p w:rsidR="004611C8" w:rsidRDefault="004611C8" w:rsidP="004611C8">
      <w:r>
        <w:t>110050</w:t>
      </w:r>
      <w:r>
        <w:tab/>
        <w:t>Radiatorski čepi</w:t>
      </w:r>
    </w:p>
    <w:p w:rsidR="004611C8" w:rsidRDefault="004611C8" w:rsidP="004611C8">
      <w:r>
        <w:t>110052</w:t>
      </w:r>
      <w:r>
        <w:tab/>
        <w:t>Grelniki vode</w:t>
      </w:r>
    </w:p>
    <w:p w:rsidR="004611C8" w:rsidRDefault="004611C8" w:rsidP="004611C8">
      <w:r>
        <w:t>110053</w:t>
      </w:r>
      <w:r>
        <w:tab/>
        <w:t>Pekarske peči</w:t>
      </w:r>
    </w:p>
    <w:p w:rsidR="004611C8" w:rsidRDefault="004611C8" w:rsidP="004611C8">
      <w:r>
        <w:t>110055</w:t>
      </w:r>
      <w:r>
        <w:tab/>
        <w:t>Šobe proti škropljenju, za pipe</w:t>
      </w:r>
    </w:p>
    <w:p w:rsidR="004611C8" w:rsidRDefault="004611C8" w:rsidP="004611C8">
      <w:r>
        <w:t>110056</w:t>
      </w:r>
      <w:r>
        <w:tab/>
        <w:t>Obračala za ražnje</w:t>
      </w:r>
    </w:p>
    <w:p w:rsidR="004611C8" w:rsidRDefault="004611C8" w:rsidP="004611C8">
      <w:r>
        <w:t>110057</w:t>
      </w:r>
      <w:r>
        <w:tab/>
        <w:t>Ražnji</w:t>
      </w:r>
    </w:p>
    <w:p w:rsidR="004611C8" w:rsidRDefault="004611C8" w:rsidP="004611C8">
      <w:r>
        <w:t>110058</w:t>
      </w:r>
      <w:r>
        <w:tab/>
        <w:t>Laboratorijski gorilniki</w:t>
      </w:r>
    </w:p>
    <w:p w:rsidR="004611C8" w:rsidRDefault="004611C8" w:rsidP="004611C8">
      <w:r>
        <w:t>110059</w:t>
      </w:r>
      <w:r>
        <w:tab/>
        <w:t>Plamenični dimniki, za uporabo v naftni industriji</w:t>
      </w:r>
    </w:p>
    <w:p w:rsidR="004611C8" w:rsidRDefault="004611C8" w:rsidP="004611C8">
      <w:r>
        <w:t>110060</w:t>
      </w:r>
      <w:r>
        <w:tab/>
        <w:t>Gorilniki</w:t>
      </w:r>
    </w:p>
    <w:p w:rsidR="004611C8" w:rsidRDefault="004611C8" w:rsidP="004611C8">
      <w:r>
        <w:t>110061</w:t>
      </w:r>
      <w:r>
        <w:tab/>
        <w:t>Gorilniki za razkuževanje</w:t>
      </w:r>
    </w:p>
    <w:p w:rsidR="004611C8" w:rsidRDefault="004611C8" w:rsidP="004611C8">
      <w:r>
        <w:t>110064</w:t>
      </w:r>
      <w:r>
        <w:tab/>
        <w:t>Prenosna stranišča</w:t>
      </w:r>
    </w:p>
    <w:p w:rsidR="004611C8" w:rsidRDefault="004611C8" w:rsidP="004611C8">
      <w:r>
        <w:t>110065</w:t>
      </w:r>
      <w:r>
        <w:tab/>
        <w:t>Ventilatorji za klimatizacijo</w:t>
      </w:r>
    </w:p>
    <w:p w:rsidR="004611C8" w:rsidRDefault="004611C8" w:rsidP="004611C8">
      <w:r>
        <w:t>110066</w:t>
      </w:r>
      <w:r>
        <w:tab/>
        <w:t>Stroji za praženje kave</w:t>
      </w:r>
    </w:p>
    <w:p w:rsidR="004611C8" w:rsidRDefault="004611C8" w:rsidP="004611C8">
      <w:r>
        <w:t>110067</w:t>
      </w:r>
      <w:r>
        <w:tab/>
        <w:t>Aparati za ogrevanje</w:t>
      </w:r>
    </w:p>
    <w:p w:rsidR="004611C8" w:rsidRDefault="004611C8" w:rsidP="004611C8">
      <w:r>
        <w:t>110069</w:t>
      </w:r>
      <w:r>
        <w:tab/>
        <w:t>Toplotni regeneratorji</w:t>
      </w:r>
    </w:p>
    <w:p w:rsidR="004611C8" w:rsidRDefault="004611C8" w:rsidP="004611C8">
      <w:r>
        <w:t>110070</w:t>
      </w:r>
      <w:r>
        <w:tab/>
        <w:t>Šamotne obloge za peči</w:t>
      </w:r>
    </w:p>
    <w:p w:rsidR="004611C8" w:rsidRDefault="004611C8" w:rsidP="004611C8">
      <w:r>
        <w:t>110071</w:t>
      </w:r>
      <w:r>
        <w:tab/>
        <w:t>Žarnice za smerne kazalce pri vozilih</w:t>
      </w:r>
    </w:p>
    <w:p w:rsidR="004611C8" w:rsidRDefault="004611C8" w:rsidP="004611C8">
      <w:r>
        <w:t>110072</w:t>
      </w:r>
      <w:r>
        <w:tab/>
        <w:t>Oglje za obločnice</w:t>
      </w:r>
    </w:p>
    <w:p w:rsidR="004611C8" w:rsidRDefault="004611C8" w:rsidP="004611C8">
      <w:r>
        <w:t>110073</w:t>
      </w:r>
      <w:r>
        <w:tab/>
        <w:t>Instalacije za ogrevanje</w:t>
      </w:r>
    </w:p>
    <w:p w:rsidR="004611C8" w:rsidRDefault="004611C8" w:rsidP="004611C8">
      <w:r>
        <w:t>110075</w:t>
      </w:r>
      <w:r>
        <w:tab/>
        <w:t>Kotlički za izplakovanje</w:t>
      </w:r>
    </w:p>
    <w:p w:rsidR="004611C8" w:rsidRDefault="004611C8" w:rsidP="004611C8">
      <w:r>
        <w:t>110077</w:t>
      </w:r>
      <w:r>
        <w:tab/>
        <w:t>Grelni kotli</w:t>
      </w:r>
    </w:p>
    <w:p w:rsidR="004611C8" w:rsidRDefault="004611C8" w:rsidP="004611C8">
      <w:r>
        <w:t>110078</w:t>
      </w:r>
      <w:r>
        <w:tab/>
        <w:t>Cevi za kotle, za ogrevalne napeljave</w:t>
      </w:r>
    </w:p>
    <w:p w:rsidR="004611C8" w:rsidRDefault="004611C8" w:rsidP="004611C8">
      <w:r>
        <w:t>110079</w:t>
      </w:r>
      <w:r>
        <w:tab/>
        <w:t>Klimatske naprave za vozila</w:t>
      </w:r>
    </w:p>
    <w:p w:rsidR="004611C8" w:rsidRPr="003834FA" w:rsidRDefault="004611C8" w:rsidP="004611C8">
      <w:pPr>
        <w:rPr>
          <w:lang w:val="fr-FR"/>
        </w:rPr>
      </w:pPr>
      <w:r>
        <w:t>110080</w:t>
      </w:r>
      <w:r>
        <w:tab/>
      </w:r>
      <w:r w:rsidRPr="003834FA">
        <w:rPr>
          <w:lang w:val="fr-FR"/>
        </w:rPr>
        <w:t>Grelne naprave na trda, tekoča ali plinasta goriva</w:t>
      </w:r>
    </w:p>
    <w:p w:rsidR="004611C8" w:rsidRDefault="004611C8" w:rsidP="004611C8">
      <w:r>
        <w:t>110081</w:t>
      </w:r>
      <w:r>
        <w:tab/>
        <w:t>Grelniki za vozila</w:t>
      </w:r>
    </w:p>
    <w:p w:rsidR="004611C8" w:rsidRDefault="004611C8" w:rsidP="004611C8">
      <w:r>
        <w:t>110082</w:t>
      </w:r>
      <w:r>
        <w:tab/>
        <w:t>Električne naprave za ogrevanje</w:t>
      </w:r>
    </w:p>
    <w:p w:rsidR="004611C8" w:rsidRDefault="004611C8" w:rsidP="004611C8">
      <w:r>
        <w:t>110083</w:t>
      </w:r>
      <w:r>
        <w:tab/>
        <w:t>Radiatorji za centralno ogrevanje</w:t>
      </w:r>
    </w:p>
    <w:p w:rsidR="004611C8" w:rsidRPr="003834FA" w:rsidRDefault="004611C8" w:rsidP="004611C8">
      <w:pPr>
        <w:rPr>
          <w:lang w:val="fr-FR"/>
        </w:rPr>
      </w:pPr>
      <w:r>
        <w:t>110084</w:t>
      </w:r>
      <w:r>
        <w:tab/>
      </w:r>
      <w:r w:rsidRPr="003834FA">
        <w:rPr>
          <w:lang w:val="fr-FR"/>
        </w:rPr>
        <w:t>Vlažilniki za radiatorje centralnega ogrevanja</w:t>
      </w:r>
    </w:p>
    <w:p w:rsidR="004611C8" w:rsidRDefault="004611C8" w:rsidP="004611C8">
      <w:r>
        <w:t>110085</w:t>
      </w:r>
      <w:r>
        <w:tab/>
        <w:t>Elementi za ogrevanje</w:t>
      </w:r>
    </w:p>
    <w:p w:rsidR="004611C8" w:rsidRDefault="004611C8" w:rsidP="004611C8">
      <w:r>
        <w:t>110086</w:t>
      </w:r>
      <w:r>
        <w:tab/>
        <w:t>Grelniki za likalnike</w:t>
      </w:r>
    </w:p>
    <w:p w:rsidR="004611C8" w:rsidRDefault="004611C8" w:rsidP="004611C8">
      <w:r>
        <w:t>110087</w:t>
      </w:r>
      <w:r>
        <w:tab/>
        <w:t>Grelniki za noge (električni ali neelektrični)</w:t>
      </w:r>
    </w:p>
    <w:p w:rsidR="004611C8" w:rsidRDefault="004611C8" w:rsidP="004611C8">
      <w:r>
        <w:t>110089</w:t>
      </w:r>
      <w:r>
        <w:tab/>
        <w:t>Grelniki za krožnike</w:t>
      </w:r>
    </w:p>
    <w:p w:rsidR="004611C8" w:rsidRDefault="004611C8" w:rsidP="004611C8">
      <w:r>
        <w:t>110090</w:t>
      </w:r>
      <w:r>
        <w:tab/>
        <w:t>Potopni grelniki</w:t>
      </w:r>
    </w:p>
    <w:p w:rsidR="004611C8" w:rsidRDefault="004611C8" w:rsidP="004611C8">
      <w:r>
        <w:t>110091</w:t>
      </w:r>
      <w:r>
        <w:tab/>
        <w:t>Stekla za svetilke</w:t>
      </w:r>
    </w:p>
    <w:p w:rsidR="004611C8" w:rsidRDefault="004611C8" w:rsidP="004611C8">
      <w:r>
        <w:t>110092</w:t>
      </w:r>
      <w:r>
        <w:tab/>
        <w:t>Steklene cevi za luči</w:t>
      </w:r>
    </w:p>
    <w:p w:rsidR="004611C8" w:rsidRDefault="004611C8" w:rsidP="004611C8">
      <w:r>
        <w:t>110093</w:t>
      </w:r>
      <w:r>
        <w:tab/>
        <w:t>Dimne cevi za dimnike</w:t>
      </w:r>
    </w:p>
    <w:p w:rsidR="004611C8" w:rsidRDefault="004611C8" w:rsidP="004611C8">
      <w:r>
        <w:t>110094</w:t>
      </w:r>
      <w:r>
        <w:tab/>
        <w:t>Ventilatorji za dimnike</w:t>
      </w:r>
    </w:p>
    <w:p w:rsidR="004611C8" w:rsidRDefault="004611C8" w:rsidP="004611C8">
      <w:r>
        <w:t>110096</w:t>
      </w:r>
      <w:r>
        <w:tab/>
        <w:t>Napeljave za distribucijo vode</w:t>
      </w:r>
    </w:p>
    <w:p w:rsidR="004611C8" w:rsidRDefault="004611C8" w:rsidP="004611C8">
      <w:r>
        <w:t>110097</w:t>
      </w:r>
      <w:r>
        <w:tab/>
        <w:t>Inštalacije za sušenje</w:t>
      </w:r>
    </w:p>
    <w:p w:rsidR="004611C8" w:rsidRDefault="004611C8" w:rsidP="004611C8">
      <w:r>
        <w:t>110099</w:t>
      </w:r>
      <w:r>
        <w:tab/>
        <w:t>Klimatske naprave</w:t>
      </w:r>
    </w:p>
    <w:p w:rsidR="004611C8" w:rsidRDefault="004611C8" w:rsidP="004611C8">
      <w:r>
        <w:t>110100</w:t>
      </w:r>
      <w:r>
        <w:tab/>
        <w:t>Naprave za segrevanje klejev</w:t>
      </w:r>
    </w:p>
    <w:p w:rsidR="004611C8" w:rsidRDefault="004611C8" w:rsidP="004611C8">
      <w:r>
        <w:t>110101</w:t>
      </w:r>
      <w:r>
        <w:tab/>
        <w:t>Destilacijski stolpi</w:t>
      </w:r>
    </w:p>
    <w:p w:rsidR="004611C8" w:rsidRDefault="004611C8" w:rsidP="004611C8">
      <w:r>
        <w:t>110104</w:t>
      </w:r>
      <w:r>
        <w:tab/>
        <w:t>Vodovodne napeljave</w:t>
      </w:r>
    </w:p>
    <w:p w:rsidR="004611C8" w:rsidRDefault="004611C8" w:rsidP="004611C8">
      <w:r>
        <w:t>110105</w:t>
      </w:r>
      <w:r>
        <w:tab/>
        <w:t>Stranišča</w:t>
      </w:r>
    </w:p>
    <w:p w:rsidR="004611C8" w:rsidRDefault="004611C8" w:rsidP="004611C8">
      <w:r>
        <w:t>110106</w:t>
      </w:r>
      <w:r>
        <w:tab/>
        <w:t>Zamrzovalniki</w:t>
      </w:r>
    </w:p>
    <w:p w:rsidR="004611C8" w:rsidRDefault="004611C8" w:rsidP="004611C8">
      <w:r>
        <w:t>110107</w:t>
      </w:r>
      <w:r>
        <w:tab/>
        <w:t>Električni pripomočki za kuhanje</w:t>
      </w:r>
    </w:p>
    <w:p w:rsidR="004611C8" w:rsidRDefault="004611C8" w:rsidP="004611C8">
      <w:r>
        <w:t>110109</w:t>
      </w:r>
      <w:r>
        <w:tab/>
        <w:t>Naprave in napeljave za kuhanje</w:t>
      </w:r>
    </w:p>
    <w:p w:rsidR="004611C8" w:rsidRDefault="004611C8" w:rsidP="004611C8">
      <w:r>
        <w:t>110110</w:t>
      </w:r>
      <w:r>
        <w:tab/>
        <w:t>Luči za motorna kolesa</w:t>
      </w:r>
    </w:p>
    <w:p w:rsidR="004611C8" w:rsidRDefault="004611C8" w:rsidP="004611C8">
      <w:r>
        <w:t>110111</w:t>
      </w:r>
      <w:r>
        <w:tab/>
        <w:t>Cevi na razelektrenje, za razsvetljavo</w:t>
      </w:r>
    </w:p>
    <w:p w:rsidR="004611C8" w:rsidRPr="003834FA" w:rsidRDefault="004611C8" w:rsidP="004611C8">
      <w:pPr>
        <w:rPr>
          <w:lang w:val="fr-FR"/>
        </w:rPr>
      </w:pPr>
      <w:r>
        <w:t>110112</w:t>
      </w:r>
      <w:r>
        <w:tab/>
      </w:r>
      <w:r w:rsidRPr="003834FA">
        <w:rPr>
          <w:lang w:val="fr-FR"/>
        </w:rPr>
        <w:t>Naprave za odstranjevanje ledu z vozil</w:t>
      </w:r>
    </w:p>
    <w:p w:rsidR="004611C8" w:rsidRDefault="004611C8" w:rsidP="004611C8">
      <w:r>
        <w:t>110115</w:t>
      </w:r>
      <w:r>
        <w:tab/>
        <w:t>Dezinfekcijski aparati</w:t>
      </w:r>
    </w:p>
    <w:p w:rsidR="004611C8" w:rsidRDefault="004611C8" w:rsidP="004611C8">
      <w:r>
        <w:t>110116</w:t>
      </w:r>
      <w:r>
        <w:tab/>
        <w:t>Obrati za razsoljevanje morske vode</w:t>
      </w:r>
    </w:p>
    <w:p w:rsidR="004611C8" w:rsidRDefault="004611C8" w:rsidP="004611C8">
      <w:r>
        <w:t>110117</w:t>
      </w:r>
      <w:r>
        <w:tab/>
        <w:t>Sušilni aparati</w:t>
      </w:r>
    </w:p>
    <w:p w:rsidR="004611C8" w:rsidRDefault="004611C8" w:rsidP="004611C8">
      <w:r>
        <w:t>110118</w:t>
      </w:r>
      <w:r>
        <w:tab/>
        <w:t>Razpršilniki svetlobe</w:t>
      </w:r>
    </w:p>
    <w:p w:rsidR="004611C8" w:rsidRDefault="004611C8" w:rsidP="004611C8">
      <w:r>
        <w:t>110119</w:t>
      </w:r>
      <w:r>
        <w:tab/>
        <w:t>Aparati za hlajenje pijač</w:t>
      </w:r>
    </w:p>
    <w:p w:rsidR="004611C8" w:rsidRDefault="004611C8" w:rsidP="004611C8">
      <w:r>
        <w:t>110120</w:t>
      </w:r>
      <w:r>
        <w:tab/>
        <w:t>Destilacijski aparati</w:t>
      </w:r>
    </w:p>
    <w:p w:rsidR="004611C8" w:rsidRDefault="004611C8" w:rsidP="004611C8">
      <w:r>
        <w:t>110121</w:t>
      </w:r>
      <w:r>
        <w:tab/>
        <w:t>Tuši</w:t>
      </w:r>
    </w:p>
    <w:p w:rsidR="004611C8" w:rsidRDefault="004611C8" w:rsidP="004611C8">
      <w:r>
        <w:t>110122</w:t>
      </w:r>
      <w:r>
        <w:tab/>
        <w:t>Obojke za električne svetilke</w:t>
      </w:r>
    </w:p>
    <w:p w:rsidR="004611C8" w:rsidRDefault="004611C8" w:rsidP="004611C8">
      <w:r>
        <w:t>110123</w:t>
      </w:r>
      <w:r>
        <w:tab/>
        <w:t>Čistilne naprave za vodo</w:t>
      </w:r>
    </w:p>
    <w:p w:rsidR="004611C8" w:rsidRDefault="004611C8" w:rsidP="004611C8">
      <w:r>
        <w:t>110124</w:t>
      </w:r>
      <w:r>
        <w:tab/>
        <w:t>Aparati za filtriranje vode</w:t>
      </w:r>
    </w:p>
    <w:p w:rsidR="004611C8" w:rsidRDefault="004611C8" w:rsidP="004611C8">
      <w:r>
        <w:t>110125</w:t>
      </w:r>
      <w:r>
        <w:tab/>
        <w:t>Vodni hladilniki</w:t>
      </w:r>
    </w:p>
    <w:p w:rsidR="004611C8" w:rsidRDefault="004611C8" w:rsidP="004611C8">
      <w:r>
        <w:t>110126</w:t>
      </w:r>
      <w:r>
        <w:tab/>
        <w:t>Vodometi</w:t>
      </w:r>
    </w:p>
    <w:p w:rsidR="004611C8" w:rsidRDefault="004611C8" w:rsidP="004611C8">
      <w:r>
        <w:t>110127</w:t>
      </w:r>
      <w:r>
        <w:tab/>
        <w:t>Tlačne posode za vodo</w:t>
      </w:r>
    </w:p>
    <w:p w:rsidR="004611C8" w:rsidRDefault="004611C8" w:rsidP="004611C8">
      <w:r>
        <w:t>110129</w:t>
      </w:r>
      <w:r>
        <w:tab/>
        <w:t>Izmenjevalci toplote, razen deli strojev</w:t>
      </w:r>
    </w:p>
    <w:p w:rsidR="004611C8" w:rsidRDefault="004611C8" w:rsidP="004611C8">
      <w:r>
        <w:t>110130</w:t>
      </w:r>
      <w:r>
        <w:tab/>
        <w:t>Naprave in napeljave za razsvetljavo</w:t>
      </w:r>
    </w:p>
    <w:p w:rsidR="004611C8" w:rsidRDefault="004611C8" w:rsidP="004611C8">
      <w:r>
        <w:t>110133</w:t>
      </w:r>
      <w:r>
        <w:tab/>
        <w:t>Lestenci</w:t>
      </w:r>
    </w:p>
    <w:p w:rsidR="004611C8" w:rsidRDefault="004611C8" w:rsidP="004611C8">
      <w:r>
        <w:t>110135</w:t>
      </w:r>
      <w:r>
        <w:tab/>
        <w:t>Čistilne inštalacije za odpadne vode</w:t>
      </w:r>
    </w:p>
    <w:p w:rsidR="004611C8" w:rsidRDefault="004611C8" w:rsidP="004611C8">
      <w:r>
        <w:t>110136</w:t>
      </w:r>
      <w:r>
        <w:tab/>
        <w:t>Stropne luči</w:t>
      </w:r>
    </w:p>
    <w:p w:rsidR="004611C8" w:rsidRDefault="004611C8" w:rsidP="004611C8">
      <w:r>
        <w:t>110137</w:t>
      </w:r>
      <w:r>
        <w:tab/>
        <w:t>Električni radiatorji</w:t>
      </w:r>
    </w:p>
    <w:p w:rsidR="004611C8" w:rsidRDefault="004611C8" w:rsidP="004611C8">
      <w:r>
        <w:t>110138</w:t>
      </w:r>
      <w:r>
        <w:tab/>
        <w:t>Plinske naprave za čiščenje in prečiščevanje</w:t>
      </w:r>
    </w:p>
    <w:p w:rsidR="004611C8" w:rsidRDefault="004611C8" w:rsidP="004611C8">
      <w:r>
        <w:t>110142</w:t>
      </w:r>
      <w:r>
        <w:tab/>
        <w:t>Parilnik</w:t>
      </w:r>
    </w:p>
    <w:p w:rsidR="004611C8" w:rsidRDefault="004611C8" w:rsidP="004611C8">
      <w:r>
        <w:t>110143</w:t>
      </w:r>
      <w:r>
        <w:tab/>
        <w:t>Peči</w:t>
      </w:r>
    </w:p>
    <w:p w:rsidR="004611C8" w:rsidRDefault="004611C8" w:rsidP="004611C8">
      <w:r>
        <w:t>110145</w:t>
      </w:r>
      <w:r>
        <w:tab/>
        <w:t>Žarilne nitke za električne svetilke</w:t>
      </w:r>
    </w:p>
    <w:p w:rsidR="004611C8" w:rsidRDefault="004611C8" w:rsidP="004611C8">
      <w:r>
        <w:t>110147</w:t>
      </w:r>
      <w:r>
        <w:tab/>
        <w:t>Filtri za pitno vodo</w:t>
      </w:r>
    </w:p>
    <w:p w:rsidR="004611C8" w:rsidRDefault="004611C8" w:rsidP="004611C8">
      <w:r>
        <w:t>110148</w:t>
      </w:r>
      <w:r>
        <w:tab/>
        <w:t>Plamenice</w:t>
      </w:r>
    </w:p>
    <w:p w:rsidR="004611C8" w:rsidRDefault="004611C8" w:rsidP="004611C8">
      <w:r>
        <w:t>110149</w:t>
      </w:r>
      <w:r>
        <w:tab/>
        <w:t>Prenosne kovačnice</w:t>
      </w:r>
    </w:p>
    <w:p w:rsidR="004611C8" w:rsidRDefault="004611C8" w:rsidP="004611C8">
      <w:r>
        <w:t>110152</w:t>
      </w:r>
      <w:r>
        <w:tab/>
        <w:t>Rešetke za ognjišča</w:t>
      </w:r>
    </w:p>
    <w:p w:rsidR="004611C8" w:rsidRDefault="004611C8" w:rsidP="004611C8">
      <w:r>
        <w:t>110153</w:t>
      </w:r>
      <w:r>
        <w:tab/>
        <w:t>Ognjišča</w:t>
      </w:r>
    </w:p>
    <w:p w:rsidR="004611C8" w:rsidRDefault="004611C8" w:rsidP="004611C8">
      <w:r>
        <w:t>110155</w:t>
      </w:r>
      <w:r>
        <w:tab/>
        <w:t>Hladilni aparati in stroji</w:t>
      </w:r>
    </w:p>
    <w:p w:rsidR="004611C8" w:rsidRDefault="004611C8" w:rsidP="004611C8">
      <w:r>
        <w:t>110157</w:t>
      </w:r>
      <w:r>
        <w:tab/>
        <w:t>Hladilne posode</w:t>
      </w:r>
    </w:p>
    <w:p w:rsidR="004611C8" w:rsidRDefault="004611C8" w:rsidP="004611C8">
      <w:r>
        <w:t>110158</w:t>
      </w:r>
      <w:r>
        <w:tab/>
        <w:t>Svetilka za kodranje las</w:t>
      </w:r>
    </w:p>
    <w:p w:rsidR="004611C8" w:rsidRDefault="004611C8" w:rsidP="004611C8">
      <w:r>
        <w:t>110159</w:t>
      </w:r>
      <w:r>
        <w:tab/>
        <w:t>Pražilniki za sadje</w:t>
      </w:r>
    </w:p>
    <w:p w:rsidR="004611C8" w:rsidRDefault="004611C8" w:rsidP="004611C8">
      <w:r>
        <w:lastRenderedPageBreak/>
        <w:t>110161</w:t>
      </w:r>
      <w:r>
        <w:tab/>
        <w:t>Plinski gorilniki</w:t>
      </w:r>
    </w:p>
    <w:p w:rsidR="004611C8" w:rsidRDefault="004611C8" w:rsidP="004611C8">
      <w:r>
        <w:t>110162</w:t>
      </w:r>
      <w:r>
        <w:tab/>
        <w:t>Plinski kotli</w:t>
      </w:r>
    </w:p>
    <w:p w:rsidR="004611C8" w:rsidRDefault="004611C8" w:rsidP="004611C8">
      <w:r>
        <w:t>110163</w:t>
      </w:r>
      <w:r>
        <w:tab/>
        <w:t>Plinske luči</w:t>
      </w:r>
    </w:p>
    <w:p w:rsidR="004611C8" w:rsidRDefault="004611C8" w:rsidP="004611C8">
      <w:r>
        <w:t>110165</w:t>
      </w:r>
      <w:r>
        <w:tab/>
        <w:t>Parni kotli, ki niso deli strojev</w:t>
      </w:r>
    </w:p>
    <w:p w:rsidR="004611C8" w:rsidRDefault="004611C8" w:rsidP="004611C8">
      <w:r>
        <w:t>110166</w:t>
      </w:r>
      <w:r>
        <w:tab/>
        <w:t>Germicidne svetilke za prečiščevanje zraka</w:t>
      </w:r>
    </w:p>
    <w:p w:rsidR="004611C8" w:rsidRDefault="004611C8" w:rsidP="004611C8">
      <w:r>
        <w:t>110167</w:t>
      </w:r>
      <w:r>
        <w:tab/>
        <w:t>Stroji in aparati za izdelovanje ledu</w:t>
      </w:r>
    </w:p>
    <w:p w:rsidR="004611C8" w:rsidRDefault="004611C8" w:rsidP="004611C8">
      <w:r>
        <w:t>110170</w:t>
      </w:r>
      <w:r>
        <w:tab/>
        <w:t>Grelne plošče</w:t>
      </w:r>
    </w:p>
    <w:p w:rsidR="004611C8" w:rsidRDefault="004611C8" w:rsidP="004611C8">
      <w:r>
        <w:t>110173</w:t>
      </w:r>
      <w:r>
        <w:tab/>
        <w:t>Sežigalne peči</w:t>
      </w:r>
    </w:p>
    <w:p w:rsidR="004611C8" w:rsidRDefault="004611C8" w:rsidP="004611C8">
      <w:r>
        <w:t>110174</w:t>
      </w:r>
      <w:r>
        <w:tab/>
        <w:t>Ionizatorji za obdelavo zraka ali vode</w:t>
      </w:r>
    </w:p>
    <w:p w:rsidR="004611C8" w:rsidRDefault="004611C8" w:rsidP="004611C8">
      <w:r>
        <w:t>110175</w:t>
      </w:r>
      <w:r>
        <w:tab/>
        <w:t>Okrasni vodometi</w:t>
      </w:r>
    </w:p>
    <w:p w:rsidR="004611C8" w:rsidRDefault="004611C8" w:rsidP="004611C8">
      <w:r>
        <w:t>110176</w:t>
      </w:r>
      <w:r>
        <w:tab/>
        <w:t>Laboratorijske luči</w:t>
      </w:r>
    </w:p>
    <w:p w:rsidR="004611C8" w:rsidRDefault="004611C8" w:rsidP="004611C8">
      <w:r>
        <w:t>110177</w:t>
      </w:r>
      <w:r>
        <w:tab/>
        <w:t>Hladilne inštalacije za mleko</w:t>
      </w:r>
    </w:p>
    <w:p w:rsidR="004611C8" w:rsidRDefault="004611C8" w:rsidP="004611C8">
      <w:r>
        <w:t>110178</w:t>
      </w:r>
      <w:r>
        <w:tab/>
        <w:t>Pasterizatorji</w:t>
      </w:r>
    </w:p>
    <w:p w:rsidR="004611C8" w:rsidRDefault="004611C8" w:rsidP="004611C8">
      <w:r>
        <w:t>110179</w:t>
      </w:r>
      <w:r>
        <w:tab/>
        <w:t>Oljne svetilke</w:t>
      </w:r>
    </w:p>
    <w:p w:rsidR="004611C8" w:rsidRDefault="004611C8" w:rsidP="004611C8">
      <w:r>
        <w:t>110180</w:t>
      </w:r>
      <w:r>
        <w:tab/>
        <w:t>Svetilke u ultravijoličnimi žarki, ne za medicinske namene</w:t>
      </w:r>
    </w:p>
    <w:p w:rsidR="004611C8" w:rsidRDefault="004611C8" w:rsidP="004611C8">
      <w:r>
        <w:t>110182</w:t>
      </w:r>
      <w:r>
        <w:tab/>
        <w:t>Varnostne svetilke</w:t>
      </w:r>
    </w:p>
    <w:p w:rsidR="004611C8" w:rsidRDefault="004611C8" w:rsidP="004611C8">
      <w:r>
        <w:t>110183</w:t>
      </w:r>
      <w:r>
        <w:tab/>
        <w:t>Odbojniki svetlobe za luči</w:t>
      </w:r>
    </w:p>
    <w:p w:rsidR="004611C8" w:rsidRDefault="004611C8" w:rsidP="004611C8">
      <w:r>
        <w:t>110185</w:t>
      </w:r>
      <w:r>
        <w:tab/>
        <w:t>Papirnati lampioni za luči</w:t>
      </w:r>
    </w:p>
    <w:p w:rsidR="004611C8" w:rsidRDefault="004611C8" w:rsidP="004611C8">
      <w:r>
        <w:t>110188</w:t>
      </w:r>
      <w:r>
        <w:tab/>
        <w:t>Hladilne napeljave za tekočine</w:t>
      </w:r>
    </w:p>
    <w:p w:rsidR="004611C8" w:rsidRDefault="004611C8" w:rsidP="004611C8">
      <w:r>
        <w:t>110189</w:t>
      </w:r>
      <w:r>
        <w:tab/>
        <w:t>Svetleče cevi za razsvetljavo</w:t>
      </w:r>
    </w:p>
    <w:p w:rsidR="004611C8" w:rsidRDefault="004611C8" w:rsidP="004611C8">
      <w:r>
        <w:t>110190</w:t>
      </w:r>
      <w:r>
        <w:tab/>
        <w:t>Žica iz magnezija za razsvetljavo</w:t>
      </w:r>
    </w:p>
    <w:p w:rsidR="004611C8" w:rsidRDefault="004611C8" w:rsidP="004611C8">
      <w:r>
        <w:t>110191</w:t>
      </w:r>
      <w:r>
        <w:tab/>
        <w:t>Pražilniki za slad</w:t>
      </w:r>
    </w:p>
    <w:p w:rsidR="004611C8" w:rsidRDefault="004611C8" w:rsidP="004611C8">
      <w:r>
        <w:t>110192</w:t>
      </w:r>
      <w:r>
        <w:tab/>
        <w:t>Rudarske svetilke</w:t>
      </w:r>
    </w:p>
    <w:p w:rsidR="004611C8" w:rsidRDefault="004611C8" w:rsidP="004611C8">
      <w:r>
        <w:t>110193</w:t>
      </w:r>
      <w:r>
        <w:tab/>
        <w:t>Procesne inštalacije za gorivo in jedrski regulacijski material</w:t>
      </w:r>
    </w:p>
    <w:p w:rsidR="004611C8" w:rsidRPr="003834FA" w:rsidRDefault="004611C8" w:rsidP="004611C8">
      <w:pPr>
        <w:rPr>
          <w:lang w:val="fr-FR"/>
        </w:rPr>
      </w:pPr>
      <w:r>
        <w:t>110194</w:t>
      </w:r>
      <w:r>
        <w:tab/>
      </w:r>
      <w:r w:rsidRPr="003834FA">
        <w:rPr>
          <w:lang w:val="fr-FR"/>
        </w:rPr>
        <w:t>Ventili za reguliranje nivoja v rezervoarjih</w:t>
      </w:r>
    </w:p>
    <w:p w:rsidR="004611C8" w:rsidRDefault="004611C8" w:rsidP="004611C8">
      <w:r>
        <w:t>110196</w:t>
      </w:r>
      <w:r>
        <w:tab/>
        <w:t>Svetleče hišne številke</w:t>
      </w:r>
    </w:p>
    <w:p w:rsidR="004611C8" w:rsidRDefault="004611C8" w:rsidP="004611C8">
      <w:r>
        <w:t>110197</w:t>
      </w:r>
      <w:r>
        <w:tab/>
        <w:t>Hidrooksigenski gorilniki</w:t>
      </w:r>
    </w:p>
    <w:p w:rsidR="004611C8" w:rsidRDefault="004611C8" w:rsidP="004611C8">
      <w:r>
        <w:t>110198</w:t>
      </w:r>
      <w:r>
        <w:tab/>
        <w:t>Grelniki prostora</w:t>
      </w:r>
    </w:p>
    <w:p w:rsidR="004611C8" w:rsidRDefault="004611C8" w:rsidP="004611C8">
      <w:r>
        <w:t>110199</w:t>
      </w:r>
      <w:r>
        <w:tab/>
        <w:t>Oljni gorilniki</w:t>
      </w:r>
    </w:p>
    <w:p w:rsidR="004611C8" w:rsidRDefault="004611C8" w:rsidP="004611C8">
      <w:r>
        <w:t>110200</w:t>
      </w:r>
      <w:r>
        <w:tab/>
        <w:t>Prednje luči za vozila</w:t>
      </w:r>
    </w:p>
    <w:p w:rsidR="004611C8" w:rsidRDefault="004611C8" w:rsidP="004611C8">
      <w:r>
        <w:t>110201</w:t>
      </w:r>
      <w:r>
        <w:tab/>
        <w:t>Plošče za gretje</w:t>
      </w:r>
    </w:p>
    <w:p w:rsidR="004611C8" w:rsidRDefault="004611C8" w:rsidP="004611C8">
      <w:r>
        <w:t>110202</w:t>
      </w:r>
      <w:r>
        <w:tab/>
        <w:t>Žepne svetilke za razsvetljavo</w:t>
      </w:r>
    </w:p>
    <w:p w:rsidR="004611C8" w:rsidRDefault="004611C8" w:rsidP="004611C8">
      <w:r>
        <w:t>110203</w:t>
      </w:r>
      <w:r>
        <w:tab/>
        <w:t>Polimerizacijske inštalacije</w:t>
      </w:r>
    </w:p>
    <w:p w:rsidR="004611C8" w:rsidRDefault="004611C8" w:rsidP="004611C8">
      <w:r>
        <w:t>110204</w:t>
      </w:r>
      <w:r>
        <w:tab/>
        <w:t>Kuhinjski štedilniki [pečice]</w:t>
      </w:r>
    </w:p>
    <w:p w:rsidR="004611C8" w:rsidRPr="003834FA" w:rsidRDefault="004611C8" w:rsidP="004611C8">
      <w:pPr>
        <w:rPr>
          <w:lang w:val="fr-FR"/>
        </w:rPr>
      </w:pPr>
      <w:r>
        <w:t>110205</w:t>
      </w:r>
      <w:r>
        <w:tab/>
      </w:r>
      <w:r w:rsidRPr="003834FA">
        <w:rPr>
          <w:lang w:val="fr-FR"/>
        </w:rPr>
        <w:t>Ventili za zrak v napeljavah parnega ogrevanja</w:t>
      </w:r>
    </w:p>
    <w:p w:rsidR="004611C8" w:rsidRDefault="004611C8" w:rsidP="004611C8">
      <w:r>
        <w:t>110206</w:t>
      </w:r>
      <w:r>
        <w:tab/>
        <w:t>Naprave in stroji za čiščenje vode</w:t>
      </w:r>
    </w:p>
    <w:p w:rsidR="004611C8" w:rsidRDefault="004611C8" w:rsidP="004611C8">
      <w:r>
        <w:t>110207</w:t>
      </w:r>
      <w:r>
        <w:tab/>
        <w:t>Naprave in stroji za čiščenje zraka</w:t>
      </w:r>
    </w:p>
    <w:p w:rsidR="004611C8" w:rsidRDefault="004611C8" w:rsidP="004611C8">
      <w:r>
        <w:t>110208</w:t>
      </w:r>
      <w:r>
        <w:tab/>
        <w:t>Čistilni stolpi za destilacijo</w:t>
      </w:r>
    </w:p>
    <w:p w:rsidR="004611C8" w:rsidRDefault="004611C8" w:rsidP="004611C8">
      <w:r>
        <w:t>110209</w:t>
      </w:r>
      <w:r>
        <w:tab/>
        <w:t>Hladilne napeljave in stroji</w:t>
      </w:r>
    </w:p>
    <w:p w:rsidR="004611C8" w:rsidRDefault="004611C8" w:rsidP="004611C8">
      <w:r>
        <w:t>110210</w:t>
      </w:r>
      <w:r>
        <w:tab/>
        <w:t>Kuhalne plošče</w:t>
      </w:r>
    </w:p>
    <w:p w:rsidR="004611C8" w:rsidRDefault="004611C8" w:rsidP="004611C8">
      <w:r>
        <w:t>110212</w:t>
      </w:r>
      <w:r>
        <w:tab/>
        <w:t>Reflektorji za vozila</w:t>
      </w:r>
    </w:p>
    <w:p w:rsidR="004611C8" w:rsidRDefault="004611C8" w:rsidP="004611C8">
      <w:r>
        <w:t>110213</w:t>
      </w:r>
      <w:r>
        <w:tab/>
        <w:t>Hladilni aparati in napeljave</w:t>
      </w:r>
    </w:p>
    <w:p w:rsidR="004611C8" w:rsidRDefault="004611C8" w:rsidP="004611C8">
      <w:r>
        <w:t>110214</w:t>
      </w:r>
      <w:r>
        <w:tab/>
        <w:t>Aparati in napeljave za hlajenje</w:t>
      </w:r>
    </w:p>
    <w:p w:rsidR="004611C8" w:rsidRDefault="004611C8" w:rsidP="004611C8">
      <w:r>
        <w:t>110215</w:t>
      </w:r>
      <w:r>
        <w:tab/>
        <w:t>Regulatorji vleka [ogrevanje]</w:t>
      </w:r>
    </w:p>
    <w:p w:rsidR="004611C8" w:rsidRDefault="004611C8" w:rsidP="004611C8">
      <w:r>
        <w:t>110216</w:t>
      </w:r>
      <w:r>
        <w:tab/>
        <w:t>Regulacijska oprema za vodovodne ali plinske aparate in cevi</w:t>
      </w:r>
    </w:p>
    <w:p w:rsidR="004611C8" w:rsidRDefault="004611C8" w:rsidP="004611C8">
      <w:r>
        <w:t>110217</w:t>
      </w:r>
      <w:r>
        <w:tab/>
        <w:t>Varnostna oprema za vodovodne ali plinske aparate in cevi</w:t>
      </w:r>
    </w:p>
    <w:p w:rsidR="004611C8" w:rsidRDefault="004611C8" w:rsidP="004611C8">
      <w:r>
        <w:t>110220</w:t>
      </w:r>
      <w:r>
        <w:tab/>
        <w:t>Naprava za pečenje (roštilj, raženj)</w:t>
      </w:r>
    </w:p>
    <w:p w:rsidR="004611C8" w:rsidRDefault="004611C8" w:rsidP="004611C8">
      <w:r>
        <w:t>110221</w:t>
      </w:r>
      <w:r>
        <w:tab/>
        <w:t>Aparati za sanitarne namene</w:t>
      </w:r>
    </w:p>
    <w:p w:rsidR="004611C8" w:rsidRDefault="004611C8" w:rsidP="004611C8">
      <w:r>
        <w:t>110222</w:t>
      </w:r>
      <w:r>
        <w:tab/>
        <w:t>Sušilni aparati in napeljave</w:t>
      </w:r>
    </w:p>
    <w:p w:rsidR="004611C8" w:rsidRDefault="004611C8" w:rsidP="004611C8">
      <w:r>
        <w:t>110223</w:t>
      </w:r>
      <w:r>
        <w:tab/>
        <w:t>Sušilniki za roke za umivalnice</w:t>
      </w:r>
    </w:p>
    <w:p w:rsidR="004611C8" w:rsidRDefault="004611C8" w:rsidP="004611C8">
      <w:r>
        <w:t>110224</w:t>
      </w:r>
      <w:r>
        <w:tab/>
        <w:t>Tuljave [deli destilacijskih, grelnih ali hladilnih napeljav]</w:t>
      </w:r>
    </w:p>
    <w:p w:rsidR="004611C8" w:rsidRDefault="004611C8" w:rsidP="004611C8">
      <w:r>
        <w:t>110225</w:t>
      </w:r>
      <w:r>
        <w:tab/>
        <w:t>Ventilatorji [deli klimatskih inštalacij]</w:t>
      </w:r>
    </w:p>
    <w:p w:rsidR="004611C8" w:rsidRDefault="004611C8" w:rsidP="004611C8">
      <w:r>
        <w:t>110227</w:t>
      </w:r>
      <w:r>
        <w:tab/>
        <w:t>Hladilne napeljave za tobak</w:t>
      </w:r>
    </w:p>
    <w:p w:rsidR="004611C8" w:rsidRDefault="004611C8" w:rsidP="004611C8">
      <w:r>
        <w:t>110228</w:t>
      </w:r>
      <w:r>
        <w:tab/>
        <w:t>Pražilniki za tobak</w:t>
      </w:r>
    </w:p>
    <w:p w:rsidR="004611C8" w:rsidRDefault="004611C8" w:rsidP="004611C8">
      <w:r>
        <w:t>110229</w:t>
      </w:r>
      <w:r>
        <w:tab/>
        <w:t>Naprave za osvetlitev za vozila</w:t>
      </w:r>
    </w:p>
    <w:p w:rsidR="004611C8" w:rsidRDefault="004611C8" w:rsidP="004611C8">
      <w:r>
        <w:t>110230</w:t>
      </w:r>
      <w:r>
        <w:tab/>
        <w:t>Pražilniki</w:t>
      </w:r>
    </w:p>
    <w:p w:rsidR="004611C8" w:rsidRDefault="004611C8" w:rsidP="004611C8">
      <w:r>
        <w:t>110231</w:t>
      </w:r>
      <w:r>
        <w:tab/>
        <w:t>Avtomatske transportne naprave za pepel</w:t>
      </w:r>
    </w:p>
    <w:p w:rsidR="004611C8" w:rsidRDefault="004611C8" w:rsidP="004611C8">
      <w:r>
        <w:t>110232</w:t>
      </w:r>
      <w:r>
        <w:tab/>
        <w:t>Uparjalniki</w:t>
      </w:r>
    </w:p>
    <w:p w:rsidR="004611C8" w:rsidRDefault="004611C8" w:rsidP="004611C8">
      <w:r>
        <w:t>110233</w:t>
      </w:r>
      <w:r>
        <w:tab/>
        <w:t>Aparati in napeljave za prezračevanje [klimatizacijo]</w:t>
      </w:r>
    </w:p>
    <w:p w:rsidR="004611C8" w:rsidRDefault="004611C8" w:rsidP="004611C8">
      <w:r>
        <w:t>110234</w:t>
      </w:r>
      <w:r>
        <w:tab/>
        <w:t>Prezračevalne napeljave za vozila</w:t>
      </w:r>
    </w:p>
    <w:p w:rsidR="004611C8" w:rsidRDefault="004611C8" w:rsidP="004611C8">
      <w:r>
        <w:t>110235</w:t>
      </w:r>
      <w:r>
        <w:tab/>
        <w:t>Straniščne školjke</w:t>
      </w:r>
    </w:p>
    <w:p w:rsidR="004611C8" w:rsidRDefault="004611C8" w:rsidP="004611C8">
      <w:r>
        <w:t>110236</w:t>
      </w:r>
      <w:r>
        <w:tab/>
        <w:t>Straniščne deske</w:t>
      </w:r>
    </w:p>
    <w:p w:rsidR="004611C8" w:rsidRDefault="004611C8" w:rsidP="004611C8">
      <w:r>
        <w:t>110237</w:t>
      </w:r>
      <w:r>
        <w:tab/>
        <w:t>Senčniki za svetilke</w:t>
      </w:r>
    </w:p>
    <w:p w:rsidR="004611C8" w:rsidRDefault="004611C8" w:rsidP="004611C8">
      <w:r>
        <w:t>110238</w:t>
      </w:r>
      <w:r>
        <w:tab/>
        <w:t>Podstavki za senčnike svetilk</w:t>
      </w:r>
    </w:p>
    <w:p w:rsidR="004611C8" w:rsidRDefault="004611C8" w:rsidP="004611C8">
      <w:r>
        <w:t>110240</w:t>
      </w:r>
      <w:r>
        <w:tab/>
        <w:t>Regulacijski in varnostni pripomočki za plinske cevi</w:t>
      </w:r>
    </w:p>
    <w:p w:rsidR="004611C8" w:rsidRDefault="004611C8" w:rsidP="004611C8">
      <w:r>
        <w:t>110241</w:t>
      </w:r>
      <w:r>
        <w:tab/>
        <w:t>Regulacijski in varnostni pripomočki za vodne aparate</w:t>
      </w:r>
    </w:p>
    <w:p w:rsidR="004611C8" w:rsidRDefault="004611C8" w:rsidP="004611C8">
      <w:r>
        <w:t>110242</w:t>
      </w:r>
      <w:r>
        <w:tab/>
        <w:t>Parni zbiralniki</w:t>
      </w:r>
    </w:p>
    <w:p w:rsidR="004611C8" w:rsidRDefault="004611C8" w:rsidP="004611C8">
      <w:r>
        <w:t>110243</w:t>
      </w:r>
      <w:r>
        <w:tab/>
        <w:t>Mehčalci vode</w:t>
      </w:r>
    </w:p>
    <w:p w:rsidR="004611C8" w:rsidRDefault="004611C8" w:rsidP="004611C8">
      <w:r>
        <w:t>110244</w:t>
      </w:r>
      <w:r>
        <w:tab/>
        <w:t>Prezračevalne nape za laboratorije</w:t>
      </w:r>
    </w:p>
    <w:p w:rsidR="004611C8" w:rsidRDefault="004611C8" w:rsidP="004611C8">
      <w:r>
        <w:t>110246</w:t>
      </w:r>
      <w:r>
        <w:tab/>
        <w:t>Destilatorji</w:t>
      </w:r>
    </w:p>
    <w:p w:rsidR="004611C8" w:rsidRDefault="004611C8" w:rsidP="004611C8">
      <w:r>
        <w:t>110247</w:t>
      </w:r>
      <w:r>
        <w:tab/>
        <w:t>Gorilniki na alkohol</w:t>
      </w:r>
    </w:p>
    <w:p w:rsidR="004611C8" w:rsidRPr="003834FA" w:rsidRDefault="004611C8" w:rsidP="004611C8">
      <w:pPr>
        <w:rPr>
          <w:lang w:val="fr-FR"/>
        </w:rPr>
      </w:pPr>
      <w:r>
        <w:t>110250</w:t>
      </w:r>
      <w:r>
        <w:tab/>
      </w:r>
      <w:r w:rsidRPr="003834FA">
        <w:rPr>
          <w:lang w:val="fr-FR"/>
        </w:rPr>
        <w:t>Grelni aparati za odmrzovanje stekel pri vozilih</w:t>
      </w:r>
    </w:p>
    <w:p w:rsidR="004611C8" w:rsidRDefault="004611C8" w:rsidP="004611C8">
      <w:r>
        <w:t>110251</w:t>
      </w:r>
      <w:r>
        <w:tab/>
        <w:t>Nosilci za plinske gorilnike</w:t>
      </w:r>
    </w:p>
    <w:p w:rsidR="004611C8" w:rsidRDefault="004611C8" w:rsidP="004611C8">
      <w:r>
        <w:t>110252</w:t>
      </w:r>
      <w:r>
        <w:tab/>
        <w:t>Napeljave za preskrbo z vodo</w:t>
      </w:r>
    </w:p>
    <w:p w:rsidR="004611C8" w:rsidRDefault="004611C8" w:rsidP="004611C8">
      <w:r>
        <w:t>110253</w:t>
      </w:r>
      <w:r>
        <w:tab/>
        <w:t>Jedrski reaktorji</w:t>
      </w:r>
    </w:p>
    <w:p w:rsidR="004611C8" w:rsidRDefault="004611C8" w:rsidP="004611C8">
      <w:r>
        <w:t>110257</w:t>
      </w:r>
      <w:r>
        <w:tab/>
        <w:t>Električni grelniki za stekleničke za hranjenje otrok</w:t>
      </w:r>
    </w:p>
    <w:p w:rsidR="004611C8" w:rsidRDefault="004611C8" w:rsidP="004611C8">
      <w:r>
        <w:t>110258</w:t>
      </w:r>
      <w:r>
        <w:tab/>
        <w:t>Električni pekač za vaflje</w:t>
      </w:r>
    </w:p>
    <w:p w:rsidR="004611C8" w:rsidRDefault="004611C8" w:rsidP="004611C8">
      <w:r>
        <w:t>110259</w:t>
      </w:r>
      <w:r>
        <w:tab/>
        <w:t>Regulacijski in varnostni pripomočki za plinske aparate</w:t>
      </w:r>
    </w:p>
    <w:p w:rsidR="004611C8" w:rsidRDefault="004611C8" w:rsidP="004611C8">
      <w:r>
        <w:t>110261</w:t>
      </w:r>
      <w:r>
        <w:tab/>
        <w:t>Kavni perkolatorji, električni</w:t>
      </w:r>
    </w:p>
    <w:p w:rsidR="004611C8" w:rsidRDefault="004611C8" w:rsidP="004611C8">
      <w:r>
        <w:t>110262</w:t>
      </w:r>
      <w:r>
        <w:tab/>
        <w:t>Električni strojčki za kuhanje kave</w:t>
      </w:r>
    </w:p>
    <w:p w:rsidR="004611C8" w:rsidRDefault="004611C8" w:rsidP="004611C8">
      <w:r>
        <w:t>110263</w:t>
      </w:r>
      <w:r>
        <w:tab/>
        <w:t>Stoječe svetilke</w:t>
      </w:r>
    </w:p>
    <w:p w:rsidR="004611C8" w:rsidRPr="003834FA" w:rsidRDefault="004611C8" w:rsidP="004611C8">
      <w:pPr>
        <w:rPr>
          <w:lang w:val="fr-FR"/>
        </w:rPr>
      </w:pPr>
      <w:r>
        <w:t>110264</w:t>
      </w:r>
      <w:r>
        <w:tab/>
      </w:r>
      <w:r w:rsidRPr="003834FA">
        <w:rPr>
          <w:lang w:val="fr-FR"/>
        </w:rPr>
        <w:t>Dimne cevi za kotle za gretje</w:t>
      </w:r>
    </w:p>
    <w:p w:rsidR="004611C8" w:rsidRDefault="004611C8" w:rsidP="004611C8">
      <w:r>
        <w:t>110265</w:t>
      </w:r>
      <w:r>
        <w:tab/>
        <w:t>Ražnji za uporabo na prostem (ne električni)</w:t>
      </w:r>
    </w:p>
    <w:p w:rsidR="004611C8" w:rsidRDefault="004611C8" w:rsidP="004611C8">
      <w:r>
        <w:t>110266</w:t>
      </w:r>
      <w:r>
        <w:tab/>
        <w:t>Friteze, električne</w:t>
      </w:r>
    </w:p>
    <w:p w:rsidR="004611C8" w:rsidRDefault="004611C8" w:rsidP="004611C8">
      <w:r>
        <w:t>110267</w:t>
      </w:r>
      <w:r>
        <w:tab/>
        <w:t>Kamini, hišni</w:t>
      </w:r>
    </w:p>
    <w:p w:rsidR="004611C8" w:rsidRDefault="004611C8" w:rsidP="004611C8">
      <w:r>
        <w:t>110268</w:t>
      </w:r>
      <w:r>
        <w:tab/>
        <w:t>Toplotne črpalke</w:t>
      </w:r>
    </w:p>
    <w:p w:rsidR="004611C8" w:rsidRDefault="004611C8" w:rsidP="004611C8">
      <w:r>
        <w:t>110269</w:t>
      </w:r>
      <w:r>
        <w:tab/>
        <w:t>Sončni termalni kolektorji [ogrevanje]</w:t>
      </w:r>
    </w:p>
    <w:p w:rsidR="004611C8" w:rsidRDefault="004611C8" w:rsidP="004611C8">
      <w:r>
        <w:t>110270</w:t>
      </w:r>
      <w:r>
        <w:tab/>
        <w:t>Peči na sončno energijo</w:t>
      </w:r>
    </w:p>
    <w:p w:rsidR="004611C8" w:rsidRDefault="004611C8" w:rsidP="004611C8">
      <w:r>
        <w:t>110271</w:t>
      </w:r>
      <w:r>
        <w:tab/>
        <w:t>Solariji</w:t>
      </w:r>
    </w:p>
    <w:p w:rsidR="004611C8" w:rsidRDefault="004611C8" w:rsidP="004611C8">
      <w:r>
        <w:t>110273</w:t>
      </w:r>
      <w:r>
        <w:tab/>
        <w:t>Naprave za napajanje grelnih kotlov</w:t>
      </w:r>
    </w:p>
    <w:p w:rsidR="004611C8" w:rsidRDefault="004611C8" w:rsidP="004611C8">
      <w:r>
        <w:t>110274</w:t>
      </w:r>
      <w:r>
        <w:tab/>
        <w:t>Naprave za hlajenje</w:t>
      </w:r>
    </w:p>
    <w:p w:rsidR="004611C8" w:rsidRDefault="004611C8" w:rsidP="004611C8">
      <w:r>
        <w:t>110276</w:t>
      </w:r>
      <w:r>
        <w:tab/>
        <w:t>Naprave za dovod vode</w:t>
      </w:r>
    </w:p>
    <w:p w:rsidR="004611C8" w:rsidRDefault="004611C8" w:rsidP="004611C8">
      <w:r>
        <w:lastRenderedPageBreak/>
        <w:t>110277</w:t>
      </w:r>
      <w:r>
        <w:tab/>
        <w:t>Naprave za čiščenje olja</w:t>
      </w:r>
    </w:p>
    <w:p w:rsidR="004611C8" w:rsidRPr="003834FA" w:rsidRDefault="004611C8" w:rsidP="004611C8">
      <w:pPr>
        <w:rPr>
          <w:lang w:val="fr-FR"/>
        </w:rPr>
      </w:pPr>
      <w:r>
        <w:t>110279</w:t>
      </w:r>
      <w:r>
        <w:tab/>
      </w:r>
      <w:r w:rsidRPr="003834FA">
        <w:rPr>
          <w:lang w:val="fr-FR"/>
        </w:rPr>
        <w:t>Oprema za žgalne peči (oporniki)</w:t>
      </w:r>
    </w:p>
    <w:p w:rsidR="004611C8" w:rsidRDefault="004611C8" w:rsidP="004611C8">
      <w:r>
        <w:t>110280</w:t>
      </w:r>
      <w:r>
        <w:tab/>
        <w:t>Žepni grelniki</w:t>
      </w:r>
    </w:p>
    <w:p w:rsidR="004611C8" w:rsidRDefault="004611C8" w:rsidP="004611C8">
      <w:r>
        <w:t>110291</w:t>
      </w:r>
      <w:r>
        <w:tab/>
        <w:t>Masažne kadi</w:t>
      </w:r>
    </w:p>
    <w:p w:rsidR="004611C8" w:rsidRDefault="004611C8" w:rsidP="004611C8">
      <w:r>
        <w:t>110292</w:t>
      </w:r>
      <w:r>
        <w:tab/>
        <w:t>Kromatografske naprave za industrijske namene</w:t>
      </w:r>
    </w:p>
    <w:p w:rsidR="004611C8" w:rsidRDefault="004611C8" w:rsidP="004611C8">
      <w:r>
        <w:t>110293</w:t>
      </w:r>
      <w:r>
        <w:tab/>
        <w:t>Električne grelne nitke</w:t>
      </w:r>
    </w:p>
    <w:p w:rsidR="004611C8" w:rsidRPr="003834FA" w:rsidRDefault="004611C8" w:rsidP="004611C8">
      <w:pPr>
        <w:rPr>
          <w:lang w:val="fr-FR"/>
        </w:rPr>
      </w:pPr>
      <w:r>
        <w:t>110294</w:t>
      </w:r>
      <w:r>
        <w:tab/>
      </w:r>
      <w:r w:rsidRPr="003834FA">
        <w:rPr>
          <w:lang w:val="fr-FR"/>
        </w:rPr>
        <w:t>Plinski kondenzatorji (ne deli strojev)</w:t>
      </w:r>
    </w:p>
    <w:p w:rsidR="004611C8" w:rsidRDefault="004611C8" w:rsidP="004611C8">
      <w:r>
        <w:t>110297</w:t>
      </w:r>
      <w:r>
        <w:tab/>
        <w:t>Napeljave za savne</w:t>
      </w:r>
    </w:p>
    <w:p w:rsidR="004611C8" w:rsidRDefault="004611C8" w:rsidP="004611C8">
      <w:r>
        <w:t>110299</w:t>
      </w:r>
      <w:r>
        <w:tab/>
        <w:t>Kuhinjska korita</w:t>
      </w:r>
    </w:p>
    <w:p w:rsidR="004611C8" w:rsidRDefault="004611C8" w:rsidP="004611C8">
      <w:r>
        <w:t>110301</w:t>
      </w:r>
      <w:r>
        <w:tab/>
        <w:t>Pisoarji (sanitarna oprema)</w:t>
      </w:r>
    </w:p>
    <w:p w:rsidR="004611C8" w:rsidRDefault="004611C8" w:rsidP="004611C8">
      <w:r>
        <w:t>110302</w:t>
      </w:r>
      <w:r>
        <w:tab/>
        <w:t>Termoforji</w:t>
      </w:r>
    </w:p>
    <w:p w:rsidR="004611C8" w:rsidRDefault="004611C8" w:rsidP="004611C8">
      <w:r>
        <w:t>110303</w:t>
      </w:r>
      <w:r>
        <w:tab/>
        <w:t>Kotlički za gretje vode, električni</w:t>
      </w:r>
    </w:p>
    <w:p w:rsidR="004611C8" w:rsidRDefault="004611C8" w:rsidP="004611C8">
      <w:r>
        <w:t>110304</w:t>
      </w:r>
      <w:r>
        <w:tab/>
        <w:t>Posteljni grelniki</w:t>
      </w:r>
    </w:p>
    <w:p w:rsidR="004611C8" w:rsidRDefault="004611C8" w:rsidP="004611C8">
      <w:r>
        <w:t>110305</w:t>
      </w:r>
      <w:r>
        <w:tab/>
        <w:t>Električne odeje, ne za medicinske namene</w:t>
      </w:r>
    </w:p>
    <w:p w:rsidR="004611C8" w:rsidRDefault="004611C8" w:rsidP="004611C8">
      <w:r>
        <w:t>110306</w:t>
      </w:r>
      <w:r>
        <w:tab/>
        <w:t>Ogrevala za gretje postelje</w:t>
      </w:r>
    </w:p>
    <w:p w:rsidR="004611C8" w:rsidRDefault="004611C8" w:rsidP="004611C8">
      <w:r>
        <w:t>110307</w:t>
      </w:r>
      <w:r>
        <w:tab/>
        <w:t>Akvarijski filtracijski aparati</w:t>
      </w:r>
    </w:p>
    <w:p w:rsidR="004611C8" w:rsidRDefault="004611C8" w:rsidP="004611C8">
      <w:r>
        <w:t>110308</w:t>
      </w:r>
      <w:r>
        <w:tab/>
        <w:t>Grelci za akvarije</w:t>
      </w:r>
    </w:p>
    <w:p w:rsidR="004611C8" w:rsidRDefault="004611C8" w:rsidP="004611C8">
      <w:r>
        <w:t>110309</w:t>
      </w:r>
      <w:r>
        <w:tab/>
        <w:t>Akvarijske luči</w:t>
      </w:r>
    </w:p>
    <w:p w:rsidR="004611C8" w:rsidRDefault="004611C8" w:rsidP="004611C8">
      <w:r>
        <w:t>110310</w:t>
      </w:r>
      <w:r>
        <w:tab/>
        <w:t>Električno ogrevane preproge</w:t>
      </w:r>
    </w:p>
    <w:p w:rsidR="004611C8" w:rsidRDefault="004611C8" w:rsidP="004611C8">
      <w:r>
        <w:t>110311</w:t>
      </w:r>
      <w:r>
        <w:tab/>
        <w:t>Pečice za zobno keramiko</w:t>
      </w:r>
    </w:p>
    <w:p w:rsidR="004611C8" w:rsidRDefault="004611C8" w:rsidP="004611C8">
      <w:r>
        <w:t>110313</w:t>
      </w:r>
      <w:r>
        <w:tab/>
        <w:t>Ekspanzijski rezervoarji za centralno ogrevanje</w:t>
      </w:r>
    </w:p>
    <w:p w:rsidR="004611C8" w:rsidRDefault="004611C8" w:rsidP="004611C8">
      <w:r>
        <w:t>110314</w:t>
      </w:r>
      <w:r>
        <w:tab/>
        <w:t>Kuhinjske nape</w:t>
      </w:r>
    </w:p>
    <w:p w:rsidR="004611C8" w:rsidRDefault="004611C8" w:rsidP="004611C8">
      <w:r>
        <w:t>110315</w:t>
      </w:r>
      <w:r>
        <w:tab/>
        <w:t>Električni ventilatorji za osebno uporabo</w:t>
      </w:r>
    </w:p>
    <w:p w:rsidR="004611C8" w:rsidRDefault="004611C8" w:rsidP="004611C8">
      <w:r>
        <w:t>110317</w:t>
      </w:r>
      <w:r>
        <w:tab/>
        <w:t>Mikrovalovne pečice</w:t>
      </w:r>
    </w:p>
    <w:p w:rsidR="004611C8" w:rsidRDefault="004611C8" w:rsidP="004611C8">
      <w:r>
        <w:t>110318</w:t>
      </w:r>
      <w:r>
        <w:tab/>
        <w:t>Klorirne naprave za bazene</w:t>
      </w:r>
    </w:p>
    <w:p w:rsidR="004611C8" w:rsidRPr="003834FA" w:rsidRDefault="004611C8" w:rsidP="004611C8">
      <w:pPr>
        <w:rPr>
          <w:lang w:val="fr-FR"/>
        </w:rPr>
      </w:pPr>
      <w:r>
        <w:t>110319</w:t>
      </w:r>
      <w:r>
        <w:tab/>
      </w:r>
      <w:r w:rsidRPr="003834FA">
        <w:rPr>
          <w:lang w:val="fr-FR"/>
        </w:rPr>
        <w:t>Termostatski ventili [deli ogrevalnih napeljav]</w:t>
      </w:r>
    </w:p>
    <w:p w:rsidR="004611C8" w:rsidRDefault="004611C8" w:rsidP="004611C8">
      <w:r>
        <w:t>110320</w:t>
      </w:r>
      <w:r>
        <w:tab/>
        <w:t>Naprave za proizvajanje (brizganje) vodnih curkov</w:t>
      </w:r>
    </w:p>
    <w:p w:rsidR="004611C8" w:rsidRDefault="004611C8" w:rsidP="004611C8">
      <w:r>
        <w:t>110321</w:t>
      </w:r>
      <w:r>
        <w:tab/>
        <w:t>Aparati za dehidracijo odpadkov hrane</w:t>
      </w:r>
    </w:p>
    <w:p w:rsidR="004611C8" w:rsidRDefault="004611C8" w:rsidP="004611C8">
      <w:r>
        <w:t>110322</w:t>
      </w:r>
      <w:r>
        <w:tab/>
        <w:t>Potapljaške svetilke</w:t>
      </w:r>
    </w:p>
    <w:p w:rsidR="004611C8" w:rsidRDefault="004611C8" w:rsidP="004611C8">
      <w:r>
        <w:t>110323</w:t>
      </w:r>
      <w:r>
        <w:tab/>
        <w:t>Kapalni nastavki za namakanje (oprema za namakanje)</w:t>
      </w:r>
    </w:p>
    <w:p w:rsidR="004611C8" w:rsidRDefault="004611C8" w:rsidP="004611C8">
      <w:r>
        <w:t>110325</w:t>
      </w:r>
      <w:r>
        <w:tab/>
        <w:t>Čistilne komore (sanitarne instalacije)</w:t>
      </w:r>
    </w:p>
    <w:p w:rsidR="004611C8" w:rsidRDefault="004611C8" w:rsidP="004611C8">
      <w:r>
        <w:t>110326</w:t>
      </w:r>
      <w:r>
        <w:tab/>
        <w:t>Lavine kamnine za uporabo pri žarih</w:t>
      </w:r>
    </w:p>
    <w:p w:rsidR="004611C8" w:rsidRDefault="004611C8" w:rsidP="004611C8">
      <w:r>
        <w:t>110327</w:t>
      </w:r>
      <w:r>
        <w:tab/>
        <w:t>Namakalne naprave za poljedelstvo</w:t>
      </w:r>
    </w:p>
    <w:p w:rsidR="004611C8" w:rsidRDefault="004611C8" w:rsidP="004611C8">
      <w:r>
        <w:t>110328</w:t>
      </w:r>
      <w:r>
        <w:tab/>
        <w:t>Mikrovalovne pečice za industrijske namene</w:t>
      </w:r>
    </w:p>
    <w:p w:rsidR="004611C8" w:rsidRDefault="004611C8" w:rsidP="004611C8">
      <w:r>
        <w:t>110329</w:t>
      </w:r>
      <w:r>
        <w:tab/>
        <w:t>Naprave za peko kruha</w:t>
      </w:r>
    </w:p>
    <w:p w:rsidR="004611C8" w:rsidRDefault="004611C8" w:rsidP="004611C8">
      <w:r>
        <w:t>110330</w:t>
      </w:r>
      <w:r>
        <w:tab/>
        <w:t>Hladilne razstavne vitrine</w:t>
      </w:r>
    </w:p>
    <w:p w:rsidR="004611C8" w:rsidRDefault="004611C8" w:rsidP="004611C8">
      <w:r>
        <w:t>110331</w:t>
      </w:r>
      <w:r>
        <w:tab/>
        <w:t>Parni gladilci tkanin</w:t>
      </w:r>
    </w:p>
    <w:p w:rsidR="004611C8" w:rsidRDefault="004611C8" w:rsidP="004611C8">
      <w:r>
        <w:t>110332</w:t>
      </w:r>
      <w:r>
        <w:tab/>
        <w:t>Kruhomati</w:t>
      </w:r>
    </w:p>
    <w:p w:rsidR="004611C8" w:rsidRDefault="004611C8" w:rsidP="004611C8">
      <w:r>
        <w:t>110333</w:t>
      </w:r>
      <w:r>
        <w:tab/>
        <w:t>Aparati za osvetljevanje z LED diodami</w:t>
      </w:r>
    </w:p>
    <w:p w:rsidR="004611C8" w:rsidRDefault="004611C8" w:rsidP="004611C8">
      <w:r>
        <w:t>110334</w:t>
      </w:r>
      <w:r>
        <w:tab/>
        <w:t>Aparati za hidromasažne banje</w:t>
      </w:r>
    </w:p>
    <w:p w:rsidR="004611C8" w:rsidRDefault="004611C8" w:rsidP="004611C8">
      <w:r>
        <w:t>110335</w:t>
      </w:r>
      <w:r>
        <w:tab/>
        <w:t>Ogrevane vitrine</w:t>
      </w:r>
    </w:p>
    <w:p w:rsidR="004611C8" w:rsidRDefault="004611C8" w:rsidP="004611C8">
      <w:r>
        <w:t>110336</w:t>
      </w:r>
      <w:r>
        <w:tab/>
        <w:t>Večnamenski kuhalniki</w:t>
      </w:r>
    </w:p>
    <w:p w:rsidR="004611C8" w:rsidRDefault="004611C8" w:rsidP="004611C8">
      <w:r>
        <w:t>110337</w:t>
      </w:r>
      <w:r>
        <w:tab/>
        <w:t>Parni kuhalniki, električni</w:t>
      </w:r>
    </w:p>
    <w:p w:rsidR="004611C8" w:rsidRDefault="004611C8" w:rsidP="004611C8">
      <w:r>
        <w:t>110338</w:t>
      </w:r>
      <w:r>
        <w:tab/>
        <w:t>Električne stiskalnice za tortilije</w:t>
      </w:r>
    </w:p>
    <w:p w:rsidR="004611C8" w:rsidRDefault="004611C8" w:rsidP="004611C8">
      <w:r>
        <w:t>110340</w:t>
      </w:r>
      <w:r>
        <w:tab/>
        <w:t>Pištole za vroč zrak</w:t>
      </w:r>
    </w:p>
    <w:p w:rsidR="004611C8" w:rsidRDefault="004611C8" w:rsidP="004611C8">
      <w:r>
        <w:t>110341</w:t>
      </w:r>
      <w:r>
        <w:tab/>
        <w:t>Čokoladne fontane, električne</w:t>
      </w:r>
    </w:p>
    <w:p w:rsidR="004611C8" w:rsidRDefault="004611C8" w:rsidP="004611C8">
      <w:r>
        <w:t>110342</w:t>
      </w:r>
      <w:r>
        <w:tab/>
        <w:t>Naprave za razkuževanje za medicinske namene</w:t>
      </w:r>
    </w:p>
    <w:p w:rsidR="004611C8" w:rsidRDefault="004611C8" w:rsidP="004611C8">
      <w:r>
        <w:t>110343</w:t>
      </w:r>
      <w:r>
        <w:tab/>
        <w:t>Vinske vitrine, električne</w:t>
      </w:r>
    </w:p>
    <w:p w:rsidR="004611C8" w:rsidRDefault="004611C8" w:rsidP="004611C8">
      <w:r>
        <w:t>110347</w:t>
      </w:r>
      <w:r>
        <w:tab/>
        <w:t>Luči za sušenje nohtov</w:t>
      </w:r>
    </w:p>
    <w:p w:rsidR="004611C8" w:rsidRDefault="004611C8" w:rsidP="004611C8">
      <w:r>
        <w:t>110348</w:t>
      </w:r>
      <w:r>
        <w:tab/>
        <w:t>Električni kuhalniki za kuhanje v vakuumu</w:t>
      </w:r>
    </w:p>
    <w:p w:rsidR="004611C8" w:rsidRDefault="004611C8" w:rsidP="004611C8">
      <w:r>
        <w:t>110349</w:t>
      </w:r>
      <w:r>
        <w:tab/>
        <w:t>Naprave za proizvajanje mikromehurčkov za kopeli</w:t>
      </w:r>
    </w:p>
    <w:p w:rsidR="004611C8" w:rsidRDefault="004611C8" w:rsidP="004611C8">
      <w:r>
        <w:t>110350</w:t>
      </w:r>
      <w:r>
        <w:tab/>
        <w:t>Aparati za segrevanje in hlajenje za doziranje toplih in hladnih napitkov</w:t>
      </w:r>
    </w:p>
    <w:p w:rsidR="004611C8" w:rsidRDefault="004611C8" w:rsidP="004611C8">
      <w:r>
        <w:t>110352</w:t>
      </w:r>
      <w:r>
        <w:tab/>
        <w:t>Električne naprave za gospodinjske namene za izdelavo peciva iz tolčenega riža</w:t>
      </w:r>
    </w:p>
    <w:p w:rsidR="004611C8" w:rsidRDefault="004611C8" w:rsidP="004611C8">
      <w:r>
        <w:t>110353</w:t>
      </w:r>
      <w:r>
        <w:tab/>
        <w:t>Stenji za peči na olje</w:t>
      </w:r>
    </w:p>
    <w:p w:rsidR="004611C8" w:rsidRDefault="004611C8" w:rsidP="004611C8">
      <w:r>
        <w:t>110354</w:t>
      </w:r>
      <w:r>
        <w:tab/>
        <w:t>Električne kuhalne površine</w:t>
      </w:r>
    </w:p>
    <w:p w:rsidR="004611C8" w:rsidRDefault="004611C8" w:rsidP="004611C8">
      <w:r>
        <w:t>110355</w:t>
      </w:r>
      <w:r>
        <w:tab/>
        <w:t>Laterne za svečo</w:t>
      </w:r>
    </w:p>
    <w:p w:rsidR="004611C8" w:rsidRDefault="004611C8" w:rsidP="004611C8">
      <w:r>
        <w:t>110356</w:t>
      </w:r>
      <w:r>
        <w:tab/>
        <w:t>Cvrtniki na vroč zrak</w:t>
      </w:r>
    </w:p>
    <w:p w:rsidR="004611C8" w:rsidRDefault="004611C8" w:rsidP="004611C8">
      <w:r>
        <w:t>110357</w:t>
      </w:r>
      <w:r>
        <w:tab/>
        <w:t>Stroji za izdelavo sladoleda</w:t>
      </w:r>
    </w:p>
    <w:p w:rsidR="004611C8" w:rsidRDefault="004611C8" w:rsidP="004611C8">
      <w:r>
        <w:t>110358</w:t>
      </w:r>
      <w:r>
        <w:tab/>
        <w:t>Luči za smerne svetilke za kolesa</w:t>
      </w:r>
    </w:p>
    <w:p w:rsidR="004611C8" w:rsidRDefault="004611C8" w:rsidP="004611C8">
      <w:r>
        <w:t>110359</w:t>
      </w:r>
      <w:r>
        <w:tab/>
        <w:t>Hladilniki, hladilni aparati in zamrzovalniki za namene medicinskega shranjevanja</w:t>
      </w:r>
    </w:p>
    <w:p w:rsidR="004611C8" w:rsidRDefault="004611C8" w:rsidP="004611C8">
      <w:r>
        <w:t>110360</w:t>
      </w:r>
      <w:r>
        <w:tab/>
        <w:t>Svetilke za sušenje, ne za medicinske namene</w:t>
      </w:r>
    </w:p>
    <w:p w:rsidR="004611C8" w:rsidRDefault="004611C8" w:rsidP="004611C8">
      <w:r>
        <w:t>110361</w:t>
      </w:r>
      <w:r>
        <w:tab/>
        <w:t>Hidroponski sistemi pridelovanja</w:t>
      </w:r>
    </w:p>
    <w:p w:rsidR="004611C8" w:rsidRDefault="004611C8" w:rsidP="004611C8">
      <w:r>
        <w:t>110362</w:t>
      </w:r>
      <w:r>
        <w:tab/>
        <w:t>Električne termo posode</w:t>
      </w:r>
    </w:p>
    <w:p w:rsidR="004611C8" w:rsidRDefault="004611C8" w:rsidP="004611C8">
      <w:r>
        <w:t>110363</w:t>
      </w:r>
      <w:r>
        <w:tab/>
        <w:t>Sušilniki hrane, električni</w:t>
      </w:r>
    </w:p>
    <w:p w:rsidR="004611C8" w:rsidRDefault="004611C8" w:rsidP="004611C8">
      <w:r>
        <w:t>110364</w:t>
      </w:r>
      <w:r>
        <w:tab/>
        <w:t>Grelniki za roke z USB napajanjem</w:t>
      </w:r>
    </w:p>
    <w:p w:rsidR="004611C8" w:rsidRDefault="004611C8" w:rsidP="004611C8">
      <w:r>
        <w:t>110365</w:t>
      </w:r>
      <w:r>
        <w:tab/>
        <w:t>Grelec za skodelice z USB napajanjem</w:t>
      </w:r>
    </w:p>
    <w:p w:rsidR="004611C8" w:rsidRDefault="004611C8" w:rsidP="004611C8">
      <w:r>
        <w:t>110366</w:t>
      </w:r>
      <w:r>
        <w:tab/>
        <w:t>Električni kuhalniki za kuskus</w:t>
      </w:r>
    </w:p>
    <w:p w:rsidR="004611C8" w:rsidRDefault="004611C8" w:rsidP="004611C8">
      <w:r>
        <w:t>110369</w:t>
      </w:r>
      <w:r>
        <w:tab/>
        <w:t>Projektorji svetlobe</w:t>
      </w:r>
    </w:p>
    <w:p w:rsidR="004611C8" w:rsidRDefault="004611C8" w:rsidP="004611C8">
      <w:r>
        <w:t>110370</w:t>
      </w:r>
      <w:r>
        <w:tab/>
        <w:t>Stroji za zamegljevanje</w:t>
      </w:r>
    </w:p>
    <w:p w:rsidR="004611C8" w:rsidRDefault="004611C8" w:rsidP="004611C8">
      <w:r>
        <w:t>110371</w:t>
      </w:r>
      <w:r>
        <w:tab/>
        <w:t>Podtalni grelni aparati</w:t>
      </w:r>
    </w:p>
    <w:p w:rsidR="004611C8" w:rsidRDefault="004611C8" w:rsidP="004611C8">
      <w:r>
        <w:t>110372</w:t>
      </w:r>
      <w:r>
        <w:tab/>
        <w:t>Saturatorji</w:t>
      </w:r>
    </w:p>
    <w:p w:rsidR="004611C8" w:rsidRDefault="004611C8" w:rsidP="004611C8">
      <w:r>
        <w:t>110373</w:t>
      </w:r>
      <w:r>
        <w:tab/>
        <w:t>Električne naprave za pripravo sojinega mleka</w:t>
      </w:r>
    </w:p>
    <w:p w:rsidR="004611C8" w:rsidRDefault="004611C8" w:rsidP="004611C8">
      <w:r>
        <w:t>110374</w:t>
      </w:r>
      <w:r>
        <w:tab/>
        <w:t>Kavne kapsule, prazne, za električne kavne aparate</w:t>
      </w:r>
    </w:p>
    <w:p w:rsidR="004611C8" w:rsidRDefault="004611C8" w:rsidP="004611C8">
      <w:r>
        <w:t>110375</w:t>
      </w:r>
      <w:r>
        <w:tab/>
        <w:t>Električne posode za pijačo</w:t>
      </w:r>
    </w:p>
    <w:p w:rsidR="004611C8" w:rsidRDefault="004611C8" w:rsidP="004611C8">
      <w:r>
        <w:t>110376</w:t>
      </w:r>
      <w:r>
        <w:tab/>
        <w:t>Razvlaževalci</w:t>
      </w:r>
    </w:p>
    <w:p w:rsidR="004611C8" w:rsidRDefault="004611C8" w:rsidP="004611C8">
      <w:r>
        <w:t>110377</w:t>
      </w:r>
      <w:r>
        <w:tab/>
        <w:t>Dezinfekcijski aparati za dovajanje raztopine v vodovodne cevi za sanitarno opremo</w:t>
      </w:r>
    </w:p>
    <w:p w:rsidR="004611C8" w:rsidRDefault="004611C8" w:rsidP="004611C8">
      <w:r>
        <w:t>110378</w:t>
      </w:r>
      <w:r>
        <w:tab/>
        <w:t>Membrane za enote za obratno osmozo</w:t>
      </w:r>
    </w:p>
    <w:p w:rsidR="004611C8" w:rsidRPr="003834FA" w:rsidRDefault="004611C8" w:rsidP="004611C8">
      <w:pPr>
        <w:rPr>
          <w:lang w:val="fr-FR"/>
        </w:rPr>
      </w:pPr>
      <w:r>
        <w:t>110379</w:t>
      </w:r>
      <w:r>
        <w:tab/>
      </w:r>
      <w:r w:rsidRPr="003834FA">
        <w:rPr>
          <w:lang w:val="fr-FR"/>
        </w:rPr>
        <w:t>Membranske filtrirne enote za aparate za čiščenje vode</w:t>
      </w:r>
    </w:p>
    <w:p w:rsidR="004611C8" w:rsidRPr="003834FA" w:rsidRDefault="004611C8" w:rsidP="004611C8">
      <w:pPr>
        <w:rPr>
          <w:lang w:val="fr-FR"/>
        </w:rPr>
      </w:pPr>
      <w:r>
        <w:t>110380</w:t>
      </w:r>
      <w:r>
        <w:tab/>
      </w:r>
      <w:r w:rsidRPr="003834FA">
        <w:rPr>
          <w:lang w:val="fr-FR"/>
        </w:rPr>
        <w:t>Filtri za aparate za filtriranje vode</w:t>
      </w:r>
    </w:p>
    <w:p w:rsidR="004611C8" w:rsidRDefault="004611C8" w:rsidP="004611C8">
      <w:r>
        <w:t>110381</w:t>
      </w:r>
      <w:r>
        <w:tab/>
        <w:t>Membranski filtri za obratno osmozo za čiščenje vode</w:t>
      </w:r>
    </w:p>
    <w:p w:rsidR="004611C8" w:rsidRDefault="004611C8" w:rsidP="004611C8">
      <w:r>
        <w:t>110382</w:t>
      </w:r>
      <w:r>
        <w:tab/>
        <w:t>Kuhinjska korita z vgrajenim delovnim pultom</w:t>
      </w:r>
    </w:p>
    <w:p w:rsidR="004611C8" w:rsidRPr="003834FA" w:rsidRDefault="004611C8" w:rsidP="004611C8">
      <w:pPr>
        <w:rPr>
          <w:lang w:val="fr-FR"/>
        </w:rPr>
      </w:pPr>
      <w:r>
        <w:t>110383</w:t>
      </w:r>
      <w:r>
        <w:tab/>
      </w:r>
      <w:r w:rsidRPr="003834FA">
        <w:rPr>
          <w:lang w:val="fr-FR"/>
        </w:rPr>
        <w:t>Kavni aparati z vgrajenimi čistilniki vode</w:t>
      </w:r>
    </w:p>
    <w:p w:rsidR="004611C8" w:rsidRDefault="004611C8" w:rsidP="004611C8">
      <w:r>
        <w:t>110384</w:t>
      </w:r>
      <w:r>
        <w:tab/>
        <w:t>Baterijske svetilne palice</w:t>
      </w:r>
    </w:p>
    <w:p w:rsidR="004611C8" w:rsidRDefault="004611C8" w:rsidP="004611C8">
      <w:r>
        <w:t>110385</w:t>
      </w:r>
      <w:r>
        <w:tab/>
        <w:t>Naprave za povratno osmozo</w:t>
      </w:r>
    </w:p>
    <w:p w:rsidR="004611C8" w:rsidRDefault="004611C8" w:rsidP="004611C8">
      <w:r>
        <w:t>110386</w:t>
      </w:r>
      <w:r>
        <w:tab/>
        <w:t>Električne posode za izdelavo ledu in sladoledov</w:t>
      </w:r>
    </w:p>
    <w:p w:rsidR="004611C8" w:rsidRDefault="004611C8" w:rsidP="004611C8">
      <w:r>
        <w:lastRenderedPageBreak/>
        <w:t>110387</w:t>
      </w:r>
      <w:r>
        <w:tab/>
        <w:t>Posode za kuhanje, električne</w:t>
      </w:r>
    </w:p>
    <w:p w:rsidR="004611C8" w:rsidRPr="003834FA" w:rsidRDefault="004611C8" w:rsidP="004611C8">
      <w:pPr>
        <w:rPr>
          <w:lang w:val="fr-FR"/>
        </w:rPr>
      </w:pPr>
      <w:r>
        <w:t>110388</w:t>
      </w:r>
      <w:r>
        <w:tab/>
      </w:r>
      <w:r w:rsidRPr="003834FA">
        <w:rPr>
          <w:lang w:val="fr-FR"/>
        </w:rPr>
        <w:t>Absorbcijski aparati za proizvodnjo plina</w:t>
      </w:r>
    </w:p>
    <w:p w:rsidR="004611C8" w:rsidRPr="003834FA" w:rsidRDefault="004611C8" w:rsidP="004611C8">
      <w:pPr>
        <w:rPr>
          <w:lang w:val="fr-FR"/>
        </w:rPr>
      </w:pPr>
      <w:r>
        <w:t>110389</w:t>
      </w:r>
      <w:r>
        <w:tab/>
      </w:r>
      <w:r w:rsidRPr="003834FA">
        <w:rPr>
          <w:lang w:val="fr-FR"/>
        </w:rPr>
        <w:t>Aparati z membrano za proizvodnjo plina</w:t>
      </w:r>
    </w:p>
    <w:p w:rsidR="004611C8" w:rsidRDefault="004611C8" w:rsidP="004611C8">
      <w:r>
        <w:t>110390</w:t>
      </w:r>
      <w:r>
        <w:tab/>
        <w:t>Bioreaktorji za uporabo pri obdelavi odpadne vode</w:t>
      </w:r>
    </w:p>
    <w:p w:rsidR="004611C8" w:rsidRDefault="004611C8" w:rsidP="004611C8">
      <w:r>
        <w:t>110391</w:t>
      </w:r>
      <w:r>
        <w:tab/>
        <w:t>Aparati za fermentacijo za industrijske namene</w:t>
      </w:r>
    </w:p>
    <w:p w:rsidR="004611C8" w:rsidRDefault="004611C8" w:rsidP="004611C8">
      <w:r>
        <w:t>110392</w:t>
      </w:r>
      <w:r>
        <w:tab/>
        <w:t>Naprave za namakanje z gnojilom</w:t>
      </w:r>
    </w:p>
    <w:p w:rsidR="004611C8" w:rsidRDefault="004611C8" w:rsidP="004611C8">
      <w:r>
        <w:t>110393</w:t>
      </w:r>
      <w:r>
        <w:tab/>
        <w:t>Električno ogrevani vrčki</w:t>
      </w:r>
    </w:p>
    <w:p w:rsidR="004611C8" w:rsidRDefault="004611C8" w:rsidP="004611C8">
      <w:r>
        <w:t>110394</w:t>
      </w:r>
      <w:r>
        <w:tab/>
        <w:t>Pozicijske luči za vozila</w:t>
      </w:r>
    </w:p>
    <w:p w:rsidR="004611C8" w:rsidRDefault="004611C8" w:rsidP="004611C8">
      <w:r>
        <w:t>110396</w:t>
      </w:r>
      <w:r>
        <w:tab/>
        <w:t>Električni stroji za varjenje piva, za gospodinjske namene</w:t>
      </w:r>
    </w:p>
    <w:p w:rsidR="004611C8" w:rsidRDefault="004611C8" w:rsidP="004611C8">
      <w:r>
        <w:t>110397</w:t>
      </w:r>
      <w:r>
        <w:tab/>
        <w:t>Bioreaktorji za uporabo pri obdelavi odpadkov</w:t>
      </w:r>
    </w:p>
    <w:p w:rsidR="004611C8" w:rsidRDefault="004611C8" w:rsidP="004611C8">
      <w:r>
        <w:t>110398</w:t>
      </w:r>
      <w:r>
        <w:tab/>
        <w:t>Polipropilenske cevke, stabilizirane s toploto, za grelne instalacije</w:t>
      </w:r>
    </w:p>
    <w:p w:rsidR="004611C8" w:rsidRDefault="004611C8" w:rsidP="004611C8">
      <w:r>
        <w:t>110399</w:t>
      </w:r>
      <w:r>
        <w:tab/>
        <w:t>Svetleče palice za osvetljevanje</w:t>
      </w:r>
    </w:p>
    <w:p w:rsidR="004611C8" w:rsidRDefault="004611C8" w:rsidP="004611C8">
      <w:r>
        <w:t>110400</w:t>
      </w:r>
      <w:r>
        <w:tab/>
        <w:t>Čistilniki venturi</w:t>
      </w:r>
    </w:p>
    <w:p w:rsidR="004611C8" w:rsidRPr="003834FA" w:rsidRDefault="004611C8" w:rsidP="004611C8">
      <w:pPr>
        <w:rPr>
          <w:lang w:val="fr-FR"/>
        </w:rPr>
      </w:pPr>
      <w:r>
        <w:t>110401</w:t>
      </w:r>
      <w:r>
        <w:tab/>
      </w:r>
      <w:r w:rsidRPr="003834FA">
        <w:rPr>
          <w:lang w:val="fr-FR"/>
        </w:rPr>
        <w:t>Precejala za aparate za filtriranje vode</w:t>
      </w:r>
    </w:p>
    <w:p w:rsidR="004611C8" w:rsidRDefault="004611C8" w:rsidP="004611C8">
      <w:r>
        <w:t>110402</w:t>
      </w:r>
      <w:r>
        <w:tab/>
        <w:t>Pametne žarnice</w:t>
      </w:r>
    </w:p>
    <w:p w:rsidR="004611C8" w:rsidRDefault="004611C8" w:rsidP="004611C8">
      <w:r>
        <w:t>110403</w:t>
      </w:r>
      <w:r>
        <w:tab/>
        <w:t>Aparati za sušenje celega telesa</w:t>
      </w:r>
    </w:p>
    <w:p w:rsidR="004611C8" w:rsidRDefault="004611C8" w:rsidP="004611C8">
      <w:r>
        <w:t>110406</w:t>
      </w:r>
      <w:r>
        <w:tab/>
        <w:t>Prekajevalniki [aparati za kuhanje]</w:t>
      </w:r>
    </w:p>
    <w:p w:rsidR="004611C8" w:rsidRPr="003834FA" w:rsidRDefault="004611C8" w:rsidP="004611C8">
      <w:pPr>
        <w:rPr>
          <w:lang w:val="fr-FR"/>
        </w:rPr>
      </w:pPr>
      <w:r>
        <w:t>110407</w:t>
      </w:r>
      <w:r>
        <w:tab/>
      </w:r>
      <w:r w:rsidRPr="003834FA">
        <w:rPr>
          <w:lang w:val="fr-FR"/>
        </w:rPr>
        <w:t>Ogrevana delovna postaja za rezanje mesa</w:t>
      </w:r>
    </w:p>
    <w:p w:rsidR="004611C8" w:rsidRDefault="004611C8" w:rsidP="004611C8">
      <w:r>
        <w:t>110408</w:t>
      </w:r>
      <w:r>
        <w:tab/>
        <w:t>Osebne hladilne vrečke, ne za medicinske namene</w:t>
      </w:r>
    </w:p>
    <w:p w:rsidR="004611C8" w:rsidRDefault="004611C8" w:rsidP="004611C8">
      <w:r>
        <w:t>110409</w:t>
      </w:r>
      <w:r>
        <w:tab/>
        <w:t>Stroji za ustvarjanje dima</w:t>
      </w:r>
    </w:p>
    <w:p w:rsidR="004611C8" w:rsidRDefault="004611C8" w:rsidP="004611C8">
      <w:r>
        <w:t>110410</w:t>
      </w:r>
      <w:r>
        <w:tab/>
        <w:t>Posode za kuhanje kave, električne</w:t>
      </w:r>
    </w:p>
    <w:p w:rsidR="004611C8" w:rsidRDefault="004611C8" w:rsidP="004611C8">
      <w:r>
        <w:t>110411</w:t>
      </w:r>
      <w:r>
        <w:tab/>
        <w:t>Ponve za cvrtje (električne)</w:t>
      </w:r>
    </w:p>
    <w:p w:rsidR="004611C8" w:rsidRPr="003834FA" w:rsidRDefault="004611C8" w:rsidP="004611C8">
      <w:pPr>
        <w:rPr>
          <w:lang w:val="fr-FR"/>
        </w:rPr>
      </w:pPr>
      <w:r>
        <w:t>110412</w:t>
      </w:r>
      <w:r>
        <w:tab/>
      </w:r>
      <w:r w:rsidRPr="003834FA">
        <w:rPr>
          <w:lang w:val="fr-FR"/>
        </w:rPr>
        <w:t>Električni lonci za kuhanje na pari</w:t>
      </w:r>
    </w:p>
    <w:p w:rsidR="004611C8" w:rsidRDefault="004611C8" w:rsidP="004611C8">
      <w:r>
        <w:t>110413</w:t>
      </w:r>
      <w:r>
        <w:tab/>
        <w:t>Posode za lepilo, električne</w:t>
      </w:r>
    </w:p>
    <w:p w:rsidR="004611C8" w:rsidRDefault="004611C8" w:rsidP="004611C8">
      <w:r>
        <w:t>110414</w:t>
      </w:r>
      <w:r>
        <w:tab/>
        <w:t>Žarnice za svetleče diode (LED)</w:t>
      </w:r>
    </w:p>
    <w:p w:rsidR="004611C8" w:rsidRDefault="004611C8" w:rsidP="004611C8">
      <w:r>
        <w:t>110415</w:t>
      </w:r>
      <w:r>
        <w:tab/>
        <w:t>Kriogene naprave</w:t>
      </w:r>
    </w:p>
    <w:p w:rsidR="004611C8" w:rsidRDefault="004611C8" w:rsidP="004611C8">
      <w:r>
        <w:t>110416</w:t>
      </w:r>
      <w:r>
        <w:tab/>
        <w:t>Stroji za sušenje krožnikov</w:t>
      </w:r>
    </w:p>
    <w:p w:rsidR="004611C8" w:rsidRDefault="004611C8" w:rsidP="004611C8">
      <w:r>
        <w:t>110417</w:t>
      </w:r>
      <w:r>
        <w:tab/>
        <w:t>Pametni hladilniki</w:t>
      </w:r>
    </w:p>
    <w:p w:rsidR="004611C8" w:rsidRDefault="004611C8" w:rsidP="004611C8">
      <w:r>
        <w:t>110418</w:t>
      </w:r>
      <w:r>
        <w:tab/>
        <w:t>Razpršilniki v obliki aparatov za dezinfekcijo</w:t>
      </w:r>
    </w:p>
    <w:p w:rsidR="004611C8" w:rsidRDefault="004611C8" w:rsidP="004611C8">
      <w:r>
        <w:t>110419</w:t>
      </w:r>
      <w:r>
        <w:tab/>
        <w:t>Hladilne podloge za hišne ljubljenčke, ne za veterinarske namene</w:t>
      </w:r>
    </w:p>
    <w:p w:rsidR="004611C8" w:rsidRDefault="004611C8" w:rsidP="004611C8">
      <w:r>
        <w:t>110420</w:t>
      </w:r>
      <w:r>
        <w:tab/>
        <w:t>Fitosvetilke za gojenje rastlin</w:t>
      </w:r>
    </w:p>
    <w:p w:rsidR="004611C8" w:rsidRDefault="004611C8" w:rsidP="004611C8">
      <w:r>
        <w:t>110421</w:t>
      </w:r>
      <w:r>
        <w:tab/>
        <w:t>Parne kabine za čiščenje in osveževanje oblačil</w:t>
      </w:r>
    </w:p>
    <w:p w:rsidR="004611C8" w:rsidRDefault="004611C8" w:rsidP="004611C8">
      <w:r>
        <w:t>110422</w:t>
      </w:r>
      <w:r>
        <w:tab/>
        <w:t>Električne nočne svetilke</w:t>
      </w:r>
    </w:p>
    <w:p w:rsidR="00431F3E" w:rsidRDefault="00431F3E">
      <w:pPr>
        <w:pStyle w:val="Naslov1"/>
        <w:sectPr w:rsidR="00431F3E" w:rsidSect="00E00425">
          <w:type w:val="continuous"/>
          <w:pgSz w:w="11907" w:h="16840" w:code="9"/>
          <w:pgMar w:top="1418" w:right="1418" w:bottom="1418" w:left="1418" w:header="720" w:footer="720" w:gutter="0"/>
          <w:cols w:num="2" w:space="720"/>
          <w:docGrid w:linePitch="360"/>
        </w:sectPr>
      </w:pPr>
    </w:p>
    <w:p w:rsidR="00486CA7" w:rsidRPr="00B13099" w:rsidRDefault="00486CA7" w:rsidP="00E00425">
      <w:pPr>
        <w:pStyle w:val="Naslov1"/>
        <w:spacing w:before="720"/>
        <w:rPr>
          <w:lang w:val="sl-SI" w:eastAsia="sl-SI"/>
        </w:rPr>
      </w:pPr>
      <w:r w:rsidRPr="00B13099">
        <w:rPr>
          <w:lang w:val="sl-SI" w:eastAsia="sl-SI"/>
        </w:rPr>
        <w:t xml:space="preserve">Razred 12 </w:t>
      </w:r>
    </w:p>
    <w:p w:rsidR="00486CA7" w:rsidRDefault="00486CA7" w:rsidP="0087064C">
      <w:pPr>
        <w:pStyle w:val="Naslov2"/>
        <w:rPr>
          <w:lang w:val="sl-SI" w:eastAsia="sl-SI"/>
        </w:rPr>
      </w:pPr>
      <w:r w:rsidRPr="00B13099">
        <w:rPr>
          <w:lang w:val="sl-SI" w:eastAsia="sl-SI"/>
        </w:rPr>
        <w:t>Vozila; Naprave za premikanje po zemlji, zraku ali vodi.</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87064C" w:rsidRPr="00D85EAF" w:rsidTr="00CF2B9C">
        <w:trPr>
          <w:trHeight w:val="143"/>
          <w:tblHeader/>
        </w:trPr>
        <w:tc>
          <w:tcPr>
            <w:tcW w:w="9493" w:type="dxa"/>
            <w:gridSpan w:val="2"/>
            <w:shd w:val="clear" w:color="auto" w:fill="F2F2F2" w:themeFill="background1" w:themeFillShade="F2"/>
            <w:vAlign w:val="center"/>
          </w:tcPr>
          <w:p w:rsidR="0087064C" w:rsidRPr="007A63AA" w:rsidRDefault="0087064C" w:rsidP="00CF2B9C">
            <w:pPr>
              <w:pStyle w:val="opomba"/>
              <w:rPr>
                <w:b/>
              </w:rPr>
            </w:pPr>
            <w:r w:rsidRPr="007A63AA">
              <w:rPr>
                <w:b/>
              </w:rPr>
              <w:t xml:space="preserve">RAZRED </w:t>
            </w:r>
            <w:r w:rsidR="007A63AA" w:rsidRPr="007A63AA">
              <w:rPr>
                <w:b/>
              </w:rPr>
              <w:t>12</w:t>
            </w:r>
            <w:r w:rsidRPr="007A63AA">
              <w:rPr>
                <w:b/>
              </w:rPr>
              <w:t xml:space="preserve"> - pojasnjevalne opombe</w:t>
            </w:r>
          </w:p>
        </w:tc>
      </w:tr>
      <w:tr w:rsidR="0087064C" w:rsidRPr="00D85EAF" w:rsidTr="00CF2B9C">
        <w:trPr>
          <w:trHeight w:val="390"/>
        </w:trPr>
        <w:tc>
          <w:tcPr>
            <w:tcW w:w="9493" w:type="dxa"/>
            <w:gridSpan w:val="2"/>
            <w:shd w:val="clear" w:color="auto" w:fill="F2F2F2" w:themeFill="background1" w:themeFillShade="F2"/>
            <w:vAlign w:val="center"/>
          </w:tcPr>
          <w:p w:rsidR="0087064C" w:rsidRPr="00993A45" w:rsidRDefault="007A63AA" w:rsidP="00CF2B9C">
            <w:pPr>
              <w:pStyle w:val="opomba"/>
            </w:pPr>
            <w:r w:rsidRPr="00652C43">
              <w:t>Razred 12 vključuje predvsem vozila in naprave za prevoz ljudi ali blaga po zemlji, zraku ali vodi.</w:t>
            </w:r>
          </w:p>
        </w:tc>
      </w:tr>
      <w:tr w:rsidR="0087064C" w:rsidRPr="00D85EAF" w:rsidTr="00CF2B9C">
        <w:trPr>
          <w:trHeight w:val="3742"/>
        </w:trPr>
        <w:tc>
          <w:tcPr>
            <w:tcW w:w="4746" w:type="dxa"/>
            <w:shd w:val="clear" w:color="auto" w:fill="F2F2F2" w:themeFill="background1" w:themeFillShade="F2"/>
          </w:tcPr>
          <w:p w:rsidR="0087064C" w:rsidRPr="00993A45" w:rsidRDefault="0087064C" w:rsidP="00CF2B9C">
            <w:pPr>
              <w:pStyle w:val="opomba"/>
            </w:pPr>
            <w:r w:rsidRPr="00D85EAF">
              <w:t>V ta razred so vključeni zlasti:</w:t>
            </w:r>
          </w:p>
          <w:p w:rsidR="00677C99" w:rsidRDefault="00677C99" w:rsidP="008C16D9">
            <w:pPr>
              <w:pStyle w:val="opombapika"/>
            </w:pPr>
            <w:r w:rsidRPr="00EF2120">
              <w:t>motorji za kopenska vozila</w:t>
            </w:r>
          </w:p>
          <w:p w:rsidR="00677C99" w:rsidRDefault="00677C99" w:rsidP="008C16D9">
            <w:pPr>
              <w:pStyle w:val="opombapika"/>
            </w:pPr>
            <w:r w:rsidRPr="00EF2120">
              <w:t>sklopke in komponente prenosa za kopenska vozila</w:t>
            </w:r>
          </w:p>
          <w:p w:rsidR="00677C99" w:rsidRDefault="00677C99" w:rsidP="008C16D9">
            <w:pPr>
              <w:pStyle w:val="opombapika"/>
            </w:pPr>
            <w:r w:rsidRPr="00EF2120">
              <w:t>zračni baloni</w:t>
            </w:r>
          </w:p>
          <w:p w:rsidR="00677C99" w:rsidRDefault="00677C99" w:rsidP="008C16D9">
            <w:pPr>
              <w:pStyle w:val="opombapika"/>
            </w:pPr>
            <w:r w:rsidRPr="00EF2120">
              <w:t>vozila na daljinsko upravljanje, razen igrač</w:t>
            </w:r>
          </w:p>
          <w:p w:rsidR="00677C99" w:rsidRDefault="00677C99" w:rsidP="008C16D9">
            <w:pPr>
              <w:pStyle w:val="opombapika"/>
            </w:pPr>
            <w:r w:rsidRPr="00EF2120">
              <w:t>deli vozil, na primer odbijači, vetrobranska stekla, volani</w:t>
            </w:r>
          </w:p>
          <w:p w:rsidR="00677C99" w:rsidRDefault="00677C99" w:rsidP="008C16D9">
            <w:pPr>
              <w:pStyle w:val="opombapika"/>
            </w:pPr>
            <w:r w:rsidRPr="00EF2120">
              <w:t xml:space="preserve">gosenice za vozila, </w:t>
            </w:r>
          </w:p>
          <w:p w:rsidR="0087064C" w:rsidRPr="00993A45" w:rsidRDefault="00677C99" w:rsidP="008C16D9">
            <w:pPr>
              <w:pStyle w:val="opombapika"/>
            </w:pPr>
            <w:r w:rsidRPr="00EF2120">
              <w:t>kot tudi pnevmatike za vse vrste koles vozil</w:t>
            </w:r>
          </w:p>
        </w:tc>
        <w:tc>
          <w:tcPr>
            <w:tcW w:w="4747" w:type="dxa"/>
            <w:shd w:val="clear" w:color="auto" w:fill="F2F2F2" w:themeFill="background1" w:themeFillShade="F2"/>
          </w:tcPr>
          <w:p w:rsidR="0087064C" w:rsidRPr="00993A45" w:rsidRDefault="0087064C" w:rsidP="00CF2B9C">
            <w:pPr>
              <w:pStyle w:val="opomba"/>
            </w:pPr>
            <w:r w:rsidRPr="00D85EAF">
              <w:t>V ta razred niso vključeni zlasti:</w:t>
            </w:r>
          </w:p>
          <w:p w:rsidR="00677C99" w:rsidRDefault="00677C99" w:rsidP="008C16D9">
            <w:pPr>
              <w:pStyle w:val="opombapika"/>
            </w:pPr>
            <w:r w:rsidRPr="00EF2120">
              <w:t>railway material of metal (razred 6)</w:t>
            </w:r>
          </w:p>
          <w:p w:rsidR="00677C99" w:rsidRDefault="00677C99" w:rsidP="008C16D9">
            <w:pPr>
              <w:pStyle w:val="opombapika"/>
            </w:pPr>
            <w:r w:rsidRPr="00EF2120">
              <w:t>motorji, sklopke in komponente prenosa, razen za kopenska vozila (razred 7)</w:t>
            </w:r>
          </w:p>
          <w:p w:rsidR="00677C99" w:rsidRDefault="00677C99" w:rsidP="008C16D9">
            <w:pPr>
              <w:pStyle w:val="opombapika"/>
            </w:pPr>
            <w:r w:rsidRPr="00EF2120">
              <w:t>deli vseh vrst motorjev, na primer zaganjalniki, dušilci zvoka in cilindri za motorje in motorje (razred 7)</w:t>
            </w:r>
          </w:p>
          <w:p w:rsidR="00677C99" w:rsidRDefault="00677C99" w:rsidP="008C16D9">
            <w:pPr>
              <w:pStyle w:val="opombapika"/>
            </w:pPr>
            <w:r w:rsidRPr="00EF2120">
              <w:t>gumijaste gosenice kot deli gosenic za gradbene, rudarske, kmetijske in druge težke stroje (razred 7)</w:t>
            </w:r>
          </w:p>
          <w:p w:rsidR="00677C99" w:rsidRDefault="00677C99" w:rsidP="008C16D9">
            <w:pPr>
              <w:pStyle w:val="opombapika"/>
            </w:pPr>
            <w:r w:rsidRPr="00EF2120">
              <w:t>tricikli za dojenčke in skiroji kot igrače (razred 28)</w:t>
            </w:r>
          </w:p>
          <w:p w:rsidR="00677C99" w:rsidRDefault="00677C99" w:rsidP="008C16D9">
            <w:pPr>
              <w:pStyle w:val="opombapika"/>
            </w:pPr>
            <w:r w:rsidRPr="00EF2120">
              <w:t>nekatera posebna vozila ali kolesni aparati, ki niso namenjeni prevozu, na primer samohodni stroji za pometanje cest (razred 7), vozički za čaj (razred 20)</w:t>
            </w:r>
          </w:p>
          <w:p w:rsidR="00677C99" w:rsidRDefault="00677C99" w:rsidP="008C16D9">
            <w:pPr>
              <w:pStyle w:val="opombapika"/>
            </w:pPr>
            <w:r w:rsidRPr="00EF2120">
              <w:t>nekateri deli vozil, na primer električne baterije, zapisovalniki kilometrov in radijski sprejemniki za vozila (razred 9),</w:t>
            </w:r>
          </w:p>
          <w:p w:rsidR="00677C99" w:rsidRDefault="00677C99" w:rsidP="008C16D9">
            <w:pPr>
              <w:pStyle w:val="opombapika"/>
            </w:pPr>
            <w:r w:rsidRPr="00EF2120">
              <w:t xml:space="preserve"> luči za avtomobile in kolesa (razred 11), </w:t>
            </w:r>
          </w:p>
          <w:p w:rsidR="0087064C" w:rsidRPr="00993A45" w:rsidRDefault="00677C99" w:rsidP="008C16D9">
            <w:pPr>
              <w:pStyle w:val="opombapika"/>
            </w:pPr>
            <w:r w:rsidRPr="00EF2120">
              <w:t>avtomobilske preproge (razred 27)</w:t>
            </w:r>
          </w:p>
        </w:tc>
      </w:tr>
    </w:tbl>
    <w:p w:rsidR="00F875A9" w:rsidRDefault="00F875A9" w:rsidP="00677C99">
      <w:pPr>
        <w:spacing w:after="360"/>
      </w:pPr>
    </w:p>
    <w:p w:rsidR="00486CA7" w:rsidRDefault="00486CA7">
      <w:pPr>
        <w:sectPr w:rsidR="00486CA7" w:rsidSect="00E00425">
          <w:type w:val="continuous"/>
          <w:pgSz w:w="11907" w:h="16840" w:code="9"/>
          <w:pgMar w:top="1418" w:right="1418" w:bottom="1418" w:left="1418" w:header="720" w:footer="720" w:gutter="0"/>
          <w:cols w:space="720"/>
          <w:docGrid w:linePitch="360"/>
        </w:sectPr>
      </w:pPr>
    </w:p>
    <w:p w:rsidR="004611C8" w:rsidRDefault="004611C8" w:rsidP="004611C8">
      <w:r>
        <w:lastRenderedPageBreak/>
        <w:t>120001</w:t>
      </w:r>
      <w:r>
        <w:tab/>
        <w:t>Viličarji</w:t>
      </w:r>
    </w:p>
    <w:p w:rsidR="004611C8" w:rsidRDefault="004611C8" w:rsidP="004611C8">
      <w:r>
        <w:t>120002</w:t>
      </w:r>
      <w:r>
        <w:tab/>
        <w:t>Spojke za železniške vagone</w:t>
      </w:r>
    </w:p>
    <w:p w:rsidR="004611C8" w:rsidRDefault="004611C8" w:rsidP="004611C8">
      <w:r>
        <w:t>120003</w:t>
      </w:r>
      <w:r>
        <w:tab/>
        <w:t>Spojke za kopenska vozila</w:t>
      </w:r>
    </w:p>
    <w:p w:rsidR="004611C8" w:rsidRDefault="004611C8" w:rsidP="004611C8">
      <w:r>
        <w:t>120004</w:t>
      </w:r>
      <w:r>
        <w:tab/>
        <w:t>Zračni transporterji</w:t>
      </w:r>
    </w:p>
    <w:p w:rsidR="004611C8" w:rsidRDefault="004611C8" w:rsidP="004611C8">
      <w:r>
        <w:t>120005</w:t>
      </w:r>
      <w:r>
        <w:tab/>
        <w:t>Zračna vozila</w:t>
      </w:r>
    </w:p>
    <w:p w:rsidR="004611C8" w:rsidRDefault="004611C8" w:rsidP="004611C8">
      <w:r>
        <w:t>120006</w:t>
      </w:r>
      <w:r>
        <w:tab/>
        <w:t>Toplozračni baloni</w:t>
      </w:r>
    </w:p>
    <w:p w:rsidR="004611C8" w:rsidRDefault="004611C8" w:rsidP="004611C8">
      <w:r>
        <w:t>120008</w:t>
      </w:r>
      <w:r>
        <w:tab/>
        <w:t>Orodje za krpanje zračnic</w:t>
      </w:r>
    </w:p>
    <w:p w:rsidR="004611C8" w:rsidRDefault="004611C8" w:rsidP="004611C8">
      <w:r>
        <w:t>120009</w:t>
      </w:r>
      <w:r>
        <w:tab/>
        <w:t>Zračne tlačilke [oprema vozil]</w:t>
      </w:r>
    </w:p>
    <w:p w:rsidR="004611C8" w:rsidRDefault="004611C8" w:rsidP="004611C8">
      <w:r>
        <w:t>120010</w:t>
      </w:r>
      <w:r>
        <w:tab/>
        <w:t>Amortizerji za vozila</w:t>
      </w:r>
    </w:p>
    <w:p w:rsidR="004611C8" w:rsidRDefault="004611C8" w:rsidP="004611C8">
      <w:r>
        <w:t>120011</w:t>
      </w:r>
      <w:r>
        <w:tab/>
        <w:t>Vzmeti za blaženje udarcev pri vozilih</w:t>
      </w:r>
    </w:p>
    <w:p w:rsidR="004611C8" w:rsidRDefault="004611C8" w:rsidP="004611C8">
      <w:r>
        <w:t>120012</w:t>
      </w:r>
      <w:r>
        <w:tab/>
        <w:t>Amfibijska letala</w:t>
      </w:r>
    </w:p>
    <w:p w:rsidR="004611C8" w:rsidRDefault="004611C8" w:rsidP="004611C8">
      <w:r>
        <w:t>120014</w:t>
      </w:r>
      <w:r>
        <w:tab/>
        <w:t>Protizdrsne verige</w:t>
      </w:r>
    </w:p>
    <w:p w:rsidR="004611C8" w:rsidRDefault="004611C8" w:rsidP="004611C8">
      <w:r>
        <w:t>120015</w:t>
      </w:r>
      <w:r>
        <w:tab/>
        <w:t>Nasloni za glavo za sedeže vozil</w:t>
      </w:r>
    </w:p>
    <w:p w:rsidR="004611C8" w:rsidRDefault="004611C8" w:rsidP="004611C8">
      <w:r>
        <w:t>120016</w:t>
      </w:r>
      <w:r>
        <w:tab/>
        <w:t>Tovornjaki za škropljenje</w:t>
      </w:r>
    </w:p>
    <w:p w:rsidR="004611C8" w:rsidRDefault="004611C8" w:rsidP="004611C8">
      <w:r>
        <w:t>120017</w:t>
      </w:r>
      <w:r>
        <w:tab/>
        <w:t>Vlečne kljuke za vozila</w:t>
      </w:r>
    </w:p>
    <w:p w:rsidR="004611C8" w:rsidRDefault="004611C8" w:rsidP="004611C8">
      <w:r>
        <w:t>120018</w:t>
      </w:r>
      <w:r>
        <w:tab/>
        <w:t>Avtobusi</w:t>
      </w:r>
    </w:p>
    <w:p w:rsidR="004611C8" w:rsidRDefault="004611C8" w:rsidP="004611C8">
      <w:r>
        <w:t>120019</w:t>
      </w:r>
      <w:r>
        <w:tab/>
        <w:t>Avtobusi</w:t>
      </w:r>
    </w:p>
    <w:p w:rsidR="004611C8" w:rsidRDefault="004611C8" w:rsidP="004611C8">
      <w:r>
        <w:t>120021</w:t>
      </w:r>
      <w:r>
        <w:tab/>
        <w:t>Čolni</w:t>
      </w:r>
    </w:p>
    <w:p w:rsidR="004611C8" w:rsidRDefault="004611C8" w:rsidP="004611C8">
      <w:r>
        <w:t>120025</w:t>
      </w:r>
      <w:r>
        <w:tab/>
        <w:t>Avtomobilska podvozja</w:t>
      </w:r>
    </w:p>
    <w:p w:rsidR="004611C8" w:rsidRDefault="004611C8" w:rsidP="004611C8">
      <w:r>
        <w:t>120026</w:t>
      </w:r>
      <w:r>
        <w:tab/>
        <w:t>Alarmi za vzvratno vožnjo vozil</w:t>
      </w:r>
    </w:p>
    <w:p w:rsidR="004611C8" w:rsidRDefault="004611C8" w:rsidP="004611C8">
      <w:r>
        <w:t>120027</w:t>
      </w:r>
      <w:r>
        <w:tab/>
        <w:t>Letala</w:t>
      </w:r>
    </w:p>
    <w:p w:rsidR="004611C8" w:rsidRDefault="004611C8" w:rsidP="004611C8">
      <w:r>
        <w:t>120028</w:t>
      </w:r>
      <w:r>
        <w:tab/>
        <w:t>Trajekti</w:t>
      </w:r>
    </w:p>
    <w:p w:rsidR="004611C8" w:rsidRDefault="004611C8" w:rsidP="004611C8">
      <w:r>
        <w:t>120029</w:t>
      </w:r>
      <w:r>
        <w:tab/>
        <w:t>Prtljažniki za na vozila</w:t>
      </w:r>
    </w:p>
    <w:p w:rsidR="004611C8" w:rsidRDefault="004611C8" w:rsidP="004611C8">
      <w:r>
        <w:t>120034</w:t>
      </w:r>
      <w:r>
        <w:tab/>
        <w:t>Torzijske gredi za vozila</w:t>
      </w:r>
    </w:p>
    <w:p w:rsidR="004611C8" w:rsidRDefault="004611C8" w:rsidP="004611C8">
      <w:r>
        <w:t>120035</w:t>
      </w:r>
      <w:r>
        <w:tab/>
        <w:t>Ladijski trupi</w:t>
      </w:r>
    </w:p>
    <w:p w:rsidR="004611C8" w:rsidRDefault="004611C8" w:rsidP="004611C8">
      <w:r>
        <w:t>120036</w:t>
      </w:r>
      <w:r>
        <w:tab/>
        <w:t>Drog s kljuko za potiskanje in vleko čolnov</w:t>
      </w:r>
    </w:p>
    <w:p w:rsidR="004611C8" w:rsidRDefault="004611C8" w:rsidP="004611C8">
      <w:r>
        <w:t>120037</w:t>
      </w:r>
      <w:r>
        <w:tab/>
        <w:t>Krmilne naprave za ladje</w:t>
      </w:r>
    </w:p>
    <w:p w:rsidR="004611C8" w:rsidRDefault="004611C8" w:rsidP="004611C8">
      <w:r>
        <w:t>120038</w:t>
      </w:r>
      <w:r>
        <w:tab/>
        <w:t>Mehanizmi za odvez čolnov</w:t>
      </w:r>
    </w:p>
    <w:p w:rsidR="004611C8" w:rsidRDefault="004611C8" w:rsidP="004611C8">
      <w:r>
        <w:t>120039</w:t>
      </w:r>
      <w:r>
        <w:tab/>
        <w:t>Poševne rampe za čolne</w:t>
      </w:r>
    </w:p>
    <w:p w:rsidR="004611C8" w:rsidRDefault="004611C8" w:rsidP="004611C8">
      <w:r>
        <w:t>120040</w:t>
      </w:r>
      <w:r>
        <w:tab/>
        <w:t>Vijačni ladijski vijaki za čolne</w:t>
      </w:r>
    </w:p>
    <w:p w:rsidR="004611C8" w:rsidRDefault="004611C8" w:rsidP="004611C8">
      <w:r>
        <w:t>120041</w:t>
      </w:r>
      <w:r>
        <w:tab/>
        <w:t>Vesla</w:t>
      </w:r>
    </w:p>
    <w:p w:rsidR="004611C8" w:rsidRDefault="004611C8" w:rsidP="004611C8">
      <w:r>
        <w:t>120043</w:t>
      </w:r>
      <w:r>
        <w:tab/>
        <w:t>Kolesa za rudarske vozičke</w:t>
      </w:r>
    </w:p>
    <w:p w:rsidR="004611C8" w:rsidRDefault="004611C8" w:rsidP="004611C8">
      <w:r>
        <w:t>120044</w:t>
      </w:r>
      <w:r>
        <w:tab/>
        <w:t>Kolesa</w:t>
      </w:r>
    </w:p>
    <w:p w:rsidR="004611C8" w:rsidRDefault="004611C8" w:rsidP="004611C8">
      <w:r>
        <w:t>120046</w:t>
      </w:r>
      <w:r>
        <w:tab/>
        <w:t>Stojala za kolesa</w:t>
      </w:r>
    </w:p>
    <w:p w:rsidR="004611C8" w:rsidRDefault="004611C8" w:rsidP="004611C8">
      <w:r>
        <w:t>120047</w:t>
      </w:r>
      <w:r>
        <w:tab/>
        <w:t>Podstavni vozički za železniške vagone</w:t>
      </w:r>
    </w:p>
    <w:p w:rsidR="004611C8" w:rsidRDefault="004611C8" w:rsidP="004611C8">
      <w:r>
        <w:t>120048</w:t>
      </w:r>
      <w:r>
        <w:tab/>
        <w:t>Dvigala za reševalne čolne</w:t>
      </w:r>
    </w:p>
    <w:p w:rsidR="004611C8" w:rsidRDefault="004611C8" w:rsidP="004611C8">
      <w:r>
        <w:t>120049</w:t>
      </w:r>
      <w:r>
        <w:tab/>
        <w:t>Blatniki</w:t>
      </w:r>
    </w:p>
    <w:p w:rsidR="004611C8" w:rsidRDefault="004611C8" w:rsidP="004611C8">
      <w:r>
        <w:t>120051</w:t>
      </w:r>
      <w:r>
        <w:tab/>
        <w:t>Kabine za žične transportne naprave</w:t>
      </w:r>
    </w:p>
    <w:p w:rsidR="004611C8" w:rsidRDefault="004611C8" w:rsidP="004611C8">
      <w:r>
        <w:t>120052</w:t>
      </w:r>
      <w:r>
        <w:tab/>
        <w:t>Kesoni [vozila]</w:t>
      </w:r>
    </w:p>
    <w:p w:rsidR="004611C8" w:rsidRDefault="004611C8" w:rsidP="004611C8">
      <w:r>
        <w:t>120053</w:t>
      </w:r>
      <w:r>
        <w:tab/>
        <w:t>Kolesa za kopenska vozila</w:t>
      </w:r>
    </w:p>
    <w:p w:rsidR="004611C8" w:rsidRDefault="004611C8" w:rsidP="004611C8">
      <w:r>
        <w:t>120056</w:t>
      </w:r>
      <w:r>
        <w:tab/>
        <w:t>Počitniške prikolice</w:t>
      </w:r>
    </w:p>
    <w:p w:rsidR="004611C8" w:rsidRDefault="004611C8" w:rsidP="004611C8">
      <w:r>
        <w:t>120057</w:t>
      </w:r>
      <w:r>
        <w:tab/>
        <w:t>Prikolice [vozila]</w:t>
      </w:r>
    </w:p>
    <w:p w:rsidR="004611C8" w:rsidRDefault="004611C8" w:rsidP="004611C8">
      <w:r>
        <w:t>120058</w:t>
      </w:r>
      <w:r>
        <w:tab/>
        <w:t>Okrovi za komponente kopenskih vozil, razen za motorje</w:t>
      </w:r>
    </w:p>
    <w:p w:rsidR="004611C8" w:rsidRDefault="004611C8" w:rsidP="004611C8">
      <w:r>
        <w:t>120059</w:t>
      </w:r>
      <w:r>
        <w:tab/>
        <w:t>Varnostni pasovi za sedeže vozil</w:t>
      </w:r>
    </w:p>
    <w:p w:rsidR="004611C8" w:rsidRDefault="004611C8" w:rsidP="004611C8">
      <w:r>
        <w:t>120061</w:t>
      </w:r>
      <w:r>
        <w:tab/>
        <w:t>Verige za dvokolesa</w:t>
      </w:r>
    </w:p>
    <w:p w:rsidR="004611C8" w:rsidRDefault="004611C8" w:rsidP="004611C8">
      <w:r>
        <w:t>120062</w:t>
      </w:r>
      <w:r>
        <w:tab/>
        <w:t>Vozički za prevoz invalidov</w:t>
      </w:r>
    </w:p>
    <w:p w:rsidR="004611C8" w:rsidRDefault="004611C8" w:rsidP="004611C8">
      <w:r>
        <w:t>120063</w:t>
      </w:r>
      <w:r>
        <w:tab/>
        <w:t>Tovorne platforme za čolne</w:t>
      </w:r>
    </w:p>
    <w:p w:rsidR="004611C8" w:rsidRDefault="004611C8" w:rsidP="004611C8">
      <w:r>
        <w:t>120064</w:t>
      </w:r>
      <w:r>
        <w:tab/>
        <w:t>Motorni čolni</w:t>
      </w:r>
    </w:p>
    <w:p w:rsidR="004611C8" w:rsidRDefault="004611C8" w:rsidP="004611C8">
      <w:r>
        <w:t>120065</w:t>
      </w:r>
      <w:r>
        <w:tab/>
        <w:t>Transportni vozički</w:t>
      </w:r>
    </w:p>
    <w:p w:rsidR="004611C8" w:rsidRDefault="004611C8" w:rsidP="004611C8">
      <w:r>
        <w:t>120066</w:t>
      </w:r>
      <w:r>
        <w:tab/>
        <w:t>Vozički za gumijaste cevi</w:t>
      </w:r>
    </w:p>
    <w:p w:rsidR="004611C8" w:rsidRDefault="004611C8" w:rsidP="004611C8">
      <w:r>
        <w:t>120069</w:t>
      </w:r>
      <w:r>
        <w:tab/>
        <w:t>Šasije vozil</w:t>
      </w:r>
    </w:p>
    <w:p w:rsidR="004611C8" w:rsidRDefault="004611C8" w:rsidP="004611C8">
      <w:r>
        <w:t>120070</w:t>
      </w:r>
      <w:r>
        <w:tab/>
        <w:t>Krmila (navtika)</w:t>
      </w:r>
    </w:p>
    <w:p w:rsidR="004611C8" w:rsidRDefault="004611C8" w:rsidP="004611C8">
      <w:r>
        <w:t>120071</w:t>
      </w:r>
      <w:r>
        <w:tab/>
        <w:t>Vozni park za žičnice</w:t>
      </w:r>
    </w:p>
    <w:p w:rsidR="004611C8" w:rsidRDefault="004611C8" w:rsidP="004611C8">
      <w:r>
        <w:t>120072</w:t>
      </w:r>
      <w:r>
        <w:tab/>
        <w:t>Železniška vozila</w:t>
      </w:r>
    </w:p>
    <w:p w:rsidR="004611C8" w:rsidRDefault="004611C8" w:rsidP="004611C8">
      <w:r>
        <w:t>120073</w:t>
      </w:r>
      <w:r>
        <w:tab/>
        <w:t>Dimniki za ladje</w:t>
      </w:r>
    </w:p>
    <w:p w:rsidR="004611C8" w:rsidRDefault="004611C8" w:rsidP="004611C8">
      <w:r>
        <w:t>120075</w:t>
      </w:r>
      <w:r>
        <w:tab/>
        <w:t>Traktorji</w:t>
      </w:r>
    </w:p>
    <w:p w:rsidR="004611C8" w:rsidRDefault="004611C8" w:rsidP="004611C8">
      <w:r>
        <w:t>120076</w:t>
      </w:r>
      <w:r>
        <w:tab/>
        <w:t>Rudniški vozički</w:t>
      </w:r>
    </w:p>
    <w:p w:rsidR="004611C8" w:rsidRDefault="004611C8" w:rsidP="004611C8">
      <w:r>
        <w:t>120077</w:t>
      </w:r>
      <w:r>
        <w:tab/>
        <w:t>Odbijači za vozila</w:t>
      </w:r>
    </w:p>
    <w:p w:rsidR="004611C8" w:rsidRDefault="004611C8" w:rsidP="004611C8">
      <w:r>
        <w:t>120078</w:t>
      </w:r>
      <w:r>
        <w:tab/>
        <w:t>Odbijači za železniška vozila</w:t>
      </w:r>
    </w:p>
    <w:p w:rsidR="004611C8" w:rsidRDefault="004611C8" w:rsidP="004611C8">
      <w:r>
        <w:t>120079</w:t>
      </w:r>
      <w:r>
        <w:tab/>
        <w:t>Hidravlične napeljave za vozila</w:t>
      </w:r>
    </w:p>
    <w:p w:rsidR="004611C8" w:rsidRDefault="004611C8" w:rsidP="004611C8">
      <w:r>
        <w:t>120080</w:t>
      </w:r>
      <w:r>
        <w:tab/>
        <w:t>Balance za kolesa</w:t>
      </w:r>
    </w:p>
    <w:p w:rsidR="004611C8" w:rsidRDefault="004611C8" w:rsidP="004611C8">
      <w:r>
        <w:t>120081</w:t>
      </w:r>
      <w:r>
        <w:tab/>
        <w:t>Ležišča za vozila</w:t>
      </w:r>
    </w:p>
    <w:p w:rsidR="004611C8" w:rsidRDefault="004611C8" w:rsidP="004611C8">
      <w:r>
        <w:t>120082</w:t>
      </w:r>
      <w:r>
        <w:tab/>
        <w:t>Ladijska rebra (ogrodje)</w:t>
      </w:r>
    </w:p>
    <w:p w:rsidR="004611C8" w:rsidRDefault="004611C8" w:rsidP="004611C8">
      <w:r>
        <w:t>120085</w:t>
      </w:r>
      <w:r>
        <w:tab/>
        <w:t>Prestave za kolesa</w:t>
      </w:r>
    </w:p>
    <w:p w:rsidR="004611C8" w:rsidRDefault="004611C8" w:rsidP="004611C8">
      <w:r>
        <w:t>120086</w:t>
      </w:r>
      <w:r>
        <w:tab/>
        <w:t>Zavore za kolesa</w:t>
      </w:r>
    </w:p>
    <w:p w:rsidR="004611C8" w:rsidRDefault="004611C8" w:rsidP="004611C8">
      <w:r>
        <w:t>120087</w:t>
      </w:r>
      <w:r>
        <w:tab/>
        <w:t>Blatniki za kolesa</w:t>
      </w:r>
    </w:p>
    <w:p w:rsidR="004611C8" w:rsidRDefault="004611C8" w:rsidP="004611C8">
      <w:r>
        <w:t>120089</w:t>
      </w:r>
      <w:r>
        <w:tab/>
        <w:t>Ročice za kolesa</w:t>
      </w:r>
    </w:p>
    <w:p w:rsidR="004611C8" w:rsidRDefault="004611C8" w:rsidP="004611C8">
      <w:r>
        <w:t>120090</w:t>
      </w:r>
      <w:r>
        <w:tab/>
        <w:t>Motorji za kolesa</w:t>
      </w:r>
    </w:p>
    <w:p w:rsidR="004611C8" w:rsidRDefault="004611C8" w:rsidP="004611C8">
      <w:r>
        <w:t>120092</w:t>
      </w:r>
      <w:r>
        <w:tab/>
        <w:t>Pedala za kolesa</w:t>
      </w:r>
    </w:p>
    <w:p w:rsidR="004611C8" w:rsidRDefault="004611C8" w:rsidP="004611C8">
      <w:r>
        <w:t>120095</w:t>
      </w:r>
      <w:r>
        <w:tab/>
        <w:t>Kolesa za dvokolesa, kolesa in motorna kolesa</w:t>
      </w:r>
    </w:p>
    <w:p w:rsidR="004611C8" w:rsidRDefault="004611C8" w:rsidP="004611C8">
      <w:r>
        <w:t>120096</w:t>
      </w:r>
      <w:r>
        <w:tab/>
        <w:t>Sedeži za kolesa</w:t>
      </w:r>
    </w:p>
    <w:p w:rsidR="004611C8" w:rsidRDefault="004611C8" w:rsidP="004611C8">
      <w:r>
        <w:t>120097</w:t>
      </w:r>
      <w:r>
        <w:tab/>
        <w:t>Nogice za motorna kolesa</w:t>
      </w:r>
    </w:p>
    <w:p w:rsidR="004611C8" w:rsidRDefault="004611C8" w:rsidP="004611C8">
      <w:r>
        <w:t>120103</w:t>
      </w:r>
      <w:r>
        <w:tab/>
        <w:t>Prestave za kopenska vozila</w:t>
      </w:r>
    </w:p>
    <w:p w:rsidR="004611C8" w:rsidRDefault="004611C8" w:rsidP="004611C8">
      <w:r>
        <w:t>120105</w:t>
      </w:r>
      <w:r>
        <w:tab/>
        <w:t>Plavajoči bagri [čolni]</w:t>
      </w:r>
    </w:p>
    <w:p w:rsidR="004611C8" w:rsidRDefault="004611C8" w:rsidP="004611C8">
      <w:r>
        <w:t>120106</w:t>
      </w:r>
      <w:r>
        <w:tab/>
        <w:t>Drezine</w:t>
      </w:r>
    </w:p>
    <w:p w:rsidR="004611C8" w:rsidRDefault="004611C8" w:rsidP="004611C8">
      <w:r>
        <w:t>120109</w:t>
      </w:r>
      <w:r>
        <w:tab/>
        <w:t>Električni motorji za kopenska vozila</w:t>
      </w:r>
    </w:p>
    <w:p w:rsidR="004611C8" w:rsidRDefault="004611C8" w:rsidP="004611C8">
      <w:r>
        <w:t>120110</w:t>
      </w:r>
      <w:r>
        <w:tab/>
        <w:t>Električna vozila</w:t>
      </w:r>
    </w:p>
    <w:p w:rsidR="004611C8" w:rsidRDefault="004611C8" w:rsidP="004611C8">
      <w:r>
        <w:t>120111</w:t>
      </w:r>
      <w:r>
        <w:tab/>
        <w:t>Sklopke za kopenska vozila</w:t>
      </w:r>
    </w:p>
    <w:p w:rsidR="004611C8" w:rsidRDefault="004611C8" w:rsidP="004611C8">
      <w:r>
        <w:t>120112</w:t>
      </w:r>
      <w:r>
        <w:tab/>
        <w:t>Otroški varnostni sedeži, za vozila</w:t>
      </w:r>
    </w:p>
    <w:p w:rsidR="004611C8" w:rsidRDefault="004611C8" w:rsidP="004611C8">
      <w:r>
        <w:t>120113</w:t>
      </w:r>
      <w:r>
        <w:tab/>
        <w:t>Padala</w:t>
      </w:r>
    </w:p>
    <w:p w:rsidR="004611C8" w:rsidRPr="003834FA" w:rsidRDefault="004611C8" w:rsidP="004611C8">
      <w:pPr>
        <w:rPr>
          <w:lang w:val="fr-FR"/>
        </w:rPr>
      </w:pPr>
      <w:r>
        <w:t>120116</w:t>
      </w:r>
      <w:r>
        <w:tab/>
      </w:r>
      <w:r w:rsidRPr="003834FA">
        <w:rPr>
          <w:lang w:val="fr-FR"/>
        </w:rPr>
        <w:t>Uteži za uravnoteženje koles vozil</w:t>
      </w:r>
    </w:p>
    <w:p w:rsidR="004611C8" w:rsidRDefault="004611C8" w:rsidP="004611C8">
      <w:r>
        <w:t>120117</w:t>
      </w:r>
      <w:r>
        <w:tab/>
        <w:t>Vesoljska vozila</w:t>
      </w:r>
    </w:p>
    <w:p w:rsidR="004611C8" w:rsidRDefault="004611C8" w:rsidP="004611C8">
      <w:r>
        <w:t>120118</w:t>
      </w:r>
      <w:r>
        <w:tab/>
        <w:t>Jadrniki za ladje</w:t>
      </w:r>
    </w:p>
    <w:p w:rsidR="004611C8" w:rsidRDefault="004611C8" w:rsidP="004611C8">
      <w:r>
        <w:t>120119</w:t>
      </w:r>
      <w:r>
        <w:tab/>
        <w:t>Osi za vozila</w:t>
      </w:r>
    </w:p>
    <w:p w:rsidR="004611C8" w:rsidRDefault="004611C8" w:rsidP="004611C8">
      <w:r>
        <w:t>120120</w:t>
      </w:r>
      <w:r>
        <w:tab/>
        <w:t>Ležaji za osi</w:t>
      </w:r>
    </w:p>
    <w:p w:rsidR="004611C8" w:rsidRDefault="004611C8" w:rsidP="004611C8">
      <w:r>
        <w:t>120122</w:t>
      </w:r>
      <w:r>
        <w:tab/>
        <w:t>Zaščitne mreže za kolesa</w:t>
      </w:r>
    </w:p>
    <w:p w:rsidR="004611C8" w:rsidRDefault="004611C8" w:rsidP="004611C8">
      <w:r>
        <w:t>120123</w:t>
      </w:r>
      <w:r>
        <w:tab/>
        <w:t>Mreže za prtljago za vozila</w:t>
      </w:r>
    </w:p>
    <w:p w:rsidR="004611C8" w:rsidRDefault="004611C8" w:rsidP="004611C8">
      <w:r>
        <w:t>120124</w:t>
      </w:r>
      <w:r>
        <w:tab/>
        <w:t>Pokrov za kolesa</w:t>
      </w:r>
    </w:p>
    <w:p w:rsidR="004611C8" w:rsidRDefault="004611C8" w:rsidP="004611C8">
      <w:r>
        <w:t>120125</w:t>
      </w:r>
      <w:r>
        <w:tab/>
        <w:t>Kombiji [vozila]</w:t>
      </w:r>
    </w:p>
    <w:p w:rsidR="004611C8" w:rsidRDefault="004611C8" w:rsidP="004611C8">
      <w:r>
        <w:t>120126</w:t>
      </w:r>
      <w:r>
        <w:tab/>
        <w:t>Zavore za vozila</w:t>
      </w:r>
    </w:p>
    <w:p w:rsidR="004611C8" w:rsidRDefault="004611C8" w:rsidP="004611C8">
      <w:r>
        <w:t>120127</w:t>
      </w:r>
      <w:r>
        <w:tab/>
        <w:t>Obroči za pesta koles</w:t>
      </w:r>
    </w:p>
    <w:p w:rsidR="004611C8" w:rsidRDefault="004611C8" w:rsidP="004611C8">
      <w:r>
        <w:t>120128</w:t>
      </w:r>
      <w:r>
        <w:tab/>
        <w:t>Hladilna vozila</w:t>
      </w:r>
    </w:p>
    <w:p w:rsidR="004611C8" w:rsidRDefault="004611C8" w:rsidP="004611C8">
      <w:r>
        <w:t>120129</w:t>
      </w:r>
      <w:r>
        <w:tab/>
        <w:t>Hladilni železniški vagoni</w:t>
      </w:r>
    </w:p>
    <w:p w:rsidR="004611C8" w:rsidRDefault="004611C8" w:rsidP="004611C8">
      <w:r>
        <w:t>120132</w:t>
      </w:r>
      <w:r>
        <w:tab/>
        <w:t>Sedežne prevleke za vozila</w:t>
      </w:r>
    </w:p>
    <w:p w:rsidR="004611C8" w:rsidRDefault="004611C8" w:rsidP="004611C8">
      <w:r>
        <w:t>120133</w:t>
      </w:r>
      <w:r>
        <w:tab/>
        <w:t>Line v ladjah</w:t>
      </w:r>
    </w:p>
    <w:p w:rsidR="004611C8" w:rsidRPr="003834FA" w:rsidRDefault="004611C8" w:rsidP="004611C8">
      <w:pPr>
        <w:rPr>
          <w:lang w:val="fr-FR"/>
        </w:rPr>
      </w:pPr>
      <w:r>
        <w:t>120134</w:t>
      </w:r>
      <w:r>
        <w:tab/>
      </w:r>
      <w:r w:rsidRPr="003834FA">
        <w:rPr>
          <w:lang w:val="fr-FR"/>
        </w:rPr>
        <w:t>Letala, ki pristajajo na vodi</w:t>
      </w:r>
    </w:p>
    <w:p w:rsidR="004611C8" w:rsidRDefault="004611C8" w:rsidP="004611C8">
      <w:r>
        <w:t>120135</w:t>
      </w:r>
      <w:r>
        <w:tab/>
        <w:t>Hidroplani</w:t>
      </w:r>
    </w:p>
    <w:p w:rsidR="004611C8" w:rsidRDefault="004611C8" w:rsidP="004611C8">
      <w:r>
        <w:t>120136</w:t>
      </w:r>
      <w:r>
        <w:tab/>
        <w:t>Spalni vagoni</w:t>
      </w:r>
    </w:p>
    <w:p w:rsidR="004611C8" w:rsidRDefault="004611C8" w:rsidP="004611C8">
      <w:r>
        <w:t>120138</w:t>
      </w:r>
      <w:r>
        <w:tab/>
        <w:t>Lokomotive</w:t>
      </w:r>
    </w:p>
    <w:p w:rsidR="004611C8" w:rsidRDefault="004611C8" w:rsidP="004611C8">
      <w:r>
        <w:t>120139</w:t>
      </w:r>
      <w:r>
        <w:tab/>
        <w:t>Motorji za pogon kopenskih vozil</w:t>
      </w:r>
    </w:p>
    <w:p w:rsidR="004611C8" w:rsidRDefault="004611C8" w:rsidP="004611C8">
      <w:r>
        <w:t>120140</w:t>
      </w:r>
      <w:r>
        <w:tab/>
        <w:t>Vozovi</w:t>
      </w:r>
    </w:p>
    <w:p w:rsidR="004611C8" w:rsidRDefault="004611C8" w:rsidP="004611C8">
      <w:r>
        <w:t>120141</w:t>
      </w:r>
      <w:r>
        <w:tab/>
        <w:t>Stranske stopnice pri vozilih</w:t>
      </w:r>
    </w:p>
    <w:p w:rsidR="004611C8" w:rsidRDefault="004611C8" w:rsidP="004611C8">
      <w:r>
        <w:lastRenderedPageBreak/>
        <w:t>120142</w:t>
      </w:r>
      <w:r>
        <w:tab/>
        <w:t>Transmisije za kopenska vozila</w:t>
      </w:r>
    </w:p>
    <w:p w:rsidR="004611C8" w:rsidRDefault="004611C8" w:rsidP="004611C8">
      <w:r>
        <w:t>120143</w:t>
      </w:r>
      <w:r>
        <w:tab/>
        <w:t>Pogonski mehanizmi za kopenska vozila</w:t>
      </w:r>
    </w:p>
    <w:p w:rsidR="004611C8" w:rsidRDefault="004611C8" w:rsidP="004611C8">
      <w:r>
        <w:t>120144</w:t>
      </w:r>
      <w:r>
        <w:tab/>
        <w:t>Vojaška transportna vozila</w:t>
      </w:r>
    </w:p>
    <w:p w:rsidR="004611C8" w:rsidRDefault="004611C8" w:rsidP="004611C8">
      <w:r>
        <w:t>120145</w:t>
      </w:r>
      <w:r>
        <w:tab/>
        <w:t>Reaktivni motorji za kopenska vozila</w:t>
      </w:r>
    </w:p>
    <w:p w:rsidR="004611C8" w:rsidRDefault="004611C8" w:rsidP="004611C8">
      <w:r>
        <w:t>120147</w:t>
      </w:r>
      <w:r>
        <w:tab/>
        <w:t>Motorna kolesa</w:t>
      </w:r>
    </w:p>
    <w:p w:rsidR="004611C8" w:rsidRDefault="004611C8" w:rsidP="004611C8">
      <w:r>
        <w:t>120148</w:t>
      </w:r>
      <w:r>
        <w:tab/>
        <w:t>Kolesa s prostim tekom za kopenska vozila</w:t>
      </w:r>
    </w:p>
    <w:p w:rsidR="004611C8" w:rsidRDefault="004611C8" w:rsidP="004611C8">
      <w:r>
        <w:t>120149</w:t>
      </w:r>
      <w:r>
        <w:tab/>
        <w:t>Vodna vozila</w:t>
      </w:r>
    </w:p>
    <w:p w:rsidR="004611C8" w:rsidRDefault="004611C8" w:rsidP="004611C8">
      <w:r>
        <w:t>120150</w:t>
      </w:r>
      <w:r>
        <w:tab/>
        <w:t>Ladje</w:t>
      </w:r>
    </w:p>
    <w:p w:rsidR="004611C8" w:rsidRDefault="004611C8" w:rsidP="004611C8">
      <w:r>
        <w:t>120151</w:t>
      </w:r>
      <w:r>
        <w:tab/>
        <w:t>Vijačni ladijski vijaki za ladje</w:t>
      </w:r>
    </w:p>
    <w:p w:rsidR="004611C8" w:rsidRDefault="004611C8" w:rsidP="004611C8">
      <w:r>
        <w:t>120153</w:t>
      </w:r>
      <w:r>
        <w:tab/>
        <w:t>Vesla za kanuje</w:t>
      </w:r>
    </w:p>
    <w:p w:rsidR="004611C8" w:rsidRDefault="004611C8" w:rsidP="004611C8">
      <w:r>
        <w:t>120159</w:t>
      </w:r>
      <w:r>
        <w:tab/>
        <w:t>Pontoni</w:t>
      </w:r>
    </w:p>
    <w:p w:rsidR="004611C8" w:rsidRDefault="004611C8" w:rsidP="004611C8">
      <w:r>
        <w:t>120160</w:t>
      </w:r>
      <w:r>
        <w:tab/>
        <w:t>Vrata za vozila</w:t>
      </w:r>
    </w:p>
    <w:p w:rsidR="004611C8" w:rsidRDefault="004611C8" w:rsidP="004611C8">
      <w:r>
        <w:t>120161</w:t>
      </w:r>
      <w:r>
        <w:tab/>
        <w:t>Prtljažniki za smuči za vozila</w:t>
      </w:r>
    </w:p>
    <w:p w:rsidR="004611C8" w:rsidRDefault="004611C8" w:rsidP="004611C8">
      <w:r>
        <w:t>120166</w:t>
      </w:r>
      <w:r>
        <w:tab/>
        <w:t>Vijačni ladijski vijaki</w:t>
      </w:r>
    </w:p>
    <w:p w:rsidR="004611C8" w:rsidRDefault="004611C8" w:rsidP="004611C8">
      <w:r>
        <w:t>120168</w:t>
      </w:r>
      <w:r>
        <w:tab/>
        <w:t>Napere za kolesa na vozilih</w:t>
      </w:r>
    </w:p>
    <w:p w:rsidR="004611C8" w:rsidRDefault="004611C8" w:rsidP="004611C8">
      <w:r>
        <w:t>120169</w:t>
      </w:r>
      <w:r>
        <w:tab/>
        <w:t>Držala za napere na kolesih</w:t>
      </w:r>
    </w:p>
    <w:p w:rsidR="004611C8" w:rsidRDefault="004611C8" w:rsidP="004611C8">
      <w:r>
        <w:t>120170</w:t>
      </w:r>
      <w:r>
        <w:tab/>
        <w:t>Smučarske žičnice</w:t>
      </w:r>
    </w:p>
    <w:p w:rsidR="004611C8" w:rsidRDefault="004611C8" w:rsidP="004611C8">
      <w:r>
        <w:t>120171</w:t>
      </w:r>
      <w:r>
        <w:tab/>
        <w:t>Vzmeti za vzmetenje vozil</w:t>
      </w:r>
    </w:p>
    <w:p w:rsidR="004611C8" w:rsidRDefault="004611C8" w:rsidP="004611C8">
      <w:r>
        <w:t>120173</w:t>
      </w:r>
      <w:r>
        <w:tab/>
        <w:t>Vzvratna ogledala</w:t>
      </w:r>
    </w:p>
    <w:p w:rsidR="004611C8" w:rsidRDefault="004611C8" w:rsidP="004611C8">
      <w:r>
        <w:t>120175</w:t>
      </w:r>
      <w:r>
        <w:tab/>
        <w:t>Sedeži za motorna kolesa</w:t>
      </w:r>
    </w:p>
    <w:p w:rsidR="004611C8" w:rsidRDefault="004611C8" w:rsidP="004611C8">
      <w:r>
        <w:t>120176</w:t>
      </w:r>
      <w:r>
        <w:tab/>
        <w:t>Stranske prikolice za motocikle</w:t>
      </w:r>
    </w:p>
    <w:p w:rsidR="004611C8" w:rsidRDefault="004611C8" w:rsidP="004611C8">
      <w:r>
        <w:t>120177</w:t>
      </w:r>
      <w:r>
        <w:tab/>
        <w:t>Sedeži za vozila</w:t>
      </w:r>
    </w:p>
    <w:p w:rsidR="004611C8" w:rsidRDefault="004611C8" w:rsidP="004611C8">
      <w:r>
        <w:t>120178</w:t>
      </w:r>
      <w:r>
        <w:tab/>
        <w:t>Športni avtomobili</w:t>
      </w:r>
    </w:p>
    <w:p w:rsidR="004611C8" w:rsidRPr="003834FA" w:rsidRDefault="004611C8" w:rsidP="004611C8">
      <w:pPr>
        <w:rPr>
          <w:lang w:val="fr-FR"/>
        </w:rPr>
      </w:pPr>
      <w:r>
        <w:t>120179</w:t>
      </w:r>
      <w:r>
        <w:tab/>
      </w:r>
      <w:r w:rsidRPr="003834FA">
        <w:rPr>
          <w:lang w:val="fr-FR"/>
        </w:rPr>
        <w:t>Zagozde za privez vrvi [navtika]</w:t>
      </w:r>
    </w:p>
    <w:p w:rsidR="004611C8" w:rsidRDefault="004611C8" w:rsidP="004611C8">
      <w:r>
        <w:t>120180</w:t>
      </w:r>
      <w:r>
        <w:tab/>
        <w:t>Sedežnice</w:t>
      </w:r>
    </w:p>
    <w:p w:rsidR="004611C8" w:rsidRDefault="004611C8" w:rsidP="004611C8">
      <w:r>
        <w:t>120183</w:t>
      </w:r>
      <w:r>
        <w:tab/>
        <w:t>Prekucni vagoni</w:t>
      </w:r>
    </w:p>
    <w:p w:rsidR="004611C8" w:rsidRDefault="004611C8" w:rsidP="004611C8">
      <w:r>
        <w:t>120184</w:t>
      </w:r>
      <w:r>
        <w:tab/>
        <w:t>Zračna plovila</w:t>
      </w:r>
    </w:p>
    <w:p w:rsidR="004611C8" w:rsidRDefault="004611C8" w:rsidP="004611C8">
      <w:r>
        <w:t>120185</w:t>
      </w:r>
      <w:r>
        <w:tab/>
        <w:t>Podvozje za vozila</w:t>
      </w:r>
    </w:p>
    <w:p w:rsidR="004611C8" w:rsidRDefault="004611C8" w:rsidP="004611C8">
      <w:r>
        <w:t>120186</w:t>
      </w:r>
      <w:r>
        <w:tab/>
        <w:t>Sani [vozila]</w:t>
      </w:r>
    </w:p>
    <w:p w:rsidR="004611C8" w:rsidRDefault="004611C8" w:rsidP="004611C8">
      <w:r>
        <w:t>120187</w:t>
      </w:r>
      <w:r>
        <w:tab/>
        <w:t>Tramvaji</w:t>
      </w:r>
    </w:p>
    <w:p w:rsidR="004611C8" w:rsidRDefault="004611C8" w:rsidP="004611C8">
      <w:r>
        <w:t>120188</w:t>
      </w:r>
      <w:r>
        <w:tab/>
        <w:t>Žični transportni aparati in napeljave</w:t>
      </w:r>
    </w:p>
    <w:p w:rsidR="004611C8" w:rsidRDefault="004611C8" w:rsidP="004611C8">
      <w:r>
        <w:t>120189</w:t>
      </w:r>
      <w:r>
        <w:tab/>
        <w:t>Vzpenjače</w:t>
      </w:r>
    </w:p>
    <w:p w:rsidR="004611C8" w:rsidRDefault="004611C8" w:rsidP="004611C8">
      <w:r>
        <w:t>120191</w:t>
      </w:r>
      <w:r>
        <w:tab/>
        <w:t>Tricikli</w:t>
      </w:r>
    </w:p>
    <w:p w:rsidR="004611C8" w:rsidRDefault="004611C8" w:rsidP="004611C8">
      <w:r>
        <w:t>120192</w:t>
      </w:r>
      <w:r>
        <w:tab/>
        <w:t>Turbine za kopenska vozila</w:t>
      </w:r>
    </w:p>
    <w:p w:rsidR="004611C8" w:rsidRDefault="004611C8" w:rsidP="004611C8">
      <w:r>
        <w:t>120193</w:t>
      </w:r>
      <w:r>
        <w:tab/>
        <w:t>Vozila za gibanje po zemlji, zraku, vodi in tirih</w:t>
      </w:r>
    </w:p>
    <w:p w:rsidR="004611C8" w:rsidRDefault="004611C8" w:rsidP="004611C8">
      <w:r>
        <w:t>120194</w:t>
      </w:r>
      <w:r>
        <w:tab/>
        <w:t>Zaplate za pnevmatike</w:t>
      </w:r>
    </w:p>
    <w:p w:rsidR="004611C8" w:rsidRDefault="004611C8" w:rsidP="004611C8">
      <w:r>
        <w:t>120195</w:t>
      </w:r>
      <w:r>
        <w:tab/>
        <w:t>Oblazinjenje za vozila</w:t>
      </w:r>
    </w:p>
    <w:p w:rsidR="004611C8" w:rsidRDefault="004611C8" w:rsidP="004611C8">
      <w:r>
        <w:t>120196</w:t>
      </w:r>
      <w:r>
        <w:tab/>
        <w:t>Mopedi</w:t>
      </w:r>
    </w:p>
    <w:p w:rsidR="004611C8" w:rsidRDefault="004611C8" w:rsidP="004611C8">
      <w:r>
        <w:t>120198</w:t>
      </w:r>
      <w:r>
        <w:tab/>
        <w:t>Okna za vozila</w:t>
      </w:r>
    </w:p>
    <w:p w:rsidR="004611C8" w:rsidRDefault="004611C8" w:rsidP="004611C8">
      <w:r>
        <w:t>120200</w:t>
      </w:r>
      <w:r>
        <w:tab/>
        <w:t>Protivlomne naprave za vozila</w:t>
      </w:r>
    </w:p>
    <w:p w:rsidR="004611C8" w:rsidRPr="003834FA" w:rsidRDefault="004611C8" w:rsidP="004611C8">
      <w:pPr>
        <w:rPr>
          <w:lang w:val="fr-FR"/>
        </w:rPr>
      </w:pPr>
      <w:r>
        <w:t>120201</w:t>
      </w:r>
      <w:r>
        <w:tab/>
      </w:r>
      <w:r w:rsidRPr="003834FA">
        <w:rPr>
          <w:lang w:val="fr-FR"/>
        </w:rPr>
        <w:t>Prekucni aparati, deli tovornjakov in vagonov</w:t>
      </w:r>
    </w:p>
    <w:p w:rsidR="004611C8" w:rsidRDefault="004611C8" w:rsidP="004611C8">
      <w:r>
        <w:t>120202</w:t>
      </w:r>
      <w:r>
        <w:tab/>
        <w:t>Jahte</w:t>
      </w:r>
    </w:p>
    <w:p w:rsidR="004611C8" w:rsidRDefault="004611C8" w:rsidP="004611C8">
      <w:r>
        <w:t>120203</w:t>
      </w:r>
      <w:r>
        <w:tab/>
        <w:t>Aeronavtični aparati, stroji in naprave</w:t>
      </w:r>
    </w:p>
    <w:p w:rsidR="004611C8" w:rsidRDefault="004611C8" w:rsidP="004611C8">
      <w:r>
        <w:t>120207</w:t>
      </w:r>
      <w:r>
        <w:tab/>
        <w:t>Avtomobilske karoserije</w:t>
      </w:r>
    </w:p>
    <w:p w:rsidR="004611C8" w:rsidRDefault="004611C8" w:rsidP="004611C8">
      <w:r>
        <w:t>120209</w:t>
      </w:r>
      <w:r>
        <w:tab/>
        <w:t>Odbijači za avtomobile</w:t>
      </w:r>
    </w:p>
    <w:p w:rsidR="004611C8" w:rsidRDefault="004611C8" w:rsidP="004611C8">
      <w:r>
        <w:t>120210</w:t>
      </w:r>
      <w:r>
        <w:tab/>
        <w:t>Blažilniki za avtomobile</w:t>
      </w:r>
    </w:p>
    <w:p w:rsidR="004611C8" w:rsidRDefault="004611C8" w:rsidP="004611C8">
      <w:r>
        <w:t>120211</w:t>
      </w:r>
      <w:r>
        <w:tab/>
        <w:t>Protivlomni alarmi za vozila</w:t>
      </w:r>
    </w:p>
    <w:p w:rsidR="004611C8" w:rsidRDefault="004611C8" w:rsidP="004611C8">
      <w:r>
        <w:t>120212</w:t>
      </w:r>
      <w:r>
        <w:tab/>
        <w:t>Hupe za vozila</w:t>
      </w:r>
    </w:p>
    <w:p w:rsidR="004611C8" w:rsidRDefault="004611C8" w:rsidP="004611C8">
      <w:r>
        <w:t>120213</w:t>
      </w:r>
      <w:r>
        <w:tab/>
        <w:t>Vozila za mešanje betona</w:t>
      </w:r>
    </w:p>
    <w:p w:rsidR="004611C8" w:rsidRDefault="004611C8" w:rsidP="004611C8">
      <w:r>
        <w:t>120215</w:t>
      </w:r>
      <w:r>
        <w:tab/>
        <w:t>Zavorne obloge za vozila</w:t>
      </w:r>
    </w:p>
    <w:p w:rsidR="004611C8" w:rsidRDefault="004611C8" w:rsidP="004611C8">
      <w:r>
        <w:t>120216</w:t>
      </w:r>
      <w:r>
        <w:tab/>
        <w:t>Zavorni čevlji za vozila</w:t>
      </w:r>
    </w:p>
    <w:p w:rsidR="004611C8" w:rsidRDefault="004611C8" w:rsidP="004611C8">
      <w:r>
        <w:t>120217</w:t>
      </w:r>
      <w:r>
        <w:tab/>
        <w:t>Menjalniki za kopenska vozila</w:t>
      </w:r>
    </w:p>
    <w:p w:rsidR="004611C8" w:rsidRDefault="004611C8" w:rsidP="004611C8">
      <w:r>
        <w:t>120218</w:t>
      </w:r>
      <w:r>
        <w:tab/>
        <w:t>Vozila na človeški pogon</w:t>
      </w:r>
    </w:p>
    <w:p w:rsidR="004611C8" w:rsidRDefault="004611C8" w:rsidP="004611C8">
      <w:r>
        <w:t>120219</w:t>
      </w:r>
      <w:r>
        <w:tab/>
        <w:t>Cize</w:t>
      </w:r>
    </w:p>
    <w:p w:rsidR="004611C8" w:rsidRDefault="004611C8" w:rsidP="004611C8">
      <w:r>
        <w:t>120221</w:t>
      </w:r>
      <w:r>
        <w:tab/>
        <w:t>Okvirji za kolesa</w:t>
      </w:r>
    </w:p>
    <w:p w:rsidR="004611C8" w:rsidRDefault="004611C8" w:rsidP="004611C8">
      <w:r>
        <w:t>120222</w:t>
      </w:r>
      <w:r>
        <w:tab/>
        <w:t>Karoserije za vozila</w:t>
      </w:r>
    </w:p>
    <w:p w:rsidR="004611C8" w:rsidRDefault="004611C8" w:rsidP="004611C8">
      <w:r>
        <w:t>120223</w:t>
      </w:r>
      <w:r>
        <w:tab/>
        <w:t>Katapultni sedeži za letala</w:t>
      </w:r>
    </w:p>
    <w:p w:rsidR="004611C8" w:rsidRDefault="004611C8" w:rsidP="004611C8">
      <w:r>
        <w:t>120224</w:t>
      </w:r>
      <w:r>
        <w:tab/>
        <w:t>Ponjave za vozila [oblikovane]</w:t>
      </w:r>
    </w:p>
    <w:p w:rsidR="004611C8" w:rsidRDefault="004611C8" w:rsidP="004611C8">
      <w:r>
        <w:t>120225</w:t>
      </w:r>
      <w:r>
        <w:tab/>
        <w:t>Pogonske verige za kopenska vozila</w:t>
      </w:r>
    </w:p>
    <w:p w:rsidR="004611C8" w:rsidRPr="003834FA" w:rsidRDefault="004611C8" w:rsidP="004611C8">
      <w:pPr>
        <w:rPr>
          <w:lang w:val="fr-FR"/>
        </w:rPr>
      </w:pPr>
      <w:r>
        <w:t>120226</w:t>
      </w:r>
      <w:r>
        <w:tab/>
      </w:r>
      <w:r w:rsidRPr="003834FA">
        <w:rPr>
          <w:lang w:val="fr-FR"/>
        </w:rPr>
        <w:t>Prenosne verige za kopenska vozila</w:t>
      </w:r>
    </w:p>
    <w:p w:rsidR="004611C8" w:rsidRDefault="004611C8" w:rsidP="004611C8">
      <w:r>
        <w:t>120227</w:t>
      </w:r>
      <w:r>
        <w:tab/>
        <w:t>Pretvorniki vrtilnega momenta za kopenska vozila</w:t>
      </w:r>
    </w:p>
    <w:p w:rsidR="004611C8" w:rsidRDefault="004611C8" w:rsidP="004611C8">
      <w:r>
        <w:t>120228</w:t>
      </w:r>
      <w:r>
        <w:tab/>
        <w:t>Smerni kazalci za vozila</w:t>
      </w:r>
    </w:p>
    <w:p w:rsidR="004611C8" w:rsidRDefault="004611C8" w:rsidP="004611C8">
      <w:r>
        <w:t>120229</w:t>
      </w:r>
      <w:r>
        <w:tab/>
        <w:t>Dimniki za lokomotive</w:t>
      </w:r>
    </w:p>
    <w:p w:rsidR="004611C8" w:rsidRDefault="004611C8" w:rsidP="004611C8">
      <w:r>
        <w:t>120230</w:t>
      </w:r>
      <w:r>
        <w:tab/>
        <w:t>Volani za vozila</w:t>
      </w:r>
    </w:p>
    <w:p w:rsidR="004611C8" w:rsidRDefault="004611C8" w:rsidP="004611C8">
      <w:r>
        <w:t>120232</w:t>
      </w:r>
      <w:r>
        <w:tab/>
        <w:t>Prevleke za sedeže za kolesa</w:t>
      </w:r>
    </w:p>
    <w:p w:rsidR="004611C8" w:rsidRDefault="004611C8" w:rsidP="004611C8">
      <w:r>
        <w:t>120233</w:t>
      </w:r>
      <w:r>
        <w:tab/>
        <w:t>Rešilni avtomobili</w:t>
      </w:r>
    </w:p>
    <w:p w:rsidR="004611C8" w:rsidRDefault="004611C8" w:rsidP="004611C8">
      <w:r>
        <w:t>120235</w:t>
      </w:r>
      <w:r>
        <w:tab/>
        <w:t>Redukcijske prestave za kopenska vozila</w:t>
      </w:r>
    </w:p>
    <w:p w:rsidR="004611C8" w:rsidRDefault="004611C8" w:rsidP="004611C8">
      <w:r>
        <w:t>120236</w:t>
      </w:r>
      <w:r>
        <w:tab/>
        <w:t>Zavorni segmenti za vozila</w:t>
      </w:r>
    </w:p>
    <w:p w:rsidR="004611C8" w:rsidRDefault="004611C8" w:rsidP="004611C8">
      <w:r>
        <w:t>120237</w:t>
      </w:r>
      <w:r>
        <w:tab/>
        <w:t>Vozila na zračni blazini</w:t>
      </w:r>
    </w:p>
    <w:p w:rsidR="004611C8" w:rsidRDefault="004611C8" w:rsidP="004611C8">
      <w:r>
        <w:t>120241</w:t>
      </w:r>
      <w:r>
        <w:tab/>
        <w:t>Pokrovčki za rezervoarje za gorivo za vozila</w:t>
      </w:r>
    </w:p>
    <w:p w:rsidR="004611C8" w:rsidRDefault="004611C8" w:rsidP="004611C8">
      <w:r>
        <w:t>120242</w:t>
      </w:r>
      <w:r>
        <w:tab/>
        <w:t>Ojnice za kopenska vozila (razen motornih delov)</w:t>
      </w:r>
    </w:p>
    <w:p w:rsidR="004611C8" w:rsidRDefault="004611C8" w:rsidP="004611C8">
      <w:r>
        <w:t>120244</w:t>
      </w:r>
      <w:r>
        <w:tab/>
        <w:t>Varnostni jermeni za sedeže vozil</w:t>
      </w:r>
    </w:p>
    <w:p w:rsidR="004611C8" w:rsidRDefault="004611C8" w:rsidP="004611C8">
      <w:r>
        <w:t>120245</w:t>
      </w:r>
      <w:r>
        <w:tab/>
        <w:t>Senčniki za avtomobile</w:t>
      </w:r>
    </w:p>
    <w:p w:rsidR="004611C8" w:rsidRDefault="004611C8" w:rsidP="004611C8">
      <w:r>
        <w:t>120246</w:t>
      </w:r>
      <w:r>
        <w:tab/>
        <w:t>Prenosne gredi za kopenska vozila</w:t>
      </w:r>
    </w:p>
    <w:p w:rsidR="004611C8" w:rsidRPr="003834FA" w:rsidRDefault="004611C8" w:rsidP="004611C8">
      <w:pPr>
        <w:rPr>
          <w:lang w:val="fr-FR"/>
        </w:rPr>
      </w:pPr>
      <w:r>
        <w:t>120247</w:t>
      </w:r>
      <w:r>
        <w:tab/>
      </w:r>
      <w:r w:rsidRPr="003834FA">
        <w:rPr>
          <w:lang w:val="fr-FR"/>
        </w:rPr>
        <w:t>Zračne blazine [varnostni pripomoček za avtomobile]</w:t>
      </w:r>
    </w:p>
    <w:p w:rsidR="004611C8" w:rsidRDefault="004611C8" w:rsidP="004611C8">
      <w:r>
        <w:t>120248</w:t>
      </w:r>
      <w:r>
        <w:tab/>
        <w:t>Košare, prilagojene za kolesa</w:t>
      </w:r>
    </w:p>
    <w:p w:rsidR="004611C8" w:rsidRDefault="004611C8" w:rsidP="004611C8">
      <w:r>
        <w:t>120251</w:t>
      </w:r>
      <w:r>
        <w:tab/>
        <w:t>Čistilni vozički</w:t>
      </w:r>
    </w:p>
    <w:p w:rsidR="004611C8" w:rsidRDefault="004611C8" w:rsidP="004611C8">
      <w:r>
        <w:t>120252</w:t>
      </w:r>
      <w:r>
        <w:tab/>
        <w:t>Odbojniki za ladje</w:t>
      </w:r>
    </w:p>
    <w:p w:rsidR="004611C8" w:rsidRDefault="004611C8" w:rsidP="004611C8">
      <w:r>
        <w:t>120253</w:t>
      </w:r>
      <w:r>
        <w:tab/>
        <w:t>Potisne sani</w:t>
      </w:r>
    </w:p>
    <w:p w:rsidR="004611C8" w:rsidRDefault="004611C8" w:rsidP="004611C8">
      <w:r>
        <w:t>120254</w:t>
      </w:r>
      <w:r>
        <w:tab/>
        <w:t>Torbe, prilagojene za kolesa</w:t>
      </w:r>
    </w:p>
    <w:p w:rsidR="004611C8" w:rsidRDefault="004611C8" w:rsidP="004611C8">
      <w:r>
        <w:t>120256</w:t>
      </w:r>
      <w:r>
        <w:tab/>
        <w:t>Vozila za po snegu</w:t>
      </w:r>
    </w:p>
    <w:p w:rsidR="004611C8" w:rsidRDefault="004611C8" w:rsidP="004611C8">
      <w:r>
        <w:t>120257</w:t>
      </w:r>
      <w:r>
        <w:tab/>
        <w:t>Vozila na daljinsko upravljanje (razen igrač)</w:t>
      </w:r>
    </w:p>
    <w:p w:rsidR="004611C8" w:rsidRDefault="004611C8" w:rsidP="004611C8">
      <w:r>
        <w:t>120258</w:t>
      </w:r>
      <w:r>
        <w:tab/>
        <w:t>Skiroji [vozila]</w:t>
      </w:r>
    </w:p>
    <w:p w:rsidR="004611C8" w:rsidRDefault="004611C8" w:rsidP="004611C8">
      <w:r>
        <w:t>120259</w:t>
      </w:r>
      <w:r>
        <w:tab/>
        <w:t>Jambori za ladje</w:t>
      </w:r>
    </w:p>
    <w:p w:rsidR="004611C8" w:rsidRDefault="004611C8" w:rsidP="004611C8">
      <w:r>
        <w:t>120260</w:t>
      </w:r>
      <w:r>
        <w:tab/>
        <w:t>Prevleke za volane vozil</w:t>
      </w:r>
    </w:p>
    <w:p w:rsidR="004611C8" w:rsidRDefault="004611C8" w:rsidP="004611C8">
      <w:r>
        <w:t>120261</w:t>
      </w:r>
      <w:r>
        <w:tab/>
        <w:t>Spojlerji za vozila</w:t>
      </w:r>
    </w:p>
    <w:p w:rsidR="004611C8" w:rsidRDefault="004611C8" w:rsidP="004611C8">
      <w:r>
        <w:t>120262</w:t>
      </w:r>
      <w:r>
        <w:tab/>
        <w:t>Brisalci za avtomobilske prednje luči</w:t>
      </w:r>
    </w:p>
    <w:p w:rsidR="004611C8" w:rsidRDefault="004611C8" w:rsidP="004611C8">
      <w:r>
        <w:t>120263</w:t>
      </w:r>
      <w:r>
        <w:tab/>
        <w:t>Zavorne ploščice za avtomobile</w:t>
      </w:r>
    </w:p>
    <w:p w:rsidR="004611C8" w:rsidRDefault="004611C8" w:rsidP="004611C8">
      <w:r>
        <w:t>120265</w:t>
      </w:r>
      <w:r>
        <w:tab/>
        <w:t>Prekucni vozički</w:t>
      </w:r>
    </w:p>
    <w:p w:rsidR="004611C8" w:rsidRDefault="004611C8" w:rsidP="004611C8">
      <w:r>
        <w:t>120266</w:t>
      </w:r>
      <w:r>
        <w:tab/>
        <w:t>Vžigalniki za cigarete za avtomobile</w:t>
      </w:r>
    </w:p>
    <w:p w:rsidR="004611C8" w:rsidRDefault="004611C8" w:rsidP="004611C8">
      <w:r>
        <w:t>120267</w:t>
      </w:r>
      <w:r>
        <w:tab/>
        <w:t>Kolutne zavore za vozila</w:t>
      </w:r>
    </w:p>
    <w:p w:rsidR="004611C8" w:rsidRDefault="004611C8" w:rsidP="004611C8">
      <w:r>
        <w:t>120268</w:t>
      </w:r>
      <w:r>
        <w:tab/>
        <w:t>Sedelne torbe, prilagojene za kolesa</w:t>
      </w:r>
    </w:p>
    <w:p w:rsidR="004611C8" w:rsidRDefault="004611C8" w:rsidP="004611C8">
      <w:r>
        <w:t>120269</w:t>
      </w:r>
      <w:r>
        <w:tab/>
        <w:t>Zvonci za kolesa</w:t>
      </w:r>
    </w:p>
    <w:p w:rsidR="004611C8" w:rsidRDefault="004611C8" w:rsidP="004611C8">
      <w:r>
        <w:t>120272</w:t>
      </w:r>
      <w:r>
        <w:tab/>
        <w:t>Nosilci motorjev za kopenska vozila</w:t>
      </w:r>
    </w:p>
    <w:p w:rsidR="004611C8" w:rsidRDefault="004611C8" w:rsidP="004611C8">
      <w:r>
        <w:t>120273</w:t>
      </w:r>
      <w:r>
        <w:tab/>
        <w:t>Vojaški brezpilotni zrakoplovi</w:t>
      </w:r>
    </w:p>
    <w:p w:rsidR="004611C8" w:rsidRDefault="004611C8" w:rsidP="004611C8">
      <w:r>
        <w:t>120274</w:t>
      </w:r>
      <w:r>
        <w:tab/>
        <w:t>Kanuji</w:t>
      </w:r>
    </w:p>
    <w:p w:rsidR="004611C8" w:rsidRDefault="004611C8" w:rsidP="004611C8">
      <w:r>
        <w:t>120275</w:t>
      </w:r>
      <w:r>
        <w:tab/>
        <w:t>Civilni brezpilotni zrakoplovi</w:t>
      </w:r>
    </w:p>
    <w:p w:rsidR="004611C8" w:rsidRDefault="004611C8" w:rsidP="004611C8">
      <w:r>
        <w:t>120276</w:t>
      </w:r>
      <w:r>
        <w:tab/>
        <w:t>Stranska ogledala za vozila</w:t>
      </w:r>
    </w:p>
    <w:p w:rsidR="004611C8" w:rsidRDefault="004611C8" w:rsidP="004611C8">
      <w:r>
        <w:lastRenderedPageBreak/>
        <w:t>120278</w:t>
      </w:r>
      <w:r>
        <w:tab/>
        <w:t>Kontrolne ročice za vozila</w:t>
      </w:r>
    </w:p>
    <w:p w:rsidR="004611C8" w:rsidRDefault="004611C8" w:rsidP="004611C8">
      <w:r>
        <w:t>120280</w:t>
      </w:r>
      <w:r>
        <w:tab/>
        <w:t>Motorizirani skuterji</w:t>
      </w:r>
    </w:p>
    <w:p w:rsidR="004611C8" w:rsidRDefault="004611C8" w:rsidP="004611C8">
      <w:r>
        <w:t>120281</w:t>
      </w:r>
      <w:r>
        <w:tab/>
        <w:t>Skuterji za invalide</w:t>
      </w:r>
    </w:p>
    <w:p w:rsidR="004611C8" w:rsidRDefault="004611C8" w:rsidP="004611C8">
      <w:r>
        <w:t>120282</w:t>
      </w:r>
      <w:r>
        <w:tab/>
        <w:t>Pepelniki za avtomobile</w:t>
      </w:r>
    </w:p>
    <w:p w:rsidR="004611C8" w:rsidRDefault="004611C8" w:rsidP="004611C8">
      <w:r>
        <w:t>120283</w:t>
      </w:r>
      <w:r>
        <w:tab/>
        <w:t>Verige za motorna kolesa</w:t>
      </w:r>
    </w:p>
    <w:p w:rsidR="004611C8" w:rsidRDefault="004611C8" w:rsidP="004611C8">
      <w:r>
        <w:t>120284</w:t>
      </w:r>
      <w:r>
        <w:tab/>
        <w:t>Ogrodja motornih koles</w:t>
      </w:r>
    </w:p>
    <w:p w:rsidR="004611C8" w:rsidRDefault="004611C8" w:rsidP="004611C8">
      <w:r>
        <w:t>120285</w:t>
      </w:r>
      <w:r>
        <w:tab/>
        <w:t>Krmila za motorna kolesa</w:t>
      </w:r>
    </w:p>
    <w:p w:rsidR="004611C8" w:rsidRDefault="004611C8" w:rsidP="004611C8">
      <w:r>
        <w:t>120286</w:t>
      </w:r>
      <w:r>
        <w:tab/>
        <w:t>Motorji za motorna kolesa</w:t>
      </w:r>
    </w:p>
    <w:p w:rsidR="004611C8" w:rsidRDefault="004611C8" w:rsidP="004611C8">
      <w:r>
        <w:t>120287</w:t>
      </w:r>
      <w:r>
        <w:tab/>
        <w:t>Košare, prirejene za motorna kolesa</w:t>
      </w:r>
    </w:p>
    <w:p w:rsidR="004611C8" w:rsidRDefault="004611C8" w:rsidP="004611C8">
      <w:r>
        <w:t>120294</w:t>
      </w:r>
      <w:r>
        <w:tab/>
        <w:t>Vozila na daljinsko upravljanje za podvodno pregledovanje</w:t>
      </w:r>
    </w:p>
    <w:p w:rsidR="004611C8" w:rsidRDefault="004611C8" w:rsidP="004611C8">
      <w:r>
        <w:t>120295</w:t>
      </w:r>
      <w:r>
        <w:tab/>
        <w:t>Avtonomna podvodna vozila za pregledovanje morskega dna</w:t>
      </w:r>
    </w:p>
    <w:p w:rsidR="004611C8" w:rsidRDefault="004611C8" w:rsidP="004611C8">
      <w:r>
        <w:t>120296</w:t>
      </w:r>
      <w:r>
        <w:tab/>
        <w:t>Mehi za zgibne avtobuse</w:t>
      </w:r>
    </w:p>
    <w:p w:rsidR="004611C8" w:rsidRDefault="004611C8" w:rsidP="004611C8">
      <w:r>
        <w:t>120297</w:t>
      </w:r>
      <w:r>
        <w:tab/>
        <w:t>Električna kolesa</w:t>
      </w:r>
    </w:p>
    <w:p w:rsidR="004611C8" w:rsidRDefault="004611C8" w:rsidP="004611C8">
      <w:r>
        <w:t>120298</w:t>
      </w:r>
      <w:r>
        <w:tab/>
        <w:t>Prevleke za sedeže motornih koles</w:t>
      </w:r>
    </w:p>
    <w:p w:rsidR="004611C8" w:rsidRDefault="004611C8" w:rsidP="004611C8">
      <w:r>
        <w:t>120299</w:t>
      </w:r>
      <w:r>
        <w:tab/>
        <w:t>Dirkalni avtomobili</w:t>
      </w:r>
    </w:p>
    <w:p w:rsidR="004611C8" w:rsidRDefault="004611C8" w:rsidP="004611C8">
      <w:r>
        <w:t>120300</w:t>
      </w:r>
      <w:r>
        <w:tab/>
        <w:t>Robotski avtomobili</w:t>
      </w:r>
    </w:p>
    <w:p w:rsidR="004611C8" w:rsidRDefault="004611C8" w:rsidP="004611C8">
      <w:r>
        <w:t>120302</w:t>
      </w:r>
      <w:r>
        <w:tab/>
        <w:t>Ribiški vozički</w:t>
      </w:r>
    </w:p>
    <w:p w:rsidR="004611C8" w:rsidRDefault="004611C8" w:rsidP="004611C8">
      <w:r>
        <w:t>120303</w:t>
      </w:r>
      <w:r>
        <w:tab/>
        <w:t>Vozički z mrežastimi stranicami</w:t>
      </w:r>
    </w:p>
    <w:p w:rsidR="004611C8" w:rsidRDefault="004611C8" w:rsidP="004611C8">
      <w:r>
        <w:t>120304</w:t>
      </w:r>
      <w:r>
        <w:tab/>
        <w:t>Matice za kolesa vozil</w:t>
      </w:r>
    </w:p>
    <w:p w:rsidR="004611C8" w:rsidRDefault="004611C8" w:rsidP="004611C8">
      <w:r>
        <w:t>120305</w:t>
      </w:r>
      <w:r>
        <w:tab/>
        <w:t>Spojke, prilagojene za pritrjevanje avtomobilskih delov na avtomobilske karoserije</w:t>
      </w:r>
    </w:p>
    <w:p w:rsidR="004611C8" w:rsidRDefault="004611C8" w:rsidP="004611C8">
      <w:r>
        <w:t>120306</w:t>
      </w:r>
      <w:r>
        <w:tab/>
        <w:t>Reševalne sani</w:t>
      </w:r>
    </w:p>
    <w:p w:rsidR="004611C8" w:rsidRDefault="004611C8" w:rsidP="004611C8">
      <w:r>
        <w:t>120309</w:t>
      </w:r>
      <w:r>
        <w:tab/>
        <w:t>Prikolice za prevoz koles</w:t>
      </w:r>
    </w:p>
    <w:p w:rsidR="004611C8" w:rsidRDefault="004611C8" w:rsidP="004611C8">
      <w:r>
        <w:t>120310</w:t>
      </w:r>
      <w:r>
        <w:tab/>
        <w:t>Prikolice za kolesa (riyakah)</w:t>
      </w:r>
    </w:p>
    <w:p w:rsidR="004611C8" w:rsidRDefault="004611C8" w:rsidP="004611C8">
      <w:r>
        <w:t>120311</w:t>
      </w:r>
      <w:r>
        <w:tab/>
        <w:t>Vozički za domače ljubljenčke</w:t>
      </w:r>
    </w:p>
    <w:p w:rsidR="004611C8" w:rsidRDefault="004611C8" w:rsidP="004611C8">
      <w:r>
        <w:t>120312</w:t>
      </w:r>
      <w:r>
        <w:tab/>
        <w:t>Tovornjaki z vgrajenim žerjavom</w:t>
      </w:r>
    </w:p>
    <w:p w:rsidR="004611C8" w:rsidRDefault="004611C8" w:rsidP="004611C8">
      <w:r>
        <w:t>120313</w:t>
      </w:r>
      <w:r>
        <w:tab/>
        <w:t>Brezpilotni letalnik za dostavo</w:t>
      </w:r>
    </w:p>
    <w:p w:rsidR="004611C8" w:rsidRDefault="004611C8" w:rsidP="004611C8">
      <w:r>
        <w:t>120314</w:t>
      </w:r>
      <w:r>
        <w:tab/>
        <w:t>Daljinsko vodeni helikopterji z vgrajeno kamero</w:t>
      </w:r>
    </w:p>
    <w:p w:rsidR="004611C8" w:rsidRDefault="004611C8" w:rsidP="004611C8">
      <w:r>
        <w:t>120315</w:t>
      </w:r>
      <w:r>
        <w:tab/>
        <w:t>Žirokopterji</w:t>
      </w:r>
    </w:p>
    <w:p w:rsidR="004611C8" w:rsidRDefault="004611C8" w:rsidP="004611C8">
      <w:r>
        <w:t>120316</w:t>
      </w:r>
      <w:r>
        <w:tab/>
        <w:t>Helikopterji</w:t>
      </w:r>
    </w:p>
    <w:p w:rsidR="004611C8" w:rsidRDefault="004611C8" w:rsidP="004611C8">
      <w:r>
        <w:t>120317</w:t>
      </w:r>
      <w:r>
        <w:tab/>
        <w:t>Električne rolke</w:t>
      </w:r>
    </w:p>
    <w:p w:rsidR="004611C8" w:rsidRDefault="004611C8" w:rsidP="004611C8">
      <w:r>
        <w:t>120318</w:t>
      </w:r>
      <w:r>
        <w:tab/>
        <w:t>Električni skuterji, ki samodejno uravnavajo ravnotežje</w:t>
      </w:r>
    </w:p>
    <w:p w:rsidR="004611C8" w:rsidRDefault="004611C8" w:rsidP="004611C8">
      <w:r>
        <w:t>120319</w:t>
      </w:r>
      <w:r>
        <w:tab/>
        <w:t>Enokolesa, ki samodejno uravnavajo ravnotežje</w:t>
      </w:r>
    </w:p>
    <w:p w:rsidR="004611C8" w:rsidRDefault="004611C8" w:rsidP="004611C8">
      <w:r>
        <w:t>120322</w:t>
      </w:r>
      <w:r>
        <w:tab/>
        <w:t>Potapljaški zvonovi</w:t>
      </w:r>
    </w:p>
    <w:p w:rsidR="004611C8" w:rsidRDefault="004611C8" w:rsidP="004611C8">
      <w:r>
        <w:t>120323</w:t>
      </w:r>
      <w:r>
        <w:tab/>
        <w:t>Držala za skodelice, ki se uporabljajo v vozilih</w:t>
      </w:r>
    </w:p>
    <w:p w:rsidR="004611C8" w:rsidRDefault="004611C8" w:rsidP="004611C8">
      <w:r>
        <w:t>120324</w:t>
      </w:r>
      <w:r>
        <w:tab/>
        <w:t>Vozički</w:t>
      </w:r>
    </w:p>
    <w:p w:rsidR="004611C8" w:rsidRDefault="004611C8" w:rsidP="004611C8">
      <w:r>
        <w:t>120325</w:t>
      </w:r>
      <w:r>
        <w:tab/>
        <w:t>Kočije s konjsko vprego</w:t>
      </w:r>
    </w:p>
    <w:p w:rsidR="004611C8" w:rsidRDefault="004611C8" w:rsidP="004611C8">
      <w:r>
        <w:t>120326</w:t>
      </w:r>
      <w:r>
        <w:tab/>
        <w:t>Amfibijska vozila</w:t>
      </w:r>
    </w:p>
    <w:p w:rsidR="004611C8" w:rsidRDefault="004611C8" w:rsidP="004611C8">
      <w:r>
        <w:t>120327</w:t>
      </w:r>
      <w:r>
        <w:tab/>
        <w:t>Terenska vozila</w:t>
      </w:r>
    </w:p>
    <w:p w:rsidR="004611C8" w:rsidRDefault="004611C8" w:rsidP="004611C8">
      <w:r>
        <w:t>120328</w:t>
      </w:r>
      <w:r>
        <w:tab/>
        <w:t>Avtomobili na vodikov pogon</w:t>
      </w:r>
    </w:p>
    <w:p w:rsidR="004611C8" w:rsidRDefault="004611C8" w:rsidP="004611C8">
      <w:r>
        <w:t>120329</w:t>
      </w:r>
      <w:r>
        <w:tab/>
        <w:t>Vodni skuterji [osebna vodna plovila]</w:t>
      </w:r>
    </w:p>
    <w:p w:rsidR="004611C8" w:rsidRDefault="004611C8" w:rsidP="004611C8">
      <w:r>
        <w:t>120330</w:t>
      </w:r>
      <w:r>
        <w:tab/>
        <w:t>Nadzorni stolpi, posebej prilagojeni za vozila</w:t>
      </w:r>
    </w:p>
    <w:p w:rsidR="004611C8" w:rsidRDefault="004611C8" w:rsidP="004611C8">
      <w:r>
        <w:t>120331</w:t>
      </w:r>
      <w:r>
        <w:tab/>
        <w:t>Prevozne sani (pulke)</w:t>
      </w:r>
    </w:p>
    <w:p w:rsidR="004611C8" w:rsidRDefault="004611C8" w:rsidP="004611C8">
      <w:r>
        <w:t>120332</w:t>
      </w:r>
      <w:r>
        <w:tab/>
        <w:t>Reševalni čolni</w:t>
      </w:r>
    </w:p>
    <w:p w:rsidR="004611C8" w:rsidRDefault="004611C8" w:rsidP="004611C8">
      <w:r>
        <w:t>120333</w:t>
      </w:r>
      <w:r>
        <w:tab/>
        <w:t>Vozila za sneg</w:t>
      </w:r>
    </w:p>
    <w:p w:rsidR="004611C8" w:rsidRDefault="004611C8" w:rsidP="004611C8">
      <w:r>
        <w:t>120334</w:t>
      </w:r>
      <w:r>
        <w:tab/>
        <w:t>Prilagojene prevleke za armaturne plošče za vozila</w:t>
      </w:r>
    </w:p>
    <w:p w:rsidR="004611C8" w:rsidRDefault="004611C8" w:rsidP="004611C8">
      <w:r>
        <w:t>120335</w:t>
      </w:r>
      <w:r>
        <w:tab/>
        <w:t>Samovozeči roboti za dostavo</w:t>
      </w:r>
    </w:p>
    <w:p w:rsidR="004611C8" w:rsidRDefault="004611C8" w:rsidP="004611C8">
      <w:r>
        <w:t>120336</w:t>
      </w:r>
      <w:r>
        <w:tab/>
        <w:t>Pnevmatski ali hidravlični linearni aktuatorji za kopenska vozila</w:t>
      </w:r>
    </w:p>
    <w:p w:rsidR="004611C8" w:rsidRDefault="004611C8" w:rsidP="004611C8">
      <w:r>
        <w:t>120337</w:t>
      </w:r>
      <w:r>
        <w:tab/>
        <w:t>Delovna vozila z dvigalom</w:t>
      </w:r>
    </w:p>
    <w:p w:rsidR="004611C8" w:rsidRDefault="004611C8" w:rsidP="004611C8">
      <w:r>
        <w:t>120338</w:t>
      </w:r>
      <w:r>
        <w:tab/>
        <w:t>Močvirska vozila</w:t>
      </w:r>
    </w:p>
    <w:p w:rsidR="004611C8" w:rsidRDefault="004611C8" w:rsidP="004611C8">
      <w:r>
        <w:t>120339</w:t>
      </w:r>
      <w:r>
        <w:tab/>
        <w:t>Motorizirane rolke</w:t>
      </w:r>
    </w:p>
    <w:p w:rsidR="004611C8" w:rsidRDefault="004611C8" w:rsidP="004611C8">
      <w:r>
        <w:t>120340</w:t>
      </w:r>
      <w:r>
        <w:tab/>
        <w:t>Ležaji [deli vozil]</w:t>
      </w:r>
    </w:p>
    <w:p w:rsidR="004611C8" w:rsidRDefault="004611C8" w:rsidP="004611C8">
      <w:r>
        <w:t>120341</w:t>
      </w:r>
      <w:r>
        <w:tab/>
        <w:t>Tanki za gorivo za vozila</w:t>
      </w:r>
    </w:p>
    <w:p w:rsidR="004611C8" w:rsidRDefault="004611C8" w:rsidP="004611C8">
      <w:r>
        <w:t>120342</w:t>
      </w:r>
      <w:r>
        <w:tab/>
        <w:t>Avtonomna kopenska vozila</w:t>
      </w:r>
    </w:p>
    <w:p w:rsidR="004611C8" w:rsidRDefault="004611C8" w:rsidP="004611C8">
      <w:r>
        <w:t>120343</w:t>
      </w:r>
      <w:r>
        <w:tab/>
        <w:t>Bojne ladje</w:t>
      </w:r>
    </w:p>
    <w:p w:rsidR="004611C8" w:rsidRDefault="004611C8" w:rsidP="004611C8">
      <w:r>
        <w:t>120344</w:t>
      </w:r>
      <w:r>
        <w:tab/>
        <w:t>Letalonosilke</w:t>
      </w:r>
    </w:p>
    <w:p w:rsidR="004611C8" w:rsidRDefault="004611C8" w:rsidP="004611C8">
      <w:r>
        <w:t>120345</w:t>
      </w:r>
      <w:r>
        <w:tab/>
        <w:t>Prikolice za konje</w:t>
      </w:r>
    </w:p>
    <w:p w:rsidR="004611C8" w:rsidRDefault="004611C8" w:rsidP="004611C8">
      <w:r>
        <w:t>120346</w:t>
      </w:r>
      <w:r>
        <w:tab/>
        <w:t>Kolesa na odriv (kickbike)</w:t>
      </w:r>
    </w:p>
    <w:p w:rsidR="004611C8" w:rsidRDefault="004611C8" w:rsidP="004611C8">
      <w:r>
        <w:t>120347</w:t>
      </w:r>
      <w:r>
        <w:tab/>
        <w:t>Kombiji za prevoz konjev</w:t>
      </w:r>
    </w:p>
    <w:p w:rsidR="004611C8" w:rsidRDefault="004611C8" w:rsidP="004611C8">
      <w:r>
        <w:t>120348</w:t>
      </w:r>
      <w:r>
        <w:tab/>
        <w:t>Kajaki</w:t>
      </w:r>
    </w:p>
    <w:p w:rsidR="004611C8" w:rsidRDefault="004611C8" w:rsidP="004611C8">
      <w:r>
        <w:t>120349</w:t>
      </w:r>
      <w:r>
        <w:tab/>
        <w:t>Žičnice za rokovanje s tovorom</w:t>
      </w:r>
    </w:p>
    <w:p w:rsidR="004611C8" w:rsidRDefault="004611C8" w:rsidP="004611C8">
      <w:r>
        <w:t>120350</w:t>
      </w:r>
      <w:r>
        <w:tab/>
        <w:t>Obloge za sklopke za kopenska vozila</w:t>
      </w:r>
    </w:p>
    <w:p w:rsidR="004611C8" w:rsidRDefault="004611C8" w:rsidP="004611C8">
      <w:r>
        <w:t>120351</w:t>
      </w:r>
      <w:r>
        <w:tab/>
        <w:t>Atmosferske potapljaške obleke</w:t>
      </w:r>
    </w:p>
    <w:p w:rsidR="004611C8" w:rsidRDefault="004611C8" w:rsidP="004611C8">
      <w:r>
        <w:t>120352</w:t>
      </w:r>
      <w:r>
        <w:tab/>
        <w:t>Gasilski motorji</w:t>
      </w:r>
    </w:p>
    <w:p w:rsidR="004611C8" w:rsidRDefault="004611C8" w:rsidP="004611C8">
      <w:r>
        <w:t>120353</w:t>
      </w:r>
      <w:r>
        <w:tab/>
        <w:t>Gasilski čolni</w:t>
      </w:r>
    </w:p>
    <w:p w:rsidR="004611C8" w:rsidRDefault="004611C8" w:rsidP="004611C8">
      <w:r>
        <w:t>120354</w:t>
      </w:r>
      <w:r>
        <w:tab/>
        <w:t>Rešilni splavi</w:t>
      </w:r>
    </w:p>
    <w:p w:rsidR="004611C8" w:rsidRDefault="004611C8" w:rsidP="004611C8">
      <w:r>
        <w:t>120355</w:t>
      </w:r>
      <w:r>
        <w:tab/>
        <w:t>Reševalni čolni</w:t>
      </w:r>
    </w:p>
    <w:p w:rsidR="004611C8" w:rsidRDefault="004611C8" w:rsidP="004611C8">
      <w:r>
        <w:t>120356</w:t>
      </w:r>
      <w:r>
        <w:tab/>
        <w:t>Evakuacijski sedeži</w:t>
      </w:r>
    </w:p>
    <w:p w:rsidR="004611C8" w:rsidRDefault="004611C8" w:rsidP="004611C8">
      <w:r>
        <w:t>120357</w:t>
      </w:r>
      <w:r>
        <w:tab/>
        <w:t>Zaščitne pregrade za hišne ljubljenčke v obliki predelnih sten v vozilu</w:t>
      </w:r>
    </w:p>
    <w:p w:rsidR="004611C8" w:rsidRDefault="004611C8" w:rsidP="004611C8">
      <w:r>
        <w:t>120358</w:t>
      </w:r>
      <w:r>
        <w:tab/>
        <w:t>Kajaki za surf ski</w:t>
      </w:r>
    </w:p>
    <w:p w:rsidR="004611C8" w:rsidRPr="003834FA" w:rsidRDefault="004611C8" w:rsidP="004611C8">
      <w:pPr>
        <w:rPr>
          <w:lang w:val="fr-FR"/>
        </w:rPr>
      </w:pPr>
      <w:r>
        <w:t>120359</w:t>
      </w:r>
      <w:r>
        <w:tab/>
      </w:r>
      <w:r w:rsidRPr="003834FA">
        <w:rPr>
          <w:lang w:val="fr-FR"/>
        </w:rPr>
        <w:t>Strešni šotori, prirejeni za vozila</w:t>
      </w:r>
    </w:p>
    <w:p w:rsidR="00486CA7" w:rsidRPr="001F500C" w:rsidRDefault="00486CA7">
      <w:pPr>
        <w:pStyle w:val="Naslov1"/>
        <w:rPr>
          <w:lang w:val="fr-FR"/>
        </w:rPr>
        <w:sectPr w:rsidR="00486CA7" w:rsidRPr="001F500C" w:rsidSect="00E00425">
          <w:type w:val="continuous"/>
          <w:pgSz w:w="11907" w:h="16840" w:code="9"/>
          <w:pgMar w:top="1418" w:right="1418" w:bottom="1418" w:left="1418" w:header="720" w:footer="720" w:gutter="0"/>
          <w:cols w:num="2" w:space="720"/>
          <w:docGrid w:linePitch="360"/>
        </w:sectPr>
      </w:pPr>
    </w:p>
    <w:p w:rsidR="00677C99" w:rsidRDefault="00677C99">
      <w:pPr>
        <w:tabs>
          <w:tab w:val="clear" w:pos="907"/>
        </w:tabs>
        <w:spacing w:after="200" w:line="276" w:lineRule="auto"/>
        <w:ind w:left="0" w:firstLine="0"/>
        <w:rPr>
          <w:rFonts w:eastAsiaTheme="majorEastAsia" w:cstheme="majorBidi"/>
          <w:b/>
          <w:bCs/>
          <w:color w:val="000000" w:themeColor="text1"/>
          <w:sz w:val="22"/>
          <w:szCs w:val="28"/>
          <w:lang w:val="sl-SI" w:eastAsia="sl-SI"/>
        </w:rPr>
      </w:pPr>
      <w:r>
        <w:rPr>
          <w:lang w:val="sl-SI" w:eastAsia="sl-SI"/>
        </w:rPr>
        <w:br w:type="page"/>
      </w:r>
    </w:p>
    <w:p w:rsidR="00486CA7" w:rsidRPr="00B13099" w:rsidRDefault="00486CA7" w:rsidP="0087064C">
      <w:pPr>
        <w:pStyle w:val="Naslov1"/>
        <w:rPr>
          <w:lang w:val="sl-SI" w:eastAsia="sl-SI"/>
        </w:rPr>
      </w:pPr>
      <w:r w:rsidRPr="00B13099">
        <w:rPr>
          <w:lang w:val="sl-SI" w:eastAsia="sl-SI"/>
        </w:rPr>
        <w:lastRenderedPageBreak/>
        <w:t xml:space="preserve">Razred 13 </w:t>
      </w:r>
    </w:p>
    <w:p w:rsidR="00486CA7" w:rsidRDefault="00486CA7" w:rsidP="0087064C">
      <w:pPr>
        <w:pStyle w:val="Naslov2"/>
        <w:rPr>
          <w:lang w:val="sl-SI" w:eastAsia="sl-SI"/>
        </w:rPr>
      </w:pPr>
      <w:r w:rsidRPr="00B13099">
        <w:rPr>
          <w:lang w:val="sl-SI" w:eastAsia="sl-SI"/>
        </w:rPr>
        <w:t>Strelno orožje; strelivo in izstrelki; eksplozivi; ognjemeti.</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87064C" w:rsidRPr="00D85EAF" w:rsidTr="00CF2B9C">
        <w:trPr>
          <w:trHeight w:val="143"/>
          <w:tblHeader/>
        </w:trPr>
        <w:tc>
          <w:tcPr>
            <w:tcW w:w="9493" w:type="dxa"/>
            <w:gridSpan w:val="2"/>
            <w:shd w:val="clear" w:color="auto" w:fill="F2F2F2" w:themeFill="background1" w:themeFillShade="F2"/>
            <w:vAlign w:val="center"/>
          </w:tcPr>
          <w:p w:rsidR="0087064C" w:rsidRPr="00677C99" w:rsidRDefault="0087064C" w:rsidP="00A656D9">
            <w:pPr>
              <w:pStyle w:val="opomba"/>
              <w:spacing w:after="60"/>
              <w:rPr>
                <w:b/>
              </w:rPr>
            </w:pPr>
            <w:r w:rsidRPr="00677C99">
              <w:rPr>
                <w:b/>
              </w:rPr>
              <w:t xml:space="preserve">RAZRED </w:t>
            </w:r>
            <w:r w:rsidR="00677C99" w:rsidRPr="00677C99">
              <w:rPr>
                <w:b/>
              </w:rPr>
              <w:t>13</w:t>
            </w:r>
            <w:r w:rsidRPr="00677C99">
              <w:rPr>
                <w:b/>
              </w:rPr>
              <w:t xml:space="preserve"> - pojasnjevalne opombe</w:t>
            </w:r>
          </w:p>
        </w:tc>
      </w:tr>
      <w:tr w:rsidR="0087064C" w:rsidRPr="00D85EAF" w:rsidTr="00CF2B9C">
        <w:trPr>
          <w:trHeight w:val="390"/>
        </w:trPr>
        <w:tc>
          <w:tcPr>
            <w:tcW w:w="9493" w:type="dxa"/>
            <w:gridSpan w:val="2"/>
            <w:shd w:val="clear" w:color="auto" w:fill="F2F2F2" w:themeFill="background1" w:themeFillShade="F2"/>
            <w:vAlign w:val="center"/>
          </w:tcPr>
          <w:p w:rsidR="0087064C" w:rsidRPr="00993A45" w:rsidRDefault="00677C99" w:rsidP="00A656D9">
            <w:pPr>
              <w:pStyle w:val="opomba"/>
              <w:spacing w:after="60"/>
            </w:pPr>
            <w:r w:rsidRPr="00703549">
              <w:t>Razred 13 vključuje predvsem strelno orožje in pirotehnične izdelke.</w:t>
            </w:r>
          </w:p>
        </w:tc>
      </w:tr>
      <w:tr w:rsidR="0087064C" w:rsidRPr="00D85EAF" w:rsidTr="00677C99">
        <w:trPr>
          <w:trHeight w:val="3586"/>
        </w:trPr>
        <w:tc>
          <w:tcPr>
            <w:tcW w:w="4746" w:type="dxa"/>
            <w:shd w:val="clear" w:color="auto" w:fill="F2F2F2" w:themeFill="background1" w:themeFillShade="F2"/>
          </w:tcPr>
          <w:p w:rsidR="0087064C" w:rsidRPr="00993A45" w:rsidRDefault="0087064C" w:rsidP="00CF2B9C">
            <w:pPr>
              <w:pStyle w:val="opomba"/>
            </w:pPr>
            <w:r w:rsidRPr="00D85EAF">
              <w:t>V ta razred so vključeni zlasti:</w:t>
            </w:r>
          </w:p>
          <w:p w:rsidR="00677C99" w:rsidRDefault="00677C99" w:rsidP="008C16D9">
            <w:pPr>
              <w:pStyle w:val="opombapika"/>
            </w:pPr>
            <w:r w:rsidRPr="002370A5">
              <w:t>reševalne rakete, eksplozivne ali pirotehnične</w:t>
            </w:r>
            <w:r w:rsidRPr="002370A5">
              <w:br/>
              <w:t>svetlobne pištole</w:t>
            </w:r>
          </w:p>
          <w:p w:rsidR="00677C99" w:rsidRDefault="00677C99" w:rsidP="008C16D9">
            <w:pPr>
              <w:pStyle w:val="opombapika"/>
            </w:pPr>
            <w:r w:rsidRPr="002370A5">
              <w:t>spreji za osebno obrambo</w:t>
            </w:r>
          </w:p>
          <w:p w:rsidR="00677C99" w:rsidRDefault="00677C99" w:rsidP="008C16D9">
            <w:pPr>
              <w:pStyle w:val="opombapika"/>
            </w:pPr>
            <w:r w:rsidRPr="002370A5">
              <w:t>signali za eksplozivno meglo, signalne raketne rakete</w:t>
            </w:r>
          </w:p>
          <w:p w:rsidR="00677C99" w:rsidRDefault="00677C99" w:rsidP="008C16D9">
            <w:pPr>
              <w:pStyle w:val="opombapika"/>
            </w:pPr>
            <w:r w:rsidRPr="002370A5">
              <w:t>zračne pištole kot orožje</w:t>
            </w:r>
          </w:p>
          <w:p w:rsidR="00677C99" w:rsidRDefault="00677C99" w:rsidP="008C16D9">
            <w:pPr>
              <w:pStyle w:val="opombapika"/>
            </w:pPr>
            <w:r w:rsidRPr="002370A5">
              <w:t>trakovi za orožje</w:t>
            </w:r>
          </w:p>
          <w:p w:rsidR="0087064C" w:rsidRPr="00993A45" w:rsidRDefault="00677C99" w:rsidP="008C16D9">
            <w:pPr>
              <w:pStyle w:val="opombapika"/>
            </w:pPr>
            <w:r w:rsidRPr="002370A5">
              <w:t>športno strelno orožje, lovsko strelno orožje</w:t>
            </w:r>
          </w:p>
        </w:tc>
        <w:tc>
          <w:tcPr>
            <w:tcW w:w="4747" w:type="dxa"/>
            <w:shd w:val="clear" w:color="auto" w:fill="F2F2F2" w:themeFill="background1" w:themeFillShade="F2"/>
          </w:tcPr>
          <w:p w:rsidR="0087064C" w:rsidRPr="00993A45" w:rsidRDefault="0087064C" w:rsidP="00CF2B9C">
            <w:pPr>
              <w:pStyle w:val="opomba"/>
            </w:pPr>
            <w:r w:rsidRPr="00D85EAF">
              <w:t>V ta razred niso vključeni zlasti:</w:t>
            </w:r>
          </w:p>
          <w:p w:rsidR="00677C99" w:rsidRDefault="00677C99" w:rsidP="00A656D9">
            <w:pPr>
              <w:pStyle w:val="opombapika"/>
              <w:spacing w:after="40"/>
            </w:pPr>
            <w:r w:rsidRPr="002370A5">
              <w:t>mast za orožje (razred 4)</w:t>
            </w:r>
          </w:p>
          <w:p w:rsidR="00677C99" w:rsidRDefault="00677C99" w:rsidP="00A656D9">
            <w:pPr>
              <w:pStyle w:val="opombapika"/>
              <w:spacing w:after="40"/>
            </w:pPr>
            <w:r w:rsidRPr="002370A5">
              <w:t>rezila kot orožje (razred 8)</w:t>
            </w:r>
          </w:p>
          <w:p w:rsidR="00677C99" w:rsidRDefault="00677C99" w:rsidP="00A656D9">
            <w:pPr>
              <w:pStyle w:val="opombapika"/>
              <w:spacing w:after="40"/>
            </w:pPr>
            <w:r w:rsidRPr="002370A5">
              <w:t>bočno orožje, razen strelnega orožja (razred 8)</w:t>
            </w:r>
          </w:p>
          <w:p w:rsidR="00677C99" w:rsidRDefault="00677C99" w:rsidP="00A656D9">
            <w:pPr>
              <w:pStyle w:val="opombapika"/>
              <w:spacing w:after="40"/>
            </w:pPr>
            <w:r w:rsidRPr="002370A5">
              <w:t>neeksplozivni signali za meglo, reševalne laserske signalne rakete (razred 9)</w:t>
            </w:r>
          </w:p>
          <w:p w:rsidR="00677C99" w:rsidRPr="00677C99" w:rsidRDefault="00677C99" w:rsidP="00A656D9">
            <w:pPr>
              <w:pStyle w:val="opombapika"/>
              <w:spacing w:after="40"/>
            </w:pPr>
            <w:r w:rsidRPr="00677C99">
              <w:t>teleskopski namerilniki za strelno orožje (razred 9)</w:t>
            </w:r>
          </w:p>
          <w:p w:rsidR="00677C99" w:rsidRDefault="00677C99" w:rsidP="00A656D9">
            <w:pPr>
              <w:pStyle w:val="opombapika"/>
              <w:spacing w:after="40"/>
            </w:pPr>
            <w:r w:rsidRPr="002370A5">
              <w:t>goreče bakle (razred 11)</w:t>
            </w:r>
          </w:p>
          <w:p w:rsidR="00677C99" w:rsidRDefault="00677C99" w:rsidP="00A656D9">
            <w:pPr>
              <w:pStyle w:val="opombapika"/>
              <w:spacing w:after="40"/>
            </w:pPr>
            <w:r w:rsidRPr="002370A5">
              <w:t>krekerji (zabavne poslastice) (razred 28)</w:t>
            </w:r>
          </w:p>
          <w:p w:rsidR="00677C99" w:rsidRDefault="00677C99" w:rsidP="00A656D9">
            <w:pPr>
              <w:pStyle w:val="opombapika"/>
              <w:spacing w:after="40"/>
            </w:pPr>
            <w:r w:rsidRPr="002370A5">
              <w:t>tolkala ki so igrače (razred 28)</w:t>
            </w:r>
          </w:p>
          <w:p w:rsidR="00677C99" w:rsidRDefault="00677C99" w:rsidP="00A656D9">
            <w:pPr>
              <w:pStyle w:val="opombapika"/>
              <w:spacing w:after="40"/>
            </w:pPr>
            <w:r w:rsidRPr="002370A5">
              <w:t>zračne pištole (igrače) (razred 28)</w:t>
            </w:r>
          </w:p>
          <w:p w:rsidR="0087064C" w:rsidRPr="00993A45" w:rsidRDefault="00677C99" w:rsidP="008C16D9">
            <w:pPr>
              <w:pStyle w:val="opombapika"/>
            </w:pPr>
            <w:r w:rsidRPr="002370A5">
              <w:t>vžigalice (razred 34)</w:t>
            </w:r>
          </w:p>
        </w:tc>
      </w:tr>
    </w:tbl>
    <w:p w:rsidR="00E00425" w:rsidRDefault="00E00425" w:rsidP="00E00425">
      <w:pPr>
        <w:spacing w:after="240"/>
        <w:ind w:left="0" w:firstLine="0"/>
      </w:pPr>
    </w:p>
    <w:p w:rsidR="00486CA7" w:rsidRDefault="00486CA7">
      <w:pPr>
        <w:sectPr w:rsidR="00486CA7" w:rsidSect="00E00425">
          <w:type w:val="continuous"/>
          <w:pgSz w:w="11907" w:h="16840" w:code="9"/>
          <w:pgMar w:top="1418" w:right="1418" w:bottom="1418" w:left="1418" w:header="720" w:footer="720" w:gutter="0"/>
          <w:cols w:space="720"/>
          <w:docGrid w:linePitch="360"/>
        </w:sectPr>
      </w:pPr>
    </w:p>
    <w:p w:rsidR="004611C8" w:rsidRDefault="004611C8" w:rsidP="004611C8">
      <w:r>
        <w:t>130001</w:t>
      </w:r>
      <w:r>
        <w:tab/>
        <w:t>Acetil nitroceluloza</w:t>
      </w:r>
    </w:p>
    <w:p w:rsidR="004611C8" w:rsidRDefault="004611C8" w:rsidP="004611C8">
      <w:r>
        <w:t>130002</w:t>
      </w:r>
      <w:r>
        <w:tab/>
        <w:t>Topovski podstavki (lafete)</w:t>
      </w:r>
    </w:p>
    <w:p w:rsidR="004611C8" w:rsidRDefault="004611C8" w:rsidP="004611C8">
      <w:r>
        <w:t>130003</w:t>
      </w:r>
      <w:r>
        <w:tab/>
        <w:t>Eksplozivni naboji</w:t>
      </w:r>
    </w:p>
    <w:p w:rsidR="004611C8" w:rsidRDefault="004611C8" w:rsidP="004611C8">
      <w:r>
        <w:t>130005</w:t>
      </w:r>
      <w:r>
        <w:tab/>
        <w:t>Razstreliva iz amonijevega nitrata</w:t>
      </w:r>
    </w:p>
    <w:p w:rsidR="004611C8" w:rsidRDefault="004611C8" w:rsidP="004611C8">
      <w:r>
        <w:t>130006</w:t>
      </w:r>
      <w:r>
        <w:tab/>
        <w:t>Detonatorji (vžigalniki)</w:t>
      </w:r>
    </w:p>
    <w:p w:rsidR="004611C8" w:rsidRDefault="004611C8" w:rsidP="004611C8">
      <w:r>
        <w:t>130007</w:t>
      </w:r>
      <w:r>
        <w:tab/>
        <w:t>Motorizirano orožje</w:t>
      </w:r>
    </w:p>
    <w:p w:rsidR="004611C8" w:rsidRDefault="004611C8" w:rsidP="004611C8">
      <w:r>
        <w:t>130008</w:t>
      </w:r>
      <w:r>
        <w:tab/>
        <w:t>Orožje s solzilnim plinom</w:t>
      </w:r>
    </w:p>
    <w:p w:rsidR="004611C8" w:rsidRDefault="004611C8" w:rsidP="004611C8">
      <w:r>
        <w:t>130009</w:t>
      </w:r>
      <w:r>
        <w:tab/>
        <w:t>Strelno orožje</w:t>
      </w:r>
    </w:p>
    <w:p w:rsidR="004611C8" w:rsidRDefault="004611C8" w:rsidP="004611C8">
      <w:r>
        <w:t>130010</w:t>
      </w:r>
      <w:r>
        <w:tab/>
        <w:t>Krtače za čiščenje strelnega orožja</w:t>
      </w:r>
    </w:p>
    <w:p w:rsidR="004611C8" w:rsidRDefault="004611C8" w:rsidP="004611C8">
      <w:r>
        <w:t>130013</w:t>
      </w:r>
      <w:r>
        <w:tab/>
        <w:t>Ognjemeti</w:t>
      </w:r>
    </w:p>
    <w:p w:rsidR="004611C8" w:rsidRDefault="004611C8" w:rsidP="004611C8">
      <w:r>
        <w:t>130014</w:t>
      </w:r>
      <w:r>
        <w:tab/>
        <w:t>Topniško orožje [topovi]</w:t>
      </w:r>
    </w:p>
    <w:p w:rsidR="004611C8" w:rsidRPr="003834FA" w:rsidRDefault="004611C8" w:rsidP="004611C8">
      <w:pPr>
        <w:rPr>
          <w:lang w:val="fr-FR"/>
        </w:rPr>
      </w:pPr>
      <w:r>
        <w:t>130016</w:t>
      </w:r>
      <w:r>
        <w:tab/>
      </w:r>
      <w:r w:rsidRPr="003834FA">
        <w:rPr>
          <w:lang w:val="fr-FR"/>
        </w:rPr>
        <w:t>Naprave za polnjenje pasov za naboje</w:t>
      </w:r>
    </w:p>
    <w:p w:rsidR="004611C8" w:rsidRDefault="004611C8" w:rsidP="004611C8">
      <w:r>
        <w:t>130017</w:t>
      </w:r>
      <w:r>
        <w:tab/>
        <w:t>Bengalski ogenj</w:t>
      </w:r>
    </w:p>
    <w:p w:rsidR="004611C8" w:rsidRDefault="004611C8" w:rsidP="004611C8">
      <w:r>
        <w:t>130018</w:t>
      </w:r>
      <w:r>
        <w:tab/>
        <w:t>Vžigalni čepki</w:t>
      </w:r>
    </w:p>
    <w:p w:rsidR="004611C8" w:rsidRDefault="004611C8" w:rsidP="004611C8">
      <w:r>
        <w:t>130019</w:t>
      </w:r>
      <w:r>
        <w:tab/>
        <w:t>Ohišja nabojev</w:t>
      </w:r>
    </w:p>
    <w:p w:rsidR="004611C8" w:rsidRDefault="004611C8" w:rsidP="004611C8">
      <w:r>
        <w:t>130020</w:t>
      </w:r>
      <w:r>
        <w:tab/>
        <w:t>Topovi</w:t>
      </w:r>
    </w:p>
    <w:p w:rsidR="004611C8" w:rsidRDefault="004611C8" w:rsidP="004611C8">
      <w:r>
        <w:t>130023</w:t>
      </w:r>
      <w:r>
        <w:tab/>
        <w:t>Naboji</w:t>
      </w:r>
    </w:p>
    <w:p w:rsidR="004611C8" w:rsidRDefault="004611C8" w:rsidP="004611C8">
      <w:r>
        <w:t>130024</w:t>
      </w:r>
      <w:r>
        <w:tab/>
        <w:t>Aparati za nalaganje nabojev</w:t>
      </w:r>
    </w:p>
    <w:p w:rsidR="004611C8" w:rsidRDefault="004611C8" w:rsidP="004611C8">
      <w:r>
        <w:t>130025</w:t>
      </w:r>
      <w:r>
        <w:tab/>
        <w:t>Pasovi za naboje</w:t>
      </w:r>
    </w:p>
    <w:p w:rsidR="004611C8" w:rsidRDefault="004611C8" w:rsidP="004611C8">
      <w:r>
        <w:t>130027</w:t>
      </w:r>
      <w:r>
        <w:tab/>
        <w:t>Municija</w:t>
      </w:r>
    </w:p>
    <w:p w:rsidR="004611C8" w:rsidRDefault="004611C8" w:rsidP="004611C8">
      <w:r>
        <w:t>130029</w:t>
      </w:r>
      <w:r>
        <w:tab/>
        <w:t>Rogovi za smodnik</w:t>
      </w:r>
    </w:p>
    <w:p w:rsidR="004611C8" w:rsidRDefault="004611C8" w:rsidP="004611C8">
      <w:r>
        <w:t>130031</w:t>
      </w:r>
      <w:r>
        <w:tab/>
        <w:t>Zapirači pri strelnem orožju</w:t>
      </w:r>
    </w:p>
    <w:p w:rsidR="004611C8" w:rsidRDefault="004611C8" w:rsidP="004611C8">
      <w:r>
        <w:t>130032</w:t>
      </w:r>
      <w:r>
        <w:tab/>
        <w:t>Dinamit</w:t>
      </w:r>
    </w:p>
    <w:p w:rsidR="004611C8" w:rsidRDefault="004611C8" w:rsidP="004611C8">
      <w:r>
        <w:t>130034</w:t>
      </w:r>
      <w:r>
        <w:tab/>
        <w:t>Razstreliva</w:t>
      </w:r>
    </w:p>
    <w:p w:rsidR="004611C8" w:rsidRDefault="004611C8" w:rsidP="004611C8">
      <w:r>
        <w:t>130035</w:t>
      </w:r>
      <w:r>
        <w:tab/>
        <w:t>Signalne rakete</w:t>
      </w:r>
    </w:p>
    <w:p w:rsidR="004611C8" w:rsidRDefault="004611C8" w:rsidP="004611C8">
      <w:r>
        <w:t>130036</w:t>
      </w:r>
      <w:r>
        <w:tab/>
        <w:t>Puške [orožje]</w:t>
      </w:r>
    </w:p>
    <w:p w:rsidR="004611C8" w:rsidRDefault="004611C8" w:rsidP="004611C8">
      <w:r>
        <w:t>130037</w:t>
      </w:r>
      <w:r>
        <w:tab/>
        <w:t>Puškina kopita</w:t>
      </w:r>
    </w:p>
    <w:p w:rsidR="004611C8" w:rsidRDefault="004611C8" w:rsidP="004611C8">
      <w:r>
        <w:t>130041</w:t>
      </w:r>
      <w:r>
        <w:tab/>
        <w:t>Svinčeni projektili za lov</w:t>
      </w:r>
    </w:p>
    <w:p w:rsidR="004611C8" w:rsidRDefault="004611C8" w:rsidP="004611C8">
      <w:r>
        <w:t>130042</w:t>
      </w:r>
      <w:r>
        <w:tab/>
        <w:t>Strelivo za strelno orožje</w:t>
      </w:r>
    </w:p>
    <w:p w:rsidR="004611C8" w:rsidRDefault="004611C8" w:rsidP="004611C8">
      <w:r>
        <w:t>130043</w:t>
      </w:r>
      <w:r>
        <w:tab/>
        <w:t>Lansirne rampe za rakete</w:t>
      </w:r>
    </w:p>
    <w:p w:rsidR="004611C8" w:rsidRDefault="004611C8" w:rsidP="004611C8">
      <w:r>
        <w:t>130044</w:t>
      </w:r>
      <w:r>
        <w:tab/>
        <w:t>Zažigalne vrvice za eksplozive, ki se uporabljajo v minah</w:t>
      </w:r>
    </w:p>
    <w:p w:rsidR="004611C8" w:rsidRDefault="004611C8" w:rsidP="004611C8">
      <w:r>
        <w:t>130045</w:t>
      </w:r>
      <w:r>
        <w:tab/>
        <w:t>Mine [razstreliva]</w:t>
      </w:r>
    </w:p>
    <w:p w:rsidR="004611C8" w:rsidRDefault="004611C8" w:rsidP="004611C8">
      <w:r>
        <w:t>130046</w:t>
      </w:r>
      <w:r>
        <w:tab/>
        <w:t>Strojnice, mitraljezi</w:t>
      </w:r>
    </w:p>
    <w:p w:rsidR="004611C8" w:rsidRDefault="004611C8" w:rsidP="004611C8">
      <w:r>
        <w:t>130047</w:t>
      </w:r>
      <w:r>
        <w:tab/>
        <w:t>Možnarji [strelno orožje]</w:t>
      </w:r>
    </w:p>
    <w:p w:rsidR="004611C8" w:rsidRDefault="004611C8" w:rsidP="004611C8">
      <w:r>
        <w:t>130048</w:t>
      </w:r>
      <w:r>
        <w:tab/>
        <w:t>Topovska granata</w:t>
      </w:r>
    </w:p>
    <w:p w:rsidR="004611C8" w:rsidRDefault="004611C8" w:rsidP="004611C8">
      <w:r>
        <w:t>130049</w:t>
      </w:r>
      <w:r>
        <w:tab/>
        <w:t>Pištole [orožje]</w:t>
      </w:r>
    </w:p>
    <w:p w:rsidR="004611C8" w:rsidRDefault="004611C8" w:rsidP="004611C8">
      <w:r>
        <w:t>130050</w:t>
      </w:r>
      <w:r>
        <w:tab/>
        <w:t>Smodnik</w:t>
      </w:r>
    </w:p>
    <w:p w:rsidR="004611C8" w:rsidRDefault="004611C8" w:rsidP="004611C8">
      <w:r>
        <w:t>130051</w:t>
      </w:r>
      <w:r>
        <w:tab/>
        <w:t>Eksplozivni prah</w:t>
      </w:r>
    </w:p>
    <w:p w:rsidR="004611C8" w:rsidRDefault="004611C8" w:rsidP="004611C8">
      <w:r>
        <w:t>130052</w:t>
      </w:r>
      <w:r>
        <w:tab/>
        <w:t>Projektili [orožje]</w:t>
      </w:r>
    </w:p>
    <w:p w:rsidR="004611C8" w:rsidRDefault="004611C8" w:rsidP="004611C8">
      <w:r>
        <w:t>130053</w:t>
      </w:r>
      <w:r>
        <w:tab/>
        <w:t>Pirotehnične snovi</w:t>
      </w:r>
    </w:p>
    <w:p w:rsidR="004611C8" w:rsidRDefault="004611C8" w:rsidP="004611C8">
      <w:r>
        <w:t>130054</w:t>
      </w:r>
      <w:r>
        <w:tab/>
        <w:t>Pirotehnični izdelki</w:t>
      </w:r>
    </w:p>
    <w:p w:rsidR="004611C8" w:rsidRDefault="004611C8" w:rsidP="004611C8">
      <w:r>
        <w:t>130055</w:t>
      </w:r>
      <w:r>
        <w:tab/>
        <w:t>Revolverji</w:t>
      </w:r>
    </w:p>
    <w:p w:rsidR="004611C8" w:rsidRDefault="004611C8" w:rsidP="004611C8">
      <w:r>
        <w:t>130056</w:t>
      </w:r>
      <w:r>
        <w:tab/>
        <w:t>Valjasti podporniki za cevi pri težkem orožju</w:t>
      </w:r>
    </w:p>
    <w:p w:rsidR="004611C8" w:rsidRDefault="004611C8" w:rsidP="004611C8">
      <w:r>
        <w:t>130057</w:t>
      </w:r>
      <w:r>
        <w:tab/>
        <w:t>Podstavki na orožju za streljanje</w:t>
      </w:r>
    </w:p>
    <w:p w:rsidR="004611C8" w:rsidRDefault="004611C8" w:rsidP="004611C8">
      <w:r>
        <w:t>130058</w:t>
      </w:r>
      <w:r>
        <w:tab/>
        <w:t>Neteleskopske muhe za strelno orožje</w:t>
      </w:r>
    </w:p>
    <w:p w:rsidR="004611C8" w:rsidRDefault="004611C8" w:rsidP="004611C8">
      <w:r>
        <w:t>130059</w:t>
      </w:r>
      <w:r>
        <w:tab/>
        <w:t>Zračne pištole [orožje]</w:t>
      </w:r>
    </w:p>
    <w:p w:rsidR="004611C8" w:rsidRDefault="004611C8" w:rsidP="004611C8">
      <w:r>
        <w:t>130060</w:t>
      </w:r>
      <w:r>
        <w:tab/>
        <w:t>Vžigalne vrvice za razstrelivo</w:t>
      </w:r>
    </w:p>
    <w:p w:rsidR="004611C8" w:rsidRDefault="004611C8" w:rsidP="004611C8">
      <w:r>
        <w:t>130061</w:t>
      </w:r>
      <w:r>
        <w:tab/>
        <w:t>Kapice za razstrelivo</w:t>
      </w:r>
    </w:p>
    <w:p w:rsidR="004611C8" w:rsidRDefault="004611C8" w:rsidP="004611C8">
      <w:r>
        <w:t>130064</w:t>
      </w:r>
      <w:r>
        <w:tab/>
        <w:t>Eksplozivni signali za meglo</w:t>
      </w:r>
    </w:p>
    <w:p w:rsidR="004611C8" w:rsidRDefault="004611C8" w:rsidP="004611C8">
      <w:r>
        <w:t>130065</w:t>
      </w:r>
      <w:r>
        <w:tab/>
        <w:t>Namerilniki, razen teleskopskih, za artilerijo</w:t>
      </w:r>
    </w:p>
    <w:p w:rsidR="004611C8" w:rsidRDefault="004611C8" w:rsidP="004611C8">
      <w:r>
        <w:t>130068</w:t>
      </w:r>
      <w:r>
        <w:tab/>
        <w:t>Rakete [projektili]</w:t>
      </w:r>
    </w:p>
    <w:p w:rsidR="004611C8" w:rsidRDefault="004611C8" w:rsidP="004611C8">
      <w:r>
        <w:t>130069</w:t>
      </w:r>
      <w:r>
        <w:tab/>
        <w:t>Harpune (orožje)</w:t>
      </w:r>
    </w:p>
    <w:p w:rsidR="004611C8" w:rsidRDefault="004611C8" w:rsidP="004611C8">
      <w:r>
        <w:t>130070</w:t>
      </w:r>
      <w:r>
        <w:tab/>
        <w:t>Dušilci zvoka za strelno orožje</w:t>
      </w:r>
    </w:p>
    <w:p w:rsidR="004611C8" w:rsidRDefault="004611C8" w:rsidP="004611C8">
      <w:r>
        <w:t>130071</w:t>
      </w:r>
      <w:r>
        <w:tab/>
        <w:t>Tanki [orožje]</w:t>
      </w:r>
    </w:p>
    <w:p w:rsidR="004611C8" w:rsidRDefault="004611C8" w:rsidP="004611C8">
      <w:r>
        <w:t>130072</w:t>
      </w:r>
      <w:r>
        <w:tab/>
        <w:t>Petarde</w:t>
      </w:r>
    </w:p>
    <w:p w:rsidR="004611C8" w:rsidRDefault="004611C8" w:rsidP="004611C8">
      <w:r>
        <w:lastRenderedPageBreak/>
        <w:t>130074</w:t>
      </w:r>
      <w:r>
        <w:tab/>
        <w:t>Pasovi za strelivo</w:t>
      </w:r>
    </w:p>
    <w:p w:rsidR="004611C8" w:rsidRDefault="004611C8" w:rsidP="004611C8">
      <w:r>
        <w:t>130075</w:t>
      </w:r>
      <w:r>
        <w:tab/>
        <w:t>Pasovi za strelivo za avtomatsko strelno orožje</w:t>
      </w:r>
    </w:p>
    <w:p w:rsidR="004611C8" w:rsidRDefault="004611C8" w:rsidP="004611C8">
      <w:r>
        <w:t>130076</w:t>
      </w:r>
      <w:r>
        <w:tab/>
        <w:t>Torpedi</w:t>
      </w:r>
    </w:p>
    <w:p w:rsidR="004611C8" w:rsidRDefault="004611C8" w:rsidP="004611C8">
      <w:r>
        <w:t>130077</w:t>
      </w:r>
      <w:r>
        <w:tab/>
        <w:t>Osebno orožje [strelno orožje]</w:t>
      </w:r>
    </w:p>
    <w:p w:rsidR="004611C8" w:rsidRDefault="004611C8" w:rsidP="004611C8">
      <w:r>
        <w:t>130078</w:t>
      </w:r>
      <w:r>
        <w:tab/>
        <w:t>Ročne granate</w:t>
      </w:r>
    </w:p>
    <w:p w:rsidR="004611C8" w:rsidRDefault="004611C8" w:rsidP="004611C8">
      <w:r>
        <w:t>130079</w:t>
      </w:r>
      <w:r>
        <w:tab/>
        <w:t>Pištole za signaliziranje</w:t>
      </w:r>
    </w:p>
    <w:p w:rsidR="004611C8" w:rsidRDefault="004611C8" w:rsidP="004611C8">
      <w:r>
        <w:t>130080</w:t>
      </w:r>
      <w:r>
        <w:tab/>
        <w:t>Reševalni svetlobni signali, razstreliva ali pirotehnični izdelki</w:t>
      </w:r>
    </w:p>
    <w:p w:rsidR="004611C8" w:rsidRDefault="004611C8" w:rsidP="004611C8">
      <w:r>
        <w:t>130082</w:t>
      </w:r>
      <w:r>
        <w:tab/>
        <w:t>Harpune, prilagojene za harpunske puške</w:t>
      </w:r>
    </w:p>
    <w:p w:rsidR="004611C8" w:rsidRDefault="004611C8" w:rsidP="004611C8">
      <w:r>
        <w:t>130083</w:t>
      </w:r>
      <w:r>
        <w:tab/>
        <w:t>Pomorski izstrelki</w:t>
      </w:r>
    </w:p>
    <w:p w:rsidR="00486CA7" w:rsidRDefault="00486CA7">
      <w:pPr>
        <w:pStyle w:val="Naslov1"/>
        <w:sectPr w:rsidR="00486CA7" w:rsidSect="00E00425">
          <w:type w:val="continuous"/>
          <w:pgSz w:w="11907" w:h="16840" w:code="9"/>
          <w:pgMar w:top="1418" w:right="1418" w:bottom="1418" w:left="1418" w:header="720" w:footer="720" w:gutter="0"/>
          <w:cols w:num="2" w:space="720"/>
          <w:docGrid w:linePitch="360"/>
        </w:sectPr>
      </w:pPr>
    </w:p>
    <w:p w:rsidR="00DF3E45" w:rsidRPr="00B13099" w:rsidRDefault="00DF3E45" w:rsidP="00024920">
      <w:pPr>
        <w:pStyle w:val="Naslov1"/>
        <w:spacing w:before="600"/>
        <w:rPr>
          <w:lang w:val="sl-SI" w:eastAsia="sl-SI"/>
        </w:rPr>
      </w:pPr>
      <w:r w:rsidRPr="00B13099">
        <w:rPr>
          <w:lang w:val="sl-SI" w:eastAsia="sl-SI"/>
        </w:rPr>
        <w:t xml:space="preserve">Razred 14 </w:t>
      </w:r>
    </w:p>
    <w:p w:rsidR="00DF3E45" w:rsidRDefault="00DF3E45" w:rsidP="0087064C">
      <w:pPr>
        <w:pStyle w:val="Naslov2"/>
        <w:rPr>
          <w:lang w:val="sl-SI" w:eastAsia="sl-SI"/>
        </w:rPr>
      </w:pPr>
      <w:r w:rsidRPr="00B13099">
        <w:rPr>
          <w:lang w:val="sl-SI" w:eastAsia="sl-SI"/>
        </w:rPr>
        <w:t>Plemenite kovine in njihove zlitine; zlatarski izdelki, nakit, dragi in poldragi kamni; ure in kronometrski instrumenti.</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87064C" w:rsidRPr="00D85EAF" w:rsidTr="00CF2B9C">
        <w:trPr>
          <w:trHeight w:val="143"/>
          <w:tblHeader/>
        </w:trPr>
        <w:tc>
          <w:tcPr>
            <w:tcW w:w="9493" w:type="dxa"/>
            <w:gridSpan w:val="2"/>
            <w:shd w:val="clear" w:color="auto" w:fill="F2F2F2" w:themeFill="background1" w:themeFillShade="F2"/>
            <w:vAlign w:val="center"/>
          </w:tcPr>
          <w:p w:rsidR="0087064C" w:rsidRPr="00677C99" w:rsidRDefault="0087064C" w:rsidP="00A656D9">
            <w:pPr>
              <w:pStyle w:val="opomba"/>
              <w:spacing w:after="60"/>
              <w:rPr>
                <w:b/>
              </w:rPr>
            </w:pPr>
            <w:r w:rsidRPr="00677C99">
              <w:rPr>
                <w:b/>
              </w:rPr>
              <w:t xml:space="preserve">RAZRED </w:t>
            </w:r>
            <w:r w:rsidR="00677C99" w:rsidRPr="00677C99">
              <w:rPr>
                <w:b/>
              </w:rPr>
              <w:t>1</w:t>
            </w:r>
            <w:r w:rsidRPr="00677C99">
              <w:rPr>
                <w:b/>
              </w:rPr>
              <w:t>4 - pojasnjevalne opombe</w:t>
            </w:r>
          </w:p>
        </w:tc>
      </w:tr>
      <w:tr w:rsidR="0087064C" w:rsidRPr="00D85EAF" w:rsidTr="00CF2B9C">
        <w:trPr>
          <w:trHeight w:val="390"/>
        </w:trPr>
        <w:tc>
          <w:tcPr>
            <w:tcW w:w="9493" w:type="dxa"/>
            <w:gridSpan w:val="2"/>
            <w:shd w:val="clear" w:color="auto" w:fill="F2F2F2" w:themeFill="background1" w:themeFillShade="F2"/>
            <w:vAlign w:val="center"/>
          </w:tcPr>
          <w:p w:rsidR="0087064C" w:rsidRPr="00993A45" w:rsidRDefault="00677C99" w:rsidP="00A656D9">
            <w:pPr>
              <w:pStyle w:val="opomba"/>
              <w:spacing w:after="60"/>
            </w:pPr>
            <w:r w:rsidRPr="00703549">
              <w:t>Razred 14 vključuje zlasti žlahtne kovine in nekatero blago iz žlahtnih kovin ali prevlečeno z njimi ter nakit, ure in ročne ure ter njihove dele.</w:t>
            </w:r>
          </w:p>
        </w:tc>
      </w:tr>
      <w:tr w:rsidR="0087064C" w:rsidRPr="00D85EAF" w:rsidTr="00677C99">
        <w:trPr>
          <w:trHeight w:val="800"/>
        </w:trPr>
        <w:tc>
          <w:tcPr>
            <w:tcW w:w="4746" w:type="dxa"/>
            <w:shd w:val="clear" w:color="auto" w:fill="F2F2F2" w:themeFill="background1" w:themeFillShade="F2"/>
          </w:tcPr>
          <w:p w:rsidR="0087064C" w:rsidRPr="00993A45" w:rsidRDefault="0087064C" w:rsidP="00CF2B9C">
            <w:pPr>
              <w:pStyle w:val="opomba"/>
            </w:pPr>
            <w:r w:rsidRPr="00D85EAF">
              <w:t>V ta razred so vključeni zlasti:</w:t>
            </w:r>
          </w:p>
          <w:p w:rsidR="00677C99" w:rsidRDefault="00677C99" w:rsidP="008C16D9">
            <w:pPr>
              <w:pStyle w:val="opombapika"/>
            </w:pPr>
            <w:r w:rsidRPr="002370A5">
              <w:t>nakit, vključno z imitacijami nakita, na primer bižuterija (ceneni modni nakit);</w:t>
            </w:r>
          </w:p>
          <w:p w:rsidR="00677C99" w:rsidRDefault="00677C99" w:rsidP="008C16D9">
            <w:pPr>
              <w:pStyle w:val="opombapika"/>
            </w:pPr>
            <w:r w:rsidRPr="002370A5">
              <w:t>manšetni gumbi, kravatne igle, kravatne sponke;</w:t>
            </w:r>
          </w:p>
          <w:p w:rsidR="00677C99" w:rsidRDefault="00677C99" w:rsidP="008C16D9">
            <w:pPr>
              <w:pStyle w:val="opombapika"/>
            </w:pPr>
            <w:r w:rsidRPr="002370A5">
              <w:t>obročki in verižice za ključe ter obeski zanje;</w:t>
            </w:r>
          </w:p>
          <w:p w:rsidR="00677C99" w:rsidRDefault="00677C99" w:rsidP="008C16D9">
            <w:pPr>
              <w:pStyle w:val="opombapika"/>
            </w:pPr>
            <w:r w:rsidRPr="002370A5">
              <w:t>obeski za nakit;</w:t>
            </w:r>
          </w:p>
          <w:p w:rsidR="00677C99" w:rsidRDefault="00677C99" w:rsidP="008C16D9">
            <w:pPr>
              <w:pStyle w:val="opombapika"/>
            </w:pPr>
            <w:r w:rsidRPr="002370A5">
              <w:t>škatle za nakit;</w:t>
            </w:r>
          </w:p>
          <w:p w:rsidR="00677C99" w:rsidRDefault="00677C99" w:rsidP="008C16D9">
            <w:pPr>
              <w:pStyle w:val="opombapika"/>
            </w:pPr>
            <w:r w:rsidRPr="002370A5">
              <w:t xml:space="preserve">sestavni deli za nakit, </w:t>
            </w:r>
          </w:p>
          <w:p w:rsidR="00677C99" w:rsidRDefault="00677C99" w:rsidP="008C16D9">
            <w:pPr>
              <w:pStyle w:val="opombapika"/>
            </w:pPr>
            <w:r w:rsidRPr="002370A5">
              <w:t>ure in zapestne ure, na primer sponke in kroglice za nakit, urni mehanizmi, urni kazalci, vzmeti za ure, steklo za ure</w:t>
            </w:r>
          </w:p>
          <w:p w:rsidR="00677C99" w:rsidRDefault="00677C99" w:rsidP="008C16D9">
            <w:pPr>
              <w:pStyle w:val="opombapika"/>
            </w:pPr>
            <w:r w:rsidRPr="002370A5">
              <w:t>določeno blago iz plemenitih kovin, ki ni drugače razvrščeno po funkciji ali namenu, na primer večnamenske škatle iz plemenitih kovin,</w:t>
            </w:r>
          </w:p>
          <w:p w:rsidR="0087064C" w:rsidRPr="00993A45" w:rsidRDefault="00677C99" w:rsidP="008C16D9">
            <w:pPr>
              <w:pStyle w:val="opombapika"/>
            </w:pPr>
            <w:r w:rsidRPr="002370A5">
              <w:t>kipi, doprsni kipi in umetniška dela iz plemenitih kovin</w:t>
            </w:r>
          </w:p>
        </w:tc>
        <w:tc>
          <w:tcPr>
            <w:tcW w:w="4747" w:type="dxa"/>
            <w:shd w:val="clear" w:color="auto" w:fill="F2F2F2" w:themeFill="background1" w:themeFillShade="F2"/>
          </w:tcPr>
          <w:p w:rsidR="0087064C" w:rsidRPr="00993A45" w:rsidRDefault="0087064C" w:rsidP="00677C99">
            <w:pPr>
              <w:pStyle w:val="opomba"/>
              <w:spacing w:after="40"/>
            </w:pPr>
            <w:r w:rsidRPr="00D85EAF">
              <w:t>V ta razred niso vključeni zlasti:</w:t>
            </w:r>
          </w:p>
          <w:p w:rsidR="00677C99" w:rsidRDefault="00677C99" w:rsidP="00024920">
            <w:pPr>
              <w:pStyle w:val="opombapika"/>
              <w:spacing w:after="40"/>
            </w:pPr>
            <w:r w:rsidRPr="002370A5">
              <w:t xml:space="preserve">nekateri izdelki iz plemenitih kovin ali prevlečeni z njimi, ki so razvrščeni glede na njihovo funkcijo ali namen, na primer kovine v obliki folije in prahu za uporabo v slikarstvu, dekoriranju, tiskanju in umetnosti (razred 2), </w:t>
            </w:r>
          </w:p>
          <w:p w:rsidR="00677C99" w:rsidRDefault="00677C99" w:rsidP="00024920">
            <w:pPr>
              <w:pStyle w:val="opombapika"/>
              <w:spacing w:after="40"/>
            </w:pPr>
            <w:r w:rsidRPr="002370A5">
              <w:t>zobni amalgami zlata (razred 5),</w:t>
            </w:r>
          </w:p>
          <w:p w:rsidR="00677C99" w:rsidRDefault="00677C99" w:rsidP="00024920">
            <w:pPr>
              <w:pStyle w:val="opombapika"/>
              <w:spacing w:after="40"/>
            </w:pPr>
            <w:r w:rsidRPr="002370A5">
              <w:t xml:space="preserve"> jedilni pribor (razred 8), </w:t>
            </w:r>
          </w:p>
          <w:p w:rsidR="00677C99" w:rsidRDefault="00677C99" w:rsidP="00024920">
            <w:pPr>
              <w:pStyle w:val="opombapika"/>
              <w:spacing w:after="40"/>
            </w:pPr>
            <w:r w:rsidRPr="002370A5">
              <w:t>električni kontakti (razred 9),</w:t>
            </w:r>
          </w:p>
          <w:p w:rsidR="00677C99" w:rsidRDefault="00677C99" w:rsidP="00024920">
            <w:pPr>
              <w:pStyle w:val="opombapika"/>
              <w:spacing w:after="40"/>
            </w:pPr>
            <w:r w:rsidRPr="002370A5">
              <w:t xml:space="preserve"> zlata konica pisal (razred 16), </w:t>
            </w:r>
          </w:p>
          <w:p w:rsidR="00677C99" w:rsidRDefault="00677C99" w:rsidP="00024920">
            <w:pPr>
              <w:pStyle w:val="opombapika"/>
              <w:spacing w:after="40"/>
            </w:pPr>
            <w:r w:rsidRPr="002370A5">
              <w:t xml:space="preserve">čajniki (razred 21), </w:t>
            </w:r>
          </w:p>
          <w:p w:rsidR="00677C99" w:rsidRDefault="00677C99" w:rsidP="00024920">
            <w:pPr>
              <w:pStyle w:val="opombapika"/>
              <w:spacing w:after="40"/>
            </w:pPr>
            <w:r w:rsidRPr="002370A5">
              <w:t xml:space="preserve">zlate in srebrne vezenine (razred 26), </w:t>
            </w:r>
          </w:p>
          <w:p w:rsidR="00677C99" w:rsidRDefault="00677C99" w:rsidP="00024920">
            <w:pPr>
              <w:pStyle w:val="opombapika"/>
              <w:spacing w:after="40"/>
            </w:pPr>
            <w:r w:rsidRPr="002370A5">
              <w:t>cigarnice (razred 34)</w:t>
            </w:r>
          </w:p>
          <w:p w:rsidR="00677C99" w:rsidRDefault="00677C99" w:rsidP="00024920">
            <w:pPr>
              <w:pStyle w:val="opombapika"/>
              <w:spacing w:after="40"/>
            </w:pPr>
            <w:r w:rsidRPr="002370A5">
              <w:t>pametne zapestne ure (razred 9);</w:t>
            </w:r>
          </w:p>
          <w:p w:rsidR="00677C99" w:rsidRDefault="00677C99" w:rsidP="00024920">
            <w:pPr>
              <w:pStyle w:val="opombapika"/>
              <w:spacing w:after="40"/>
            </w:pPr>
            <w:r w:rsidRPr="002370A5">
              <w:t>obeski, razen za nakit, obeski za ključe ali verižice za ključe (razred 26)</w:t>
            </w:r>
          </w:p>
          <w:p w:rsidR="00677C99" w:rsidRDefault="00677C99" w:rsidP="00024920">
            <w:pPr>
              <w:pStyle w:val="opombapika"/>
              <w:spacing w:after="40"/>
            </w:pPr>
            <w:r w:rsidRPr="002370A5">
              <w:t>umetniški predmeti, ki niso izdelani iz plemenitih kovin ali prevlečeni z njimi, razvrščeni glede na material, iz katerega so izdelani, na primer umetniški predmeti iz kovine (razred 6),</w:t>
            </w:r>
          </w:p>
          <w:p w:rsidR="00677C99" w:rsidRDefault="00677C99" w:rsidP="00024920">
            <w:pPr>
              <w:pStyle w:val="opombapika"/>
              <w:spacing w:after="40"/>
            </w:pPr>
            <w:r w:rsidRPr="002370A5">
              <w:t xml:space="preserve">kamna, betona ali marmorja (razred 19), </w:t>
            </w:r>
          </w:p>
          <w:p w:rsidR="0087064C" w:rsidRPr="00993A45" w:rsidRDefault="00677C99" w:rsidP="008C16D9">
            <w:pPr>
              <w:pStyle w:val="opombapika"/>
            </w:pPr>
            <w:r w:rsidRPr="002370A5">
              <w:t>lesa, voska, mavca, plastike ali smole (razred 20), porcelana, keramike, lončevine, terakote ali stekla (razred 21)</w:t>
            </w:r>
          </w:p>
        </w:tc>
      </w:tr>
    </w:tbl>
    <w:p w:rsidR="00F875A9" w:rsidRPr="00DF3E45" w:rsidRDefault="00F875A9" w:rsidP="00024920">
      <w:pPr>
        <w:spacing w:after="240"/>
        <w:ind w:left="0" w:firstLine="0"/>
        <w:rPr>
          <w:lang w:val="sl-SI"/>
        </w:rPr>
      </w:pPr>
    </w:p>
    <w:p w:rsidR="00DF3E45" w:rsidRPr="001F500C" w:rsidRDefault="00DF3E45">
      <w:pPr>
        <w:rPr>
          <w:lang w:val="sl-SI"/>
        </w:rPr>
        <w:sectPr w:rsidR="00DF3E45" w:rsidRPr="001F500C" w:rsidSect="00E00425">
          <w:type w:val="continuous"/>
          <w:pgSz w:w="11907" w:h="16840" w:code="9"/>
          <w:pgMar w:top="1418" w:right="1418" w:bottom="1418" w:left="1418" w:header="720" w:footer="720" w:gutter="0"/>
          <w:cols w:space="720"/>
          <w:docGrid w:linePitch="360"/>
        </w:sectPr>
      </w:pPr>
    </w:p>
    <w:p w:rsidR="004611C8" w:rsidRDefault="004611C8" w:rsidP="004611C8">
      <w:r>
        <w:t>140001</w:t>
      </w:r>
      <w:r>
        <w:tab/>
        <w:t>Ahati</w:t>
      </w:r>
    </w:p>
    <w:p w:rsidR="004611C8" w:rsidRDefault="004611C8" w:rsidP="004611C8">
      <w:r>
        <w:t>140002</w:t>
      </w:r>
      <w:r>
        <w:tab/>
        <w:t>Urni kazalci</w:t>
      </w:r>
    </w:p>
    <w:p w:rsidR="004611C8" w:rsidRDefault="004611C8" w:rsidP="004611C8">
      <w:r>
        <w:t>140003</w:t>
      </w:r>
      <w:r>
        <w:tab/>
        <w:t>Ingoti žlahtnih kovin</w:t>
      </w:r>
    </w:p>
    <w:p w:rsidR="004611C8" w:rsidRDefault="004611C8" w:rsidP="004611C8">
      <w:r>
        <w:t>140005</w:t>
      </w:r>
      <w:r>
        <w:tab/>
        <w:t>Biseri iz stisnjenega jantarja</w:t>
      </w:r>
    </w:p>
    <w:p w:rsidR="004611C8" w:rsidRDefault="004611C8" w:rsidP="004611C8">
      <w:r>
        <w:t>140008</w:t>
      </w:r>
      <w:r>
        <w:tab/>
        <w:t>Srebrna nit [nakit]</w:t>
      </w:r>
    </w:p>
    <w:p w:rsidR="004611C8" w:rsidRDefault="004611C8" w:rsidP="004611C8">
      <w:r>
        <w:t>140011</w:t>
      </w:r>
      <w:r>
        <w:tab/>
        <w:t>Ure</w:t>
      </w:r>
    </w:p>
    <w:p w:rsidR="004611C8" w:rsidRDefault="004611C8" w:rsidP="004611C8">
      <w:r>
        <w:t>140013</w:t>
      </w:r>
      <w:r>
        <w:tab/>
        <w:t>Nihala [urarstvo]</w:t>
      </w:r>
    </w:p>
    <w:p w:rsidR="004611C8" w:rsidRDefault="004611C8" w:rsidP="004611C8">
      <w:r>
        <w:t>140014</w:t>
      </w:r>
      <w:r>
        <w:tab/>
        <w:t>Diski za regulacijo časa v urah</w:t>
      </w:r>
    </w:p>
    <w:p w:rsidR="004611C8" w:rsidRDefault="004611C8" w:rsidP="004611C8">
      <w:r>
        <w:t>140016</w:t>
      </w:r>
      <w:r>
        <w:tab/>
        <w:t>Zapestne ure</w:t>
      </w:r>
    </w:p>
    <w:p w:rsidR="004611C8" w:rsidRDefault="004611C8" w:rsidP="004611C8">
      <w:r>
        <w:t>140021</w:t>
      </w:r>
      <w:r>
        <w:tab/>
        <w:t>Številčnice [urarstvo]</w:t>
      </w:r>
    </w:p>
    <w:p w:rsidR="004611C8" w:rsidRDefault="004611C8" w:rsidP="004611C8">
      <w:r>
        <w:t>140022</w:t>
      </w:r>
      <w:r>
        <w:tab/>
        <w:t>Sončne ure</w:t>
      </w:r>
    </w:p>
    <w:p w:rsidR="004611C8" w:rsidRDefault="004611C8" w:rsidP="004611C8">
      <w:r>
        <w:t>140023</w:t>
      </w:r>
      <w:r>
        <w:tab/>
        <w:t>Urni mehanizmi</w:t>
      </w:r>
    </w:p>
    <w:p w:rsidR="004611C8" w:rsidRDefault="004611C8" w:rsidP="004611C8">
      <w:r>
        <w:t>140025</w:t>
      </w:r>
      <w:r>
        <w:tab/>
        <w:t>Verižice za ure</w:t>
      </w:r>
    </w:p>
    <w:p w:rsidR="004611C8" w:rsidRDefault="004611C8" w:rsidP="004611C8">
      <w:r>
        <w:t>140027</w:t>
      </w:r>
      <w:r>
        <w:tab/>
        <w:t>Kronografi</w:t>
      </w:r>
    </w:p>
    <w:p w:rsidR="004611C8" w:rsidRDefault="004611C8" w:rsidP="004611C8">
      <w:r>
        <w:t>140028</w:t>
      </w:r>
      <w:r>
        <w:tab/>
        <w:t>Kronometri</w:t>
      </w:r>
    </w:p>
    <w:p w:rsidR="004611C8" w:rsidRDefault="004611C8" w:rsidP="004611C8">
      <w:r>
        <w:t>140029</w:t>
      </w:r>
      <w:r>
        <w:tab/>
        <w:t>Kronoskopi</w:t>
      </w:r>
    </w:p>
    <w:p w:rsidR="004611C8" w:rsidRDefault="004611C8" w:rsidP="004611C8">
      <w:r>
        <w:lastRenderedPageBreak/>
        <w:t>140030</w:t>
      </w:r>
      <w:r>
        <w:tab/>
        <w:t>Priprave za merjenje časa</w:t>
      </w:r>
    </w:p>
    <w:p w:rsidR="004611C8" w:rsidRDefault="004611C8" w:rsidP="004611C8">
      <w:r>
        <w:t>140032</w:t>
      </w:r>
      <w:r>
        <w:tab/>
        <w:t>Ure, električne</w:t>
      </w:r>
    </w:p>
    <w:p w:rsidR="004611C8" w:rsidRDefault="004611C8" w:rsidP="004611C8">
      <w:r>
        <w:t>140033</w:t>
      </w:r>
      <w:r>
        <w:tab/>
        <w:t>Kravatne sponke</w:t>
      </w:r>
    </w:p>
    <w:p w:rsidR="004611C8" w:rsidRDefault="004611C8" w:rsidP="004611C8">
      <w:r>
        <w:t>140034</w:t>
      </w:r>
      <w:r>
        <w:tab/>
        <w:t>Kovanci</w:t>
      </w:r>
    </w:p>
    <w:p w:rsidR="004611C8" w:rsidRDefault="004611C8" w:rsidP="004611C8">
      <w:r>
        <w:t>140035</w:t>
      </w:r>
      <w:r>
        <w:tab/>
        <w:t>Diamanti</w:t>
      </w:r>
    </w:p>
    <w:p w:rsidR="004611C8" w:rsidRDefault="004611C8" w:rsidP="004611C8">
      <w:r>
        <w:t>140042</w:t>
      </w:r>
      <w:r>
        <w:tab/>
        <w:t>Atomske ure</w:t>
      </w:r>
    </w:p>
    <w:p w:rsidR="004611C8" w:rsidRDefault="004611C8" w:rsidP="004611C8">
      <w:r>
        <w:t>140044</w:t>
      </w:r>
      <w:r>
        <w:tab/>
        <w:t>Ohišja za ure</w:t>
      </w:r>
    </w:p>
    <w:p w:rsidR="004611C8" w:rsidRDefault="004611C8" w:rsidP="004611C8">
      <w:r>
        <w:t>140045</w:t>
      </w:r>
      <w:r>
        <w:tab/>
        <w:t>Iridij</w:t>
      </w:r>
    </w:p>
    <w:p w:rsidR="004611C8" w:rsidRDefault="004611C8" w:rsidP="004611C8">
      <w:r>
        <w:t>140047</w:t>
      </w:r>
      <w:r>
        <w:tab/>
        <w:t>Okraski iz gagata</w:t>
      </w:r>
    </w:p>
    <w:p w:rsidR="004611C8" w:rsidRDefault="004611C8" w:rsidP="004611C8">
      <w:r>
        <w:t>140048</w:t>
      </w:r>
      <w:r>
        <w:tab/>
        <w:t>Gagat, neobdelan ali pol obdelan</w:t>
      </w:r>
    </w:p>
    <w:p w:rsidR="004611C8" w:rsidRDefault="004611C8" w:rsidP="004611C8">
      <w:r>
        <w:t>140049</w:t>
      </w:r>
      <w:r>
        <w:tab/>
        <w:t>Bakreni žetoni</w:t>
      </w:r>
    </w:p>
    <w:p w:rsidR="004611C8" w:rsidRDefault="004611C8" w:rsidP="004611C8">
      <w:r>
        <w:t>140052</w:t>
      </w:r>
      <w:r>
        <w:tab/>
        <w:t>Medalje</w:t>
      </w:r>
    </w:p>
    <w:p w:rsidR="004611C8" w:rsidRDefault="004611C8" w:rsidP="004611C8">
      <w:r>
        <w:t>140055</w:t>
      </w:r>
      <w:r>
        <w:tab/>
        <w:t>Žlahtne kovine, neobdelane ali polobdelane</w:t>
      </w:r>
    </w:p>
    <w:p w:rsidR="004611C8" w:rsidRDefault="004611C8" w:rsidP="004611C8">
      <w:r>
        <w:t>140057</w:t>
      </w:r>
      <w:r>
        <w:tab/>
        <w:t>Ročne ure</w:t>
      </w:r>
    </w:p>
    <w:p w:rsidR="004611C8" w:rsidRDefault="004611C8" w:rsidP="004611C8">
      <w:r>
        <w:t>140058</w:t>
      </w:r>
      <w:r>
        <w:tab/>
        <w:t>Vzmeti za ure</w:t>
      </w:r>
    </w:p>
    <w:p w:rsidR="004611C8" w:rsidRDefault="004611C8" w:rsidP="004611C8">
      <w:r>
        <w:t>140060</w:t>
      </w:r>
      <w:r>
        <w:tab/>
        <w:t>Mehanizmi za ure</w:t>
      </w:r>
    </w:p>
    <w:p w:rsidR="004611C8" w:rsidRDefault="004611C8" w:rsidP="004611C8">
      <w:r>
        <w:t>140063</w:t>
      </w:r>
      <w:r>
        <w:tab/>
        <w:t>Zlato, surovo ali obdelano</w:t>
      </w:r>
    </w:p>
    <w:p w:rsidR="004611C8" w:rsidRDefault="004611C8" w:rsidP="004611C8">
      <w:r>
        <w:t>140066</w:t>
      </w:r>
      <w:r>
        <w:tab/>
        <w:t>Osmij</w:t>
      </w:r>
    </w:p>
    <w:p w:rsidR="004611C8" w:rsidRDefault="004611C8" w:rsidP="004611C8">
      <w:r>
        <w:t>140067</w:t>
      </w:r>
      <w:r>
        <w:tab/>
        <w:t>Paladij</w:t>
      </w:r>
    </w:p>
    <w:p w:rsidR="004611C8" w:rsidRDefault="004611C8" w:rsidP="004611C8">
      <w:r>
        <w:t>140069</w:t>
      </w:r>
      <w:r>
        <w:tab/>
        <w:t>Okrasne igle (nakit)</w:t>
      </w:r>
    </w:p>
    <w:p w:rsidR="004611C8" w:rsidRDefault="004611C8" w:rsidP="004611C8">
      <w:r>
        <w:t>140073</w:t>
      </w:r>
      <w:r>
        <w:tab/>
        <w:t>Poldragi kamni</w:t>
      </w:r>
    </w:p>
    <w:p w:rsidR="004611C8" w:rsidRDefault="004611C8" w:rsidP="004611C8">
      <w:r>
        <w:t>140074</w:t>
      </w:r>
      <w:r>
        <w:tab/>
        <w:t>Kamni za nakit</w:t>
      </w:r>
    </w:p>
    <w:p w:rsidR="004611C8" w:rsidRDefault="004611C8" w:rsidP="004611C8">
      <w:r>
        <w:t>140075</w:t>
      </w:r>
      <w:r>
        <w:tab/>
        <w:t>Platina [kovina]</w:t>
      </w:r>
    </w:p>
    <w:p w:rsidR="004611C8" w:rsidRDefault="004611C8" w:rsidP="004611C8">
      <w:r>
        <w:t>140082</w:t>
      </w:r>
      <w:r>
        <w:tab/>
        <w:t>Budilke</w:t>
      </w:r>
    </w:p>
    <w:p w:rsidR="004611C8" w:rsidRDefault="004611C8" w:rsidP="004611C8">
      <w:r>
        <w:t>140083</w:t>
      </w:r>
      <w:r>
        <w:tab/>
        <w:t>Rodij</w:t>
      </w:r>
    </w:p>
    <w:p w:rsidR="004611C8" w:rsidRDefault="004611C8" w:rsidP="004611C8">
      <w:r>
        <w:t>140085</w:t>
      </w:r>
      <w:r>
        <w:tab/>
        <w:t>Rutenij</w:t>
      </w:r>
    </w:p>
    <w:p w:rsidR="004611C8" w:rsidRDefault="004611C8" w:rsidP="004611C8">
      <w:r>
        <w:t>140095</w:t>
      </w:r>
      <w:r>
        <w:tab/>
        <w:t>Spinel [drag kamen]</w:t>
      </w:r>
    </w:p>
    <w:p w:rsidR="004611C8" w:rsidRDefault="004611C8" w:rsidP="004611C8">
      <w:r>
        <w:t>140096</w:t>
      </w:r>
      <w:r>
        <w:tab/>
        <w:t>Kipi iz plemenitih kovin</w:t>
      </w:r>
    </w:p>
    <w:p w:rsidR="004611C8" w:rsidRDefault="004611C8" w:rsidP="004611C8">
      <w:r>
        <w:t>140104</w:t>
      </w:r>
      <w:r>
        <w:tab/>
        <w:t>Zlitine iz plemenitih kovin</w:t>
      </w:r>
    </w:p>
    <w:p w:rsidR="004611C8" w:rsidRDefault="004611C8" w:rsidP="004611C8">
      <w:r>
        <w:t>140106</w:t>
      </w:r>
      <w:r>
        <w:tab/>
        <w:t>Kotve [urarstvo]</w:t>
      </w:r>
    </w:p>
    <w:p w:rsidR="004611C8" w:rsidRDefault="004611C8" w:rsidP="004611C8">
      <w:r>
        <w:t>140109</w:t>
      </w:r>
      <w:r>
        <w:tab/>
        <w:t>Umetniška dela iz plemenitih kovin</w:t>
      </w:r>
    </w:p>
    <w:p w:rsidR="004611C8" w:rsidRDefault="004611C8" w:rsidP="004611C8">
      <w:r>
        <w:t>140113</w:t>
      </w:r>
      <w:r>
        <w:tab/>
        <w:t>Škatle iz plemenitih kovin</w:t>
      </w:r>
    </w:p>
    <w:p w:rsidR="004611C8" w:rsidRDefault="004611C8" w:rsidP="004611C8">
      <w:r>
        <w:t>140118</w:t>
      </w:r>
      <w:r>
        <w:tab/>
        <w:t>Uhani</w:t>
      </w:r>
    </w:p>
    <w:p w:rsidR="004611C8" w:rsidRDefault="004611C8" w:rsidP="004611C8">
      <w:r>
        <w:t>140122</w:t>
      </w:r>
      <w:r>
        <w:tab/>
        <w:t>Manšetni gumbi</w:t>
      </w:r>
    </w:p>
    <w:p w:rsidR="004611C8" w:rsidRPr="003834FA" w:rsidRDefault="004611C8" w:rsidP="004611C8">
      <w:pPr>
        <w:rPr>
          <w:lang w:val="fr-FR"/>
        </w:rPr>
      </w:pPr>
      <w:r>
        <w:t>140123</w:t>
      </w:r>
      <w:r>
        <w:tab/>
      </w:r>
      <w:r w:rsidRPr="003834FA">
        <w:rPr>
          <w:lang w:val="fr-FR"/>
        </w:rPr>
        <w:t>Doprsni kipi (sohe) iz plemenitih kovin</w:t>
      </w:r>
    </w:p>
    <w:p w:rsidR="004611C8" w:rsidRDefault="004611C8" w:rsidP="004611C8">
      <w:r>
        <w:t>140144</w:t>
      </w:r>
      <w:r>
        <w:tab/>
        <w:t>Ohišja za ročne ure</w:t>
      </w:r>
    </w:p>
    <w:p w:rsidR="004611C8" w:rsidRDefault="004611C8" w:rsidP="004611C8">
      <w:r>
        <w:t>140145</w:t>
      </w:r>
      <w:r>
        <w:tab/>
        <w:t>Predstavitvene škatlice za ročne ure</w:t>
      </w:r>
    </w:p>
    <w:p w:rsidR="004611C8" w:rsidRDefault="004611C8" w:rsidP="004611C8">
      <w:r>
        <w:t>140151</w:t>
      </w:r>
      <w:r>
        <w:tab/>
        <w:t>Kravatne igle</w:t>
      </w:r>
    </w:p>
    <w:p w:rsidR="004611C8" w:rsidRDefault="004611C8" w:rsidP="004611C8">
      <w:r>
        <w:t>140152</w:t>
      </w:r>
      <w:r>
        <w:tab/>
        <w:t>Značke iz plemenitih kovin</w:t>
      </w:r>
    </w:p>
    <w:p w:rsidR="004611C8" w:rsidRDefault="004611C8" w:rsidP="004611C8">
      <w:r>
        <w:t>140163</w:t>
      </w:r>
      <w:r>
        <w:tab/>
        <w:t>Srebro, neobdelano ali tolčeno</w:t>
      </w:r>
    </w:p>
    <w:p w:rsidR="004611C8" w:rsidRDefault="004611C8" w:rsidP="004611C8">
      <w:r>
        <w:t>140164</w:t>
      </w:r>
      <w:r>
        <w:tab/>
        <w:t>Štoparice</w:t>
      </w:r>
    </w:p>
    <w:p w:rsidR="004611C8" w:rsidRDefault="004611C8" w:rsidP="004611C8">
      <w:r>
        <w:t>140171</w:t>
      </w:r>
      <w:r>
        <w:tab/>
        <w:t>Nakit z rezom cabochon</w:t>
      </w:r>
    </w:p>
    <w:p w:rsidR="004611C8" w:rsidRDefault="004611C8" w:rsidP="004611C8">
      <w:r>
        <w:t>140172</w:t>
      </w:r>
      <w:r>
        <w:tab/>
        <w:t>Obročki iz žlahtnih kovin za ključe</w:t>
      </w:r>
    </w:p>
    <w:p w:rsidR="004611C8" w:rsidRDefault="004611C8" w:rsidP="004611C8">
      <w:r>
        <w:t>140174</w:t>
      </w:r>
      <w:r>
        <w:tab/>
        <w:t>Kazalci za ročne ure</w:t>
      </w:r>
    </w:p>
    <w:p w:rsidR="004611C8" w:rsidRDefault="004611C8" w:rsidP="004611C8">
      <w:r>
        <w:t>140175</w:t>
      </w:r>
      <w:r>
        <w:tab/>
        <w:t>Misbaha [molilne kroglice]</w:t>
      </w:r>
    </w:p>
    <w:p w:rsidR="004611C8" w:rsidRDefault="004611C8" w:rsidP="004611C8">
      <w:r>
        <w:t>140183</w:t>
      </w:r>
      <w:r>
        <w:tab/>
        <w:t>Spominski pokali kot kiparska dela, izdelani iz žlahtnih kovin</w:t>
      </w:r>
    </w:p>
    <w:p w:rsidR="004611C8" w:rsidRDefault="004611C8" w:rsidP="004611C8">
      <w:r>
        <w:t>140184</w:t>
      </w:r>
      <w:r>
        <w:tab/>
        <w:t>Pokali iz žlahtnih kovin</w:t>
      </w:r>
    </w:p>
    <w:p w:rsidR="004611C8" w:rsidRDefault="004611C8" w:rsidP="004611C8">
      <w:r>
        <w:t>140185</w:t>
      </w:r>
      <w:r>
        <w:tab/>
        <w:t>Ploščice iz žlahtnih kovin za šivanje na oblačila</w:t>
      </w:r>
    </w:p>
    <w:p w:rsidR="004611C8" w:rsidRDefault="004611C8" w:rsidP="004611C8">
      <w:r>
        <w:t>140186</w:t>
      </w:r>
      <w:r>
        <w:tab/>
        <w:t>Ovratni trakovi za ključe</w:t>
      </w:r>
    </w:p>
    <w:p w:rsidR="004611C8" w:rsidRDefault="004611C8" w:rsidP="004611C8">
      <w:r>
        <w:t>140188</w:t>
      </w:r>
      <w:r>
        <w:tab/>
        <w:t>Šahovske ure</w:t>
      </w:r>
    </w:p>
    <w:p w:rsidR="004611C8" w:rsidRDefault="004611C8" w:rsidP="004611C8">
      <w:r>
        <w:t>140189</w:t>
      </w:r>
      <w:r>
        <w:tab/>
        <w:t>Nihala za jasnovidno napovedovanje</w:t>
      </w:r>
    </w:p>
    <w:p w:rsidR="00DF3E45" w:rsidRDefault="00DF3E45">
      <w:pPr>
        <w:pStyle w:val="Naslov1"/>
        <w:sectPr w:rsidR="00DF3E45" w:rsidSect="00E00425">
          <w:type w:val="continuous"/>
          <w:pgSz w:w="11907" w:h="16840" w:code="9"/>
          <w:pgMar w:top="1418" w:right="1418" w:bottom="1418" w:left="1418" w:header="720" w:footer="720" w:gutter="0"/>
          <w:cols w:num="2" w:space="720"/>
          <w:docGrid w:linePitch="360"/>
        </w:sectPr>
      </w:pPr>
    </w:p>
    <w:p w:rsidR="00DF3E45" w:rsidRPr="00B13099" w:rsidRDefault="00DF3E45" w:rsidP="00024920">
      <w:pPr>
        <w:pStyle w:val="Naslov1"/>
        <w:spacing w:before="720"/>
        <w:rPr>
          <w:lang w:val="sl-SI" w:eastAsia="sl-SI"/>
        </w:rPr>
      </w:pPr>
      <w:r w:rsidRPr="00B13099">
        <w:rPr>
          <w:lang w:val="sl-SI" w:eastAsia="sl-SI"/>
        </w:rPr>
        <w:t xml:space="preserve">Razred 15 </w:t>
      </w:r>
    </w:p>
    <w:p w:rsidR="00DF3E45" w:rsidRDefault="00DF3E45" w:rsidP="0087064C">
      <w:pPr>
        <w:pStyle w:val="Naslov2"/>
        <w:rPr>
          <w:lang w:val="sl-SI" w:eastAsia="sl-SI"/>
        </w:rPr>
      </w:pPr>
      <w:r w:rsidRPr="00B13099">
        <w:rPr>
          <w:lang w:val="sl-SI" w:eastAsia="sl-SI"/>
        </w:rPr>
        <w:t>Glasbeni inštrumenti; glasbila; stojala za note in stojala za glasbila; dirigentske palice.</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87064C" w:rsidRPr="00D85EAF" w:rsidTr="00CF2B9C">
        <w:trPr>
          <w:trHeight w:val="143"/>
          <w:tblHeader/>
        </w:trPr>
        <w:tc>
          <w:tcPr>
            <w:tcW w:w="9493" w:type="dxa"/>
            <w:gridSpan w:val="2"/>
            <w:shd w:val="clear" w:color="auto" w:fill="F2F2F2" w:themeFill="background1" w:themeFillShade="F2"/>
            <w:vAlign w:val="center"/>
          </w:tcPr>
          <w:p w:rsidR="0087064C" w:rsidRPr="00677C99" w:rsidRDefault="0087064C" w:rsidP="00CF2B9C">
            <w:pPr>
              <w:pStyle w:val="opomba"/>
              <w:rPr>
                <w:b/>
              </w:rPr>
            </w:pPr>
            <w:r w:rsidRPr="00677C99">
              <w:rPr>
                <w:b/>
              </w:rPr>
              <w:t xml:space="preserve">RAZRED </w:t>
            </w:r>
            <w:r w:rsidR="00677C99" w:rsidRPr="00677C99">
              <w:rPr>
                <w:b/>
              </w:rPr>
              <w:t>15</w:t>
            </w:r>
            <w:r w:rsidRPr="00677C99">
              <w:rPr>
                <w:b/>
              </w:rPr>
              <w:t xml:space="preserve"> - pojasnjevalne opombe</w:t>
            </w:r>
          </w:p>
        </w:tc>
      </w:tr>
      <w:tr w:rsidR="0087064C" w:rsidRPr="00D85EAF" w:rsidTr="00CF2B9C">
        <w:trPr>
          <w:trHeight w:val="390"/>
        </w:trPr>
        <w:tc>
          <w:tcPr>
            <w:tcW w:w="9493" w:type="dxa"/>
            <w:gridSpan w:val="2"/>
            <w:shd w:val="clear" w:color="auto" w:fill="F2F2F2" w:themeFill="background1" w:themeFillShade="F2"/>
            <w:vAlign w:val="center"/>
          </w:tcPr>
          <w:p w:rsidR="0087064C" w:rsidRPr="00993A45" w:rsidRDefault="00677C99" w:rsidP="00CF2B9C">
            <w:pPr>
              <w:pStyle w:val="opomba"/>
            </w:pPr>
            <w:r w:rsidRPr="00703549">
              <w:t>Razred 15 vključuje predvsem glasbila, njihove dele in pribor.</w:t>
            </w:r>
          </w:p>
        </w:tc>
      </w:tr>
      <w:tr w:rsidR="0087064C" w:rsidRPr="00D85EAF" w:rsidTr="00677C99">
        <w:trPr>
          <w:trHeight w:val="3586"/>
        </w:trPr>
        <w:tc>
          <w:tcPr>
            <w:tcW w:w="4746" w:type="dxa"/>
            <w:shd w:val="clear" w:color="auto" w:fill="F2F2F2" w:themeFill="background1" w:themeFillShade="F2"/>
          </w:tcPr>
          <w:p w:rsidR="0087064C" w:rsidRPr="00993A45" w:rsidRDefault="0087064C" w:rsidP="00CF2B9C">
            <w:pPr>
              <w:pStyle w:val="opomba"/>
            </w:pPr>
            <w:r w:rsidRPr="00D85EAF">
              <w:t>V ta razred so vključeni zlasti:</w:t>
            </w:r>
          </w:p>
          <w:p w:rsidR="00677C99" w:rsidRDefault="00677C99" w:rsidP="008C16D9">
            <w:pPr>
              <w:pStyle w:val="opombapika"/>
            </w:pPr>
            <w:r w:rsidRPr="003270CA">
              <w:t>mehanična glasbila in njihovi dodatki, na primer lajne, mehanski klavirji, regulatorji jakosti za mehanske klavirje, robotski bobni</w:t>
            </w:r>
          </w:p>
          <w:p w:rsidR="00677C99" w:rsidRDefault="00677C99" w:rsidP="008C16D9">
            <w:pPr>
              <w:pStyle w:val="opombapika"/>
            </w:pPr>
            <w:r w:rsidRPr="003270CA">
              <w:t>glasbene skrinjice;</w:t>
            </w:r>
          </w:p>
          <w:p w:rsidR="0087064C" w:rsidRPr="00993A45" w:rsidRDefault="00677C99" w:rsidP="008C16D9">
            <w:pPr>
              <w:pStyle w:val="opombapika"/>
            </w:pPr>
            <w:r w:rsidRPr="003270CA">
              <w:t>električni in elektronski glasbeni instrumenti</w:t>
            </w:r>
            <w:r>
              <w:t xml:space="preserve"> </w:t>
            </w:r>
            <w:r w:rsidRPr="003270CA">
              <w:t>strune, jezički, klini in pedala za glasbila</w:t>
            </w:r>
            <w:r>
              <w:t xml:space="preserve"> </w:t>
            </w:r>
            <w:r w:rsidRPr="003270CA">
              <w:t>vilice za uglaševanje, kladiva za uglaševanje</w:t>
            </w:r>
            <w:r>
              <w:t xml:space="preserve"> </w:t>
            </w:r>
            <w:r w:rsidRPr="003270CA">
              <w:t>kolofonija za glasbila s strunami</w:t>
            </w:r>
          </w:p>
        </w:tc>
        <w:tc>
          <w:tcPr>
            <w:tcW w:w="4747" w:type="dxa"/>
            <w:shd w:val="clear" w:color="auto" w:fill="F2F2F2" w:themeFill="background1" w:themeFillShade="F2"/>
          </w:tcPr>
          <w:p w:rsidR="0087064C" w:rsidRPr="00993A45" w:rsidRDefault="0087064C" w:rsidP="00CF2B9C">
            <w:pPr>
              <w:pStyle w:val="opomba"/>
            </w:pPr>
            <w:r w:rsidRPr="00D85EAF">
              <w:t>V ta razred niso vključeni zlasti:</w:t>
            </w:r>
          </w:p>
          <w:p w:rsidR="00677C99" w:rsidRDefault="00677C99" w:rsidP="008C16D9">
            <w:pPr>
              <w:pStyle w:val="opombapika"/>
            </w:pPr>
            <w:r w:rsidRPr="003270CA">
              <w:t>aparati za snemanje, prenos, ojačanje in reprodukcijo zvoka, na primer, enote z električnimi in elektronskimi efekti za glasbila, wah-wah pedala, avdio vmesniki, avdio mešalne mize, izenačevalniki kot avdio aparati, globokotonci (razred 9)</w:t>
            </w:r>
          </w:p>
          <w:p w:rsidR="00677C99" w:rsidRDefault="00677C99" w:rsidP="008C16D9">
            <w:pPr>
              <w:pStyle w:val="opombapika"/>
            </w:pPr>
            <w:r w:rsidRPr="003270CA">
              <w:t xml:space="preserve">prenosljive elektronske note (razred 9), </w:t>
            </w:r>
          </w:p>
          <w:p w:rsidR="00677C99" w:rsidRDefault="00677C99" w:rsidP="008C16D9">
            <w:pPr>
              <w:pStyle w:val="opombapika"/>
            </w:pPr>
            <w:r w:rsidRPr="003270CA">
              <w:t>tiskane note (razred 16)</w:t>
            </w:r>
          </w:p>
          <w:p w:rsidR="00677C99" w:rsidRDefault="00677C99" w:rsidP="008C16D9">
            <w:pPr>
              <w:pStyle w:val="opombapika"/>
            </w:pPr>
            <w:r w:rsidRPr="003270CA">
              <w:t>prenosljive glasbene datoteke (razred 9)</w:t>
            </w:r>
          </w:p>
          <w:p w:rsidR="00677C99" w:rsidRDefault="00677C99" w:rsidP="008C16D9">
            <w:pPr>
              <w:pStyle w:val="opombapika"/>
            </w:pPr>
            <w:r w:rsidRPr="003270CA">
              <w:t>glasbeni jukeboxi (razred 9)</w:t>
            </w:r>
          </w:p>
          <w:p w:rsidR="00677C99" w:rsidRDefault="00677C99" w:rsidP="008C16D9">
            <w:pPr>
              <w:pStyle w:val="opombapika"/>
            </w:pPr>
            <w:r w:rsidRPr="003270CA">
              <w:t>metronomi (razred 9)</w:t>
            </w:r>
          </w:p>
          <w:p w:rsidR="0087064C" w:rsidRPr="00993A45" w:rsidRDefault="00677C99" w:rsidP="008C16D9">
            <w:pPr>
              <w:pStyle w:val="opombapika"/>
            </w:pPr>
            <w:r w:rsidRPr="003270CA">
              <w:t>glasbene voščilnice (razred 16)</w:t>
            </w:r>
          </w:p>
        </w:tc>
      </w:tr>
    </w:tbl>
    <w:p w:rsidR="00F875A9" w:rsidRDefault="00F875A9" w:rsidP="00677C99">
      <w:pPr>
        <w:spacing w:after="360"/>
        <w:ind w:left="0" w:firstLine="0"/>
      </w:pPr>
    </w:p>
    <w:p w:rsidR="00DF3E45" w:rsidRDefault="00DF3E45">
      <w:pPr>
        <w:sectPr w:rsidR="00DF3E45" w:rsidSect="00E00425">
          <w:type w:val="continuous"/>
          <w:pgSz w:w="11907" w:h="16840" w:code="9"/>
          <w:pgMar w:top="1418" w:right="1418" w:bottom="1418" w:left="1418" w:header="720" w:footer="720" w:gutter="0"/>
          <w:cols w:space="720"/>
          <w:docGrid w:linePitch="360"/>
        </w:sectPr>
      </w:pPr>
    </w:p>
    <w:p w:rsidR="004611C8" w:rsidRDefault="004611C8" w:rsidP="004611C8">
      <w:r>
        <w:lastRenderedPageBreak/>
        <w:t>150001</w:t>
      </w:r>
      <w:r>
        <w:tab/>
        <w:t>Harmonike</w:t>
      </w:r>
    </w:p>
    <w:p w:rsidR="004611C8" w:rsidRDefault="004611C8" w:rsidP="004611C8">
      <w:r>
        <w:t>150002</w:t>
      </w:r>
      <w:r>
        <w:tab/>
        <w:t>Uglaševalna kladivca</w:t>
      </w:r>
    </w:p>
    <w:p w:rsidR="004611C8" w:rsidRDefault="004611C8" w:rsidP="004611C8">
      <w:r>
        <w:t>150003</w:t>
      </w:r>
      <w:r>
        <w:tab/>
        <w:t>Ustniki</w:t>
      </w:r>
    </w:p>
    <w:p w:rsidR="004611C8" w:rsidRDefault="004611C8" w:rsidP="004611C8">
      <w:r>
        <w:t>150004</w:t>
      </w:r>
      <w:r>
        <w:tab/>
        <w:t>Godalni loki za glasbene inštrumente</w:t>
      </w:r>
    </w:p>
    <w:p w:rsidR="004611C8" w:rsidRDefault="004611C8" w:rsidP="004611C8">
      <w:r>
        <w:t>150005</w:t>
      </w:r>
      <w:r>
        <w:tab/>
        <w:t>Žabice za godalne glasbene inštrumente</w:t>
      </w:r>
    </w:p>
    <w:p w:rsidR="004611C8" w:rsidRDefault="004611C8" w:rsidP="004611C8">
      <w:r>
        <w:t>150006</w:t>
      </w:r>
      <w:r>
        <w:tab/>
        <w:t>Palice za godalne loke za glasbene inštrumente</w:t>
      </w:r>
    </w:p>
    <w:p w:rsidR="004611C8" w:rsidRDefault="004611C8" w:rsidP="004611C8">
      <w:r>
        <w:t>150007</w:t>
      </w:r>
      <w:r>
        <w:tab/>
        <w:t>Konjska žima za loke glasbenih inštrumentov</w:t>
      </w:r>
    </w:p>
    <w:p w:rsidR="004611C8" w:rsidRDefault="004611C8" w:rsidP="004611C8">
      <w:r>
        <w:t>150008</w:t>
      </w:r>
      <w:r>
        <w:tab/>
        <w:t>Klavirji</w:t>
      </w:r>
    </w:p>
    <w:p w:rsidR="004611C8" w:rsidRDefault="004611C8" w:rsidP="004611C8">
      <w:r>
        <w:t>150009</w:t>
      </w:r>
      <w:r>
        <w:tab/>
        <w:t>Dirigentske paličice, taktirke</w:t>
      </w:r>
    </w:p>
    <w:p w:rsidR="004611C8" w:rsidRDefault="004611C8" w:rsidP="004611C8">
      <w:r>
        <w:t>150010</w:t>
      </w:r>
      <w:r>
        <w:tab/>
        <w:t>Bobnarske palice</w:t>
      </w:r>
    </w:p>
    <w:p w:rsidR="004611C8" w:rsidRDefault="004611C8" w:rsidP="004611C8">
      <w:r>
        <w:t>150011</w:t>
      </w:r>
      <w:r>
        <w:tab/>
        <w:t>Bandoneoni</w:t>
      </w:r>
    </w:p>
    <w:p w:rsidR="004611C8" w:rsidRDefault="004611C8" w:rsidP="004611C8">
      <w:r>
        <w:t>150012</w:t>
      </w:r>
      <w:r>
        <w:tab/>
        <w:t>Lajne</w:t>
      </w:r>
    </w:p>
    <w:p w:rsidR="004611C8" w:rsidRDefault="004611C8" w:rsidP="004611C8">
      <w:r>
        <w:t>150013</w:t>
      </w:r>
      <w:r>
        <w:tab/>
        <w:t>Basi [glasbeni inštrumenti]</w:t>
      </w:r>
    </w:p>
    <w:p w:rsidR="004611C8" w:rsidRDefault="004611C8" w:rsidP="004611C8">
      <w:r>
        <w:t>150014</w:t>
      </w:r>
      <w:r>
        <w:tab/>
        <w:t>Orglice</w:t>
      </w:r>
    </w:p>
    <w:p w:rsidR="004611C8" w:rsidRDefault="004611C8" w:rsidP="004611C8">
      <w:r>
        <w:t>150015</w:t>
      </w:r>
      <w:r>
        <w:tab/>
        <w:t>Strune iz črev (katgut) za glasbene inštrumente</w:t>
      </w:r>
    </w:p>
    <w:p w:rsidR="004611C8" w:rsidRDefault="004611C8" w:rsidP="004611C8">
      <w:r>
        <w:t>150016</w:t>
      </w:r>
      <w:r>
        <w:tab/>
        <w:t>Buccini [trobente]</w:t>
      </w:r>
    </w:p>
    <w:p w:rsidR="004611C8" w:rsidRDefault="004611C8" w:rsidP="004611C8">
      <w:r>
        <w:t>150017</w:t>
      </w:r>
      <w:r>
        <w:tab/>
        <w:t>Zvonovi [glasbeni inštrumenti]</w:t>
      </w:r>
    </w:p>
    <w:p w:rsidR="004611C8" w:rsidRDefault="004611C8" w:rsidP="004611C8">
      <w:r>
        <w:t>150018</w:t>
      </w:r>
      <w:r>
        <w:tab/>
        <w:t>Kastanjete</w:t>
      </w:r>
    </w:p>
    <w:p w:rsidR="004611C8" w:rsidRDefault="004611C8" w:rsidP="004611C8">
      <w:r>
        <w:t>150019</w:t>
      </w:r>
      <w:r>
        <w:tab/>
        <w:t>Kitajski klobuki [glasbeni inštrumenti]</w:t>
      </w:r>
    </w:p>
    <w:p w:rsidR="004611C8" w:rsidRDefault="004611C8" w:rsidP="004611C8">
      <w:r>
        <w:t>150020</w:t>
      </w:r>
      <w:r>
        <w:tab/>
        <w:t>Stojala za pavke</w:t>
      </w:r>
    </w:p>
    <w:p w:rsidR="004611C8" w:rsidRDefault="004611C8" w:rsidP="004611C8">
      <w:r>
        <w:t>150021</w:t>
      </w:r>
      <w:r>
        <w:tab/>
        <w:t>Vijaki za glasbene inštrumente</w:t>
      </w:r>
    </w:p>
    <w:p w:rsidR="004611C8" w:rsidRDefault="004611C8" w:rsidP="004611C8">
      <w:r>
        <w:t>150022</w:t>
      </w:r>
      <w:r>
        <w:tab/>
        <w:t>Citre</w:t>
      </w:r>
    </w:p>
    <w:p w:rsidR="004611C8" w:rsidRDefault="004611C8" w:rsidP="004611C8">
      <w:r>
        <w:t>150023</w:t>
      </w:r>
      <w:r>
        <w:tab/>
        <w:t>Klarineti</w:t>
      </w:r>
    </w:p>
    <w:p w:rsidR="004611C8" w:rsidRDefault="004611C8" w:rsidP="004611C8">
      <w:r>
        <w:t>150024</w:t>
      </w:r>
      <w:r>
        <w:tab/>
        <w:t>Klaviature za glasbene inštrumente</w:t>
      </w:r>
    </w:p>
    <w:p w:rsidR="004611C8" w:rsidRDefault="004611C8" w:rsidP="004611C8">
      <w:r>
        <w:t>150025</w:t>
      </w:r>
      <w:r>
        <w:tab/>
        <w:t>Glasbila</w:t>
      </w:r>
    </w:p>
    <w:p w:rsidR="004611C8" w:rsidRDefault="004611C8" w:rsidP="004611C8">
      <w:r>
        <w:t>150026</w:t>
      </w:r>
      <w:r>
        <w:tab/>
        <w:t>Kromatične harmonike</w:t>
      </w:r>
    </w:p>
    <w:p w:rsidR="004611C8" w:rsidRDefault="004611C8" w:rsidP="004611C8">
      <w:r>
        <w:t>150027</w:t>
      </w:r>
      <w:r>
        <w:tab/>
        <w:t>Kontrabasi</w:t>
      </w:r>
    </w:p>
    <w:p w:rsidR="004611C8" w:rsidRDefault="004611C8" w:rsidP="004611C8">
      <w:r>
        <w:t>150028</w:t>
      </w:r>
      <w:r>
        <w:tab/>
        <w:t>Strune za glasbene inštrumente</w:t>
      </w:r>
    </w:p>
    <w:p w:rsidR="004611C8" w:rsidRDefault="004611C8" w:rsidP="004611C8">
      <w:r>
        <w:t>150029</w:t>
      </w:r>
      <w:r>
        <w:tab/>
        <w:t>Godala</w:t>
      </w:r>
    </w:p>
    <w:p w:rsidR="004611C8" w:rsidRDefault="004611C8" w:rsidP="004611C8">
      <w:r>
        <w:t>150030</w:t>
      </w:r>
      <w:r>
        <w:tab/>
        <w:t>Rogovi [glasbeni inštrumenti]</w:t>
      </w:r>
    </w:p>
    <w:p w:rsidR="004611C8" w:rsidRDefault="004611C8" w:rsidP="004611C8">
      <w:r>
        <w:t>150031</w:t>
      </w:r>
      <w:r>
        <w:tab/>
        <w:t>Korneti [glasbeni inštrumenti]</w:t>
      </w:r>
    </w:p>
    <w:p w:rsidR="004611C8" w:rsidRDefault="004611C8" w:rsidP="004611C8">
      <w:r>
        <w:t>150032</w:t>
      </w:r>
      <w:r>
        <w:tab/>
        <w:t>Činele</w:t>
      </w:r>
    </w:p>
    <w:p w:rsidR="004611C8" w:rsidRDefault="004611C8" w:rsidP="004611C8">
      <w:r>
        <w:t>150033</w:t>
      </w:r>
      <w:r>
        <w:tab/>
        <w:t>Glasbene vilice</w:t>
      </w:r>
    </w:p>
    <w:p w:rsidR="004611C8" w:rsidRDefault="004611C8" w:rsidP="004611C8">
      <w:r>
        <w:t>150034</w:t>
      </w:r>
      <w:r>
        <w:tab/>
        <w:t>Ustniki za glasbene inštrumente</w:t>
      </w:r>
    </w:p>
    <w:p w:rsidR="004611C8" w:rsidRDefault="004611C8" w:rsidP="004611C8">
      <w:r>
        <w:t>150035</w:t>
      </w:r>
      <w:r>
        <w:tab/>
        <w:t>Kovčki za glasbene inštrumente</w:t>
      </w:r>
    </w:p>
    <w:p w:rsidR="004611C8" w:rsidRDefault="004611C8" w:rsidP="004611C8">
      <w:r>
        <w:t>150036</w:t>
      </w:r>
      <w:r>
        <w:tab/>
        <w:t>Flavte</w:t>
      </w:r>
    </w:p>
    <w:p w:rsidR="004611C8" w:rsidRDefault="004611C8" w:rsidP="004611C8">
      <w:r>
        <w:t>150037</w:t>
      </w:r>
      <w:r>
        <w:tab/>
        <w:t>Gongi</w:t>
      </w:r>
    </w:p>
    <w:p w:rsidR="004611C8" w:rsidRDefault="004611C8" w:rsidP="004611C8">
      <w:r>
        <w:t>150038</w:t>
      </w:r>
      <w:r>
        <w:tab/>
        <w:t>Dromlje [glasbeni inštrumenti]</w:t>
      </w:r>
    </w:p>
    <w:p w:rsidR="004611C8" w:rsidRDefault="004611C8" w:rsidP="004611C8">
      <w:r>
        <w:t>150039</w:t>
      </w:r>
      <w:r>
        <w:tab/>
        <w:t>Kitare</w:t>
      </w:r>
    </w:p>
    <w:p w:rsidR="004611C8" w:rsidRDefault="004611C8" w:rsidP="004611C8">
      <w:r>
        <w:t>150040</w:t>
      </w:r>
      <w:r>
        <w:tab/>
        <w:t>Harmoniji</w:t>
      </w:r>
    </w:p>
    <w:p w:rsidR="004611C8" w:rsidRDefault="004611C8" w:rsidP="004611C8">
      <w:r>
        <w:t>150041</w:t>
      </w:r>
      <w:r>
        <w:tab/>
        <w:t>Harfe</w:t>
      </w:r>
    </w:p>
    <w:p w:rsidR="004611C8" w:rsidRDefault="004611C8" w:rsidP="004611C8">
      <w:r>
        <w:t>150042</w:t>
      </w:r>
      <w:r>
        <w:tab/>
        <w:t>Strune za harfe</w:t>
      </w:r>
    </w:p>
    <w:p w:rsidR="004611C8" w:rsidRDefault="004611C8" w:rsidP="004611C8">
      <w:r>
        <w:t>150043</w:t>
      </w:r>
      <w:r>
        <w:tab/>
        <w:t>Oboe</w:t>
      </w:r>
    </w:p>
    <w:p w:rsidR="004611C8" w:rsidRDefault="004611C8" w:rsidP="004611C8">
      <w:r>
        <w:t>150044</w:t>
      </w:r>
      <w:r>
        <w:tab/>
        <w:t>Elektronski glasbeni inštrumenti</w:t>
      </w:r>
    </w:p>
    <w:p w:rsidR="004611C8" w:rsidRDefault="004611C8" w:rsidP="004611C8">
      <w:r>
        <w:t>150045</w:t>
      </w:r>
      <w:r>
        <w:tab/>
        <w:t>Regulatorji jakosti zvoka pri mehanskih klavirjih</w:t>
      </w:r>
    </w:p>
    <w:p w:rsidR="004611C8" w:rsidRDefault="004611C8" w:rsidP="004611C8">
      <w:r>
        <w:t>150046</w:t>
      </w:r>
      <w:r>
        <w:tab/>
        <w:t>Lire</w:t>
      </w:r>
    </w:p>
    <w:p w:rsidR="004611C8" w:rsidRDefault="004611C8" w:rsidP="004611C8">
      <w:r>
        <w:t>150049</w:t>
      </w:r>
      <w:r>
        <w:tab/>
        <w:t>Mandoline</w:t>
      </w:r>
    </w:p>
    <w:p w:rsidR="004611C8" w:rsidRDefault="004611C8" w:rsidP="004611C8">
      <w:r>
        <w:t>150050</w:t>
      </w:r>
      <w:r>
        <w:tab/>
        <w:t>Podbradniki za violine</w:t>
      </w:r>
    </w:p>
    <w:p w:rsidR="004611C8" w:rsidRDefault="004611C8" w:rsidP="004611C8">
      <w:r>
        <w:t>150051</w:t>
      </w:r>
      <w:r>
        <w:tab/>
        <w:t>Dude [glasbeni inštrumenti]</w:t>
      </w:r>
    </w:p>
    <w:p w:rsidR="004611C8" w:rsidRDefault="004611C8" w:rsidP="004611C8">
      <w:r>
        <w:t>150052</w:t>
      </w:r>
      <w:r>
        <w:tab/>
        <w:t>Glasbene skrinjice</w:t>
      </w:r>
    </w:p>
    <w:p w:rsidR="004611C8" w:rsidRPr="003834FA" w:rsidRDefault="004611C8" w:rsidP="004611C8">
      <w:pPr>
        <w:rPr>
          <w:lang w:val="fr-FR"/>
        </w:rPr>
      </w:pPr>
      <w:r>
        <w:t>150053</w:t>
      </w:r>
      <w:r>
        <w:tab/>
      </w:r>
      <w:r w:rsidRPr="003834FA">
        <w:rPr>
          <w:lang w:val="fr-FR"/>
        </w:rPr>
        <w:t>Aparati za obračanje strani pri notah</w:t>
      </w:r>
    </w:p>
    <w:p w:rsidR="004611C8" w:rsidRDefault="004611C8" w:rsidP="004611C8">
      <w:r>
        <w:t>150054</w:t>
      </w:r>
      <w:r>
        <w:tab/>
        <w:t>Kobilice za glasbene inštrumente</w:t>
      </w:r>
    </w:p>
    <w:p w:rsidR="004611C8" w:rsidRDefault="004611C8" w:rsidP="004611C8">
      <w:r>
        <w:t>150055</w:t>
      </w:r>
      <w:r>
        <w:tab/>
        <w:t>Triangli [glasbeni inštrumenti]</w:t>
      </w:r>
    </w:p>
    <w:p w:rsidR="004611C8" w:rsidRDefault="004611C8" w:rsidP="004611C8">
      <w:r>
        <w:t>150056</w:t>
      </w:r>
      <w:r>
        <w:tab/>
        <w:t>Okarine</w:t>
      </w:r>
    </w:p>
    <w:p w:rsidR="004611C8" w:rsidRDefault="004611C8" w:rsidP="004611C8">
      <w:r>
        <w:t>150057</w:t>
      </w:r>
      <w:r>
        <w:tab/>
        <w:t>Orgle</w:t>
      </w:r>
    </w:p>
    <w:p w:rsidR="004611C8" w:rsidRDefault="004611C8" w:rsidP="004611C8">
      <w:r>
        <w:t>150058</w:t>
      </w:r>
      <w:r>
        <w:tab/>
        <w:t>Piščali za orgle</w:t>
      </w:r>
    </w:p>
    <w:p w:rsidR="004611C8" w:rsidRDefault="004611C8" w:rsidP="004611C8">
      <w:r>
        <w:t>150060</w:t>
      </w:r>
      <w:r>
        <w:tab/>
        <w:t>Pedala za glasbene inštrumente</w:t>
      </w:r>
    </w:p>
    <w:p w:rsidR="004611C8" w:rsidRDefault="004611C8" w:rsidP="004611C8">
      <w:r>
        <w:t>150061</w:t>
      </w:r>
      <w:r>
        <w:tab/>
        <w:t>Klaviature za klavirje</w:t>
      </w:r>
    </w:p>
    <w:p w:rsidR="004611C8" w:rsidRDefault="004611C8" w:rsidP="004611C8">
      <w:r>
        <w:t>150062</w:t>
      </w:r>
      <w:r>
        <w:tab/>
        <w:t>Klavirske strune</w:t>
      </w:r>
    </w:p>
    <w:p w:rsidR="004611C8" w:rsidRDefault="004611C8" w:rsidP="004611C8">
      <w:r>
        <w:t>150063</w:t>
      </w:r>
      <w:r>
        <w:tab/>
        <w:t>Klavirske tipke</w:t>
      </w:r>
    </w:p>
    <w:p w:rsidR="004611C8" w:rsidRDefault="004611C8" w:rsidP="004611C8">
      <w:r>
        <w:t>150064</w:t>
      </w:r>
      <w:r>
        <w:tab/>
        <w:t>Mehovi za glasbene inštrumente</w:t>
      </w:r>
    </w:p>
    <w:p w:rsidR="004611C8" w:rsidRDefault="004611C8" w:rsidP="004611C8">
      <w:r>
        <w:t>150066</w:t>
      </w:r>
      <w:r>
        <w:tab/>
        <w:t>Bobni [glasbeni inštrumenti]</w:t>
      </w:r>
    </w:p>
    <w:p w:rsidR="004611C8" w:rsidRDefault="004611C8" w:rsidP="004611C8">
      <w:r>
        <w:t>150067</w:t>
      </w:r>
      <w:r>
        <w:tab/>
        <w:t>Tamburini</w:t>
      </w:r>
    </w:p>
    <w:p w:rsidR="004611C8" w:rsidRDefault="004611C8" w:rsidP="004611C8">
      <w:r>
        <w:t>150068</w:t>
      </w:r>
      <w:r>
        <w:tab/>
        <w:t>Tam-tami (glasbeni inštrumenti)</w:t>
      </w:r>
    </w:p>
    <w:p w:rsidR="004611C8" w:rsidRDefault="004611C8" w:rsidP="004611C8">
      <w:r>
        <w:t>150069</w:t>
      </w:r>
      <w:r>
        <w:tab/>
        <w:t>Pavke</w:t>
      </w:r>
    </w:p>
    <w:p w:rsidR="004611C8" w:rsidRDefault="004611C8" w:rsidP="004611C8">
      <w:r>
        <w:t>150070</w:t>
      </w:r>
      <w:r>
        <w:tab/>
        <w:t>Pozavne</w:t>
      </w:r>
    </w:p>
    <w:p w:rsidR="004611C8" w:rsidRDefault="004611C8" w:rsidP="004611C8">
      <w:r>
        <w:t>150071</w:t>
      </w:r>
      <w:r>
        <w:tab/>
        <w:t>Fanfare</w:t>
      </w:r>
    </w:p>
    <w:p w:rsidR="004611C8" w:rsidRDefault="004611C8" w:rsidP="004611C8">
      <w:r>
        <w:t>150072</w:t>
      </w:r>
      <w:r>
        <w:tab/>
        <w:t>Trobente</w:t>
      </w:r>
    </w:p>
    <w:p w:rsidR="004611C8" w:rsidRDefault="004611C8" w:rsidP="004611C8">
      <w:r>
        <w:t>150073</w:t>
      </w:r>
      <w:r>
        <w:tab/>
        <w:t>Ventili za glasbene inštrumente</w:t>
      </w:r>
    </w:p>
    <w:p w:rsidR="004611C8" w:rsidRDefault="004611C8" w:rsidP="004611C8">
      <w:r>
        <w:t>150074</w:t>
      </w:r>
      <w:r>
        <w:tab/>
        <w:t>Viole</w:t>
      </w:r>
    </w:p>
    <w:p w:rsidR="004611C8" w:rsidRDefault="004611C8" w:rsidP="004611C8">
      <w:r>
        <w:t>150075</w:t>
      </w:r>
      <w:r>
        <w:tab/>
        <w:t>Violine</w:t>
      </w:r>
    </w:p>
    <w:p w:rsidR="004611C8" w:rsidRDefault="004611C8" w:rsidP="004611C8">
      <w:r>
        <w:t>150076</w:t>
      </w:r>
      <w:r>
        <w:tab/>
        <w:t>Ksilofoni</w:t>
      </w:r>
    </w:p>
    <w:p w:rsidR="004611C8" w:rsidRDefault="004611C8" w:rsidP="004611C8">
      <w:r>
        <w:t>150077</w:t>
      </w:r>
      <w:r>
        <w:tab/>
        <w:t>Tipke za glasbene inštrumente</w:t>
      </w:r>
    </w:p>
    <w:p w:rsidR="004611C8" w:rsidRDefault="004611C8" w:rsidP="004611C8">
      <w:r>
        <w:t>150078</w:t>
      </w:r>
      <w:r>
        <w:tab/>
        <w:t>Glasbeni valji</w:t>
      </w:r>
    </w:p>
    <w:p w:rsidR="004611C8" w:rsidRDefault="004611C8" w:rsidP="004611C8">
      <w:r>
        <w:t>150079</w:t>
      </w:r>
      <w:r>
        <w:tab/>
        <w:t>Preluknjane glasbene role</w:t>
      </w:r>
    </w:p>
    <w:p w:rsidR="004611C8" w:rsidRDefault="004611C8" w:rsidP="004611C8">
      <w:r>
        <w:t>150080</w:t>
      </w:r>
      <w:r>
        <w:tab/>
        <w:t>Stojala za note</w:t>
      </w:r>
    </w:p>
    <w:p w:rsidR="004611C8" w:rsidRDefault="004611C8" w:rsidP="004611C8">
      <w:r>
        <w:t>150081</w:t>
      </w:r>
      <w:r>
        <w:tab/>
        <w:t>Huqin [kitajske violine]</w:t>
      </w:r>
    </w:p>
    <w:p w:rsidR="004611C8" w:rsidRDefault="004611C8" w:rsidP="004611C8">
      <w:r>
        <w:t>150082</w:t>
      </w:r>
      <w:r>
        <w:tab/>
        <w:t>Bambusove flavte</w:t>
      </w:r>
    </w:p>
    <w:p w:rsidR="004611C8" w:rsidRDefault="004611C8" w:rsidP="004611C8">
      <w:r>
        <w:t>150083</w:t>
      </w:r>
      <w:r>
        <w:tab/>
        <w:t>Pipa [kitajska kitara]</w:t>
      </w:r>
    </w:p>
    <w:p w:rsidR="004611C8" w:rsidRDefault="004611C8" w:rsidP="004611C8">
      <w:r>
        <w:t>150084</w:t>
      </w:r>
      <w:r>
        <w:tab/>
        <w:t>Sheng [kitajski glasbeni inštrument na veter]</w:t>
      </w:r>
    </w:p>
    <w:p w:rsidR="004611C8" w:rsidRDefault="004611C8" w:rsidP="004611C8">
      <w:r>
        <w:t>150085</w:t>
      </w:r>
      <w:r>
        <w:tab/>
        <w:t>Suona [kitajske trobente]</w:t>
      </w:r>
    </w:p>
    <w:p w:rsidR="004611C8" w:rsidRDefault="004611C8" w:rsidP="004611C8">
      <w:r>
        <w:t>150086</w:t>
      </w:r>
      <w:r>
        <w:tab/>
        <w:t>Ročni zvončki [glasbeni inštrumenti]</w:t>
      </w:r>
    </w:p>
    <w:p w:rsidR="004611C8" w:rsidRDefault="004611C8" w:rsidP="004611C8">
      <w:r>
        <w:t>150087</w:t>
      </w:r>
      <w:r>
        <w:tab/>
        <w:t>Glasbeni sintesajzerji</w:t>
      </w:r>
    </w:p>
    <w:p w:rsidR="004611C8" w:rsidRDefault="004611C8" w:rsidP="004611C8">
      <w:r>
        <w:t>150088</w:t>
      </w:r>
      <w:r>
        <w:tab/>
        <w:t>Stojala za glasbene inštrumente</w:t>
      </w:r>
    </w:p>
    <w:p w:rsidR="004611C8" w:rsidRDefault="004611C8" w:rsidP="004611C8">
      <w:r>
        <w:t>150089</w:t>
      </w:r>
      <w:r>
        <w:tab/>
        <w:t>Saksofoni</w:t>
      </w:r>
    </w:p>
    <w:p w:rsidR="004611C8" w:rsidRDefault="004611C8" w:rsidP="004611C8">
      <w:r>
        <w:t>150090</w:t>
      </w:r>
      <w:r>
        <w:tab/>
        <w:t>Balalajke [glasbeni instrumenti s strunami]</w:t>
      </w:r>
    </w:p>
    <w:p w:rsidR="004611C8" w:rsidRDefault="004611C8" w:rsidP="004611C8">
      <w:r>
        <w:t>150091</w:t>
      </w:r>
      <w:r>
        <w:tab/>
        <w:t>Bendži</w:t>
      </w:r>
    </w:p>
    <w:p w:rsidR="004611C8" w:rsidRDefault="004611C8" w:rsidP="004611C8">
      <w:r>
        <w:t>150092</w:t>
      </w:r>
      <w:r>
        <w:tab/>
        <w:t>Melodike</w:t>
      </w:r>
    </w:p>
    <w:p w:rsidR="004611C8" w:rsidRDefault="004611C8" w:rsidP="004611C8">
      <w:r>
        <w:t>150094</w:t>
      </w:r>
      <w:r>
        <w:tab/>
        <w:t>Robotski bobni</w:t>
      </w:r>
    </w:p>
    <w:p w:rsidR="004611C8" w:rsidRDefault="004611C8" w:rsidP="004611C8">
      <w:r>
        <w:t>150095</w:t>
      </w:r>
      <w:r>
        <w:tab/>
        <w:t>Palice za glasbene instrumente</w:t>
      </w:r>
    </w:p>
    <w:p w:rsidR="004611C8" w:rsidRDefault="004611C8" w:rsidP="004611C8">
      <w:r>
        <w:t>150096</w:t>
      </w:r>
      <w:r>
        <w:tab/>
        <w:t>Pasovi za glasbene inštrumente</w:t>
      </w:r>
    </w:p>
    <w:p w:rsidR="004611C8" w:rsidRDefault="004611C8" w:rsidP="004611C8">
      <w:r>
        <w:t>150097</w:t>
      </w:r>
      <w:r>
        <w:tab/>
        <w:t>Zveneče posode</w:t>
      </w:r>
    </w:p>
    <w:p w:rsidR="004611C8" w:rsidRDefault="004611C8" w:rsidP="004611C8">
      <w:r>
        <w:t>150098</w:t>
      </w:r>
      <w:r>
        <w:tab/>
        <w:t>Naprave za bobnanje</w:t>
      </w:r>
    </w:p>
    <w:p w:rsidR="004611C8" w:rsidRDefault="004611C8" w:rsidP="004611C8">
      <w:r>
        <w:t>150099</w:t>
      </w:r>
      <w:r>
        <w:tab/>
        <w:t>Glasbeni inštrumenti za otroke</w:t>
      </w:r>
    </w:p>
    <w:p w:rsidR="00DF3E45" w:rsidRDefault="00DF3E45">
      <w:pPr>
        <w:pStyle w:val="Naslov1"/>
        <w:sectPr w:rsidR="00DF3E45" w:rsidSect="00E00425">
          <w:type w:val="continuous"/>
          <w:pgSz w:w="11907" w:h="16840" w:code="9"/>
          <w:pgMar w:top="1418" w:right="1418" w:bottom="1418" w:left="1418" w:header="720" w:footer="720" w:gutter="0"/>
          <w:cols w:num="2" w:space="720"/>
          <w:docGrid w:linePitch="360"/>
        </w:sectPr>
      </w:pPr>
    </w:p>
    <w:p w:rsidR="00677C99" w:rsidRDefault="00677C99">
      <w:pPr>
        <w:tabs>
          <w:tab w:val="clear" w:pos="907"/>
        </w:tabs>
        <w:spacing w:after="200" w:line="276" w:lineRule="auto"/>
        <w:ind w:left="0" w:firstLine="0"/>
        <w:rPr>
          <w:rFonts w:eastAsiaTheme="majorEastAsia" w:cstheme="majorBidi"/>
          <w:b/>
          <w:bCs/>
          <w:color w:val="000000" w:themeColor="text1"/>
          <w:sz w:val="22"/>
          <w:szCs w:val="28"/>
          <w:lang w:val="sl-SI" w:eastAsia="sl-SI"/>
        </w:rPr>
      </w:pPr>
      <w:r>
        <w:rPr>
          <w:lang w:val="sl-SI" w:eastAsia="sl-SI"/>
        </w:rPr>
        <w:br w:type="page"/>
      </w:r>
    </w:p>
    <w:p w:rsidR="00DF3E45" w:rsidRPr="00B13099" w:rsidRDefault="00DF3E45" w:rsidP="0087064C">
      <w:pPr>
        <w:pStyle w:val="Naslov1"/>
        <w:rPr>
          <w:lang w:val="sl-SI" w:eastAsia="sl-SI"/>
        </w:rPr>
      </w:pPr>
      <w:r w:rsidRPr="00B13099">
        <w:rPr>
          <w:lang w:val="sl-SI" w:eastAsia="sl-SI"/>
        </w:rPr>
        <w:lastRenderedPageBreak/>
        <w:t xml:space="preserve">Razred 16 </w:t>
      </w:r>
    </w:p>
    <w:p w:rsidR="00DF3E45" w:rsidRDefault="00DF3E45" w:rsidP="0087064C">
      <w:pPr>
        <w:pStyle w:val="Naslov2"/>
        <w:rPr>
          <w:lang w:val="sl-SI" w:eastAsia="sl-SI"/>
        </w:rPr>
      </w:pPr>
      <w:r w:rsidRPr="00B13099">
        <w:rPr>
          <w:lang w:val="sl-SI" w:eastAsia="sl-SI"/>
        </w:rPr>
        <w:t>Papir in karton; tiskovine; knjigoveški material; fotografije; pisarniški material in pisarniški pripomočki, razen pohištva; lepila za pisalne ali gospodinjske namene; materiali za risanje in materiali za umetnike; čopiči; učna gradiva; učna sredstva; plastične folije, folije in vrečke za zavijanje in pakiranje; tiskarske črke.</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87064C" w:rsidRPr="00D85EAF" w:rsidTr="00CF2B9C">
        <w:trPr>
          <w:trHeight w:val="143"/>
          <w:tblHeader/>
        </w:trPr>
        <w:tc>
          <w:tcPr>
            <w:tcW w:w="9493" w:type="dxa"/>
            <w:gridSpan w:val="2"/>
            <w:shd w:val="clear" w:color="auto" w:fill="F2F2F2" w:themeFill="background1" w:themeFillShade="F2"/>
            <w:vAlign w:val="center"/>
          </w:tcPr>
          <w:p w:rsidR="0087064C" w:rsidRPr="00677C99" w:rsidRDefault="0087064C" w:rsidP="00CF2B9C">
            <w:pPr>
              <w:pStyle w:val="opomba"/>
              <w:rPr>
                <w:b/>
              </w:rPr>
            </w:pPr>
            <w:r w:rsidRPr="00677C99">
              <w:rPr>
                <w:b/>
              </w:rPr>
              <w:t xml:space="preserve">RAZRED </w:t>
            </w:r>
            <w:r w:rsidR="00677C99" w:rsidRPr="00677C99">
              <w:rPr>
                <w:b/>
              </w:rPr>
              <w:t>16</w:t>
            </w:r>
            <w:r w:rsidRPr="00677C99">
              <w:rPr>
                <w:b/>
              </w:rPr>
              <w:t xml:space="preserve"> - pojasnjevalne opombe</w:t>
            </w:r>
          </w:p>
        </w:tc>
      </w:tr>
      <w:tr w:rsidR="0087064C" w:rsidRPr="00D85EAF" w:rsidTr="00CF2B9C">
        <w:trPr>
          <w:trHeight w:val="390"/>
        </w:trPr>
        <w:tc>
          <w:tcPr>
            <w:tcW w:w="9493" w:type="dxa"/>
            <w:gridSpan w:val="2"/>
            <w:shd w:val="clear" w:color="auto" w:fill="F2F2F2" w:themeFill="background1" w:themeFillShade="F2"/>
            <w:vAlign w:val="center"/>
          </w:tcPr>
          <w:p w:rsidR="0087064C" w:rsidRPr="00993A45" w:rsidRDefault="00677C99" w:rsidP="00CF2B9C">
            <w:pPr>
              <w:pStyle w:val="opomba"/>
            </w:pPr>
            <w:r w:rsidRPr="00703549">
              <w:t>Razred 16 vključuje zlasti papir, karton in nekatero blago iz teh materialov ter pisarniške pripomočke.</w:t>
            </w:r>
          </w:p>
        </w:tc>
      </w:tr>
      <w:tr w:rsidR="0087064C" w:rsidRPr="00D85EAF" w:rsidTr="00CF2B9C">
        <w:trPr>
          <w:trHeight w:val="3742"/>
        </w:trPr>
        <w:tc>
          <w:tcPr>
            <w:tcW w:w="4746" w:type="dxa"/>
            <w:shd w:val="clear" w:color="auto" w:fill="F2F2F2" w:themeFill="background1" w:themeFillShade="F2"/>
          </w:tcPr>
          <w:p w:rsidR="0087064C" w:rsidRPr="00993A45" w:rsidRDefault="0087064C" w:rsidP="00CF2B9C">
            <w:pPr>
              <w:pStyle w:val="opomba"/>
            </w:pPr>
            <w:r w:rsidRPr="00D85EAF">
              <w:t>V ta razred so vključeni zlasti:</w:t>
            </w:r>
          </w:p>
          <w:p w:rsidR="00677C99" w:rsidRDefault="00677C99" w:rsidP="008C16D9">
            <w:pPr>
              <w:pStyle w:val="opombapika"/>
            </w:pPr>
            <w:r w:rsidRPr="003270CA">
              <w:t>noži za papir, rezalniki za papir</w:t>
            </w:r>
            <w:r w:rsidRPr="003270CA">
              <w:br/>
              <w:t>škatle, ovitki in naprave za shranjevanje ali zaščito papirja, na primer mape za dokumente, držala za denar, ovitki za čekovne knjižice, papirne sponke, ovitki za potne liste, albumi;</w:t>
            </w:r>
          </w:p>
          <w:p w:rsidR="00677C99" w:rsidRDefault="00677C99" w:rsidP="008C16D9">
            <w:pPr>
              <w:pStyle w:val="opombapika"/>
            </w:pPr>
            <w:r w:rsidRPr="003270CA">
              <w:t>nekateri pisarniški stroji, na primer pisalni stroji, kopirne naprave, frankirni stroji za pisarniško rabo, šilčki za svinčnike;</w:t>
            </w:r>
          </w:p>
          <w:p w:rsidR="00677C99" w:rsidRDefault="00677C99" w:rsidP="008C16D9">
            <w:pPr>
              <w:pStyle w:val="opombapika"/>
            </w:pPr>
            <w:r w:rsidRPr="003270CA">
              <w:t>slikarska oprema za umetnike ter pleskarje notranjih in zunanjih površin, na primer palete za vodne barve za umetnike, slikarska stojala in palete, pleskarski valjarji in pladnji za barve;</w:t>
            </w:r>
          </w:p>
          <w:p w:rsidR="00677C99" w:rsidRDefault="00677C99" w:rsidP="008C16D9">
            <w:pPr>
              <w:pStyle w:val="opombapika"/>
            </w:pPr>
            <w:r w:rsidRPr="003270CA">
              <w:t>nekateri izdelki iz papirja za enkratno uporabo, na primer slinčki, robčki in namizni prti iz papirja;</w:t>
            </w:r>
          </w:p>
          <w:p w:rsidR="0087064C" w:rsidRPr="00993A45" w:rsidRDefault="00677C99" w:rsidP="008C16D9">
            <w:pPr>
              <w:pStyle w:val="opombapika"/>
            </w:pPr>
            <w:r w:rsidRPr="003270CA">
              <w:t>določeno blago iz papirja ali kartona, ki ni drugače razvrščeno po funkciji ali namenu, na primer papirnate vrečke, ovojnice in posode za pakiranje, figurice in umetniška dela iz papirja ali kartona, kot so figurice iz papier-mâchéja, uokvirjene ali neuokvirjene litografije, slike in akvareli</w:t>
            </w:r>
          </w:p>
        </w:tc>
        <w:tc>
          <w:tcPr>
            <w:tcW w:w="4747" w:type="dxa"/>
            <w:shd w:val="clear" w:color="auto" w:fill="F2F2F2" w:themeFill="background1" w:themeFillShade="F2"/>
          </w:tcPr>
          <w:p w:rsidR="0087064C" w:rsidRPr="00993A45" w:rsidRDefault="0087064C" w:rsidP="00CF2B9C">
            <w:pPr>
              <w:pStyle w:val="opomba"/>
            </w:pPr>
            <w:r w:rsidRPr="00D85EAF">
              <w:t>V ta razred niso vključeni zlasti:</w:t>
            </w:r>
          </w:p>
          <w:p w:rsidR="00677C99" w:rsidRDefault="00677C99" w:rsidP="008C16D9">
            <w:pPr>
              <w:pStyle w:val="opombapika"/>
            </w:pPr>
            <w:r w:rsidRPr="003270CA">
              <w:t xml:space="preserve">določeno blago iz papirja ali kartona, ki je razvrščeno glede na njihovo funkcijo ali namen, na primer fotografski papir (razred 1), </w:t>
            </w:r>
          </w:p>
          <w:p w:rsidR="00677C99" w:rsidRDefault="00677C99" w:rsidP="008C16D9">
            <w:pPr>
              <w:pStyle w:val="opombapika"/>
            </w:pPr>
            <w:r w:rsidRPr="003270CA">
              <w:t>brusni papir (razred 3),</w:t>
            </w:r>
          </w:p>
          <w:p w:rsidR="00677C99" w:rsidRDefault="00677C99" w:rsidP="008C16D9">
            <w:pPr>
              <w:pStyle w:val="opombapika"/>
            </w:pPr>
            <w:r w:rsidRPr="003270CA">
              <w:t xml:space="preserve"> notranje žaluzije iz papirja (razred 20), </w:t>
            </w:r>
          </w:p>
          <w:p w:rsidR="00677C99" w:rsidRDefault="00677C99" w:rsidP="008C16D9">
            <w:pPr>
              <w:pStyle w:val="opombapika"/>
            </w:pPr>
            <w:r w:rsidRPr="003270CA">
              <w:t xml:space="preserve">namizni krožniki in skodelice iz papirja (razred 21), </w:t>
            </w:r>
          </w:p>
          <w:p w:rsidR="00677C99" w:rsidRDefault="00677C99" w:rsidP="008C16D9">
            <w:pPr>
              <w:pStyle w:val="opombapika"/>
            </w:pPr>
            <w:r w:rsidRPr="003270CA">
              <w:t>pregrinjala za postelje iz papirja (razred 24),</w:t>
            </w:r>
          </w:p>
          <w:p w:rsidR="00677C99" w:rsidRDefault="00677C99" w:rsidP="008C16D9">
            <w:pPr>
              <w:pStyle w:val="opombapika"/>
            </w:pPr>
            <w:r w:rsidRPr="003270CA">
              <w:t xml:space="preserve"> oblačila iz papirja (razred 25), </w:t>
            </w:r>
          </w:p>
          <w:p w:rsidR="00677C99" w:rsidRDefault="00677C99" w:rsidP="008C16D9">
            <w:pPr>
              <w:pStyle w:val="opombapika"/>
            </w:pPr>
            <w:r w:rsidRPr="003270CA">
              <w:t>cigaretni papir (razred 34)</w:t>
            </w:r>
          </w:p>
          <w:p w:rsidR="00677C99" w:rsidRDefault="00677C99" w:rsidP="008C16D9">
            <w:pPr>
              <w:pStyle w:val="opombapika"/>
            </w:pPr>
            <w:r w:rsidRPr="003270CA">
              <w:t>barve (razred 2);</w:t>
            </w:r>
          </w:p>
          <w:p w:rsidR="00677C99" w:rsidRDefault="00677C99" w:rsidP="008C16D9">
            <w:pPr>
              <w:pStyle w:val="opombapika"/>
            </w:pPr>
            <w:r w:rsidRPr="003270CA">
              <w:t>ročno orodje za umetnike, na primer lopatice, kiparska dleta (razred 8)</w:t>
            </w:r>
          </w:p>
          <w:p w:rsidR="0087064C" w:rsidRPr="00993A45" w:rsidRDefault="00677C99" w:rsidP="008C16D9">
            <w:pPr>
              <w:pStyle w:val="opombapika"/>
            </w:pPr>
            <w:r w:rsidRPr="003270CA">
              <w:t>učne naprave, na primer avdiovizualne učne naprave, lutke za oživljanje (razred 9) in modeli igrač (razred 28)</w:t>
            </w:r>
          </w:p>
        </w:tc>
      </w:tr>
    </w:tbl>
    <w:p w:rsidR="00F875A9" w:rsidRPr="00DF3E45" w:rsidRDefault="00F875A9" w:rsidP="00677C99">
      <w:pPr>
        <w:spacing w:after="360"/>
        <w:ind w:left="0" w:firstLine="0"/>
        <w:rPr>
          <w:lang w:val="sl-SI"/>
        </w:rPr>
      </w:pPr>
    </w:p>
    <w:p w:rsidR="00DF3E45" w:rsidRPr="001F500C" w:rsidRDefault="00DF3E45">
      <w:pPr>
        <w:rPr>
          <w:lang w:val="sl-SI"/>
        </w:rPr>
        <w:sectPr w:rsidR="00DF3E45" w:rsidRPr="001F500C" w:rsidSect="00E00425">
          <w:type w:val="continuous"/>
          <w:pgSz w:w="11907" w:h="16840" w:code="9"/>
          <w:pgMar w:top="1418" w:right="1418" w:bottom="1418" w:left="1418" w:header="720" w:footer="720" w:gutter="0"/>
          <w:cols w:space="720"/>
          <w:docGrid w:linePitch="360"/>
        </w:sectPr>
      </w:pPr>
    </w:p>
    <w:p w:rsidR="004611C8" w:rsidRDefault="004611C8" w:rsidP="004611C8">
      <w:r>
        <w:t>160001</w:t>
      </w:r>
      <w:r>
        <w:tab/>
        <w:t>Jeklene črke</w:t>
      </w:r>
    </w:p>
    <w:p w:rsidR="004611C8" w:rsidRDefault="004611C8" w:rsidP="004611C8">
      <w:r>
        <w:t>160002</w:t>
      </w:r>
      <w:r>
        <w:tab/>
        <w:t>Jeklena peresa</w:t>
      </w:r>
    </w:p>
    <w:p w:rsidR="004611C8" w:rsidRDefault="004611C8" w:rsidP="004611C8">
      <w:r>
        <w:t>160003</w:t>
      </w:r>
      <w:r>
        <w:tab/>
        <w:t>Stojala za lepilni trak (pisarniški pripomočki)</w:t>
      </w:r>
    </w:p>
    <w:p w:rsidR="004611C8" w:rsidRDefault="004611C8" w:rsidP="004611C8">
      <w:r>
        <w:t>160004</w:t>
      </w:r>
      <w:r>
        <w:tab/>
        <w:t>Štampiljke za naslove</w:t>
      </w:r>
    </w:p>
    <w:p w:rsidR="004611C8" w:rsidRDefault="004611C8" w:rsidP="004611C8">
      <w:r>
        <w:t>160005</w:t>
      </w:r>
      <w:r>
        <w:tab/>
        <w:t>Stroji za naslavljanje</w:t>
      </w:r>
    </w:p>
    <w:p w:rsidR="004611C8" w:rsidRDefault="004611C8" w:rsidP="004611C8">
      <w:r>
        <w:t>160006</w:t>
      </w:r>
      <w:r>
        <w:tab/>
        <w:t>Papir</w:t>
      </w:r>
    </w:p>
    <w:p w:rsidR="004611C8" w:rsidRDefault="004611C8" w:rsidP="004611C8">
      <w:r>
        <w:t>160007</w:t>
      </w:r>
      <w:r>
        <w:tab/>
        <w:t>Plakati (posterji)</w:t>
      </w:r>
    </w:p>
    <w:p w:rsidR="004611C8" w:rsidRPr="003834FA" w:rsidRDefault="004611C8" w:rsidP="004611C8">
      <w:pPr>
        <w:rPr>
          <w:lang w:val="fr-FR"/>
        </w:rPr>
      </w:pPr>
      <w:r>
        <w:t>160008</w:t>
      </w:r>
      <w:r>
        <w:tab/>
      </w:r>
      <w:r w:rsidRPr="003834FA">
        <w:rPr>
          <w:lang w:val="fr-FR"/>
        </w:rPr>
        <w:t>Oglaševalske table iz papirja ali kartona</w:t>
      </w:r>
    </w:p>
    <w:p w:rsidR="004611C8" w:rsidRDefault="004611C8" w:rsidP="004611C8">
      <w:r>
        <w:t>160011</w:t>
      </w:r>
      <w:r>
        <w:tab/>
        <w:t>Zaponke za peresa</w:t>
      </w:r>
    </w:p>
    <w:p w:rsidR="004611C8" w:rsidRDefault="004611C8" w:rsidP="004611C8">
      <w:r>
        <w:t>160012</w:t>
      </w:r>
      <w:r>
        <w:tab/>
        <w:t>Spenjači [pisarniške potrebe]</w:t>
      </w:r>
    </w:p>
    <w:p w:rsidR="004611C8" w:rsidRDefault="004611C8" w:rsidP="004611C8">
      <w:r>
        <w:t>160014</w:t>
      </w:r>
      <w:r>
        <w:tab/>
        <w:t>Slike</w:t>
      </w:r>
    </w:p>
    <w:p w:rsidR="004611C8" w:rsidRDefault="004611C8" w:rsidP="004611C8">
      <w:r>
        <w:t>160015</w:t>
      </w:r>
      <w:r>
        <w:tab/>
        <w:t>Vrezi [graverski]</w:t>
      </w:r>
    </w:p>
    <w:p w:rsidR="004611C8" w:rsidRDefault="004611C8" w:rsidP="004611C8">
      <w:r>
        <w:t>160016</w:t>
      </w:r>
      <w:r>
        <w:tab/>
        <w:t>Ovojni trakovi za cigare</w:t>
      </w:r>
    </w:p>
    <w:p w:rsidR="004611C8" w:rsidRDefault="004611C8" w:rsidP="004611C8">
      <w:r>
        <w:t>160017</w:t>
      </w:r>
      <w:r>
        <w:tab/>
        <w:t>Strojčki za šiljenje svinčnikov, električni ali neelektrični</w:t>
      </w:r>
    </w:p>
    <w:p w:rsidR="004611C8" w:rsidRDefault="004611C8" w:rsidP="004611C8">
      <w:r>
        <w:t>160018</w:t>
      </w:r>
      <w:r>
        <w:tab/>
        <w:t>Knjižne opore</w:t>
      </w:r>
    </w:p>
    <w:p w:rsidR="004611C8" w:rsidRDefault="004611C8" w:rsidP="004611C8">
      <w:r>
        <w:t>160019</w:t>
      </w:r>
      <w:r>
        <w:tab/>
        <w:t>Ročne opore za slikarje</w:t>
      </w:r>
    </w:p>
    <w:p w:rsidR="004611C8" w:rsidRDefault="004611C8" w:rsidP="004611C8">
      <w:r>
        <w:t>160021</w:t>
      </w:r>
      <w:r>
        <w:tab/>
        <w:t>Arhitekturne makete</w:t>
      </w:r>
    </w:p>
    <w:p w:rsidR="004611C8" w:rsidRDefault="004611C8" w:rsidP="004611C8">
      <w:r>
        <w:t>160022</w:t>
      </w:r>
      <w:r>
        <w:tab/>
        <w:t>Dokumentarne mape</w:t>
      </w:r>
    </w:p>
    <w:p w:rsidR="004611C8" w:rsidRDefault="004611C8" w:rsidP="004611C8">
      <w:r>
        <w:t>160023</w:t>
      </w:r>
      <w:r>
        <w:tab/>
        <w:t>Pisalne table</w:t>
      </w:r>
    </w:p>
    <w:p w:rsidR="004611C8" w:rsidRDefault="004611C8" w:rsidP="004611C8">
      <w:r>
        <w:t>160024</w:t>
      </w:r>
      <w:r>
        <w:tab/>
        <w:t>Pisala za table</w:t>
      </w:r>
    </w:p>
    <w:p w:rsidR="004611C8" w:rsidRDefault="004611C8" w:rsidP="004611C8">
      <w:r>
        <w:t>160026</w:t>
      </w:r>
      <w:r>
        <w:tab/>
        <w:t>Glina za modeliranje</w:t>
      </w:r>
    </w:p>
    <w:p w:rsidR="004611C8" w:rsidRDefault="004611C8" w:rsidP="004611C8">
      <w:r>
        <w:t>160028</w:t>
      </w:r>
      <w:r>
        <w:tab/>
        <w:t>Gravure</w:t>
      </w:r>
    </w:p>
    <w:p w:rsidR="004611C8" w:rsidRDefault="004611C8" w:rsidP="004611C8">
      <w:r>
        <w:t>160029</w:t>
      </w:r>
      <w:r>
        <w:tab/>
        <w:t>Litografska umetniška dela</w:t>
      </w:r>
    </w:p>
    <w:p w:rsidR="004611C8" w:rsidRDefault="004611C8" w:rsidP="004611C8">
      <w:r>
        <w:t>160030</w:t>
      </w:r>
      <w:r>
        <w:tab/>
        <w:t>Slike, uokvirjene ali neuokvirjene</w:t>
      </w:r>
    </w:p>
    <w:p w:rsidR="004611C8" w:rsidRDefault="004611C8" w:rsidP="004611C8">
      <w:r>
        <w:t>160031</w:t>
      </w:r>
      <w:r>
        <w:tab/>
        <w:t>Svinčniki</w:t>
      </w:r>
    </w:p>
    <w:p w:rsidR="004611C8" w:rsidRDefault="004611C8" w:rsidP="004611C8">
      <w:r>
        <w:t>160032</w:t>
      </w:r>
      <w:r>
        <w:tab/>
        <w:t>Časopisi</w:t>
      </w:r>
    </w:p>
    <w:p w:rsidR="004611C8" w:rsidRDefault="004611C8" w:rsidP="004611C8">
      <w:r>
        <w:t>160033</w:t>
      </w:r>
      <w:r>
        <w:tab/>
        <w:t>Periodični tisk</w:t>
      </w:r>
    </w:p>
    <w:p w:rsidR="004611C8" w:rsidRDefault="004611C8" w:rsidP="004611C8">
      <w:r>
        <w:t>160034</w:t>
      </w:r>
      <w:r>
        <w:tab/>
        <w:t>Atlasi</w:t>
      </w:r>
    </w:p>
    <w:p w:rsidR="004611C8" w:rsidRDefault="004611C8" w:rsidP="004611C8">
      <w:r>
        <w:t>160036</w:t>
      </w:r>
      <w:r>
        <w:tab/>
        <w:t>Gumirani trakovi [pisarniške potrebščine]</w:t>
      </w:r>
    </w:p>
    <w:p w:rsidR="004611C8" w:rsidRDefault="004611C8" w:rsidP="004611C8">
      <w:r>
        <w:t>160037</w:t>
      </w:r>
      <w:r>
        <w:tab/>
        <w:t>Papirnati podstavki za pivske vrčke</w:t>
      </w:r>
    </w:p>
    <w:p w:rsidR="004611C8" w:rsidRDefault="004611C8" w:rsidP="004611C8">
      <w:r>
        <w:t>160038</w:t>
      </w:r>
      <w:r>
        <w:tab/>
        <w:t>Vozovnice (vstopnice)</w:t>
      </w:r>
    </w:p>
    <w:p w:rsidR="004611C8" w:rsidRDefault="004611C8" w:rsidP="004611C8">
      <w:r>
        <w:t>160039</w:t>
      </w:r>
      <w:r>
        <w:tab/>
        <w:t>Biološki vzorci za mikroskopiranje [učni material]</w:t>
      </w:r>
    </w:p>
    <w:p w:rsidR="004611C8" w:rsidRDefault="004611C8" w:rsidP="004611C8">
      <w:r>
        <w:t>160040</w:t>
      </w:r>
      <w:r>
        <w:tab/>
        <w:t>Klišeji</w:t>
      </w:r>
    </w:p>
    <w:p w:rsidR="004611C8" w:rsidRDefault="004611C8" w:rsidP="004611C8">
      <w:r>
        <w:lastRenderedPageBreak/>
        <w:t>160041</w:t>
      </w:r>
      <w:r>
        <w:tab/>
        <w:t>Risalni bloki</w:t>
      </w:r>
    </w:p>
    <w:p w:rsidR="004611C8" w:rsidRDefault="004611C8" w:rsidP="004611C8">
      <w:r>
        <w:t>160042</w:t>
      </w:r>
      <w:r>
        <w:tab/>
        <w:t>Bloki [pisarniški material]</w:t>
      </w:r>
    </w:p>
    <w:p w:rsidR="004611C8" w:rsidRDefault="004611C8" w:rsidP="004611C8">
      <w:r>
        <w:t>160043</w:t>
      </w:r>
      <w:r>
        <w:tab/>
        <w:t>Tuljave za trakove pisalnih strojev</w:t>
      </w:r>
    </w:p>
    <w:p w:rsidR="004611C8" w:rsidRDefault="004611C8" w:rsidP="004611C8">
      <w:r>
        <w:t>160045</w:t>
      </w:r>
      <w:r>
        <w:tab/>
        <w:t>Zapestniki za pritrditev pisal</w:t>
      </w:r>
    </w:p>
    <w:p w:rsidR="004611C8" w:rsidRDefault="004611C8" w:rsidP="004611C8">
      <w:r>
        <w:t>160046</w:t>
      </w:r>
      <w:r>
        <w:tab/>
        <w:t>Letaki</w:t>
      </w:r>
    </w:p>
    <w:p w:rsidR="004611C8" w:rsidRDefault="004611C8" w:rsidP="004611C8">
      <w:r>
        <w:t>160047</w:t>
      </w:r>
      <w:r>
        <w:tab/>
        <w:t>Vzorci za vezenje</w:t>
      </w:r>
    </w:p>
    <w:p w:rsidR="004611C8" w:rsidRDefault="004611C8" w:rsidP="004611C8">
      <w:r>
        <w:t>160049</w:t>
      </w:r>
      <w:r>
        <w:tab/>
        <w:t>Vlažilci [pisarniški pripomočki]</w:t>
      </w:r>
    </w:p>
    <w:p w:rsidR="004611C8" w:rsidRDefault="004611C8" w:rsidP="004611C8">
      <w:r>
        <w:t>160050</w:t>
      </w:r>
      <w:r>
        <w:tab/>
        <w:t>Čopiči za slikarje</w:t>
      </w:r>
    </w:p>
    <w:p w:rsidR="004611C8" w:rsidRDefault="004611C8" w:rsidP="004611C8">
      <w:r>
        <w:t>160051</w:t>
      </w:r>
      <w:r>
        <w:tab/>
        <w:t>Pivniki</w:t>
      </w:r>
    </w:p>
    <w:p w:rsidR="004611C8" w:rsidRDefault="004611C8" w:rsidP="004611C8">
      <w:r>
        <w:t>160052</w:t>
      </w:r>
      <w:r>
        <w:tab/>
        <w:t>Štampiljke [žigi]</w:t>
      </w:r>
    </w:p>
    <w:p w:rsidR="004611C8" w:rsidRDefault="004611C8" w:rsidP="004611C8">
      <w:r>
        <w:t>160053</w:t>
      </w:r>
      <w:r>
        <w:tab/>
        <w:t>Naprave za pečatenje</w:t>
      </w:r>
    </w:p>
    <w:p w:rsidR="004611C8" w:rsidRDefault="004611C8" w:rsidP="004611C8">
      <w:r>
        <w:t>160054</w:t>
      </w:r>
      <w:r>
        <w:tab/>
        <w:t>Blazinice s črnilom</w:t>
      </w:r>
    </w:p>
    <w:p w:rsidR="004611C8" w:rsidRDefault="004611C8" w:rsidP="004611C8">
      <w:r>
        <w:t>160055</w:t>
      </w:r>
      <w:r>
        <w:tab/>
        <w:t>Pečatni vosek</w:t>
      </w:r>
    </w:p>
    <w:p w:rsidR="004611C8" w:rsidRDefault="004611C8" w:rsidP="004611C8">
      <w:r>
        <w:t>160056</w:t>
      </w:r>
      <w:r>
        <w:tab/>
        <w:t>Pečatni stroji za pisarne</w:t>
      </w:r>
    </w:p>
    <w:p w:rsidR="004611C8" w:rsidRDefault="004611C8" w:rsidP="004611C8">
      <w:r>
        <w:t>160057</w:t>
      </w:r>
      <w:r>
        <w:tab/>
        <w:t>Zmesi za pečate za pisarniške namene</w:t>
      </w:r>
    </w:p>
    <w:p w:rsidR="004611C8" w:rsidRPr="003834FA" w:rsidRDefault="004611C8" w:rsidP="004611C8">
      <w:pPr>
        <w:rPr>
          <w:lang w:val="fr-FR"/>
        </w:rPr>
      </w:pPr>
      <w:r>
        <w:t>160058</w:t>
      </w:r>
      <w:r>
        <w:tab/>
      </w:r>
      <w:r w:rsidRPr="003834FA">
        <w:rPr>
          <w:lang w:val="fr-FR"/>
        </w:rPr>
        <w:t>Zvezki za pisanje ali risanje</w:t>
      </w:r>
    </w:p>
    <w:p w:rsidR="004611C8" w:rsidRPr="003834FA" w:rsidRDefault="004611C8" w:rsidP="004611C8">
      <w:pPr>
        <w:rPr>
          <w:lang w:val="fr-FR"/>
        </w:rPr>
      </w:pPr>
      <w:r>
        <w:t>160059</w:t>
      </w:r>
      <w:r>
        <w:tab/>
      </w:r>
      <w:r w:rsidRPr="003834FA">
        <w:rPr>
          <w:lang w:val="fr-FR"/>
        </w:rPr>
        <w:t>Vstavki za sortiranje in štetje denarja</w:t>
      </w:r>
    </w:p>
    <w:p w:rsidR="004611C8" w:rsidRDefault="004611C8" w:rsidP="004611C8">
      <w:r>
        <w:t>160061</w:t>
      </w:r>
      <w:r>
        <w:tab/>
        <w:t>Predloge za prerisovanje</w:t>
      </w:r>
    </w:p>
    <w:p w:rsidR="004611C8" w:rsidRDefault="004611C8" w:rsidP="004611C8">
      <w:r>
        <w:t>160062</w:t>
      </w:r>
      <w:r>
        <w:tab/>
        <w:t>Papir za prerisovanje</w:t>
      </w:r>
    </w:p>
    <w:p w:rsidR="004611C8" w:rsidRDefault="004611C8" w:rsidP="004611C8">
      <w:r>
        <w:t>160063</w:t>
      </w:r>
      <w:r>
        <w:tab/>
        <w:t>Prerisovalno blago</w:t>
      </w:r>
    </w:p>
    <w:p w:rsidR="004611C8" w:rsidRDefault="004611C8" w:rsidP="004611C8">
      <w:r>
        <w:t>160064</w:t>
      </w:r>
      <w:r>
        <w:tab/>
        <w:t>Ščitniki za prste za pisarniško uporabo</w:t>
      </w:r>
    </w:p>
    <w:p w:rsidR="004611C8" w:rsidRDefault="004611C8" w:rsidP="004611C8">
      <w:r>
        <w:t>160065</w:t>
      </w:r>
      <w:r>
        <w:tab/>
        <w:t>Tiskarske črke</w:t>
      </w:r>
    </w:p>
    <w:p w:rsidR="004611C8" w:rsidRDefault="004611C8" w:rsidP="004611C8">
      <w:r>
        <w:t>160066</w:t>
      </w:r>
      <w:r>
        <w:tab/>
        <w:t>Karbon papir</w:t>
      </w:r>
    </w:p>
    <w:p w:rsidR="004611C8" w:rsidRDefault="004611C8" w:rsidP="004611C8">
      <w:r>
        <w:t>160067</w:t>
      </w:r>
      <w:r>
        <w:tab/>
        <w:t>Papir za snemalne stroje</w:t>
      </w:r>
    </w:p>
    <w:p w:rsidR="004611C8" w:rsidRDefault="004611C8" w:rsidP="004611C8">
      <w:r>
        <w:t>160068</w:t>
      </w:r>
      <w:r>
        <w:tab/>
        <w:t>Zvezki</w:t>
      </w:r>
    </w:p>
    <w:p w:rsidR="004611C8" w:rsidRDefault="004611C8" w:rsidP="004611C8">
      <w:r>
        <w:t>160069</w:t>
      </w:r>
      <w:r>
        <w:tab/>
        <w:t>Pravokotna ravnila za risanje</w:t>
      </w:r>
    </w:p>
    <w:p w:rsidR="004611C8" w:rsidRDefault="004611C8" w:rsidP="004611C8">
      <w:r>
        <w:t>160071</w:t>
      </w:r>
      <w:r>
        <w:tab/>
        <w:t>Material za učenje ali poučevanje (razen aparatov)</w:t>
      </w:r>
    </w:p>
    <w:p w:rsidR="004611C8" w:rsidRDefault="004611C8" w:rsidP="004611C8">
      <w:r>
        <w:t>160072</w:t>
      </w:r>
      <w:r>
        <w:tab/>
        <w:t>Kartotečne kartice [pisarniške potrebščine]</w:t>
      </w:r>
    </w:p>
    <w:p w:rsidR="004611C8" w:rsidRDefault="004611C8" w:rsidP="004611C8">
      <w:r>
        <w:t>160074</w:t>
      </w:r>
      <w:r>
        <w:tab/>
        <w:t>Papirni listi [pisalne potrebščine]</w:t>
      </w:r>
    </w:p>
    <w:p w:rsidR="004611C8" w:rsidRDefault="004611C8" w:rsidP="004611C8">
      <w:r>
        <w:t>160075</w:t>
      </w:r>
      <w:r>
        <w:tab/>
        <w:t>Lepenka</w:t>
      </w:r>
    </w:p>
    <w:p w:rsidR="004611C8" w:rsidRDefault="004611C8" w:rsidP="004611C8">
      <w:r>
        <w:t>160076</w:t>
      </w:r>
      <w:r>
        <w:tab/>
        <w:t>Kartonske škatle za klobuke</w:t>
      </w:r>
    </w:p>
    <w:p w:rsidR="004611C8" w:rsidRDefault="004611C8" w:rsidP="004611C8">
      <w:r>
        <w:t>160077</w:t>
      </w:r>
      <w:r>
        <w:tab/>
        <w:t>Perforirane kartice za žakarske statve</w:t>
      </w:r>
    </w:p>
    <w:p w:rsidR="004611C8" w:rsidRDefault="004611C8" w:rsidP="004611C8">
      <w:r>
        <w:t>160078</w:t>
      </w:r>
      <w:r>
        <w:tab/>
        <w:t>Cevi iz kartona</w:t>
      </w:r>
    </w:p>
    <w:p w:rsidR="004611C8" w:rsidRDefault="004611C8" w:rsidP="004611C8">
      <w:r>
        <w:t>160080</w:t>
      </w:r>
      <w:r>
        <w:tab/>
        <w:t>Katalogi</w:t>
      </w:r>
    </w:p>
    <w:p w:rsidR="004611C8" w:rsidRDefault="004611C8" w:rsidP="004611C8">
      <w:r>
        <w:t>160081</w:t>
      </w:r>
      <w:r>
        <w:tab/>
        <w:t>Etikete za indeksirne kartice</w:t>
      </w:r>
    </w:p>
    <w:p w:rsidR="004611C8" w:rsidRDefault="004611C8" w:rsidP="004611C8">
      <w:r>
        <w:t>160082</w:t>
      </w:r>
      <w:r>
        <w:tab/>
        <w:t>Pesmarice</w:t>
      </w:r>
    </w:p>
    <w:p w:rsidR="004611C8" w:rsidRDefault="004611C8" w:rsidP="004611C8">
      <w:r>
        <w:t>160084</w:t>
      </w:r>
      <w:r>
        <w:tab/>
        <w:t>Stavni regali [tiskarstvo]</w:t>
      </w:r>
    </w:p>
    <w:p w:rsidR="004611C8" w:rsidRDefault="004611C8" w:rsidP="004611C8">
      <w:r>
        <w:t>160087</w:t>
      </w:r>
      <w:r>
        <w:tab/>
        <w:t>Slikarska stojala</w:t>
      </w:r>
    </w:p>
    <w:p w:rsidR="004611C8" w:rsidRDefault="004611C8" w:rsidP="004611C8">
      <w:r>
        <w:t>160088</w:t>
      </w:r>
      <w:r>
        <w:tab/>
        <w:t>Številke [tiskarske]</w:t>
      </w:r>
    </w:p>
    <w:p w:rsidR="004611C8" w:rsidRDefault="004611C8" w:rsidP="004611C8">
      <w:r>
        <w:t>160089</w:t>
      </w:r>
      <w:r>
        <w:tab/>
        <w:t>Tuši</w:t>
      </w:r>
    </w:p>
    <w:p w:rsidR="004611C8" w:rsidRPr="003834FA" w:rsidRDefault="004611C8" w:rsidP="004611C8">
      <w:pPr>
        <w:rPr>
          <w:lang w:val="fr-FR"/>
        </w:rPr>
      </w:pPr>
      <w:r>
        <w:t>160091</w:t>
      </w:r>
      <w:r>
        <w:tab/>
      </w:r>
      <w:r w:rsidRPr="003834FA">
        <w:rPr>
          <w:lang w:val="fr-FR"/>
        </w:rPr>
        <w:t>Modelni voski (ne za zobozdravstvene namene)</w:t>
      </w:r>
    </w:p>
    <w:p w:rsidR="004611C8" w:rsidRDefault="004611C8" w:rsidP="004611C8">
      <w:r>
        <w:t>160092</w:t>
      </w:r>
      <w:r>
        <w:tab/>
        <w:t>Mape [pisarniški pripomočki]</w:t>
      </w:r>
    </w:p>
    <w:p w:rsidR="004611C8" w:rsidRDefault="004611C8" w:rsidP="004611C8">
      <w:r>
        <w:t>160093</w:t>
      </w:r>
      <w:r>
        <w:tab/>
        <w:t>Pisarniški luknjači</w:t>
      </w:r>
    </w:p>
    <w:p w:rsidR="004611C8" w:rsidRDefault="004611C8" w:rsidP="004611C8">
      <w:r>
        <w:t>160095</w:t>
      </w:r>
      <w:r>
        <w:tab/>
        <w:t>Knjige</w:t>
      </w:r>
    </w:p>
    <w:p w:rsidR="004611C8" w:rsidRDefault="004611C8" w:rsidP="004611C8">
      <w:r>
        <w:t>160096</w:t>
      </w:r>
      <w:r>
        <w:tab/>
        <w:t>Šestila za risanje</w:t>
      </w:r>
    </w:p>
    <w:p w:rsidR="004611C8" w:rsidRDefault="004611C8" w:rsidP="004611C8">
      <w:r>
        <w:t>160098</w:t>
      </w:r>
      <w:r>
        <w:tab/>
        <w:t>Vrstičniki</w:t>
      </w:r>
    </w:p>
    <w:p w:rsidR="004611C8" w:rsidRDefault="004611C8" w:rsidP="004611C8">
      <w:r>
        <w:t>160101</w:t>
      </w:r>
      <w:r>
        <w:tab/>
        <w:t>Namizni pladnji</w:t>
      </w:r>
    </w:p>
    <w:p w:rsidR="004611C8" w:rsidRDefault="004611C8" w:rsidP="004611C8">
      <w:r>
        <w:t>160102</w:t>
      </w:r>
      <w:r>
        <w:tab/>
        <w:t>Papirnate vrečke</w:t>
      </w:r>
    </w:p>
    <w:p w:rsidR="004611C8" w:rsidRDefault="004611C8" w:rsidP="004611C8">
      <w:r>
        <w:t>160103</w:t>
      </w:r>
      <w:r>
        <w:tab/>
        <w:t>Korekturne tekočine [pisarniški pripomočki]</w:t>
      </w:r>
    </w:p>
    <w:p w:rsidR="004611C8" w:rsidRDefault="004611C8" w:rsidP="004611C8">
      <w:r>
        <w:t>160104</w:t>
      </w:r>
      <w:r>
        <w:tab/>
        <w:t>Korekturno črnilo [heliografija]</w:t>
      </w:r>
    </w:p>
    <w:p w:rsidR="004611C8" w:rsidRDefault="004611C8" w:rsidP="004611C8">
      <w:r>
        <w:t>160105</w:t>
      </w:r>
      <w:r>
        <w:tab/>
        <w:t>Mine za svinčnike</w:t>
      </w:r>
    </w:p>
    <w:p w:rsidR="004611C8" w:rsidRPr="003834FA" w:rsidRDefault="004611C8" w:rsidP="004611C8">
      <w:pPr>
        <w:rPr>
          <w:lang w:val="fr-FR"/>
        </w:rPr>
      </w:pPr>
      <w:r>
        <w:t>160106</w:t>
      </w:r>
      <w:r>
        <w:tab/>
      </w:r>
      <w:r w:rsidRPr="003834FA">
        <w:rPr>
          <w:lang w:val="fr-FR"/>
        </w:rPr>
        <w:t>Histološki vzorci za poučevalne namene</w:t>
      </w:r>
    </w:p>
    <w:p w:rsidR="004611C8" w:rsidRDefault="004611C8" w:rsidP="004611C8">
      <w:r>
        <w:t>160107</w:t>
      </w:r>
      <w:r>
        <w:tab/>
        <w:t>Krivuljniki</w:t>
      </w:r>
    </w:p>
    <w:p w:rsidR="004611C8" w:rsidRDefault="004611C8" w:rsidP="004611C8">
      <w:r>
        <w:t>160109</w:t>
      </w:r>
      <w:r>
        <w:tab/>
        <w:t>Pisalna kreda</w:t>
      </w:r>
    </w:p>
    <w:p w:rsidR="004611C8" w:rsidRDefault="004611C8" w:rsidP="004611C8">
      <w:r>
        <w:t>160110</w:t>
      </w:r>
      <w:r>
        <w:tab/>
        <w:t>Kreda za litografijo</w:t>
      </w:r>
    </w:p>
    <w:p w:rsidR="004611C8" w:rsidRDefault="004611C8" w:rsidP="004611C8">
      <w:r>
        <w:t>160111</w:t>
      </w:r>
      <w:r>
        <w:tab/>
        <w:t>Krojaška kreda</w:t>
      </w:r>
    </w:p>
    <w:p w:rsidR="004611C8" w:rsidRDefault="004611C8" w:rsidP="004611C8">
      <w:r>
        <w:t>160112</w:t>
      </w:r>
      <w:r>
        <w:tab/>
        <w:t>Držala za kredo</w:t>
      </w:r>
    </w:p>
    <w:p w:rsidR="004611C8" w:rsidRDefault="004611C8" w:rsidP="004611C8">
      <w:r>
        <w:t>160113</w:t>
      </w:r>
      <w:r>
        <w:tab/>
        <w:t>Držala za svinčnike</w:t>
      </w:r>
    </w:p>
    <w:p w:rsidR="004611C8" w:rsidRDefault="004611C8" w:rsidP="004611C8">
      <w:r>
        <w:t>160114</w:t>
      </w:r>
      <w:r>
        <w:tab/>
        <w:t>Tehnični svinčniki</w:t>
      </w:r>
    </w:p>
    <w:p w:rsidR="004611C8" w:rsidRDefault="004611C8" w:rsidP="004611C8">
      <w:r>
        <w:t>160115</w:t>
      </w:r>
      <w:r>
        <w:tab/>
        <w:t>Posode iz papirja za smetano</w:t>
      </w:r>
    </w:p>
    <w:p w:rsidR="004611C8" w:rsidRDefault="004611C8" w:rsidP="004611C8">
      <w:r>
        <w:t>160116</w:t>
      </w:r>
      <w:r>
        <w:tab/>
        <w:t>Papirne zaponke</w:t>
      </w:r>
    </w:p>
    <w:p w:rsidR="004611C8" w:rsidRDefault="004611C8" w:rsidP="004611C8">
      <w:r>
        <w:t>160118</w:t>
      </w:r>
      <w:r>
        <w:tab/>
        <w:t>Valji za pisalne stroje</w:t>
      </w:r>
    </w:p>
    <w:p w:rsidR="004611C8" w:rsidRDefault="004611C8" w:rsidP="004611C8">
      <w:r>
        <w:t>160121</w:t>
      </w:r>
      <w:r>
        <w:tab/>
        <w:t>Grafični odtisi</w:t>
      </w:r>
    </w:p>
    <w:p w:rsidR="004611C8" w:rsidRDefault="004611C8" w:rsidP="004611C8">
      <w:r>
        <w:t>160122</w:t>
      </w:r>
      <w:r>
        <w:tab/>
        <w:t>Glavniki za marmoriranje</w:t>
      </w:r>
    </w:p>
    <w:p w:rsidR="004611C8" w:rsidRDefault="004611C8" w:rsidP="004611C8">
      <w:r>
        <w:t>160123</w:t>
      </w:r>
      <w:r>
        <w:tab/>
        <w:t>Risalne deske</w:t>
      </w:r>
    </w:p>
    <w:p w:rsidR="004611C8" w:rsidRDefault="004611C8" w:rsidP="004611C8">
      <w:r>
        <w:t>160124</w:t>
      </w:r>
      <w:r>
        <w:tab/>
        <w:t>Risalne potrebščine</w:t>
      </w:r>
    </w:p>
    <w:p w:rsidR="004611C8" w:rsidRDefault="004611C8" w:rsidP="004611C8">
      <w:r>
        <w:t>160125</w:t>
      </w:r>
      <w:r>
        <w:tab/>
        <w:t>Risalni pribor</w:t>
      </w:r>
    </w:p>
    <w:p w:rsidR="004611C8" w:rsidRDefault="004611C8" w:rsidP="004611C8">
      <w:r>
        <w:t>160126</w:t>
      </w:r>
      <w:r>
        <w:tab/>
        <w:t>Diagrami</w:t>
      </w:r>
    </w:p>
    <w:p w:rsidR="004611C8" w:rsidRDefault="004611C8" w:rsidP="004611C8">
      <w:r>
        <w:t>160127</w:t>
      </w:r>
      <w:r>
        <w:tab/>
        <w:t>Ovoji [pisalne potrebščine]</w:t>
      </w:r>
    </w:p>
    <w:p w:rsidR="004611C8" w:rsidRDefault="004611C8" w:rsidP="004611C8">
      <w:r>
        <w:t>160128</w:t>
      </w:r>
      <w:r>
        <w:tab/>
        <w:t>Kopirne naprave</w:t>
      </w:r>
    </w:p>
    <w:p w:rsidR="004611C8" w:rsidRDefault="004611C8" w:rsidP="004611C8">
      <w:r>
        <w:t>160129</w:t>
      </w:r>
      <w:r>
        <w:tab/>
        <w:t>Jedkanice</w:t>
      </w:r>
    </w:p>
    <w:p w:rsidR="004611C8" w:rsidRDefault="004611C8" w:rsidP="004611C8">
      <w:r>
        <w:t>160131</w:t>
      </w:r>
      <w:r>
        <w:tab/>
        <w:t>Konice pisalnih peres</w:t>
      </w:r>
    </w:p>
    <w:p w:rsidR="004611C8" w:rsidRDefault="004611C8" w:rsidP="004611C8">
      <w:r>
        <w:t>160132</w:t>
      </w:r>
      <w:r>
        <w:tab/>
        <w:t>Pisalni stroji</w:t>
      </w:r>
    </w:p>
    <w:p w:rsidR="004611C8" w:rsidRDefault="004611C8" w:rsidP="004611C8">
      <w:r>
        <w:t>160134</w:t>
      </w:r>
      <w:r>
        <w:tab/>
        <w:t>Konice peres iz zlata</w:t>
      </w:r>
    </w:p>
    <w:p w:rsidR="004611C8" w:rsidRDefault="004611C8" w:rsidP="004611C8">
      <w:r>
        <w:t>160135</w:t>
      </w:r>
      <w:r>
        <w:tab/>
        <w:t>Izdelki za radiranje</w:t>
      </w:r>
    </w:p>
    <w:p w:rsidR="004611C8" w:rsidRDefault="004611C8" w:rsidP="004611C8">
      <w:r>
        <w:t>160136</w:t>
      </w:r>
      <w:r>
        <w:tab/>
        <w:t>Pisalne potrebščine</w:t>
      </w:r>
    </w:p>
    <w:p w:rsidR="004611C8" w:rsidRDefault="004611C8" w:rsidP="004611C8">
      <w:r>
        <w:t>160137</w:t>
      </w:r>
      <w:r>
        <w:tab/>
        <w:t>Zaščitni papirni pečati</w:t>
      </w:r>
    </w:p>
    <w:p w:rsidR="004611C8" w:rsidRDefault="004611C8" w:rsidP="004611C8">
      <w:r>
        <w:t>160138</w:t>
      </w:r>
      <w:r>
        <w:tab/>
        <w:t>Šablona za radiranje</w:t>
      </w:r>
    </w:p>
    <w:p w:rsidR="004611C8" w:rsidRDefault="004611C8" w:rsidP="004611C8">
      <w:r>
        <w:t>160139</w:t>
      </w:r>
      <w:r>
        <w:tab/>
        <w:t>Radirke</w:t>
      </w:r>
    </w:p>
    <w:p w:rsidR="004611C8" w:rsidRDefault="004611C8" w:rsidP="004611C8">
      <w:r>
        <w:t>160140</w:t>
      </w:r>
      <w:r>
        <w:tab/>
        <w:t>Elektrokardiografski papir</w:t>
      </w:r>
    </w:p>
    <w:p w:rsidR="004611C8" w:rsidRDefault="004611C8" w:rsidP="004611C8">
      <w:r>
        <w:t>160141</w:t>
      </w:r>
      <w:r>
        <w:tab/>
        <w:t>Luknjači [pisarniški pripomočki]</w:t>
      </w:r>
    </w:p>
    <w:p w:rsidR="004611C8" w:rsidRDefault="004611C8" w:rsidP="004611C8">
      <w:r>
        <w:t>160142</w:t>
      </w:r>
      <w:r>
        <w:tab/>
        <w:t>Črnilo</w:t>
      </w:r>
    </w:p>
    <w:p w:rsidR="004611C8" w:rsidRDefault="004611C8" w:rsidP="004611C8">
      <w:r>
        <w:t>160143</w:t>
      </w:r>
      <w:r>
        <w:tab/>
        <w:t>Črnilni trakovi</w:t>
      </w:r>
    </w:p>
    <w:p w:rsidR="004611C8" w:rsidRDefault="004611C8" w:rsidP="004611C8">
      <w:r>
        <w:t>160144</w:t>
      </w:r>
      <w:r>
        <w:tab/>
        <w:t>Črnilniki</w:t>
      </w:r>
    </w:p>
    <w:p w:rsidR="004611C8" w:rsidRPr="003834FA" w:rsidRDefault="004611C8" w:rsidP="004611C8">
      <w:pPr>
        <w:rPr>
          <w:lang w:val="fr-FR"/>
        </w:rPr>
      </w:pPr>
      <w:r>
        <w:t>160146</w:t>
      </w:r>
      <w:r>
        <w:tab/>
      </w:r>
      <w:r w:rsidRPr="003834FA">
        <w:rPr>
          <w:lang w:val="fr-FR"/>
        </w:rPr>
        <w:t>Stroji za kuvertiranje za pisarne</w:t>
      </w:r>
    </w:p>
    <w:p w:rsidR="004611C8" w:rsidRDefault="004611C8" w:rsidP="004611C8">
      <w:r>
        <w:t>160147</w:t>
      </w:r>
      <w:r>
        <w:tab/>
        <w:t>Fotografije [tiskane]</w:t>
      </w:r>
    </w:p>
    <w:p w:rsidR="004611C8" w:rsidRDefault="004611C8" w:rsidP="004611C8">
      <w:r>
        <w:t>160148</w:t>
      </w:r>
      <w:r>
        <w:tab/>
        <w:t>Peresni brisalci</w:t>
      </w:r>
    </w:p>
    <w:p w:rsidR="004611C8" w:rsidRDefault="004611C8" w:rsidP="004611C8">
      <w:r>
        <w:t>160149</w:t>
      </w:r>
      <w:r>
        <w:tab/>
        <w:t>Žigi</w:t>
      </w:r>
    </w:p>
    <w:p w:rsidR="004611C8" w:rsidRDefault="004611C8" w:rsidP="004611C8">
      <w:r>
        <w:t>160150</w:t>
      </w:r>
      <w:r>
        <w:tab/>
        <w:t>Blago za vezavo knjig</w:t>
      </w:r>
    </w:p>
    <w:p w:rsidR="004611C8" w:rsidRDefault="004611C8" w:rsidP="004611C8">
      <w:r>
        <w:t>160153</w:t>
      </w:r>
      <w:r>
        <w:tab/>
        <w:t>Glavne poslovne knjige</w:t>
      </w:r>
    </w:p>
    <w:p w:rsidR="004611C8" w:rsidRDefault="004611C8" w:rsidP="004611C8">
      <w:r>
        <w:t>160154</w:t>
      </w:r>
      <w:r>
        <w:tab/>
        <w:t>Indeksi</w:t>
      </w:r>
    </w:p>
    <w:p w:rsidR="004611C8" w:rsidRDefault="004611C8" w:rsidP="004611C8">
      <w:r>
        <w:t>160156</w:t>
      </w:r>
      <w:r>
        <w:tab/>
        <w:t>Filter papir</w:t>
      </w:r>
    </w:p>
    <w:p w:rsidR="004611C8" w:rsidRDefault="004611C8" w:rsidP="004611C8">
      <w:r>
        <w:t>160157</w:t>
      </w:r>
      <w:r>
        <w:tab/>
        <w:t>Filtrirni proizvodi iz papirja</w:t>
      </w:r>
    </w:p>
    <w:p w:rsidR="004611C8" w:rsidRDefault="004611C8" w:rsidP="004611C8">
      <w:r>
        <w:t>160158</w:t>
      </w:r>
      <w:r>
        <w:tab/>
        <w:t>Formularji (tiskani)</w:t>
      </w:r>
    </w:p>
    <w:p w:rsidR="004611C8" w:rsidRDefault="004611C8" w:rsidP="004611C8">
      <w:r>
        <w:t>160159</w:t>
      </w:r>
      <w:r>
        <w:tab/>
        <w:t>Pisarniški pripomočki</w:t>
      </w:r>
    </w:p>
    <w:p w:rsidR="004611C8" w:rsidRDefault="004611C8" w:rsidP="004611C8">
      <w:r>
        <w:t>160160</w:t>
      </w:r>
      <w:r>
        <w:tab/>
        <w:t>Ogljena pisala</w:t>
      </w:r>
    </w:p>
    <w:p w:rsidR="004611C8" w:rsidRDefault="004611C8" w:rsidP="004611C8">
      <w:r>
        <w:t>160161</w:t>
      </w:r>
      <w:r>
        <w:tab/>
        <w:t>Šablone [pisarniške potrebščine]</w:t>
      </w:r>
    </w:p>
    <w:p w:rsidR="004611C8" w:rsidRDefault="004611C8" w:rsidP="004611C8">
      <w:r>
        <w:t>160162</w:t>
      </w:r>
      <w:r>
        <w:tab/>
        <w:t>Tipografske plošče za zlaganje</w:t>
      </w:r>
    </w:p>
    <w:p w:rsidR="004611C8" w:rsidRDefault="004611C8" w:rsidP="004611C8">
      <w:r>
        <w:t>160163</w:t>
      </w:r>
      <w:r>
        <w:tab/>
        <w:t>Klišeji za galvanoplastiko</w:t>
      </w:r>
    </w:p>
    <w:p w:rsidR="004611C8" w:rsidRDefault="004611C8" w:rsidP="004611C8">
      <w:r>
        <w:t>160164</w:t>
      </w:r>
      <w:r>
        <w:tab/>
        <w:t>Geografske karte</w:t>
      </w:r>
    </w:p>
    <w:p w:rsidR="004611C8" w:rsidRDefault="004611C8" w:rsidP="004611C8">
      <w:r>
        <w:t>160165</w:t>
      </w:r>
      <w:r>
        <w:tab/>
        <w:t>Globusi</w:t>
      </w:r>
    </w:p>
    <w:p w:rsidR="004611C8" w:rsidRDefault="004611C8" w:rsidP="004611C8">
      <w:r>
        <w:lastRenderedPageBreak/>
        <w:t>160167</w:t>
      </w:r>
      <w:r>
        <w:tab/>
        <w:t>Grafične reprodukcije</w:t>
      </w:r>
    </w:p>
    <w:p w:rsidR="004611C8" w:rsidRDefault="004611C8" w:rsidP="004611C8">
      <w:r>
        <w:t>160168</w:t>
      </w:r>
      <w:r>
        <w:tab/>
        <w:t>Grafične upodobitve</w:t>
      </w:r>
    </w:p>
    <w:p w:rsidR="004611C8" w:rsidRDefault="004611C8" w:rsidP="004611C8">
      <w:r>
        <w:t>160169</w:t>
      </w:r>
      <w:r>
        <w:tab/>
        <w:t>Strgala za pisarne</w:t>
      </w:r>
    </w:p>
    <w:p w:rsidR="004611C8" w:rsidRDefault="004611C8" w:rsidP="004611C8">
      <w:r>
        <w:t>160170</w:t>
      </w:r>
      <w:r>
        <w:tab/>
        <w:t>Gravirne plošče</w:t>
      </w:r>
    </w:p>
    <w:p w:rsidR="004611C8" w:rsidRDefault="004611C8" w:rsidP="004611C8">
      <w:r>
        <w:t>160171</w:t>
      </w:r>
      <w:r>
        <w:tab/>
        <w:t>Hektografi (razmnoževalni stroji)</w:t>
      </w:r>
    </w:p>
    <w:p w:rsidR="004611C8" w:rsidRDefault="004611C8" w:rsidP="004611C8">
      <w:r>
        <w:t>160172</w:t>
      </w:r>
      <w:r>
        <w:tab/>
        <w:t>Tiskani urniki</w:t>
      </w:r>
    </w:p>
    <w:p w:rsidR="004611C8" w:rsidRDefault="004611C8" w:rsidP="004611C8">
      <w:r>
        <w:t>160173</w:t>
      </w:r>
      <w:r>
        <w:tab/>
        <w:t>Vlažilniki za gumirane površine [pisarniški pripomočki]</w:t>
      </w:r>
    </w:p>
    <w:p w:rsidR="004611C8" w:rsidRDefault="004611C8" w:rsidP="004611C8">
      <w:r>
        <w:t>160174</w:t>
      </w:r>
      <w:r>
        <w:tab/>
        <w:t>Razglednice</w:t>
      </w:r>
    </w:p>
    <w:p w:rsidR="004611C8" w:rsidRDefault="004611C8" w:rsidP="004611C8">
      <w:r>
        <w:t>160175</w:t>
      </w:r>
      <w:r>
        <w:tab/>
        <w:t>Tiskovine</w:t>
      </w:r>
    </w:p>
    <w:p w:rsidR="004611C8" w:rsidRDefault="004611C8" w:rsidP="004611C8">
      <w:r>
        <w:t>160176</w:t>
      </w:r>
      <w:r>
        <w:tab/>
        <w:t>Naprave za ročno etiketiranje</w:t>
      </w:r>
    </w:p>
    <w:p w:rsidR="004611C8" w:rsidRPr="003834FA" w:rsidRDefault="004611C8" w:rsidP="004611C8">
      <w:pPr>
        <w:rPr>
          <w:lang w:val="fr-FR"/>
        </w:rPr>
      </w:pPr>
      <w:r>
        <w:t>160177</w:t>
      </w:r>
      <w:r>
        <w:tab/>
      </w:r>
      <w:r w:rsidRPr="003834FA">
        <w:rPr>
          <w:lang w:val="fr-FR"/>
        </w:rPr>
        <w:t>Tiskarske pole, ne iz tekstila</w:t>
      </w:r>
    </w:p>
    <w:p w:rsidR="004611C8" w:rsidRDefault="004611C8" w:rsidP="004611C8">
      <w:r>
        <w:t>160179</w:t>
      </w:r>
      <w:r>
        <w:tab/>
        <w:t>Tiskane publikacije</w:t>
      </w:r>
    </w:p>
    <w:p w:rsidR="004611C8" w:rsidRDefault="004611C8" w:rsidP="004611C8">
      <w:r>
        <w:t>160182</w:t>
      </w:r>
      <w:r>
        <w:tab/>
        <w:t>Papir za pisanje</w:t>
      </w:r>
    </w:p>
    <w:p w:rsidR="004611C8" w:rsidRDefault="004611C8" w:rsidP="004611C8">
      <w:r>
        <w:t>160183</w:t>
      </w:r>
      <w:r>
        <w:tab/>
        <w:t>Pisemski obtežilniki</w:t>
      </w:r>
    </w:p>
    <w:p w:rsidR="004611C8" w:rsidRDefault="004611C8" w:rsidP="004611C8">
      <w:r>
        <w:t>160184</w:t>
      </w:r>
      <w:r>
        <w:tab/>
        <w:t>Označevalni žebljički za risalne namene</w:t>
      </w:r>
    </w:p>
    <w:p w:rsidR="004611C8" w:rsidRDefault="004611C8" w:rsidP="004611C8">
      <w:r>
        <w:t>160185</w:t>
      </w:r>
      <w:r>
        <w:tab/>
        <w:t>Risalna peresa</w:t>
      </w:r>
    </w:p>
    <w:p w:rsidR="004611C8" w:rsidRDefault="004611C8" w:rsidP="004611C8">
      <w:r>
        <w:t>160186</w:t>
      </w:r>
      <w:r>
        <w:tab/>
        <w:t>Namizni prti iz papirja</w:t>
      </w:r>
    </w:p>
    <w:p w:rsidR="004611C8" w:rsidRDefault="004611C8" w:rsidP="004611C8">
      <w:r>
        <w:t>160187</w:t>
      </w:r>
      <w:r>
        <w:tab/>
        <w:t>Litografije</w:t>
      </w:r>
    </w:p>
    <w:p w:rsidR="004611C8" w:rsidRDefault="004611C8" w:rsidP="004611C8">
      <w:r>
        <w:t>160188</w:t>
      </w:r>
      <w:r>
        <w:tab/>
        <w:t>Litografski kamni</w:t>
      </w:r>
    </w:p>
    <w:p w:rsidR="004611C8" w:rsidRDefault="004611C8" w:rsidP="004611C8">
      <w:r>
        <w:t>160189</w:t>
      </w:r>
      <w:r>
        <w:tab/>
        <w:t>Knjižice</w:t>
      </w:r>
    </w:p>
    <w:p w:rsidR="004611C8" w:rsidRDefault="004611C8" w:rsidP="004611C8">
      <w:r>
        <w:t>160190</w:t>
      </w:r>
      <w:r>
        <w:tab/>
        <w:t>Svetleči papir</w:t>
      </w:r>
    </w:p>
    <w:p w:rsidR="004611C8" w:rsidRDefault="004611C8" w:rsidP="004611C8">
      <w:r>
        <w:t>160191</w:t>
      </w:r>
      <w:r>
        <w:tab/>
        <w:t>Papirmaše</w:t>
      </w:r>
    </w:p>
    <w:p w:rsidR="004611C8" w:rsidRDefault="004611C8" w:rsidP="004611C8">
      <w:r>
        <w:t>160192</w:t>
      </w:r>
      <w:r>
        <w:tab/>
        <w:t>Samokopirni papir [pisarniški material]</w:t>
      </w:r>
    </w:p>
    <w:p w:rsidR="004611C8" w:rsidRDefault="004611C8" w:rsidP="004611C8">
      <w:r>
        <w:t>160193</w:t>
      </w:r>
      <w:r>
        <w:tab/>
        <w:t>Markirna kreda</w:t>
      </w:r>
    </w:p>
    <w:p w:rsidR="004611C8" w:rsidRDefault="004611C8" w:rsidP="004611C8">
      <w:r>
        <w:t>160195</w:t>
      </w:r>
      <w:r>
        <w:tab/>
        <w:t>Plastika za modeliranje</w:t>
      </w:r>
    </w:p>
    <w:p w:rsidR="004611C8" w:rsidRDefault="004611C8" w:rsidP="004611C8">
      <w:r>
        <w:t>160196</w:t>
      </w:r>
      <w:r>
        <w:tab/>
        <w:t>Modelirni materiali</w:t>
      </w:r>
    </w:p>
    <w:p w:rsidR="004611C8" w:rsidRDefault="004611C8" w:rsidP="004611C8">
      <w:r>
        <w:t>160197</w:t>
      </w:r>
      <w:r>
        <w:tab/>
        <w:t>Modelirna masa</w:t>
      </w:r>
    </w:p>
    <w:p w:rsidR="004611C8" w:rsidRDefault="004611C8" w:rsidP="004611C8">
      <w:r>
        <w:t>160198</w:t>
      </w:r>
      <w:r>
        <w:tab/>
        <w:t>Papirnati robčki</w:t>
      </w:r>
    </w:p>
    <w:p w:rsidR="004611C8" w:rsidRDefault="004611C8" w:rsidP="004611C8">
      <w:r>
        <w:t>160199</w:t>
      </w:r>
      <w:r>
        <w:tab/>
        <w:t>Indigo papir</w:t>
      </w:r>
    </w:p>
    <w:p w:rsidR="004611C8" w:rsidRDefault="004611C8" w:rsidP="004611C8">
      <w:r>
        <w:t>160200</w:t>
      </w:r>
      <w:r>
        <w:tab/>
        <w:t>Papirnati namizni prti</w:t>
      </w:r>
    </w:p>
    <w:p w:rsidR="004611C8" w:rsidRDefault="004611C8" w:rsidP="004611C8">
      <w:r>
        <w:t>160201</w:t>
      </w:r>
      <w:r>
        <w:tab/>
        <w:t>Šolske table</w:t>
      </w:r>
    </w:p>
    <w:p w:rsidR="004611C8" w:rsidRDefault="004611C8" w:rsidP="004611C8">
      <w:r>
        <w:t>160202</w:t>
      </w:r>
      <w:r>
        <w:tab/>
        <w:t>Papirne sponke</w:t>
      </w:r>
    </w:p>
    <w:p w:rsidR="004611C8" w:rsidRDefault="004611C8" w:rsidP="004611C8">
      <w:r>
        <w:t>160203</w:t>
      </w:r>
      <w:r>
        <w:tab/>
        <w:t>Naprave za štetje</w:t>
      </w:r>
    </w:p>
    <w:p w:rsidR="004611C8" w:rsidRDefault="004611C8" w:rsidP="004611C8">
      <w:r>
        <w:t>160204</w:t>
      </w:r>
      <w:r>
        <w:tab/>
        <w:t>Oljnati tisk</w:t>
      </w:r>
    </w:p>
    <w:p w:rsidR="004611C8" w:rsidRDefault="004611C8" w:rsidP="004611C8">
      <w:r>
        <w:t>160205</w:t>
      </w:r>
      <w:r>
        <w:tab/>
        <w:t>Vezni trakovi [knjigovezništvo]</w:t>
      </w:r>
    </w:p>
    <w:p w:rsidR="004611C8" w:rsidRDefault="004611C8" w:rsidP="004611C8">
      <w:r>
        <w:t>160206</w:t>
      </w:r>
      <w:r>
        <w:tab/>
        <w:t>Pečatne ploščice</w:t>
      </w:r>
    </w:p>
    <w:p w:rsidR="004611C8" w:rsidRDefault="004611C8" w:rsidP="004611C8">
      <w:r>
        <w:t>160207</w:t>
      </w:r>
      <w:r>
        <w:tab/>
        <w:t>Slikarske palete</w:t>
      </w:r>
    </w:p>
    <w:p w:rsidR="004611C8" w:rsidRDefault="004611C8" w:rsidP="004611C8">
      <w:r>
        <w:t>160208</w:t>
      </w:r>
      <w:r>
        <w:tab/>
        <w:t>Pantografi</w:t>
      </w:r>
    </w:p>
    <w:p w:rsidR="004611C8" w:rsidRDefault="004611C8" w:rsidP="004611C8">
      <w:r>
        <w:t>160209</w:t>
      </w:r>
      <w:r>
        <w:tab/>
        <w:t>Pisarniške potrebščine</w:t>
      </w:r>
    </w:p>
    <w:p w:rsidR="004611C8" w:rsidRDefault="004611C8" w:rsidP="004611C8">
      <w:r>
        <w:t>160210</w:t>
      </w:r>
      <w:r>
        <w:tab/>
        <w:t>Pergamentni papir</w:t>
      </w:r>
    </w:p>
    <w:p w:rsidR="004611C8" w:rsidRDefault="004611C8" w:rsidP="004611C8">
      <w:r>
        <w:t>160211</w:t>
      </w:r>
      <w:r>
        <w:tab/>
        <w:t>Voščenke</w:t>
      </w:r>
    </w:p>
    <w:p w:rsidR="004611C8" w:rsidRDefault="004611C8" w:rsidP="004611C8">
      <w:r>
        <w:t>160212</w:t>
      </w:r>
      <w:r>
        <w:tab/>
        <w:t>Kroji za šivanje</w:t>
      </w:r>
    </w:p>
    <w:p w:rsidR="004611C8" w:rsidRDefault="004611C8" w:rsidP="004611C8">
      <w:r>
        <w:t>160214</w:t>
      </w:r>
      <w:r>
        <w:tab/>
        <w:t>Etuiji za šablone</w:t>
      </w:r>
    </w:p>
    <w:p w:rsidR="004611C8" w:rsidRDefault="004611C8" w:rsidP="004611C8">
      <w:r>
        <w:t>160215</w:t>
      </w:r>
      <w:r>
        <w:tab/>
        <w:t>Pleskarski valji</w:t>
      </w:r>
    </w:p>
    <w:p w:rsidR="004611C8" w:rsidRDefault="004611C8" w:rsidP="004611C8">
      <w:r>
        <w:t>160216</w:t>
      </w:r>
      <w:r>
        <w:tab/>
        <w:t>Slikarsko platno</w:t>
      </w:r>
    </w:p>
    <w:p w:rsidR="004611C8" w:rsidRDefault="004611C8" w:rsidP="004611C8">
      <w:r>
        <w:t>160217</w:t>
      </w:r>
      <w:r>
        <w:tab/>
        <w:t>Škatle za barvice [šolske potrebščine]</w:t>
      </w:r>
    </w:p>
    <w:p w:rsidR="004611C8" w:rsidRPr="003834FA" w:rsidRDefault="004611C8" w:rsidP="004611C8">
      <w:pPr>
        <w:rPr>
          <w:lang w:val="fr-FR"/>
        </w:rPr>
      </w:pPr>
      <w:r>
        <w:t>160218</w:t>
      </w:r>
      <w:r>
        <w:tab/>
      </w:r>
      <w:r w:rsidRPr="003834FA">
        <w:rPr>
          <w:lang w:val="fr-FR"/>
        </w:rPr>
        <w:t>Plastična folija za embaliranje, ovijanje</w:t>
      </w:r>
    </w:p>
    <w:p w:rsidR="004611C8" w:rsidRDefault="004611C8" w:rsidP="004611C8">
      <w:r>
        <w:t>160219</w:t>
      </w:r>
      <w:r>
        <w:tab/>
        <w:t>Aparati za lepljenje fotografij</w:t>
      </w:r>
    </w:p>
    <w:p w:rsidR="004611C8" w:rsidRDefault="004611C8" w:rsidP="004611C8">
      <w:r>
        <w:t>160221</w:t>
      </w:r>
      <w:r>
        <w:tab/>
        <w:t>Fotogravure</w:t>
      </w:r>
    </w:p>
    <w:p w:rsidR="004611C8" w:rsidRDefault="004611C8" w:rsidP="004611C8">
      <w:r>
        <w:t>160224</w:t>
      </w:r>
      <w:r>
        <w:tab/>
        <w:t>Mape [pisarniške potrebščine]</w:t>
      </w:r>
    </w:p>
    <w:p w:rsidR="004611C8" w:rsidRDefault="004611C8" w:rsidP="004611C8">
      <w:r>
        <w:t>160225</w:t>
      </w:r>
      <w:r>
        <w:tab/>
        <w:t>Nalivna peresa</w:t>
      </w:r>
    </w:p>
    <w:p w:rsidR="004611C8" w:rsidRDefault="004611C8" w:rsidP="004611C8">
      <w:r>
        <w:t>160226</w:t>
      </w:r>
      <w:r>
        <w:tab/>
        <w:t>Šablonske plošče</w:t>
      </w:r>
    </w:p>
    <w:p w:rsidR="004611C8" w:rsidRDefault="004611C8" w:rsidP="004611C8">
      <w:r>
        <w:t>160227</w:t>
      </w:r>
      <w:r>
        <w:tab/>
        <w:t>Matrice, šablone</w:t>
      </w:r>
    </w:p>
    <w:p w:rsidR="004611C8" w:rsidRDefault="004611C8" w:rsidP="004611C8">
      <w:r>
        <w:t>160228</w:t>
      </w:r>
      <w:r>
        <w:tab/>
        <w:t>Portreti</w:t>
      </w:r>
    </w:p>
    <w:p w:rsidR="004611C8" w:rsidRDefault="004611C8" w:rsidP="004611C8">
      <w:r>
        <w:t>160230</w:t>
      </w:r>
      <w:r>
        <w:tab/>
        <w:t>Mimeografski aparati in stroji</w:t>
      </w:r>
    </w:p>
    <w:p w:rsidR="004611C8" w:rsidRDefault="004611C8" w:rsidP="004611C8">
      <w:r>
        <w:t>160232</w:t>
      </w:r>
      <w:r>
        <w:tab/>
        <w:t>Prospekti</w:t>
      </w:r>
    </w:p>
    <w:p w:rsidR="004611C8" w:rsidRDefault="004611C8" w:rsidP="004611C8">
      <w:r>
        <w:t>160233</w:t>
      </w:r>
      <w:r>
        <w:tab/>
        <w:t>Radiogramski papir</w:t>
      </w:r>
    </w:p>
    <w:p w:rsidR="004611C8" w:rsidRDefault="004611C8" w:rsidP="004611C8">
      <w:r>
        <w:t>160234</w:t>
      </w:r>
      <w:r>
        <w:tab/>
        <w:t>Ravnila za skiciranje</w:t>
      </w:r>
    </w:p>
    <w:p w:rsidR="004611C8" w:rsidRDefault="004611C8" w:rsidP="004611C8">
      <w:r>
        <w:t>160235</w:t>
      </w:r>
      <w:r>
        <w:tab/>
        <w:t>Tiskarske reglete</w:t>
      </w:r>
    </w:p>
    <w:p w:rsidR="004611C8" w:rsidRDefault="004611C8" w:rsidP="004611C8">
      <w:r>
        <w:t>160236</w:t>
      </w:r>
      <w:r>
        <w:tab/>
        <w:t>Knjigovezni materiali</w:t>
      </w:r>
    </w:p>
    <w:p w:rsidR="004611C8" w:rsidRPr="003834FA" w:rsidRDefault="004611C8" w:rsidP="004611C8">
      <w:pPr>
        <w:rPr>
          <w:lang w:val="fr-FR"/>
        </w:rPr>
      </w:pPr>
      <w:r>
        <w:t>160241</w:t>
      </w:r>
      <w:r>
        <w:tab/>
      </w:r>
      <w:r w:rsidRPr="003834FA">
        <w:rPr>
          <w:lang w:val="fr-FR"/>
        </w:rPr>
        <w:t>Kopirni papir za razmnoževalne stroje</w:t>
      </w:r>
    </w:p>
    <w:p w:rsidR="004611C8" w:rsidRDefault="004611C8" w:rsidP="004611C8">
      <w:r>
        <w:t>160242</w:t>
      </w:r>
      <w:r>
        <w:tab/>
        <w:t>Peresa [pisarniški pripomočki]</w:t>
      </w:r>
    </w:p>
    <w:p w:rsidR="004611C8" w:rsidRDefault="004611C8" w:rsidP="004611C8">
      <w:r>
        <w:t>160243</w:t>
      </w:r>
      <w:r>
        <w:tab/>
        <w:t>Revije [periodične]</w:t>
      </w:r>
    </w:p>
    <w:p w:rsidR="004611C8" w:rsidRDefault="004611C8" w:rsidP="004611C8">
      <w:r>
        <w:t>160244</w:t>
      </w:r>
      <w:r>
        <w:tab/>
        <w:t>Papirni trakovi</w:t>
      </w:r>
    </w:p>
    <w:p w:rsidR="004611C8" w:rsidRDefault="004611C8" w:rsidP="004611C8">
      <w:r>
        <w:t>160245</w:t>
      </w:r>
      <w:r>
        <w:tab/>
        <w:t>Trakovi za pisalne stroje</w:t>
      </w:r>
    </w:p>
    <w:p w:rsidR="004611C8" w:rsidRDefault="004611C8" w:rsidP="004611C8">
      <w:r>
        <w:t>160246</w:t>
      </w:r>
      <w:r>
        <w:tab/>
        <w:t>Vrečke [ovojnice, torbice] iz papirja ali plastike za pakiranje</w:t>
      </w:r>
    </w:p>
    <w:p w:rsidR="004611C8" w:rsidRDefault="004611C8" w:rsidP="004611C8">
      <w:r>
        <w:t>160247</w:t>
      </w:r>
      <w:r>
        <w:tab/>
        <w:t>Blazinice za štampiljke</w:t>
      </w:r>
    </w:p>
    <w:p w:rsidR="004611C8" w:rsidRDefault="004611C8" w:rsidP="004611C8">
      <w:r>
        <w:t>160248</w:t>
      </w:r>
      <w:r>
        <w:tab/>
        <w:t>Šolske potrebščine [pisalne potrebščine]</w:t>
      </w:r>
    </w:p>
    <w:p w:rsidR="004611C8" w:rsidRDefault="004611C8" w:rsidP="004611C8">
      <w:r>
        <w:t>160250</w:t>
      </w:r>
      <w:r>
        <w:tab/>
        <w:t>Voščilnice</w:t>
      </w:r>
    </w:p>
    <w:p w:rsidR="004611C8" w:rsidRDefault="004611C8" w:rsidP="004611C8">
      <w:r>
        <w:t>160251</w:t>
      </w:r>
      <w:r>
        <w:tab/>
        <w:t>Steatit [krojaška kreda]</w:t>
      </w:r>
    </w:p>
    <w:p w:rsidR="004611C8" w:rsidRDefault="004611C8" w:rsidP="004611C8">
      <w:r>
        <w:t>160253</w:t>
      </w:r>
      <w:r>
        <w:tab/>
        <w:t>Svinčniki (kemični)</w:t>
      </w:r>
    </w:p>
    <w:p w:rsidR="004611C8" w:rsidRDefault="004611C8" w:rsidP="004611C8">
      <w:r>
        <w:t>160254</w:t>
      </w:r>
      <w:r>
        <w:tab/>
        <w:t>Namizni podstavki iz papirja</w:t>
      </w:r>
    </w:p>
    <w:p w:rsidR="004611C8" w:rsidRDefault="004611C8" w:rsidP="004611C8">
      <w:r>
        <w:t>160255</w:t>
      </w:r>
      <w:r>
        <w:tab/>
        <w:t>Namizne podloge</w:t>
      </w:r>
    </w:p>
    <w:p w:rsidR="004611C8" w:rsidRDefault="004611C8" w:rsidP="004611C8">
      <w:r>
        <w:t>160257</w:t>
      </w:r>
      <w:r>
        <w:tab/>
        <w:t>Tipke za pisalne stroje</w:t>
      </w:r>
    </w:p>
    <w:p w:rsidR="004611C8" w:rsidRDefault="004611C8" w:rsidP="004611C8">
      <w:r>
        <w:t>160258</w:t>
      </w:r>
      <w:r>
        <w:tab/>
        <w:t>Držala za žige</w:t>
      </w:r>
    </w:p>
    <w:p w:rsidR="004611C8" w:rsidRDefault="004611C8" w:rsidP="004611C8">
      <w:r>
        <w:t>160259</w:t>
      </w:r>
      <w:r>
        <w:tab/>
        <w:t>Omarice, škatlice za štampiljke [pečate]</w:t>
      </w:r>
    </w:p>
    <w:p w:rsidR="004611C8" w:rsidRDefault="004611C8" w:rsidP="004611C8">
      <w:r>
        <w:t>160260</w:t>
      </w:r>
      <w:r>
        <w:tab/>
        <w:t>Poštne znamke</w:t>
      </w:r>
    </w:p>
    <w:p w:rsidR="004611C8" w:rsidRDefault="004611C8" w:rsidP="004611C8">
      <w:r>
        <w:t>160261</w:t>
      </w:r>
      <w:r>
        <w:tab/>
        <w:t>Stojala za štampiljke</w:t>
      </w:r>
    </w:p>
    <w:p w:rsidR="004611C8" w:rsidRDefault="004611C8" w:rsidP="004611C8">
      <w:r>
        <w:t>160262</w:t>
      </w:r>
      <w:r>
        <w:tab/>
        <w:t>Prosojnice [pisalne potrebščine]</w:t>
      </w:r>
    </w:p>
    <w:p w:rsidR="004611C8" w:rsidRDefault="004611C8" w:rsidP="004611C8">
      <w:r>
        <w:t>160263</w:t>
      </w:r>
      <w:r>
        <w:tab/>
        <w:t>Aparati za izdelavo vinjet</w:t>
      </w:r>
    </w:p>
    <w:p w:rsidR="004611C8" w:rsidRDefault="004611C8" w:rsidP="004611C8">
      <w:r>
        <w:t>160265</w:t>
      </w:r>
      <w:r>
        <w:tab/>
        <w:t>Adhezivi za pisarniške in gospodinjske namene</w:t>
      </w:r>
    </w:p>
    <w:p w:rsidR="004611C8" w:rsidRDefault="004611C8" w:rsidP="004611C8">
      <w:r>
        <w:t>160266</w:t>
      </w:r>
      <w:r>
        <w:tab/>
        <w:t>Lepilni trakovi za pisarniške ali gospodinjske namene</w:t>
      </w:r>
    </w:p>
    <w:p w:rsidR="004611C8" w:rsidRDefault="004611C8" w:rsidP="004611C8">
      <w:r>
        <w:t>160268</w:t>
      </w:r>
      <w:r>
        <w:tab/>
        <w:t>Naslovne plošče za naslavljalne stroje</w:t>
      </w:r>
    </w:p>
    <w:p w:rsidR="004611C8" w:rsidRDefault="004611C8" w:rsidP="004611C8">
      <w:r>
        <w:t>160269</w:t>
      </w:r>
      <w:r>
        <w:tab/>
        <w:t>Almanahi</w:t>
      </w:r>
    </w:p>
    <w:p w:rsidR="004611C8" w:rsidRDefault="004611C8" w:rsidP="004611C8">
      <w:r>
        <w:t>160270</w:t>
      </w:r>
      <w:r>
        <w:tab/>
        <w:t>Koledarji</w:t>
      </w:r>
    </w:p>
    <w:p w:rsidR="004611C8" w:rsidRDefault="004611C8" w:rsidP="004611C8">
      <w:r>
        <w:t>160271</w:t>
      </w:r>
      <w:r>
        <w:tab/>
        <w:t>Škrobno lepilo za pisarniške in gospodinjske namene</w:t>
      </w:r>
    </w:p>
    <w:p w:rsidR="004611C8" w:rsidRDefault="004611C8" w:rsidP="004611C8">
      <w:r>
        <w:t>160273</w:t>
      </w:r>
      <w:r>
        <w:tab/>
        <w:t>Čopiči</w:t>
      </w:r>
    </w:p>
    <w:p w:rsidR="004611C8" w:rsidRDefault="004611C8" w:rsidP="004611C8">
      <w:r>
        <w:t>160274</w:t>
      </w:r>
      <w:r>
        <w:tab/>
        <w:t>Samolepilni trakovi za pisarniške ali gospodinjske namene</w:t>
      </w:r>
    </w:p>
    <w:p w:rsidR="004611C8" w:rsidRDefault="004611C8" w:rsidP="004611C8">
      <w:r>
        <w:t>160275</w:t>
      </w:r>
      <w:r>
        <w:tab/>
        <w:t>Elastični trakovi za pisarniške namene</w:t>
      </w:r>
    </w:p>
    <w:p w:rsidR="004611C8" w:rsidRDefault="004611C8" w:rsidP="004611C8">
      <w:r>
        <w:t>160276</w:t>
      </w:r>
      <w:r>
        <w:tab/>
        <w:t>Slinčki iz papirja</w:t>
      </w:r>
    </w:p>
    <w:p w:rsidR="004611C8" w:rsidRDefault="004611C8" w:rsidP="004611C8">
      <w:r>
        <w:t>160278</w:t>
      </w:r>
      <w:r>
        <w:tab/>
        <w:t>Table iz stisnjene lepenke [pisalne potrebščine]</w:t>
      </w:r>
    </w:p>
    <w:p w:rsidR="004611C8" w:rsidRDefault="004611C8" w:rsidP="004611C8">
      <w:r>
        <w:t>160279</w:t>
      </w:r>
      <w:r>
        <w:tab/>
        <w:t>Papir iz lesne kaše</w:t>
      </w:r>
    </w:p>
    <w:p w:rsidR="004611C8" w:rsidRPr="003834FA" w:rsidRDefault="004611C8" w:rsidP="004611C8">
      <w:pPr>
        <w:rPr>
          <w:lang w:val="fr-FR"/>
        </w:rPr>
      </w:pPr>
      <w:r>
        <w:t>160280</w:t>
      </w:r>
      <w:r>
        <w:tab/>
      </w:r>
      <w:r w:rsidRPr="003834FA">
        <w:rPr>
          <w:lang w:val="fr-FR"/>
        </w:rPr>
        <w:t>Škatle iz papirja ali kartona</w:t>
      </w:r>
    </w:p>
    <w:p w:rsidR="004611C8" w:rsidRDefault="004611C8" w:rsidP="004611C8">
      <w:r>
        <w:t>160281</w:t>
      </w:r>
      <w:r>
        <w:tab/>
        <w:t>Stojala za peresa in svinčnike</w:t>
      </w:r>
    </w:p>
    <w:p w:rsidR="004611C8" w:rsidRPr="003834FA" w:rsidRDefault="004611C8" w:rsidP="004611C8">
      <w:pPr>
        <w:rPr>
          <w:lang w:val="fr-FR"/>
        </w:rPr>
      </w:pPr>
      <w:r>
        <w:t>160282</w:t>
      </w:r>
      <w:r>
        <w:tab/>
      </w:r>
      <w:r w:rsidRPr="003834FA">
        <w:rPr>
          <w:lang w:val="fr-FR"/>
        </w:rPr>
        <w:t>Kuverte za steklenice iz papirja ali kartona</w:t>
      </w:r>
    </w:p>
    <w:p w:rsidR="004611C8" w:rsidRDefault="004611C8" w:rsidP="004611C8">
      <w:r>
        <w:t>160283</w:t>
      </w:r>
      <w:r>
        <w:tab/>
        <w:t>Podstavki iz papirja</w:t>
      </w:r>
    </w:p>
    <w:p w:rsidR="004611C8" w:rsidRDefault="004611C8" w:rsidP="004611C8">
      <w:r>
        <w:t>160284</w:t>
      </w:r>
      <w:r>
        <w:tab/>
        <w:t>Posetnice [pisalne potrebščine]</w:t>
      </w:r>
    </w:p>
    <w:p w:rsidR="004611C8" w:rsidRDefault="004611C8" w:rsidP="004611C8">
      <w:r>
        <w:t>160286</w:t>
      </w:r>
      <w:r>
        <w:tab/>
        <w:t>Zastavice (papirnate)</w:t>
      </w:r>
    </w:p>
    <w:p w:rsidR="004611C8" w:rsidRDefault="004611C8" w:rsidP="004611C8">
      <w:r>
        <w:lastRenderedPageBreak/>
        <w:t>160287</w:t>
      </w:r>
      <w:r>
        <w:tab/>
        <w:t>Rezalniki papirja za pisarniško uporabo</w:t>
      </w:r>
    </w:p>
    <w:p w:rsidR="004611C8" w:rsidRDefault="004611C8" w:rsidP="004611C8">
      <w:r>
        <w:t>160288</w:t>
      </w:r>
      <w:r>
        <w:tab/>
        <w:t>Folije iz reciklirane celuloze za zavijanje</w:t>
      </w:r>
    </w:p>
    <w:p w:rsidR="004611C8" w:rsidRDefault="004611C8" w:rsidP="004611C8">
      <w:r>
        <w:t>160289</w:t>
      </w:r>
      <w:r>
        <w:tab/>
        <w:t>Namizne omarice za pisarniške potrebščine [pisarniški pripomočki]</w:t>
      </w:r>
    </w:p>
    <w:p w:rsidR="004611C8" w:rsidRDefault="004611C8" w:rsidP="004611C8">
      <w:r>
        <w:t>160291</w:t>
      </w:r>
      <w:r>
        <w:tab/>
        <w:t>Noži za odpiranje pisem</w:t>
      </w:r>
    </w:p>
    <w:p w:rsidR="004611C8" w:rsidRDefault="004611C8" w:rsidP="004611C8">
      <w:r>
        <w:t>160292</w:t>
      </w:r>
      <w:r>
        <w:tab/>
        <w:t>Vreče za odpadke iz papirja ali plastike</w:t>
      </w:r>
    </w:p>
    <w:p w:rsidR="004611C8" w:rsidRDefault="004611C8" w:rsidP="004611C8">
      <w:r>
        <w:t>160293</w:t>
      </w:r>
      <w:r>
        <w:tab/>
        <w:t>Šilčki za svinčnike (električni ali neelektrični)</w:t>
      </w:r>
    </w:p>
    <w:p w:rsidR="004611C8" w:rsidRDefault="004611C8" w:rsidP="004611C8">
      <w:r>
        <w:t>160294</w:t>
      </w:r>
      <w:r>
        <w:tab/>
        <w:t>Robčki iz papirja za odstranjevanje make-upa</w:t>
      </w:r>
    </w:p>
    <w:p w:rsidR="004611C8" w:rsidRDefault="004611C8" w:rsidP="004611C8">
      <w:r>
        <w:t>160295</w:t>
      </w:r>
      <w:r>
        <w:tab/>
        <w:t>Namizne serviete iz papirja</w:t>
      </w:r>
    </w:p>
    <w:p w:rsidR="004611C8" w:rsidRDefault="004611C8" w:rsidP="004611C8">
      <w:r>
        <w:t>160296</w:t>
      </w:r>
      <w:r>
        <w:tab/>
        <w:t>Namizni pogrinjki iz papirja</w:t>
      </w:r>
    </w:p>
    <w:p w:rsidR="004611C8" w:rsidRDefault="004611C8" w:rsidP="004611C8">
      <w:r>
        <w:t>160297</w:t>
      </w:r>
      <w:r>
        <w:tab/>
        <w:t>Ravnila za risanje</w:t>
      </w:r>
    </w:p>
    <w:p w:rsidR="004611C8" w:rsidRDefault="004611C8" w:rsidP="004611C8">
      <w:r>
        <w:t>160298</w:t>
      </w:r>
      <w:r>
        <w:tab/>
        <w:t>T-ravnila za risanje</w:t>
      </w:r>
    </w:p>
    <w:p w:rsidR="004611C8" w:rsidRDefault="004611C8" w:rsidP="004611C8">
      <w:r>
        <w:t>160299</w:t>
      </w:r>
      <w:r>
        <w:tab/>
        <w:t>Držala za nalivna peresa</w:t>
      </w:r>
    </w:p>
    <w:p w:rsidR="004611C8" w:rsidRPr="003834FA" w:rsidRDefault="004611C8" w:rsidP="004611C8">
      <w:pPr>
        <w:rPr>
          <w:lang w:val="fr-FR"/>
        </w:rPr>
      </w:pPr>
      <w:r>
        <w:t>160300</w:t>
      </w:r>
      <w:r>
        <w:tab/>
      </w:r>
      <w:r w:rsidRPr="003834FA">
        <w:rPr>
          <w:lang w:val="fr-FR"/>
        </w:rPr>
        <w:t>Peresnice za pisala [pisalne potrebščine]</w:t>
      </w:r>
    </w:p>
    <w:p w:rsidR="004611C8" w:rsidRDefault="004611C8" w:rsidP="004611C8">
      <w:r>
        <w:t>160301</w:t>
      </w:r>
      <w:r>
        <w:tab/>
        <w:t>Stojala za črnilo</w:t>
      </w:r>
    </w:p>
    <w:p w:rsidR="004611C8" w:rsidRDefault="004611C8" w:rsidP="004611C8">
      <w:r>
        <w:t>160303</w:t>
      </w:r>
      <w:r>
        <w:tab/>
        <w:t>Rokopisni primerki za razmnoževanje</w:t>
      </w:r>
    </w:p>
    <w:p w:rsidR="004611C8" w:rsidRDefault="004611C8" w:rsidP="004611C8">
      <w:r>
        <w:t>160304</w:t>
      </w:r>
      <w:r>
        <w:tab/>
        <w:t>Embalaža [ovitki] za steklenice iz papirja ali kartona</w:t>
      </w:r>
    </w:p>
    <w:p w:rsidR="004611C8" w:rsidRPr="003834FA" w:rsidRDefault="004611C8" w:rsidP="004611C8">
      <w:pPr>
        <w:rPr>
          <w:lang w:val="fr-FR"/>
        </w:rPr>
      </w:pPr>
      <w:r>
        <w:t>160305</w:t>
      </w:r>
      <w:r>
        <w:tab/>
      </w:r>
      <w:r w:rsidRPr="003834FA">
        <w:rPr>
          <w:lang w:val="fr-FR"/>
        </w:rPr>
        <w:t>Plakati iz papirja ali kartona</w:t>
      </w:r>
    </w:p>
    <w:p w:rsidR="004611C8" w:rsidRDefault="004611C8" w:rsidP="004611C8">
      <w:r>
        <w:t>160306</w:t>
      </w:r>
      <w:r>
        <w:tab/>
        <w:t>Brisače iz papirja</w:t>
      </w:r>
    </w:p>
    <w:p w:rsidR="004611C8" w:rsidRPr="003834FA" w:rsidRDefault="004611C8" w:rsidP="004611C8">
      <w:pPr>
        <w:rPr>
          <w:lang w:val="fr-FR"/>
        </w:rPr>
      </w:pPr>
      <w:r>
        <w:t>160307</w:t>
      </w:r>
      <w:r>
        <w:tab/>
      </w:r>
      <w:r w:rsidRPr="003834FA">
        <w:rPr>
          <w:lang w:val="fr-FR"/>
        </w:rPr>
        <w:t>Brisače za obraz iz papirja</w:t>
      </w:r>
    </w:p>
    <w:p w:rsidR="004611C8" w:rsidRPr="003834FA" w:rsidRDefault="004611C8" w:rsidP="004611C8">
      <w:pPr>
        <w:rPr>
          <w:lang w:val="fr-FR"/>
        </w:rPr>
      </w:pPr>
      <w:r>
        <w:t>160308</w:t>
      </w:r>
      <w:r>
        <w:tab/>
      </w:r>
      <w:r w:rsidRPr="003834FA">
        <w:rPr>
          <w:lang w:val="fr-FR"/>
        </w:rPr>
        <w:t>Etikete iz papirja ali kartona</w:t>
      </w:r>
    </w:p>
    <w:p w:rsidR="004611C8" w:rsidRDefault="004611C8" w:rsidP="004611C8">
      <w:r>
        <w:t>160309</w:t>
      </w:r>
      <w:r>
        <w:tab/>
        <w:t>Gravurne igle</w:t>
      </w:r>
    </w:p>
    <w:p w:rsidR="004611C8" w:rsidRPr="003834FA" w:rsidRDefault="004611C8" w:rsidP="004611C8">
      <w:pPr>
        <w:rPr>
          <w:lang w:val="fr-FR"/>
        </w:rPr>
      </w:pPr>
      <w:r>
        <w:t>160310</w:t>
      </w:r>
      <w:r>
        <w:tab/>
      </w:r>
      <w:r w:rsidRPr="003834FA">
        <w:rPr>
          <w:lang w:val="fr-FR"/>
        </w:rPr>
        <w:t>Pole iz viskoze za zavijanje</w:t>
      </w:r>
    </w:p>
    <w:p w:rsidR="004611C8" w:rsidRDefault="004611C8" w:rsidP="004611C8">
      <w:r>
        <w:t>160311</w:t>
      </w:r>
      <w:r>
        <w:tab/>
        <w:t>Gumijasta lepila za pisarniške in gospodinjske namene</w:t>
      </w:r>
    </w:p>
    <w:p w:rsidR="004611C8" w:rsidRDefault="004611C8" w:rsidP="004611C8">
      <w:r>
        <w:t>160312</w:t>
      </w:r>
      <w:r>
        <w:tab/>
        <w:t>Gumirane krpe za pisarniške namene</w:t>
      </w:r>
    </w:p>
    <w:p w:rsidR="004611C8" w:rsidRDefault="004611C8" w:rsidP="004611C8">
      <w:r>
        <w:t>160313</w:t>
      </w:r>
      <w:r>
        <w:tab/>
        <w:t>Sljuda za pisarniške ali gospodinjske namene</w:t>
      </w:r>
    </w:p>
    <w:p w:rsidR="004611C8" w:rsidRDefault="004611C8" w:rsidP="004611C8">
      <w:r>
        <w:t>160324</w:t>
      </w:r>
      <w:r>
        <w:tab/>
        <w:t>Papirnati filtri za kavo</w:t>
      </w:r>
    </w:p>
    <w:p w:rsidR="004611C8" w:rsidRDefault="004611C8" w:rsidP="004611C8">
      <w:r>
        <w:t>160325</w:t>
      </w:r>
      <w:r>
        <w:tab/>
        <w:t>Plastične oprijemljive folije, raztegljive, za paletizacijo</w:t>
      </w:r>
    </w:p>
    <w:p w:rsidR="004611C8" w:rsidRPr="003834FA" w:rsidRDefault="004611C8" w:rsidP="004611C8">
      <w:pPr>
        <w:rPr>
          <w:lang w:val="fr-FR"/>
        </w:rPr>
      </w:pPr>
      <w:r>
        <w:t>160327</w:t>
      </w:r>
      <w:r>
        <w:tab/>
      </w:r>
      <w:r w:rsidRPr="003834FA">
        <w:rPr>
          <w:lang w:val="fr-FR"/>
        </w:rPr>
        <w:t>Napisi iz papirja ali kartona</w:t>
      </w:r>
    </w:p>
    <w:p w:rsidR="004611C8" w:rsidRDefault="004611C8" w:rsidP="004611C8">
      <w:r>
        <w:t>160328</w:t>
      </w:r>
      <w:r>
        <w:tab/>
        <w:t>Nalepke [pisalne potrebščine]</w:t>
      </w:r>
    </w:p>
    <w:p w:rsidR="004611C8" w:rsidRDefault="004611C8" w:rsidP="004611C8">
      <w:r>
        <w:t>160330</w:t>
      </w:r>
      <w:r>
        <w:tab/>
        <w:t>Stroji in aparati za vezanje knjig [pisarniška oprema]</w:t>
      </w:r>
    </w:p>
    <w:p w:rsidR="004611C8" w:rsidRDefault="004611C8" w:rsidP="004611C8">
      <w:r>
        <w:t>160331</w:t>
      </w:r>
      <w:r>
        <w:tab/>
        <w:t>Stripi</w:t>
      </w:r>
    </w:p>
    <w:p w:rsidR="004611C8" w:rsidRDefault="004611C8" w:rsidP="004611C8">
      <w:r>
        <w:t>160332</w:t>
      </w:r>
      <w:r>
        <w:tab/>
        <w:t>Kopirni papir [pisarniška potrebščina]</w:t>
      </w:r>
    </w:p>
    <w:p w:rsidR="004611C8" w:rsidRDefault="004611C8" w:rsidP="004611C8">
      <w:r>
        <w:t>160334</w:t>
      </w:r>
      <w:r>
        <w:tab/>
        <w:t>Palice črnila</w:t>
      </w:r>
    </w:p>
    <w:p w:rsidR="004611C8" w:rsidRDefault="004611C8" w:rsidP="004611C8">
      <w:r>
        <w:t>160335</w:t>
      </w:r>
      <w:r>
        <w:tab/>
        <w:t>Posodice za shranjevanje in pripravo črnila</w:t>
      </w:r>
    </w:p>
    <w:p w:rsidR="004611C8" w:rsidRDefault="004611C8" w:rsidP="004611C8">
      <w:r>
        <w:t>160336</w:t>
      </w:r>
      <w:r>
        <w:tab/>
        <w:t>Glasbene voščilnice</w:t>
      </w:r>
    </w:p>
    <w:p w:rsidR="004611C8" w:rsidRDefault="004611C8" w:rsidP="004611C8">
      <w:r>
        <w:t>160337</w:t>
      </w:r>
      <w:r>
        <w:tab/>
        <w:t>Okrožnice</w:t>
      </w:r>
    </w:p>
    <w:p w:rsidR="004611C8" w:rsidRDefault="004611C8" w:rsidP="004611C8">
      <w:r>
        <w:t>160338</w:t>
      </w:r>
      <w:r>
        <w:tab/>
        <w:t>Materiali za pakiranje iz škroba</w:t>
      </w:r>
    </w:p>
    <w:p w:rsidR="004611C8" w:rsidRDefault="004611C8" w:rsidP="004611C8">
      <w:r>
        <w:t>160339</w:t>
      </w:r>
      <w:r>
        <w:tab/>
        <w:t>Povoščen papir</w:t>
      </w:r>
    </w:p>
    <w:p w:rsidR="004611C8" w:rsidRPr="003834FA" w:rsidRDefault="004611C8" w:rsidP="004611C8">
      <w:pPr>
        <w:rPr>
          <w:lang w:val="fr-FR"/>
        </w:rPr>
      </w:pPr>
      <w:r>
        <w:t>160340</w:t>
      </w:r>
      <w:r>
        <w:tab/>
      </w:r>
      <w:r w:rsidRPr="003834FA">
        <w:rPr>
          <w:lang w:val="fr-FR"/>
        </w:rPr>
        <w:t>Ovitki (etuiji) za potne liste</w:t>
      </w:r>
    </w:p>
    <w:p w:rsidR="004611C8" w:rsidRDefault="004611C8" w:rsidP="004611C8">
      <w:r>
        <w:t>160342</w:t>
      </w:r>
      <w:r>
        <w:tab/>
        <w:t>Čopiči za pisanje</w:t>
      </w:r>
    </w:p>
    <w:p w:rsidR="004611C8" w:rsidRDefault="004611C8" w:rsidP="004611C8">
      <w:r>
        <w:t>160343</w:t>
      </w:r>
      <w:r>
        <w:tab/>
        <w:t>Pisalni pripomočki</w:t>
      </w:r>
    </w:p>
    <w:p w:rsidR="004611C8" w:rsidRPr="003834FA" w:rsidRDefault="004611C8" w:rsidP="004611C8">
      <w:pPr>
        <w:rPr>
          <w:lang w:val="fr-FR"/>
        </w:rPr>
      </w:pPr>
      <w:r>
        <w:t>160344</w:t>
      </w:r>
      <w:r>
        <w:tab/>
      </w:r>
      <w:r w:rsidRPr="003834FA">
        <w:rPr>
          <w:lang w:val="fr-FR"/>
        </w:rPr>
        <w:t>Papirne podloge za predalnike (odišavljene ali ne)</w:t>
      </w:r>
    </w:p>
    <w:p w:rsidR="004611C8" w:rsidRDefault="004611C8" w:rsidP="004611C8">
      <w:r>
        <w:t>160345</w:t>
      </w:r>
      <w:r>
        <w:tab/>
        <w:t>Neelektrični aparati za natis kreditnih kartic</w:t>
      </w:r>
    </w:p>
    <w:p w:rsidR="004611C8" w:rsidRPr="003834FA" w:rsidRDefault="004611C8" w:rsidP="004611C8">
      <w:pPr>
        <w:rPr>
          <w:lang w:val="fr-FR"/>
        </w:rPr>
      </w:pPr>
      <w:r>
        <w:t>160346</w:t>
      </w:r>
      <w:r>
        <w:tab/>
      </w:r>
      <w:r w:rsidRPr="003834FA">
        <w:rPr>
          <w:lang w:val="fr-FR"/>
        </w:rPr>
        <w:t>Aparati za plastificiranje dokumentov za pisarniške potrebe</w:t>
      </w:r>
    </w:p>
    <w:p w:rsidR="004611C8" w:rsidRDefault="004611C8" w:rsidP="004611C8">
      <w:r>
        <w:t>160347</w:t>
      </w:r>
      <w:r>
        <w:tab/>
        <w:t>Xuan papir (za kitajsko slikanje in kaligrafijo)</w:t>
      </w:r>
    </w:p>
    <w:p w:rsidR="004611C8" w:rsidRDefault="004611C8" w:rsidP="004611C8">
      <w:r>
        <w:t>160348</w:t>
      </w:r>
      <w:r>
        <w:tab/>
        <w:t>Brisalci za table</w:t>
      </w:r>
    </w:p>
    <w:p w:rsidR="004611C8" w:rsidRDefault="004611C8" w:rsidP="004611C8">
      <w:r>
        <w:t>160349</w:t>
      </w:r>
      <w:r>
        <w:tab/>
        <w:t>Podloge s sponkami</w:t>
      </w:r>
    </w:p>
    <w:p w:rsidR="004611C8" w:rsidRDefault="004611C8" w:rsidP="004611C8">
      <w:r>
        <w:t>160350</w:t>
      </w:r>
      <w:r>
        <w:tab/>
        <w:t>Neelektronske kazalne palice za grafe</w:t>
      </w:r>
    </w:p>
    <w:p w:rsidR="004611C8" w:rsidRDefault="004611C8" w:rsidP="004611C8">
      <w:r>
        <w:t>160351</w:t>
      </w:r>
      <w:r>
        <w:tab/>
        <w:t>Papirnate pentlje</w:t>
      </w:r>
    </w:p>
    <w:p w:rsidR="004611C8" w:rsidRDefault="004611C8" w:rsidP="004611C8">
      <w:r>
        <w:t>160353</w:t>
      </w:r>
      <w:r>
        <w:tab/>
        <w:t>Držala za denar</w:t>
      </w:r>
    </w:p>
    <w:p w:rsidR="004611C8" w:rsidRDefault="004611C8" w:rsidP="004611C8">
      <w:r>
        <w:t>160354</w:t>
      </w:r>
      <w:r>
        <w:tab/>
        <w:t>Sličice za zbiranje, razen za igre</w:t>
      </w:r>
    </w:p>
    <w:p w:rsidR="004611C8" w:rsidRPr="003834FA" w:rsidRDefault="004611C8" w:rsidP="004611C8">
      <w:pPr>
        <w:rPr>
          <w:lang w:val="fr-FR"/>
        </w:rPr>
      </w:pPr>
      <w:r>
        <w:t>160355</w:t>
      </w:r>
      <w:r>
        <w:tab/>
      </w:r>
      <w:r w:rsidRPr="003834FA">
        <w:rPr>
          <w:lang w:val="fr-FR"/>
        </w:rPr>
        <w:t>Vpojni listi iz papirja ali plastike za embaliranje hrane</w:t>
      </w:r>
    </w:p>
    <w:p w:rsidR="004611C8" w:rsidRPr="003834FA" w:rsidRDefault="004611C8" w:rsidP="004611C8">
      <w:pPr>
        <w:rPr>
          <w:lang w:val="fr-FR"/>
        </w:rPr>
      </w:pPr>
      <w:r>
        <w:t>160356</w:t>
      </w:r>
      <w:r>
        <w:tab/>
      </w:r>
      <w:r w:rsidRPr="003834FA">
        <w:rPr>
          <w:lang w:val="fr-FR"/>
        </w:rPr>
        <w:t>Listi za kontrolo vlažnosti iz papirja ali plastike za embaliranje hrane</w:t>
      </w:r>
    </w:p>
    <w:p w:rsidR="004611C8" w:rsidRDefault="004611C8" w:rsidP="004611C8">
      <w:r>
        <w:t>160357</w:t>
      </w:r>
      <w:r>
        <w:tab/>
        <w:t>Korekturni trakovi [pisarniški pripomočki]</w:t>
      </w:r>
    </w:p>
    <w:p w:rsidR="004611C8" w:rsidRDefault="004611C8" w:rsidP="004611C8">
      <w:r>
        <w:t>160358</w:t>
      </w:r>
      <w:r>
        <w:tab/>
        <w:t>Pladnji za barve</w:t>
      </w:r>
    </w:p>
    <w:p w:rsidR="004611C8" w:rsidRDefault="004611C8" w:rsidP="004611C8">
      <w:r>
        <w:t>160359</w:t>
      </w:r>
      <w:r>
        <w:tab/>
        <w:t>Marker</w:t>
      </w:r>
    </w:p>
    <w:p w:rsidR="004611C8" w:rsidRDefault="004611C8" w:rsidP="004611C8">
      <w:r>
        <w:t>160360</w:t>
      </w:r>
      <w:r>
        <w:tab/>
        <w:t>Letaki</w:t>
      </w:r>
    </w:p>
    <w:p w:rsidR="004611C8" w:rsidRDefault="004611C8" w:rsidP="004611C8">
      <w:r>
        <w:t>160361</w:t>
      </w:r>
      <w:r>
        <w:tab/>
        <w:t>Stojala za dokumente [pisarniški material]</w:t>
      </w:r>
    </w:p>
    <w:p w:rsidR="004611C8" w:rsidRDefault="004611C8" w:rsidP="004611C8">
      <w:r>
        <w:t>160362</w:t>
      </w:r>
      <w:r>
        <w:tab/>
        <w:t>Držala za liste</w:t>
      </w:r>
    </w:p>
    <w:p w:rsidR="004611C8" w:rsidRDefault="004611C8" w:rsidP="004611C8">
      <w:r>
        <w:t>160363</w:t>
      </w:r>
      <w:r>
        <w:tab/>
        <w:t>Polimerska glina za oblikovanje</w:t>
      </w:r>
    </w:p>
    <w:p w:rsidR="004611C8" w:rsidRDefault="004611C8" w:rsidP="004611C8">
      <w:r>
        <w:t>160364</w:t>
      </w:r>
      <w:r>
        <w:tab/>
        <w:t>Žigi za znamke</w:t>
      </w:r>
    </w:p>
    <w:p w:rsidR="004611C8" w:rsidRPr="003834FA" w:rsidRDefault="004611C8" w:rsidP="004611C8">
      <w:pPr>
        <w:rPr>
          <w:lang w:val="fr-FR"/>
        </w:rPr>
      </w:pPr>
      <w:r>
        <w:t>160365</w:t>
      </w:r>
      <w:r>
        <w:tab/>
      </w:r>
      <w:r w:rsidRPr="003834FA">
        <w:rPr>
          <w:lang w:val="fr-FR"/>
        </w:rPr>
        <w:t>Embalažni material [za oblaganje, polnjenje] iz papirja ali kartona</w:t>
      </w:r>
    </w:p>
    <w:p w:rsidR="004611C8" w:rsidRDefault="004611C8" w:rsidP="004611C8">
      <w:r>
        <w:t>160367</w:t>
      </w:r>
      <w:r>
        <w:tab/>
        <w:t>Bankovci</w:t>
      </w:r>
    </w:p>
    <w:p w:rsidR="004611C8" w:rsidRDefault="004611C8" w:rsidP="004611C8">
      <w:r>
        <w:t>160368</w:t>
      </w:r>
      <w:r>
        <w:tab/>
        <w:t>Kreda v razpršilu</w:t>
      </w:r>
    </w:p>
    <w:p w:rsidR="004611C8" w:rsidRDefault="004611C8" w:rsidP="004611C8">
      <w:r>
        <w:t>160369</w:t>
      </w:r>
      <w:r>
        <w:tab/>
        <w:t>Vrednostni vavčerji</w:t>
      </w:r>
    </w:p>
    <w:p w:rsidR="004611C8" w:rsidRDefault="004611C8" w:rsidP="004611C8">
      <w:r>
        <w:t>160370</w:t>
      </w:r>
      <w:r>
        <w:tab/>
        <w:t>Rižev papir</w:t>
      </w:r>
    </w:p>
    <w:p w:rsidR="004611C8" w:rsidRDefault="004611C8" w:rsidP="004611C8">
      <w:r>
        <w:t>160371</w:t>
      </w:r>
      <w:r>
        <w:tab/>
        <w:t>Plastične vrečke za odstranjevanje iztrebkov hišnih ljubljencev</w:t>
      </w:r>
    </w:p>
    <w:p w:rsidR="004611C8" w:rsidRDefault="004611C8" w:rsidP="004611C8">
      <w:r>
        <w:t>160372</w:t>
      </w:r>
      <w:r>
        <w:tab/>
        <w:t>Japonski papir washi</w:t>
      </w:r>
    </w:p>
    <w:p w:rsidR="004611C8" w:rsidRDefault="004611C8" w:rsidP="004611C8">
      <w:r>
        <w:t>160373</w:t>
      </w:r>
      <w:r>
        <w:tab/>
        <w:t>Namizni tekači iz papirja</w:t>
      </w:r>
    </w:p>
    <w:p w:rsidR="004611C8" w:rsidRDefault="004611C8" w:rsidP="004611C8">
      <w:r>
        <w:t>160374</w:t>
      </w:r>
      <w:r>
        <w:tab/>
        <w:t>Tiskane partiture</w:t>
      </w:r>
    </w:p>
    <w:p w:rsidR="004611C8" w:rsidRDefault="004611C8" w:rsidP="004611C8">
      <w:r>
        <w:t>160375</w:t>
      </w:r>
      <w:r>
        <w:tab/>
        <w:t>Papirnati transparenti</w:t>
      </w:r>
    </w:p>
    <w:p w:rsidR="004611C8" w:rsidRDefault="004611C8" w:rsidP="004611C8">
      <w:r>
        <w:t>160376</w:t>
      </w:r>
      <w:r>
        <w:tab/>
        <w:t>Papirnate okrasne zastavice</w:t>
      </w:r>
    </w:p>
    <w:p w:rsidR="004611C8" w:rsidRDefault="004611C8" w:rsidP="004611C8">
      <w:r>
        <w:t>160377</w:t>
      </w:r>
      <w:r>
        <w:tab/>
        <w:t>Celuloidne animacijske folije</w:t>
      </w:r>
    </w:p>
    <w:p w:rsidR="004611C8" w:rsidRDefault="004611C8" w:rsidP="004611C8">
      <w:r>
        <w:t>160379</w:t>
      </w:r>
      <w:r>
        <w:tab/>
        <w:t>Držala za imenske priponke [pisarniški pripomočki]</w:t>
      </w:r>
    </w:p>
    <w:p w:rsidR="004611C8" w:rsidRDefault="004611C8" w:rsidP="004611C8">
      <w:r>
        <w:t>160380</w:t>
      </w:r>
      <w:r>
        <w:tab/>
        <w:t>Izvlečne vrvice za držala za imenske priponke [pisarniški pripomočki]</w:t>
      </w:r>
    </w:p>
    <w:p w:rsidR="004611C8" w:rsidRDefault="004611C8" w:rsidP="004611C8">
      <w:r>
        <w:t>160381</w:t>
      </w:r>
      <w:r>
        <w:tab/>
        <w:t>Sponke za držala za imenske priponke [pisarniški pripomočki]</w:t>
      </w:r>
    </w:p>
    <w:p w:rsidR="004611C8" w:rsidRDefault="004611C8" w:rsidP="004611C8">
      <w:r>
        <w:t>160382</w:t>
      </w:r>
      <w:r>
        <w:tab/>
        <w:t>Papir za mize za preglede</w:t>
      </w:r>
    </w:p>
    <w:p w:rsidR="004611C8" w:rsidRDefault="004611C8" w:rsidP="004611C8">
      <w:r>
        <w:t>160383</w:t>
      </w:r>
      <w:r>
        <w:tab/>
        <w:t>Papirnate podloge za zobozdravniške pladnje</w:t>
      </w:r>
    </w:p>
    <w:p w:rsidR="004611C8" w:rsidRDefault="004611C8" w:rsidP="004611C8">
      <w:r>
        <w:t>160384</w:t>
      </w:r>
      <w:r>
        <w:tab/>
        <w:t>Slinčki z rokavi iz papirja</w:t>
      </w:r>
    </w:p>
    <w:p w:rsidR="004611C8" w:rsidRDefault="004611C8" w:rsidP="004611C8">
      <w:r>
        <w:t>160385</w:t>
      </w:r>
      <w:r>
        <w:tab/>
        <w:t>Ročni rezalniki papirja [pisarniški pripomočki]</w:t>
      </w:r>
    </w:p>
    <w:p w:rsidR="004611C8" w:rsidRDefault="004611C8" w:rsidP="004611C8">
      <w:r>
        <w:t>160386</w:t>
      </w:r>
      <w:r>
        <w:tab/>
        <w:t>Šablone za okraševanje hrane in pijač</w:t>
      </w:r>
    </w:p>
    <w:p w:rsidR="004611C8" w:rsidRDefault="004611C8" w:rsidP="004611C8">
      <w:r>
        <w:t>160387</w:t>
      </w:r>
      <w:r>
        <w:tab/>
        <w:t>Priponke z imeni [pisarniški pripomočki]</w:t>
      </w:r>
    </w:p>
    <w:p w:rsidR="004611C8" w:rsidRDefault="004611C8" w:rsidP="004611C8">
      <w:r>
        <w:t>160388</w:t>
      </w:r>
      <w:r>
        <w:tab/>
        <w:t>Trak za tiskanje črtnih kod</w:t>
      </w:r>
    </w:p>
    <w:p w:rsidR="004611C8" w:rsidRDefault="004611C8" w:rsidP="004611C8">
      <w:r>
        <w:t>160389</w:t>
      </w:r>
      <w:r>
        <w:tab/>
        <w:t>Bleščice za pisarniške namene</w:t>
      </w:r>
    </w:p>
    <w:p w:rsidR="004611C8" w:rsidRDefault="004611C8" w:rsidP="004611C8">
      <w:r>
        <w:t>160390</w:t>
      </w:r>
      <w:r>
        <w:tab/>
        <w:t>Označevalni listki za prtljago iz papirja</w:t>
      </w:r>
    </w:p>
    <w:p w:rsidR="004611C8" w:rsidRDefault="004611C8" w:rsidP="004611C8">
      <w:r>
        <w:t>160391</w:t>
      </w:r>
      <w:r>
        <w:tab/>
        <w:t>Papirnate brisačke za čiščenje</w:t>
      </w:r>
    </w:p>
    <w:p w:rsidR="004611C8" w:rsidRDefault="004611C8" w:rsidP="004611C8">
      <w:r>
        <w:lastRenderedPageBreak/>
        <w:t>160392</w:t>
      </w:r>
      <w:r>
        <w:tab/>
        <w:t>Zaščitni ovitki za knjige</w:t>
      </w:r>
    </w:p>
    <w:p w:rsidR="004611C8" w:rsidRDefault="004611C8" w:rsidP="004611C8">
      <w:r>
        <w:t>160395</w:t>
      </w:r>
      <w:r>
        <w:tab/>
        <w:t>Papir za zgibanje origami</w:t>
      </w:r>
    </w:p>
    <w:p w:rsidR="004611C8" w:rsidRDefault="004611C8" w:rsidP="004611C8">
      <w:r>
        <w:t>160397</w:t>
      </w:r>
      <w:r>
        <w:tab/>
        <w:t>Pergamentni zvitek za mezuzo</w:t>
      </w:r>
    </w:p>
    <w:p w:rsidR="004611C8" w:rsidRDefault="004611C8" w:rsidP="004611C8">
      <w:r>
        <w:t>160398</w:t>
      </w:r>
      <w:r>
        <w:tab/>
        <w:t>Škatlice za mezuzo</w:t>
      </w:r>
    </w:p>
    <w:p w:rsidR="004611C8" w:rsidRDefault="004611C8" w:rsidP="004611C8">
      <w:r>
        <w:t>160399</w:t>
      </w:r>
      <w:r>
        <w:tab/>
        <w:t>Papir za peko</w:t>
      </w:r>
    </w:p>
    <w:p w:rsidR="004611C8" w:rsidRDefault="004611C8" w:rsidP="004611C8">
      <w:r>
        <w:t>160400</w:t>
      </w:r>
      <w:r>
        <w:tab/>
        <w:t>Magnetne table, ki so pisarniški pripomočki</w:t>
      </w:r>
    </w:p>
    <w:p w:rsidR="004611C8" w:rsidRDefault="004611C8" w:rsidP="004611C8">
      <w:r>
        <w:t>160401</w:t>
      </w:r>
      <w:r>
        <w:tab/>
        <w:t>Stojala z listi</w:t>
      </w:r>
    </w:p>
    <w:p w:rsidR="004611C8" w:rsidRDefault="004611C8" w:rsidP="004611C8">
      <w:r>
        <w:t>160402</w:t>
      </w:r>
      <w:r>
        <w:tab/>
        <w:t>Spominski bankovci</w:t>
      </w:r>
    </w:p>
    <w:p w:rsidR="004611C8" w:rsidRDefault="004611C8" w:rsidP="004611C8">
      <w:r>
        <w:t>160403</w:t>
      </w:r>
      <w:r>
        <w:tab/>
        <w:t>Pisemski papir s semeni za posaditev</w:t>
      </w:r>
    </w:p>
    <w:p w:rsidR="004611C8" w:rsidRDefault="004611C8" w:rsidP="004611C8">
      <w:r>
        <w:t>160404</w:t>
      </w:r>
      <w:r>
        <w:tab/>
        <w:t>Talne dekalkomanije</w:t>
      </w:r>
    </w:p>
    <w:p w:rsidR="004611C8" w:rsidRDefault="004611C8" w:rsidP="004611C8">
      <w:r>
        <w:t>160405</w:t>
      </w:r>
      <w:r>
        <w:tab/>
        <w:t>Folija na osnovi morske trave za zavijanje</w:t>
      </w:r>
    </w:p>
    <w:p w:rsidR="004611C8" w:rsidRDefault="004611C8" w:rsidP="004611C8">
      <w:r>
        <w:t>160406</w:t>
      </w:r>
      <w:r>
        <w:tab/>
        <w:t>Plastična folija z mehurčki za zavijanje</w:t>
      </w:r>
    </w:p>
    <w:p w:rsidR="004611C8" w:rsidRDefault="004611C8" w:rsidP="004611C8">
      <w:r>
        <w:t>160407</w:t>
      </w:r>
      <w:r>
        <w:tab/>
        <w:t>Pisala [priprave za pisanje] z vgrajenimi konicami za upravljanje naprav z zasloni na dotik</w:t>
      </w:r>
    </w:p>
    <w:p w:rsidR="004611C8" w:rsidRDefault="004611C8" w:rsidP="004611C8">
      <w:r>
        <w:t>160408</w:t>
      </w:r>
      <w:r>
        <w:tab/>
        <w:t>Svileni papir</w:t>
      </w:r>
    </w:p>
    <w:p w:rsidR="004611C8" w:rsidRPr="003834FA" w:rsidRDefault="004611C8" w:rsidP="004611C8">
      <w:pPr>
        <w:rPr>
          <w:lang w:val="fr-FR"/>
        </w:rPr>
      </w:pPr>
      <w:r>
        <w:t>160409</w:t>
      </w:r>
      <w:r>
        <w:tab/>
      </w:r>
      <w:r w:rsidRPr="003834FA">
        <w:rPr>
          <w:lang w:val="fr-FR"/>
        </w:rPr>
        <w:t>Vrečke za živila iz papirja ali plastike</w:t>
      </w:r>
    </w:p>
    <w:p w:rsidR="004611C8" w:rsidRDefault="004611C8" w:rsidP="004611C8">
      <w:r>
        <w:t>160410</w:t>
      </w:r>
      <w:r>
        <w:tab/>
        <w:t>Papirnati okraski za zabave</w:t>
      </w:r>
    </w:p>
    <w:p w:rsidR="004611C8" w:rsidRDefault="004611C8" w:rsidP="004611C8">
      <w:r>
        <w:t>160411</w:t>
      </w:r>
      <w:r>
        <w:tab/>
        <w:t>Prazne perforirane kartice za pletilne stroje</w:t>
      </w:r>
    </w:p>
    <w:p w:rsidR="004611C8" w:rsidRDefault="004611C8" w:rsidP="004611C8">
      <w:r>
        <w:t>160412</w:t>
      </w:r>
      <w:r>
        <w:tab/>
        <w:t>Stebla ženilje za ročna dela</w:t>
      </w:r>
    </w:p>
    <w:p w:rsidR="00DF3E45" w:rsidRDefault="00DF3E45">
      <w:pPr>
        <w:pStyle w:val="Naslov1"/>
        <w:sectPr w:rsidR="00DF3E45" w:rsidSect="00E00425">
          <w:type w:val="continuous"/>
          <w:pgSz w:w="11907" w:h="16840" w:code="9"/>
          <w:pgMar w:top="1418" w:right="1418" w:bottom="1418" w:left="1418" w:header="720" w:footer="720" w:gutter="0"/>
          <w:cols w:num="2" w:space="720"/>
          <w:docGrid w:linePitch="360"/>
        </w:sectPr>
      </w:pPr>
    </w:p>
    <w:p w:rsidR="00DF3E45" w:rsidRPr="00B13099" w:rsidRDefault="00DF3E45" w:rsidP="0087064C">
      <w:pPr>
        <w:pStyle w:val="Naslov1"/>
        <w:rPr>
          <w:lang w:val="sl-SI" w:eastAsia="sl-SI"/>
        </w:rPr>
      </w:pPr>
      <w:r w:rsidRPr="00B13099">
        <w:rPr>
          <w:lang w:val="sl-SI" w:eastAsia="sl-SI"/>
        </w:rPr>
        <w:t xml:space="preserve">Razred 17 </w:t>
      </w:r>
    </w:p>
    <w:p w:rsidR="00DF3E45" w:rsidRDefault="00DF3E45" w:rsidP="0087064C">
      <w:pPr>
        <w:pStyle w:val="Naslov2"/>
        <w:rPr>
          <w:lang w:val="sl-SI" w:eastAsia="sl-SI"/>
        </w:rPr>
      </w:pPr>
      <w:r w:rsidRPr="00B13099">
        <w:rPr>
          <w:lang w:val="sl-SI" w:eastAsia="sl-SI"/>
        </w:rPr>
        <w:t>Nepredelana in polpredelana guma, gutaperča, guma, azbest, sljuda in nadomestki za vse te materiale; plastika in smole v ekstrudirani obliki, za uporabo v proizvodnji; tesnilni, mašilni in izolacijski materiali; nekovinske gibke cevi, cevi in gumijaste cevi.</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87064C" w:rsidRPr="00D85EAF" w:rsidTr="00CF2B9C">
        <w:trPr>
          <w:trHeight w:val="143"/>
          <w:tblHeader/>
        </w:trPr>
        <w:tc>
          <w:tcPr>
            <w:tcW w:w="9493" w:type="dxa"/>
            <w:gridSpan w:val="2"/>
            <w:shd w:val="clear" w:color="auto" w:fill="F2F2F2" w:themeFill="background1" w:themeFillShade="F2"/>
            <w:vAlign w:val="center"/>
          </w:tcPr>
          <w:p w:rsidR="0087064C" w:rsidRPr="00677C99" w:rsidRDefault="0087064C" w:rsidP="00024920">
            <w:pPr>
              <w:pStyle w:val="opomba"/>
              <w:spacing w:after="60"/>
              <w:rPr>
                <w:b/>
              </w:rPr>
            </w:pPr>
            <w:r w:rsidRPr="00677C99">
              <w:rPr>
                <w:b/>
              </w:rPr>
              <w:t xml:space="preserve">RAZRED </w:t>
            </w:r>
            <w:r w:rsidR="00677C99" w:rsidRPr="00677C99">
              <w:rPr>
                <w:b/>
              </w:rPr>
              <w:t>17</w:t>
            </w:r>
            <w:r w:rsidRPr="00677C99">
              <w:rPr>
                <w:b/>
              </w:rPr>
              <w:t xml:space="preserve"> - pojasnjevalne opombe</w:t>
            </w:r>
          </w:p>
        </w:tc>
      </w:tr>
      <w:tr w:rsidR="0087064C" w:rsidRPr="00D85EAF" w:rsidTr="00CF2B9C">
        <w:trPr>
          <w:trHeight w:val="390"/>
        </w:trPr>
        <w:tc>
          <w:tcPr>
            <w:tcW w:w="9493" w:type="dxa"/>
            <w:gridSpan w:val="2"/>
            <w:shd w:val="clear" w:color="auto" w:fill="F2F2F2" w:themeFill="background1" w:themeFillShade="F2"/>
            <w:vAlign w:val="center"/>
          </w:tcPr>
          <w:p w:rsidR="0087064C" w:rsidRPr="00993A45" w:rsidRDefault="00677C99" w:rsidP="00024920">
            <w:pPr>
              <w:pStyle w:val="opomba"/>
              <w:spacing w:after="60"/>
            </w:pPr>
            <w:r w:rsidRPr="00703549">
              <w:t>Razred 17 vključuje zlasti električne, toplotne in akustične izolacijske materiale in plastiko, za uporabo v proizvodnji v obliki plošč, blokov in palic, ter nekatero blago iz gume, gutaperče, gumija, azbesta, sljude ali njihovih nadomestkov.</w:t>
            </w:r>
          </w:p>
        </w:tc>
      </w:tr>
      <w:tr w:rsidR="0087064C" w:rsidRPr="00D85EAF" w:rsidTr="00024920">
        <w:trPr>
          <w:trHeight w:val="4672"/>
        </w:trPr>
        <w:tc>
          <w:tcPr>
            <w:tcW w:w="4746" w:type="dxa"/>
            <w:shd w:val="clear" w:color="auto" w:fill="F2F2F2" w:themeFill="background1" w:themeFillShade="F2"/>
          </w:tcPr>
          <w:p w:rsidR="0087064C" w:rsidRPr="00993A45" w:rsidRDefault="0087064C" w:rsidP="00CF2B9C">
            <w:pPr>
              <w:pStyle w:val="opomba"/>
            </w:pPr>
            <w:r w:rsidRPr="00D85EAF">
              <w:t>V ta razred so vključeni zlasti:</w:t>
            </w:r>
          </w:p>
          <w:p w:rsidR="00677C99" w:rsidRDefault="00677C99" w:rsidP="008C16D9">
            <w:pPr>
              <w:pStyle w:val="opombapika"/>
            </w:pPr>
            <w:r w:rsidRPr="003270CA">
              <w:t>gumijasti material za popravilo pnevmatik</w:t>
            </w:r>
          </w:p>
          <w:p w:rsidR="00677C99" w:rsidRDefault="00677C99" w:rsidP="008C16D9">
            <w:pPr>
              <w:pStyle w:val="opombapika"/>
            </w:pPr>
            <w:r w:rsidRPr="003270CA">
              <w:t>plavajoče pregrade proti onesnaževanju</w:t>
            </w:r>
          </w:p>
          <w:p w:rsidR="00677C99" w:rsidRDefault="00677C99" w:rsidP="008C16D9">
            <w:pPr>
              <w:pStyle w:val="opombapika"/>
            </w:pPr>
            <w:r w:rsidRPr="003270CA">
              <w:t>lepilni trakovi, razen za pisarniški material in ne za kozmetične, medicinske ali gospodinjske namene</w:t>
            </w:r>
          </w:p>
          <w:p w:rsidR="00677C99" w:rsidRDefault="00677C99" w:rsidP="008C16D9">
            <w:pPr>
              <w:pStyle w:val="opombapika"/>
            </w:pPr>
            <w:r w:rsidRPr="003270CA">
              <w:t>plastične folije, razen za zavijanje in pakiranje, na primer folije proti bleščanju za okna</w:t>
            </w:r>
          </w:p>
          <w:p w:rsidR="00677C99" w:rsidRDefault="00677C99" w:rsidP="008C16D9">
            <w:pPr>
              <w:pStyle w:val="opombapika"/>
            </w:pPr>
            <w:r w:rsidRPr="003270CA">
              <w:t>elastične niti in niti iz gume ali umetnih snovi, ne za tekstilno uporabo</w:t>
            </w:r>
          </w:p>
          <w:p w:rsidR="00677C99" w:rsidRDefault="00677C99" w:rsidP="008C16D9">
            <w:pPr>
              <w:pStyle w:val="opombapika"/>
            </w:pPr>
            <w:r w:rsidRPr="003270CA">
              <w:t>nekatero blago iz materialov iz tega razreda, ki sicer ni razvrščeno po funkciji ali namenu, na primer plastična pena za cvetlične aranžmaje,</w:t>
            </w:r>
          </w:p>
          <w:p w:rsidR="00677C99" w:rsidRDefault="00677C99" w:rsidP="008C16D9">
            <w:pPr>
              <w:pStyle w:val="opombapika"/>
            </w:pPr>
            <w:r w:rsidRPr="003270CA">
              <w:t xml:space="preserve">materiali za oblazinjenje in polnjenje iz gume ali plastike, zamaški iz gume, odbijači iz gume, za blaženje udarcev, </w:t>
            </w:r>
          </w:p>
          <w:p w:rsidR="0087064C" w:rsidRPr="00993A45" w:rsidRDefault="00677C99" w:rsidP="008C16D9">
            <w:pPr>
              <w:pStyle w:val="opombapika"/>
            </w:pPr>
            <w:r w:rsidRPr="003270CA">
              <w:t>vreče in ovojnice iz gume za pakiranje</w:t>
            </w:r>
          </w:p>
        </w:tc>
        <w:tc>
          <w:tcPr>
            <w:tcW w:w="4747" w:type="dxa"/>
            <w:shd w:val="clear" w:color="auto" w:fill="F2F2F2" w:themeFill="background1" w:themeFillShade="F2"/>
          </w:tcPr>
          <w:p w:rsidR="0087064C" w:rsidRPr="00993A45" w:rsidRDefault="0087064C" w:rsidP="00CF2B9C">
            <w:pPr>
              <w:pStyle w:val="opomba"/>
            </w:pPr>
            <w:r w:rsidRPr="00D85EAF">
              <w:t>V ta razred niso vključeni zlasti:</w:t>
            </w:r>
          </w:p>
          <w:p w:rsidR="00677C99" w:rsidRDefault="00677C99" w:rsidP="008C16D9">
            <w:pPr>
              <w:pStyle w:val="opombapika"/>
            </w:pPr>
            <w:r w:rsidRPr="003270CA">
              <w:t>določeno blago iz materialov v tem razredu, ki je razvrščeno glede na njihovo funkcijo ali namen, na primer gumijaste smole (razred 2),</w:t>
            </w:r>
          </w:p>
          <w:p w:rsidR="00677C99" w:rsidRDefault="00677C99" w:rsidP="008C16D9">
            <w:pPr>
              <w:pStyle w:val="opombapika"/>
            </w:pPr>
            <w:r w:rsidRPr="003270CA">
              <w:t xml:space="preserve"> guma za zobozdravstvene namene (razred 5), </w:t>
            </w:r>
          </w:p>
          <w:p w:rsidR="00677C99" w:rsidRDefault="00677C99" w:rsidP="008C16D9">
            <w:pPr>
              <w:pStyle w:val="opombapika"/>
            </w:pPr>
            <w:r w:rsidRPr="003270CA">
              <w:t xml:space="preserve">azbestni ščitniki za gasilce (razred 9), </w:t>
            </w:r>
          </w:p>
          <w:p w:rsidR="00677C99" w:rsidRDefault="00677C99" w:rsidP="008C16D9">
            <w:pPr>
              <w:pStyle w:val="opombapika"/>
            </w:pPr>
            <w:r w:rsidRPr="003270CA">
              <w:t xml:space="preserve">samolepilni gumijasti obliži za popravilo zračnic (razred 12), </w:t>
            </w:r>
          </w:p>
          <w:p w:rsidR="00677C99" w:rsidRDefault="00677C99" w:rsidP="008C16D9">
            <w:pPr>
              <w:pStyle w:val="opombapika"/>
            </w:pPr>
            <w:r w:rsidRPr="003270CA">
              <w:t>radirke (razred 16)</w:t>
            </w:r>
          </w:p>
          <w:p w:rsidR="00677C99" w:rsidRDefault="00677C99" w:rsidP="008C16D9">
            <w:pPr>
              <w:pStyle w:val="opombapika"/>
            </w:pPr>
            <w:r w:rsidRPr="003270CA">
              <w:t>gasilska cev (razred 9)</w:t>
            </w:r>
          </w:p>
          <w:p w:rsidR="00677C99" w:rsidRDefault="00677C99" w:rsidP="008C16D9">
            <w:pPr>
              <w:pStyle w:val="opombapika"/>
            </w:pPr>
            <w:r w:rsidRPr="003270CA">
              <w:t>cevi, ki so deli sanitarnih instalacij (razred 11)</w:t>
            </w:r>
          </w:p>
          <w:p w:rsidR="00677C99" w:rsidRDefault="00677C99" w:rsidP="008C16D9">
            <w:pPr>
              <w:pStyle w:val="opombapika"/>
            </w:pPr>
            <w:r w:rsidRPr="003270CA">
              <w:t>toge kovinske cevi (razred 6) in nekovinske (razred 19)</w:t>
            </w:r>
          </w:p>
          <w:p w:rsidR="0087064C" w:rsidRPr="00993A45" w:rsidRDefault="00677C99" w:rsidP="008C16D9">
            <w:pPr>
              <w:pStyle w:val="opombapika"/>
            </w:pPr>
            <w:r w:rsidRPr="003270CA">
              <w:t>izolacijsko steklo za gradbeništvo (razred 19)</w:t>
            </w:r>
          </w:p>
        </w:tc>
      </w:tr>
    </w:tbl>
    <w:p w:rsidR="00F875A9" w:rsidRDefault="00F875A9" w:rsidP="00677C99">
      <w:pPr>
        <w:spacing w:after="360"/>
        <w:ind w:left="0" w:firstLine="0"/>
      </w:pPr>
    </w:p>
    <w:p w:rsidR="00DF3E45" w:rsidRDefault="00DF3E45">
      <w:pPr>
        <w:sectPr w:rsidR="00DF3E45" w:rsidSect="00E00425">
          <w:type w:val="continuous"/>
          <w:pgSz w:w="11907" w:h="16840" w:code="9"/>
          <w:pgMar w:top="1418" w:right="1418" w:bottom="1418" w:left="1418" w:header="720" w:footer="720" w:gutter="0"/>
          <w:cols w:space="720"/>
          <w:docGrid w:linePitch="360"/>
        </w:sectPr>
      </w:pPr>
    </w:p>
    <w:p w:rsidR="004611C8" w:rsidRDefault="004611C8" w:rsidP="00024920">
      <w:pPr>
        <w:spacing w:after="50"/>
      </w:pPr>
      <w:r>
        <w:t>170001</w:t>
      </w:r>
      <w:r>
        <w:tab/>
        <w:t>Celulozni acetat (delno obdelan)</w:t>
      </w:r>
    </w:p>
    <w:p w:rsidR="004611C8" w:rsidRDefault="004611C8" w:rsidP="00024920">
      <w:pPr>
        <w:spacing w:after="50"/>
      </w:pPr>
      <w:r>
        <w:t>170002</w:t>
      </w:r>
      <w:r>
        <w:tab/>
        <w:t>Akrilne smole [polizdelki]</w:t>
      </w:r>
    </w:p>
    <w:p w:rsidR="004611C8" w:rsidRDefault="004611C8" w:rsidP="00024920">
      <w:pPr>
        <w:spacing w:after="50"/>
      </w:pPr>
      <w:r>
        <w:t>170004</w:t>
      </w:r>
      <w:r>
        <w:tab/>
        <w:t>Obroči iz gume</w:t>
      </w:r>
    </w:p>
    <w:p w:rsidR="004611C8" w:rsidRDefault="004611C8" w:rsidP="00024920">
      <w:pPr>
        <w:spacing w:after="50"/>
      </w:pPr>
      <w:r>
        <w:t>170006</w:t>
      </w:r>
      <w:r>
        <w:tab/>
        <w:t>Cevi za zalivanje</w:t>
      </w:r>
    </w:p>
    <w:p w:rsidR="004611C8" w:rsidRDefault="004611C8" w:rsidP="00024920">
      <w:pPr>
        <w:spacing w:after="50"/>
      </w:pPr>
      <w:r>
        <w:t>170008</w:t>
      </w:r>
      <w:r>
        <w:tab/>
        <w:t>Zvočno izolacijski materiali</w:t>
      </w:r>
    </w:p>
    <w:p w:rsidR="004611C8" w:rsidRDefault="004611C8" w:rsidP="00024920">
      <w:pPr>
        <w:spacing w:after="50"/>
      </w:pPr>
      <w:r>
        <w:t>170010</w:t>
      </w:r>
      <w:r>
        <w:tab/>
        <w:t>Balata</w:t>
      </w:r>
    </w:p>
    <w:p w:rsidR="004611C8" w:rsidRDefault="004611C8" w:rsidP="00024920">
      <w:pPr>
        <w:spacing w:after="50"/>
      </w:pPr>
      <w:r>
        <w:t>170011</w:t>
      </w:r>
      <w:r>
        <w:tab/>
        <w:t>Vodotesna tesnila</w:t>
      </w:r>
    </w:p>
    <w:p w:rsidR="004611C8" w:rsidRDefault="004611C8" w:rsidP="00024920">
      <w:pPr>
        <w:spacing w:after="50"/>
      </w:pPr>
      <w:r>
        <w:t>170012</w:t>
      </w:r>
      <w:r>
        <w:tab/>
        <w:t>Gumijasta tesnila za kozarce</w:t>
      </w:r>
    </w:p>
    <w:p w:rsidR="004611C8" w:rsidRDefault="004611C8" w:rsidP="00024920">
      <w:pPr>
        <w:spacing w:after="50"/>
      </w:pPr>
      <w:r>
        <w:t>170015</w:t>
      </w:r>
      <w:r>
        <w:tab/>
        <w:t>Tesnilne mase, za zaščito pred vremenskimi vplivi</w:t>
      </w:r>
    </w:p>
    <w:p w:rsidR="004611C8" w:rsidRDefault="004611C8" w:rsidP="00024920">
      <w:pPr>
        <w:spacing w:after="50"/>
      </w:pPr>
      <w:r>
        <w:t>170016</w:t>
      </w:r>
      <w:r>
        <w:tab/>
        <w:t>Neprevodni materiali za zadrževanje toplote</w:t>
      </w:r>
    </w:p>
    <w:p w:rsidR="004611C8" w:rsidRDefault="004611C8" w:rsidP="00024920">
      <w:pPr>
        <w:spacing w:after="50"/>
      </w:pPr>
      <w:r>
        <w:t>170017</w:t>
      </w:r>
      <w:r>
        <w:tab/>
        <w:t>Guma, surova ali delno predelana</w:t>
      </w:r>
    </w:p>
    <w:p w:rsidR="004611C8" w:rsidRDefault="004611C8" w:rsidP="00024920">
      <w:pPr>
        <w:spacing w:after="50"/>
      </w:pPr>
      <w:r>
        <w:t>170018</w:t>
      </w:r>
      <w:r>
        <w:tab/>
        <w:t>Gumijasti zamaški</w:t>
      </w:r>
    </w:p>
    <w:p w:rsidR="004611C8" w:rsidRDefault="004611C8" w:rsidP="00024920">
      <w:pPr>
        <w:spacing w:after="50"/>
      </w:pPr>
      <w:r>
        <w:lastRenderedPageBreak/>
        <w:t>170019</w:t>
      </w:r>
      <w:r>
        <w:tab/>
        <w:t>Zaklopni ventili iz gume</w:t>
      </w:r>
    </w:p>
    <w:p w:rsidR="004611C8" w:rsidRDefault="004611C8" w:rsidP="00024920">
      <w:pPr>
        <w:spacing w:after="50"/>
      </w:pPr>
      <w:r>
        <w:t>170020</w:t>
      </w:r>
      <w:r>
        <w:tab/>
        <w:t>Sintetična guma</w:t>
      </w:r>
    </w:p>
    <w:p w:rsidR="004611C8" w:rsidRDefault="004611C8" w:rsidP="00024920">
      <w:pPr>
        <w:spacing w:after="50"/>
      </w:pPr>
      <w:r>
        <w:t>170021</w:t>
      </w:r>
      <w:r>
        <w:tab/>
        <w:t>Odbijači iz gume, za blaženje udarcev</w:t>
      </w:r>
    </w:p>
    <w:p w:rsidR="004611C8" w:rsidRDefault="004611C8" w:rsidP="00024920">
      <w:pPr>
        <w:spacing w:after="50"/>
      </w:pPr>
      <w:r>
        <w:t>170022</w:t>
      </w:r>
      <w:r>
        <w:tab/>
        <w:t>Nekovinske fleksibilne cevi</w:t>
      </w:r>
    </w:p>
    <w:p w:rsidR="004611C8" w:rsidRDefault="004611C8" w:rsidP="00024920">
      <w:pPr>
        <w:spacing w:after="50"/>
      </w:pPr>
      <w:r>
        <w:t>170023</w:t>
      </w:r>
      <w:r>
        <w:tab/>
        <w:t>Izolacijski materiali</w:t>
      </w:r>
    </w:p>
    <w:p w:rsidR="004611C8" w:rsidRDefault="004611C8" w:rsidP="00024920">
      <w:pPr>
        <w:spacing w:after="50"/>
      </w:pPr>
      <w:r>
        <w:t>170024</w:t>
      </w:r>
      <w:r>
        <w:tab/>
        <w:t>Kemične zmesi za zadrževanje toplote</w:t>
      </w:r>
    </w:p>
    <w:p w:rsidR="004611C8" w:rsidRDefault="004611C8" w:rsidP="00024920">
      <w:pPr>
        <w:spacing w:after="50"/>
      </w:pPr>
      <w:r>
        <w:t>170025</w:t>
      </w:r>
      <w:r>
        <w:tab/>
        <w:t>Cevi iz tekstilnih materialov</w:t>
      </w:r>
    </w:p>
    <w:p w:rsidR="004611C8" w:rsidRDefault="004611C8" w:rsidP="00024920">
      <w:pPr>
        <w:spacing w:after="50"/>
      </w:pPr>
      <w:r>
        <w:t>170026</w:t>
      </w:r>
      <w:r>
        <w:tab/>
        <w:t>Sestavine grelnih kotlov za preprečevanje toplotnega sevanja</w:t>
      </w:r>
    </w:p>
    <w:p w:rsidR="004611C8" w:rsidRDefault="004611C8" w:rsidP="00024920">
      <w:pPr>
        <w:spacing w:after="50"/>
      </w:pPr>
      <w:r>
        <w:t>170029</w:t>
      </w:r>
      <w:r>
        <w:tab/>
        <w:t>Papir za električne kondenzatorje</w:t>
      </w:r>
    </w:p>
    <w:p w:rsidR="004611C8" w:rsidRDefault="004611C8" w:rsidP="00024920">
      <w:pPr>
        <w:spacing w:after="50"/>
      </w:pPr>
      <w:r>
        <w:t>170031</w:t>
      </w:r>
      <w:r>
        <w:tab/>
        <w:t>Vrvi iz gume</w:t>
      </w:r>
    </w:p>
    <w:p w:rsidR="004611C8" w:rsidRDefault="004611C8" w:rsidP="00024920">
      <w:pPr>
        <w:spacing w:after="50"/>
      </w:pPr>
      <w:r>
        <w:t>170032</w:t>
      </w:r>
      <w:r>
        <w:tab/>
        <w:t>Bombažna volna za tesnjenje</w:t>
      </w:r>
    </w:p>
    <w:p w:rsidR="004611C8" w:rsidRDefault="004611C8" w:rsidP="00024920">
      <w:pPr>
        <w:spacing w:after="50"/>
      </w:pPr>
      <w:r>
        <w:t>170033</w:t>
      </w:r>
      <w:r>
        <w:tab/>
        <w:t>Cilindrični spoji</w:t>
      </w:r>
    </w:p>
    <w:p w:rsidR="004611C8" w:rsidRDefault="004611C8" w:rsidP="00024920">
      <w:pPr>
        <w:spacing w:after="50"/>
      </w:pPr>
      <w:r>
        <w:t>170034</w:t>
      </w:r>
      <w:r>
        <w:tab/>
        <w:t>Dilektriki [neprevodniki]</w:t>
      </w:r>
    </w:p>
    <w:p w:rsidR="004611C8" w:rsidRDefault="004611C8" w:rsidP="00024920">
      <w:pPr>
        <w:spacing w:after="50"/>
      </w:pPr>
      <w:r>
        <w:t>170035</w:t>
      </w:r>
      <w:r>
        <w:tab/>
        <w:t>Azbestne plošče</w:t>
      </w:r>
    </w:p>
    <w:p w:rsidR="004611C8" w:rsidRDefault="004611C8" w:rsidP="00024920">
      <w:pPr>
        <w:spacing w:after="50"/>
      </w:pPr>
      <w:r>
        <w:t>170036</w:t>
      </w:r>
      <w:r>
        <w:tab/>
        <w:t>Vulkanit [ebonit]</w:t>
      </w:r>
    </w:p>
    <w:p w:rsidR="004611C8" w:rsidRDefault="004611C8" w:rsidP="00024920">
      <w:pPr>
        <w:spacing w:after="50"/>
      </w:pPr>
      <w:r>
        <w:t>170037</w:t>
      </w:r>
      <w:r>
        <w:tab/>
        <w:t>Obloge iz lubja za zvočno izolacijo</w:t>
      </w:r>
    </w:p>
    <w:p w:rsidR="004611C8" w:rsidRDefault="004611C8" w:rsidP="00024920">
      <w:pPr>
        <w:spacing w:after="50"/>
      </w:pPr>
      <w:r>
        <w:t>170040</w:t>
      </w:r>
      <w:r>
        <w:tab/>
        <w:t>Tesnilni materiali</w:t>
      </w:r>
    </w:p>
    <w:p w:rsidR="004611C8" w:rsidRDefault="004611C8" w:rsidP="00024920">
      <w:pPr>
        <w:spacing w:after="50"/>
      </w:pPr>
      <w:r>
        <w:t>170042</w:t>
      </w:r>
      <w:r>
        <w:tab/>
        <w:t>Razpoke (kemične snovi za zatesnitev)</w:t>
      </w:r>
    </w:p>
    <w:p w:rsidR="004611C8" w:rsidRDefault="004611C8" w:rsidP="00024920">
      <w:pPr>
        <w:spacing w:after="50"/>
      </w:pPr>
      <w:r>
        <w:t>170044</w:t>
      </w:r>
      <w:r>
        <w:tab/>
        <w:t>Azbestna polst</w:t>
      </w:r>
    </w:p>
    <w:p w:rsidR="004611C8" w:rsidRDefault="004611C8" w:rsidP="00024920">
      <w:pPr>
        <w:spacing w:after="50"/>
      </w:pPr>
      <w:r>
        <w:t>170045</w:t>
      </w:r>
      <w:r>
        <w:tab/>
        <w:t>Izolirna polst</w:t>
      </w:r>
    </w:p>
    <w:p w:rsidR="004611C8" w:rsidRDefault="004611C8" w:rsidP="00024920">
      <w:pPr>
        <w:spacing w:after="50"/>
      </w:pPr>
      <w:r>
        <w:t>170048</w:t>
      </w:r>
      <w:r>
        <w:tab/>
        <w:t>Materiali za zavorne obloge, delno obdelani</w:t>
      </w:r>
    </w:p>
    <w:p w:rsidR="004611C8" w:rsidRDefault="004611C8" w:rsidP="00024920">
      <w:pPr>
        <w:spacing w:after="50"/>
      </w:pPr>
      <w:r>
        <w:t>170050</w:t>
      </w:r>
      <w:r>
        <w:tab/>
        <w:t>Gutaperča</w:t>
      </w:r>
    </w:p>
    <w:p w:rsidR="004611C8" w:rsidRDefault="004611C8" w:rsidP="00024920">
      <w:pPr>
        <w:spacing w:after="50"/>
      </w:pPr>
      <w:r>
        <w:t>170051</w:t>
      </w:r>
      <w:r>
        <w:tab/>
        <w:t>Izolirno olje za transformatorje</w:t>
      </w:r>
    </w:p>
    <w:p w:rsidR="004611C8" w:rsidRDefault="004611C8" w:rsidP="00024920">
      <w:pPr>
        <w:spacing w:after="50"/>
      </w:pPr>
      <w:r>
        <w:t>170052</w:t>
      </w:r>
      <w:r>
        <w:tab/>
        <w:t>Izolirna olja</w:t>
      </w:r>
    </w:p>
    <w:p w:rsidR="004611C8" w:rsidRDefault="004611C8" w:rsidP="00024920">
      <w:pPr>
        <w:spacing w:after="50"/>
      </w:pPr>
      <w:r>
        <w:t>170055</w:t>
      </w:r>
      <w:r>
        <w:tab/>
        <w:t>Izolacijski papir</w:t>
      </w:r>
    </w:p>
    <w:p w:rsidR="004611C8" w:rsidRDefault="004611C8" w:rsidP="00024920">
      <w:pPr>
        <w:spacing w:after="50"/>
      </w:pPr>
      <w:r>
        <w:t>170056</w:t>
      </w:r>
      <w:r>
        <w:tab/>
        <w:t>Izolacijske tkanine</w:t>
      </w:r>
    </w:p>
    <w:p w:rsidR="004611C8" w:rsidRDefault="004611C8" w:rsidP="00024920">
      <w:pPr>
        <w:spacing w:after="50"/>
      </w:pPr>
      <w:r>
        <w:t>170057</w:t>
      </w:r>
      <w:r>
        <w:tab/>
        <w:t>Izolirni firneži</w:t>
      </w:r>
    </w:p>
    <w:p w:rsidR="004611C8" w:rsidRDefault="004611C8" w:rsidP="00024920">
      <w:pPr>
        <w:spacing w:after="50"/>
      </w:pPr>
      <w:r>
        <w:t>170058</w:t>
      </w:r>
      <w:r>
        <w:tab/>
        <w:t>Izolacijske substance za zaščito zgradb pred vlago</w:t>
      </w:r>
    </w:p>
    <w:p w:rsidR="004611C8" w:rsidRDefault="004611C8" w:rsidP="00024920">
      <w:pPr>
        <w:spacing w:after="50"/>
      </w:pPr>
      <w:r>
        <w:t>170060</w:t>
      </w:r>
      <w:r>
        <w:tab/>
        <w:t>Izolirne barve</w:t>
      </w:r>
    </w:p>
    <w:p w:rsidR="004611C8" w:rsidRDefault="004611C8" w:rsidP="00024920">
      <w:pPr>
        <w:spacing w:after="50"/>
      </w:pPr>
      <w:r>
        <w:t>170061</w:t>
      </w:r>
      <w:r>
        <w:tab/>
        <w:t>Žlindrina volna (izolator)</w:t>
      </w:r>
    </w:p>
    <w:p w:rsidR="004611C8" w:rsidRDefault="004611C8" w:rsidP="00024920">
      <w:pPr>
        <w:spacing w:after="50"/>
      </w:pPr>
      <w:r>
        <w:t>170062</w:t>
      </w:r>
      <w:r>
        <w:tab/>
        <w:t>Mineralna volna [izolirna]</w:t>
      </w:r>
    </w:p>
    <w:p w:rsidR="004611C8" w:rsidRDefault="004611C8" w:rsidP="00024920">
      <w:pPr>
        <w:spacing w:after="50"/>
      </w:pPr>
      <w:r>
        <w:t>170063</w:t>
      </w:r>
      <w:r>
        <w:tab/>
        <w:t>Steklena volna za izolacijo</w:t>
      </w:r>
    </w:p>
    <w:p w:rsidR="004611C8" w:rsidRDefault="004611C8" w:rsidP="00024920">
      <w:pPr>
        <w:spacing w:after="50"/>
      </w:pPr>
      <w:r>
        <w:t>170064</w:t>
      </w:r>
      <w:r>
        <w:tab/>
        <w:t>Guma</w:t>
      </w:r>
    </w:p>
    <w:p w:rsidR="004611C8" w:rsidRDefault="004611C8" w:rsidP="00024920">
      <w:pPr>
        <w:spacing w:after="50"/>
      </w:pPr>
      <w:r>
        <w:t>170065</w:t>
      </w:r>
      <w:r>
        <w:tab/>
        <w:t>Platnene gibljive cevi</w:t>
      </w:r>
    </w:p>
    <w:p w:rsidR="004611C8" w:rsidRDefault="004611C8" w:rsidP="00024920">
      <w:pPr>
        <w:spacing w:after="50"/>
      </w:pPr>
      <w:r>
        <w:t>170066</w:t>
      </w:r>
      <w:r>
        <w:tab/>
        <w:t>Kiti</w:t>
      </w:r>
    </w:p>
    <w:p w:rsidR="004611C8" w:rsidRDefault="004611C8" w:rsidP="00024920">
      <w:pPr>
        <w:spacing w:after="50"/>
      </w:pPr>
      <w:r>
        <w:t>170069</w:t>
      </w:r>
      <w:r>
        <w:tab/>
        <w:t>Tesnilne mase za spoje</w:t>
      </w:r>
    </w:p>
    <w:p w:rsidR="004611C8" w:rsidRDefault="004611C8" w:rsidP="00024920">
      <w:pPr>
        <w:spacing w:after="50"/>
      </w:pPr>
      <w:r>
        <w:t>170070</w:t>
      </w:r>
      <w:r>
        <w:tab/>
        <w:t>Sljuda, surova ali delno predelana</w:t>
      </w:r>
    </w:p>
    <w:p w:rsidR="004611C8" w:rsidRDefault="004611C8" w:rsidP="00024920">
      <w:pPr>
        <w:spacing w:after="50"/>
      </w:pPr>
      <w:r>
        <w:t>170071</w:t>
      </w:r>
      <w:r>
        <w:tab/>
        <w:t>Azbestni papir</w:t>
      </w:r>
    </w:p>
    <w:p w:rsidR="004611C8" w:rsidRDefault="004611C8" w:rsidP="00024920">
      <w:pPr>
        <w:spacing w:after="50"/>
      </w:pPr>
      <w:r>
        <w:t>170072</w:t>
      </w:r>
      <w:r>
        <w:tab/>
        <w:t>Plastične folije, razen za ovijanje</w:t>
      </w:r>
    </w:p>
    <w:p w:rsidR="004611C8" w:rsidRDefault="004611C8" w:rsidP="00024920">
      <w:pPr>
        <w:spacing w:after="50"/>
      </w:pPr>
      <w:r>
        <w:t>170073</w:t>
      </w:r>
      <w:r>
        <w:tab/>
        <w:t>Spojke, nekovinske, za gibke cevi</w:t>
      </w:r>
    </w:p>
    <w:p w:rsidR="004611C8" w:rsidRDefault="004611C8" w:rsidP="00024920">
      <w:pPr>
        <w:spacing w:after="50"/>
      </w:pPr>
      <w:r>
        <w:t>170074</w:t>
      </w:r>
      <w:r>
        <w:tab/>
        <w:t>Vezne cevi za hladilnike avtomobilov</w:t>
      </w:r>
    </w:p>
    <w:p w:rsidR="004611C8" w:rsidRDefault="004611C8" w:rsidP="00024920">
      <w:pPr>
        <w:spacing w:after="50"/>
      </w:pPr>
      <w:r>
        <w:t>170077</w:t>
      </w:r>
      <w:r>
        <w:tab/>
        <w:t>Ovojnice in vreče iz gume za pakiranje</w:t>
      </w:r>
    </w:p>
    <w:p w:rsidR="004611C8" w:rsidRDefault="004611C8" w:rsidP="00024920">
      <w:pPr>
        <w:spacing w:after="50"/>
      </w:pPr>
      <w:r>
        <w:t>170078</w:t>
      </w:r>
      <w:r>
        <w:tab/>
        <w:t>Azbestna pokrivala</w:t>
      </w:r>
    </w:p>
    <w:p w:rsidR="004611C8" w:rsidRDefault="004611C8" w:rsidP="00024920">
      <w:pPr>
        <w:spacing w:after="50"/>
      </w:pPr>
      <w:r>
        <w:t>170079</w:t>
      </w:r>
      <w:r>
        <w:tab/>
        <w:t>Azbestne tkanine</w:t>
      </w:r>
    </w:p>
    <w:p w:rsidR="004611C8" w:rsidRDefault="004611C8" w:rsidP="00024920">
      <w:pPr>
        <w:spacing w:after="50"/>
      </w:pPr>
      <w:r>
        <w:t>170080</w:t>
      </w:r>
      <w:r>
        <w:tab/>
        <w:t>Azbestno platno</w:t>
      </w:r>
    </w:p>
    <w:p w:rsidR="004611C8" w:rsidRDefault="004611C8" w:rsidP="00024920">
      <w:pPr>
        <w:spacing w:after="50"/>
      </w:pPr>
      <w:r>
        <w:t>170081</w:t>
      </w:r>
      <w:r>
        <w:tab/>
        <w:t>Embalaža iz azbesta</w:t>
      </w:r>
    </w:p>
    <w:p w:rsidR="004611C8" w:rsidRPr="003834FA" w:rsidRDefault="004611C8" w:rsidP="00024920">
      <w:pPr>
        <w:spacing w:after="50"/>
        <w:rPr>
          <w:lang w:val="fr-FR"/>
        </w:rPr>
      </w:pPr>
      <w:r>
        <w:t>170083</w:t>
      </w:r>
      <w:r>
        <w:tab/>
      </w:r>
      <w:r w:rsidRPr="003834FA">
        <w:rPr>
          <w:lang w:val="fr-FR"/>
        </w:rPr>
        <w:t>Viskozne folije, razen za embaliranje</w:t>
      </w:r>
    </w:p>
    <w:p w:rsidR="004611C8" w:rsidRDefault="004611C8" w:rsidP="00024920">
      <w:pPr>
        <w:spacing w:after="50"/>
      </w:pPr>
      <w:r>
        <w:t>170084</w:t>
      </w:r>
      <w:r>
        <w:tab/>
        <w:t>Izolatorji za železniške tire</w:t>
      </w:r>
    </w:p>
    <w:p w:rsidR="004611C8" w:rsidRDefault="004611C8" w:rsidP="00024920">
      <w:pPr>
        <w:spacing w:after="50"/>
      </w:pPr>
      <w:r>
        <w:t>170085</w:t>
      </w:r>
      <w:r>
        <w:tab/>
        <w:t>Lepilni trakovi, razen kot pisarniške potrebščine in ne za medicinske ali gospodinjske namene</w:t>
      </w:r>
    </w:p>
    <w:p w:rsidR="004611C8" w:rsidRDefault="004611C8" w:rsidP="00024920">
      <w:pPr>
        <w:spacing w:after="50"/>
      </w:pPr>
      <w:r>
        <w:t>170086</w:t>
      </w:r>
      <w:r>
        <w:tab/>
        <w:t>Nekovinski fitingi za cevi za stisnjen zrak</w:t>
      </w:r>
    </w:p>
    <w:p w:rsidR="004611C8" w:rsidRDefault="004611C8" w:rsidP="00024920">
      <w:pPr>
        <w:spacing w:after="50"/>
      </w:pPr>
      <w:r>
        <w:t>170087</w:t>
      </w:r>
      <w:r>
        <w:tab/>
        <w:t>Azbestna lepenka</w:t>
      </w:r>
    </w:p>
    <w:p w:rsidR="004611C8" w:rsidRPr="003834FA" w:rsidRDefault="004611C8" w:rsidP="00024920">
      <w:pPr>
        <w:spacing w:after="50"/>
        <w:rPr>
          <w:lang w:val="fr-FR"/>
        </w:rPr>
      </w:pPr>
      <w:r>
        <w:t>170089</w:t>
      </w:r>
      <w:r>
        <w:tab/>
      </w:r>
      <w:r w:rsidRPr="003834FA">
        <w:rPr>
          <w:lang w:val="fr-FR"/>
        </w:rPr>
        <w:t>Ojačevalni materiali, nekovinski, za cevi</w:t>
      </w:r>
    </w:p>
    <w:p w:rsidR="004611C8" w:rsidRDefault="004611C8" w:rsidP="00024920">
      <w:pPr>
        <w:spacing w:after="50"/>
      </w:pPr>
      <w:r>
        <w:t>170091</w:t>
      </w:r>
      <w:r>
        <w:tab/>
        <w:t>Azbest</w:t>
      </w:r>
    </w:p>
    <w:p w:rsidR="004611C8" w:rsidRDefault="004611C8" w:rsidP="00024920">
      <w:pPr>
        <w:spacing w:after="50"/>
      </w:pPr>
      <w:r>
        <w:t>170092</w:t>
      </w:r>
      <w:r>
        <w:tab/>
        <w:t>Samolepilni trakovi, razen kot pisarniške potrebščine in ne za medicinske ali gospodinjske namene</w:t>
      </w:r>
    </w:p>
    <w:p w:rsidR="004611C8" w:rsidRDefault="004611C8" w:rsidP="00024920">
      <w:pPr>
        <w:spacing w:after="50"/>
      </w:pPr>
      <w:r>
        <w:t>170093</w:t>
      </w:r>
      <w:r>
        <w:tab/>
        <w:t>Zamaški iz gume</w:t>
      </w:r>
    </w:p>
    <w:p w:rsidR="004611C8" w:rsidRDefault="004611C8" w:rsidP="00024920">
      <w:pPr>
        <w:spacing w:after="50"/>
      </w:pPr>
      <w:r>
        <w:t>170094</w:t>
      </w:r>
      <w:r>
        <w:tab/>
        <w:t>Izolacijska sredstva za kable</w:t>
      </w:r>
    </w:p>
    <w:p w:rsidR="004611C8" w:rsidRDefault="004611C8" w:rsidP="00024920">
      <w:pPr>
        <w:spacing w:after="50"/>
      </w:pPr>
      <w:r>
        <w:t>170095</w:t>
      </w:r>
      <w:r>
        <w:tab/>
        <w:t>Niti iz gume, ne za tekstilno uporabo</w:t>
      </w:r>
    </w:p>
    <w:p w:rsidR="004611C8" w:rsidRDefault="004611C8" w:rsidP="00024920">
      <w:pPr>
        <w:spacing w:after="50"/>
      </w:pPr>
      <w:r>
        <w:t>170097</w:t>
      </w:r>
      <w:r>
        <w:tab/>
        <w:t>Delno obdelana plastika</w:t>
      </w:r>
    </w:p>
    <w:p w:rsidR="004611C8" w:rsidRDefault="004611C8" w:rsidP="00024920">
      <w:pPr>
        <w:spacing w:after="50"/>
      </w:pPr>
      <w:r>
        <w:t>170098</w:t>
      </w:r>
      <w:r>
        <w:tab/>
        <w:t>Izolatorji za električne vodnike</w:t>
      </w:r>
    </w:p>
    <w:p w:rsidR="004611C8" w:rsidRDefault="004611C8" w:rsidP="00024920">
      <w:pPr>
        <w:spacing w:after="50"/>
      </w:pPr>
      <w:r>
        <w:t>170099</w:t>
      </w:r>
      <w:r>
        <w:tab/>
        <w:t>Izolatorji</w:t>
      </w:r>
    </w:p>
    <w:p w:rsidR="004611C8" w:rsidRDefault="004611C8" w:rsidP="00024920">
      <w:pPr>
        <w:spacing w:after="50"/>
      </w:pPr>
      <w:r>
        <w:t>170101</w:t>
      </w:r>
      <w:r>
        <w:tab/>
        <w:t>Materiali za pakiranje (oblazinjenje in polnjenje) iz gume ali plastike</w:t>
      </w:r>
    </w:p>
    <w:p w:rsidR="004611C8" w:rsidRDefault="004611C8" w:rsidP="00024920">
      <w:pPr>
        <w:spacing w:after="50"/>
      </w:pPr>
      <w:r>
        <w:t>170105</w:t>
      </w:r>
      <w:r>
        <w:tab/>
        <w:t>Niti iz plastičnih snovi, ne za tekstilno uporabo</w:t>
      </w:r>
    </w:p>
    <w:p w:rsidR="004611C8" w:rsidRDefault="004611C8" w:rsidP="00024920">
      <w:pPr>
        <w:spacing w:after="50"/>
      </w:pPr>
      <w:r>
        <w:t>170106</w:t>
      </w:r>
      <w:r>
        <w:tab/>
        <w:t>Filtrirni materiali [delno obdelane pene ali folije iz plastike]</w:t>
      </w:r>
    </w:p>
    <w:p w:rsidR="004611C8" w:rsidRDefault="004611C8" w:rsidP="00024920">
      <w:pPr>
        <w:spacing w:after="50"/>
      </w:pPr>
      <w:r>
        <w:t>170107</w:t>
      </w:r>
      <w:r>
        <w:tab/>
        <w:t>Izolirni trakovi in jermeni</w:t>
      </w:r>
    </w:p>
    <w:p w:rsidR="004611C8" w:rsidRDefault="004611C8" w:rsidP="00024920">
      <w:pPr>
        <w:spacing w:after="50"/>
      </w:pPr>
      <w:r>
        <w:t>170108</w:t>
      </w:r>
      <w:r>
        <w:tab/>
        <w:t>Plavajoče protionesnaževalne pregrade</w:t>
      </w:r>
    </w:p>
    <w:p w:rsidR="004611C8" w:rsidRDefault="004611C8" w:rsidP="00024920">
      <w:pPr>
        <w:spacing w:after="50"/>
      </w:pPr>
      <w:r>
        <w:t>170110</w:t>
      </w:r>
      <w:r>
        <w:tab/>
        <w:t>Izolacijski omet</w:t>
      </w:r>
    </w:p>
    <w:p w:rsidR="004611C8" w:rsidRDefault="004611C8" w:rsidP="00024920">
      <w:pPr>
        <w:spacing w:after="50"/>
      </w:pPr>
      <w:r>
        <w:t>170111</w:t>
      </w:r>
      <w:r>
        <w:tab/>
        <w:t>Plastične pole za uporabo v poljedelstvu</w:t>
      </w:r>
    </w:p>
    <w:p w:rsidR="004611C8" w:rsidRDefault="004611C8" w:rsidP="00024920">
      <w:pPr>
        <w:spacing w:after="50"/>
      </w:pPr>
      <w:r>
        <w:t>170112</w:t>
      </w:r>
      <w:r>
        <w:tab/>
        <w:t>Plastična pena za cvetlične aranžmaje [polproizvod]</w:t>
      </w:r>
    </w:p>
    <w:p w:rsidR="004611C8" w:rsidRDefault="004611C8" w:rsidP="00024920">
      <w:pPr>
        <w:spacing w:after="50"/>
      </w:pPr>
      <w:r>
        <w:t>170113</w:t>
      </w:r>
      <w:r>
        <w:tab/>
        <w:t>Tekoča guma</w:t>
      </w:r>
    </w:p>
    <w:p w:rsidR="004611C8" w:rsidRDefault="004611C8" w:rsidP="00024920">
      <w:pPr>
        <w:spacing w:after="50"/>
      </w:pPr>
      <w:r>
        <w:t>170114</w:t>
      </w:r>
      <w:r>
        <w:tab/>
        <w:t>Raztopine gume</w:t>
      </w:r>
    </w:p>
    <w:p w:rsidR="004611C8" w:rsidRDefault="004611C8" w:rsidP="00024920">
      <w:pPr>
        <w:spacing w:after="50"/>
      </w:pPr>
      <w:r>
        <w:t>170116</w:t>
      </w:r>
      <w:r>
        <w:tab/>
        <w:t>Izolacijski ognjevzdržni materiali</w:t>
      </w:r>
    </w:p>
    <w:p w:rsidR="004611C8" w:rsidRDefault="004611C8" w:rsidP="00024920">
      <w:pPr>
        <w:spacing w:after="50"/>
      </w:pPr>
      <w:r>
        <w:t>170117</w:t>
      </w:r>
      <w:r>
        <w:tab/>
        <w:t>Guma, surova ali delno obdelana</w:t>
      </w:r>
    </w:p>
    <w:p w:rsidR="004611C8" w:rsidRDefault="004611C8" w:rsidP="00024920">
      <w:pPr>
        <w:spacing w:after="50"/>
      </w:pPr>
      <w:r>
        <w:t>170118</w:t>
      </w:r>
      <w:r>
        <w:tab/>
        <w:t>Izolirni trak</w:t>
      </w:r>
    </w:p>
    <w:p w:rsidR="004611C8" w:rsidRDefault="004611C8" w:rsidP="00024920">
      <w:pPr>
        <w:spacing w:after="50"/>
      </w:pPr>
      <w:r>
        <w:t>170119</w:t>
      </w:r>
      <w:r>
        <w:tab/>
        <w:t>Zaustavljalniki vrat iz kavčuka</w:t>
      </w:r>
    </w:p>
    <w:p w:rsidR="004611C8" w:rsidRDefault="004611C8" w:rsidP="00024920">
      <w:pPr>
        <w:spacing w:after="50"/>
      </w:pPr>
      <w:r>
        <w:t>170120</w:t>
      </w:r>
      <w:r>
        <w:tab/>
        <w:t>Gumijasti zaustavljalniki za okna</w:t>
      </w:r>
    </w:p>
    <w:p w:rsidR="004611C8" w:rsidRDefault="004611C8" w:rsidP="00024920">
      <w:pPr>
        <w:spacing w:after="50"/>
      </w:pPr>
      <w:r>
        <w:t>170121</w:t>
      </w:r>
      <w:r>
        <w:tab/>
        <w:t>Sestavni deli, nekovinski, za gibke cevi</w:t>
      </w:r>
    </w:p>
    <w:p w:rsidR="004611C8" w:rsidRDefault="004611C8" w:rsidP="00024920">
      <w:pPr>
        <w:spacing w:after="50"/>
      </w:pPr>
      <w:r>
        <w:t>170122</w:t>
      </w:r>
      <w:r>
        <w:tab/>
        <w:t>Fitingi, nekovinski, za toge cevi</w:t>
      </w:r>
    </w:p>
    <w:p w:rsidR="004611C8" w:rsidRDefault="004611C8" w:rsidP="00024920">
      <w:pPr>
        <w:spacing w:after="50"/>
      </w:pPr>
      <w:r>
        <w:t>170123</w:t>
      </w:r>
      <w:r>
        <w:tab/>
        <w:t>Privezni stenski gumijasti odbojni materiali za preprečevanje poškodb na pomolih, ladjah in plovilih</w:t>
      </w:r>
    </w:p>
    <w:p w:rsidR="004611C8" w:rsidRDefault="004611C8" w:rsidP="00024920">
      <w:pPr>
        <w:spacing w:after="50"/>
      </w:pPr>
      <w:r>
        <w:t>170124</w:t>
      </w:r>
      <w:r>
        <w:tab/>
        <w:t>Filtrirni materiali iz delno obdelanih folij iz umetne snovi</w:t>
      </w:r>
    </w:p>
    <w:p w:rsidR="004611C8" w:rsidRDefault="004611C8" w:rsidP="00024920">
      <w:pPr>
        <w:spacing w:after="50"/>
      </w:pPr>
      <w:r>
        <w:t>170125</w:t>
      </w:r>
      <w:r>
        <w:tab/>
        <w:t>Plastična vlakna za 3D tiskanje</w:t>
      </w:r>
    </w:p>
    <w:p w:rsidR="004611C8" w:rsidRDefault="004611C8" w:rsidP="00024920">
      <w:pPr>
        <w:spacing w:after="50"/>
      </w:pPr>
      <w:r>
        <w:t>170126</w:t>
      </w:r>
      <w:r>
        <w:tab/>
        <w:t>Izolacijsko črnilo</w:t>
      </w:r>
    </w:p>
    <w:p w:rsidR="004611C8" w:rsidRDefault="004611C8" w:rsidP="00024920">
      <w:pPr>
        <w:spacing w:after="50"/>
      </w:pPr>
      <w:r>
        <w:t>170127</w:t>
      </w:r>
      <w:r>
        <w:tab/>
        <w:t>Polobdelano akrilno steklo</w:t>
      </w:r>
    </w:p>
    <w:p w:rsidR="004611C8" w:rsidRDefault="004611C8" w:rsidP="00024920">
      <w:pPr>
        <w:spacing w:after="50"/>
      </w:pPr>
      <w:r>
        <w:t>170128</w:t>
      </w:r>
      <w:r>
        <w:tab/>
        <w:t>Polobdelano organsko steklo</w:t>
      </w:r>
    </w:p>
    <w:p w:rsidR="004611C8" w:rsidRDefault="004611C8" w:rsidP="00024920">
      <w:pPr>
        <w:spacing w:after="50"/>
      </w:pPr>
      <w:r>
        <w:t>170129</w:t>
      </w:r>
      <w:r>
        <w:tab/>
        <w:t>Gumijasti našitki za obleke</w:t>
      </w:r>
    </w:p>
    <w:p w:rsidR="004611C8" w:rsidRDefault="004611C8" w:rsidP="00024920">
      <w:pPr>
        <w:spacing w:after="50"/>
      </w:pPr>
      <w:r>
        <w:t>170130</w:t>
      </w:r>
      <w:r>
        <w:tab/>
        <w:t>Oljna tesnila</w:t>
      </w:r>
    </w:p>
    <w:p w:rsidR="004611C8" w:rsidRDefault="004611C8" w:rsidP="00024920">
      <w:pPr>
        <w:spacing w:after="50"/>
      </w:pPr>
      <w:r>
        <w:t>170131</w:t>
      </w:r>
      <w:r>
        <w:tab/>
        <w:t>O-obroči</w:t>
      </w:r>
    </w:p>
    <w:p w:rsidR="004611C8" w:rsidRDefault="004611C8" w:rsidP="00024920">
      <w:pPr>
        <w:spacing w:after="50"/>
      </w:pPr>
      <w:r>
        <w:t>170132</w:t>
      </w:r>
      <w:r>
        <w:tab/>
        <w:t>Nedrseče blazinice iz gume</w:t>
      </w:r>
    </w:p>
    <w:p w:rsidR="004611C8" w:rsidRDefault="004611C8" w:rsidP="00024920">
      <w:pPr>
        <w:spacing w:after="50"/>
      </w:pPr>
      <w:r>
        <w:t>170133</w:t>
      </w:r>
      <w:r>
        <w:tab/>
        <w:t>Izolirne folije</w:t>
      </w:r>
    </w:p>
    <w:p w:rsidR="004611C8" w:rsidRDefault="004611C8" w:rsidP="00024920">
      <w:pPr>
        <w:spacing w:after="50"/>
      </w:pPr>
      <w:r>
        <w:t>170134</w:t>
      </w:r>
      <w:r>
        <w:tab/>
        <w:t>Folije za zaščito pred elektromagnetno interferenco [EMI]</w:t>
      </w:r>
    </w:p>
    <w:p w:rsidR="004611C8" w:rsidRDefault="004611C8" w:rsidP="00024920">
      <w:pPr>
        <w:spacing w:after="50"/>
      </w:pPr>
      <w:r>
        <w:t>170135</w:t>
      </w:r>
      <w:r>
        <w:tab/>
        <w:t>Materiali za akustično izolacijo</w:t>
      </w:r>
    </w:p>
    <w:p w:rsidR="004611C8" w:rsidRDefault="004611C8" w:rsidP="00024920">
      <w:pPr>
        <w:spacing w:after="50"/>
      </w:pPr>
      <w:r>
        <w:t>170136</w:t>
      </w:r>
      <w:r>
        <w:tab/>
        <w:t>Tekoča tesnila za transmisije</w:t>
      </w:r>
    </w:p>
    <w:p w:rsidR="004611C8" w:rsidRDefault="004611C8" w:rsidP="00024920">
      <w:pPr>
        <w:spacing w:after="50"/>
      </w:pPr>
      <w:r>
        <w:t>170137</w:t>
      </w:r>
      <w:r>
        <w:tab/>
        <w:t>Folije za absorpcijo elektromagnetnega valovanja</w:t>
      </w:r>
    </w:p>
    <w:p w:rsidR="004611C8" w:rsidRDefault="004611C8" w:rsidP="00024920">
      <w:pPr>
        <w:spacing w:after="50"/>
      </w:pPr>
      <w:r>
        <w:t>170138</w:t>
      </w:r>
      <w:r>
        <w:tab/>
        <w:t>Lepilni trakovi za opozarjanje na nevarnost</w:t>
      </w:r>
    </w:p>
    <w:p w:rsidR="004611C8" w:rsidRDefault="004611C8" w:rsidP="00024920">
      <w:pPr>
        <w:spacing w:after="50"/>
      </w:pPr>
      <w:r>
        <w:t>170139</w:t>
      </w:r>
      <w:r>
        <w:tab/>
        <w:t>Tesnilni kiti</w:t>
      </w:r>
    </w:p>
    <w:p w:rsidR="004611C8" w:rsidRPr="003834FA" w:rsidRDefault="004611C8" w:rsidP="00024920">
      <w:pPr>
        <w:spacing w:after="50"/>
        <w:rPr>
          <w:lang w:val="fr-FR"/>
        </w:rPr>
      </w:pPr>
      <w:r>
        <w:t>170141</w:t>
      </w:r>
      <w:r>
        <w:tab/>
      </w:r>
      <w:r w:rsidRPr="003834FA">
        <w:rPr>
          <w:lang w:val="fr-FR"/>
        </w:rPr>
        <w:t>Šobe za cevi za zalivanje</w:t>
      </w:r>
    </w:p>
    <w:p w:rsidR="00DF3E45" w:rsidRPr="001F500C" w:rsidRDefault="00DF3E45">
      <w:pPr>
        <w:pStyle w:val="Naslov1"/>
        <w:rPr>
          <w:lang w:val="fr-FR"/>
        </w:rPr>
        <w:sectPr w:rsidR="00DF3E45" w:rsidRPr="001F500C" w:rsidSect="00E00425">
          <w:type w:val="continuous"/>
          <w:pgSz w:w="11907" w:h="16840" w:code="9"/>
          <w:pgMar w:top="1418" w:right="1418" w:bottom="1418" w:left="1418" w:header="720" w:footer="720" w:gutter="0"/>
          <w:cols w:num="2" w:space="720"/>
          <w:docGrid w:linePitch="360"/>
        </w:sectPr>
      </w:pPr>
    </w:p>
    <w:p w:rsidR="00013594" w:rsidRPr="00013594" w:rsidRDefault="00013594" w:rsidP="00024920">
      <w:pPr>
        <w:pStyle w:val="Naslov1"/>
        <w:spacing w:before="0"/>
        <w:rPr>
          <w:lang w:val="sl-SI" w:eastAsia="sl-SI"/>
        </w:rPr>
      </w:pPr>
      <w:r w:rsidRPr="00013594">
        <w:rPr>
          <w:lang w:val="sl-SI" w:eastAsia="sl-SI"/>
        </w:rPr>
        <w:lastRenderedPageBreak/>
        <w:t xml:space="preserve">Razred 18 </w:t>
      </w:r>
    </w:p>
    <w:p w:rsidR="00013594" w:rsidRDefault="00013594" w:rsidP="0087064C">
      <w:pPr>
        <w:pStyle w:val="Naslov2"/>
        <w:rPr>
          <w:lang w:val="sl-SI" w:eastAsia="sl-SI"/>
        </w:rPr>
      </w:pPr>
      <w:r w:rsidRPr="00013594">
        <w:rPr>
          <w:lang w:val="sl-SI" w:eastAsia="sl-SI"/>
        </w:rPr>
        <w:t>Usnje in imitacije usnja; živalske kože; prtljaga in torbe za prenašanje; dežniki in sončniki; sprehajalne palice; biči, vprege in jahalna oprema; ovratnice, povodci in oblačila za živali</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87064C" w:rsidRPr="00D85EAF" w:rsidTr="00CF2B9C">
        <w:trPr>
          <w:trHeight w:val="143"/>
          <w:tblHeader/>
        </w:trPr>
        <w:tc>
          <w:tcPr>
            <w:tcW w:w="9493" w:type="dxa"/>
            <w:gridSpan w:val="2"/>
            <w:shd w:val="clear" w:color="auto" w:fill="F2F2F2" w:themeFill="background1" w:themeFillShade="F2"/>
            <w:vAlign w:val="center"/>
          </w:tcPr>
          <w:p w:rsidR="0087064C" w:rsidRPr="00677C99" w:rsidRDefault="0087064C" w:rsidP="00CF2B9C">
            <w:pPr>
              <w:pStyle w:val="opomba"/>
              <w:rPr>
                <w:b/>
              </w:rPr>
            </w:pPr>
            <w:r w:rsidRPr="00677C99">
              <w:rPr>
                <w:b/>
              </w:rPr>
              <w:t xml:space="preserve">RAZRED </w:t>
            </w:r>
            <w:r w:rsidR="00677C99" w:rsidRPr="00677C99">
              <w:rPr>
                <w:b/>
              </w:rPr>
              <w:t>18</w:t>
            </w:r>
            <w:r w:rsidRPr="00677C99">
              <w:rPr>
                <w:b/>
              </w:rPr>
              <w:t xml:space="preserve"> - pojasnjevalne opombe</w:t>
            </w:r>
          </w:p>
        </w:tc>
      </w:tr>
      <w:tr w:rsidR="0087064C" w:rsidRPr="00D85EAF" w:rsidTr="00CF2B9C">
        <w:trPr>
          <w:trHeight w:val="390"/>
        </w:trPr>
        <w:tc>
          <w:tcPr>
            <w:tcW w:w="9493" w:type="dxa"/>
            <w:gridSpan w:val="2"/>
            <w:shd w:val="clear" w:color="auto" w:fill="F2F2F2" w:themeFill="background1" w:themeFillShade="F2"/>
            <w:vAlign w:val="center"/>
          </w:tcPr>
          <w:p w:rsidR="0087064C" w:rsidRPr="00993A45" w:rsidRDefault="00347264" w:rsidP="00CF2B9C">
            <w:pPr>
              <w:pStyle w:val="opomba"/>
            </w:pPr>
            <w:r w:rsidRPr="003270CA">
              <w:t>Razred 18 vključuje zlasti usnje, imitacije usnja in nekatero blago iz teh materialov.</w:t>
            </w:r>
          </w:p>
        </w:tc>
      </w:tr>
      <w:tr w:rsidR="0087064C" w:rsidRPr="00D85EAF" w:rsidTr="00B15F7C">
        <w:trPr>
          <w:trHeight w:val="4326"/>
        </w:trPr>
        <w:tc>
          <w:tcPr>
            <w:tcW w:w="4746" w:type="dxa"/>
            <w:shd w:val="clear" w:color="auto" w:fill="F2F2F2" w:themeFill="background1" w:themeFillShade="F2"/>
          </w:tcPr>
          <w:p w:rsidR="0087064C" w:rsidRPr="00993A45" w:rsidRDefault="0087064C" w:rsidP="00CF2B9C">
            <w:pPr>
              <w:pStyle w:val="opomba"/>
            </w:pPr>
            <w:r w:rsidRPr="00D85EAF">
              <w:t>V ta razred so vključeni zlasti:</w:t>
            </w:r>
          </w:p>
          <w:p w:rsidR="00B15F7C" w:rsidRPr="00703549" w:rsidRDefault="00B15F7C" w:rsidP="008C16D9">
            <w:pPr>
              <w:pStyle w:val="opombapika"/>
            </w:pPr>
            <w:r w:rsidRPr="00703549">
              <w:t>prtljaga in torbe za prenašanje, na primer kovčki, veliki potovalni kovčki, potovalne torbe, vreče za nošenje dojenčkov, šolske torbe;</w:t>
            </w:r>
          </w:p>
          <w:p w:rsidR="00B15F7C" w:rsidRPr="00703549" w:rsidRDefault="00B15F7C" w:rsidP="008C16D9">
            <w:pPr>
              <w:pStyle w:val="opombapika"/>
            </w:pPr>
            <w:r w:rsidRPr="00703549">
              <w:t>oznake (etikete) za prtljago</w:t>
            </w:r>
          </w:p>
          <w:p w:rsidR="00B15F7C" w:rsidRPr="00703549" w:rsidRDefault="00B15F7C" w:rsidP="008C16D9">
            <w:pPr>
              <w:pStyle w:val="opombapika"/>
            </w:pPr>
            <w:r w:rsidRPr="00703549">
              <w:t>etuiji za poslovne vizitke in denarnice;</w:t>
            </w:r>
          </w:p>
          <w:p w:rsidR="00B15F7C" w:rsidRPr="00703549" w:rsidRDefault="00B15F7C" w:rsidP="008C16D9">
            <w:pPr>
              <w:pStyle w:val="opombapika"/>
            </w:pPr>
            <w:r w:rsidRPr="00703549">
              <w:t>skrinje iz usnja ali usnjene lepenke</w:t>
            </w:r>
          </w:p>
          <w:p w:rsidR="0087064C" w:rsidRPr="00993A45" w:rsidRDefault="00B15F7C" w:rsidP="008C16D9">
            <w:pPr>
              <w:pStyle w:val="opombapika"/>
            </w:pPr>
            <w:r w:rsidRPr="00703549">
              <w:t>dežniki in senčniki, ki so majhna prenosna oprema za zaščito pred vremenskimi razmerami</w:t>
            </w:r>
          </w:p>
        </w:tc>
        <w:tc>
          <w:tcPr>
            <w:tcW w:w="4747" w:type="dxa"/>
            <w:shd w:val="clear" w:color="auto" w:fill="F2F2F2" w:themeFill="background1" w:themeFillShade="F2"/>
          </w:tcPr>
          <w:p w:rsidR="0087064C" w:rsidRPr="00993A45" w:rsidRDefault="0087064C" w:rsidP="00CF2B9C">
            <w:pPr>
              <w:pStyle w:val="opomba"/>
            </w:pPr>
            <w:r w:rsidRPr="00D85EAF">
              <w:t>V ta razred niso vključeni zlasti:</w:t>
            </w:r>
          </w:p>
          <w:p w:rsidR="00B15F7C" w:rsidRPr="00703549" w:rsidRDefault="00B15F7C" w:rsidP="008C16D9">
            <w:pPr>
              <w:pStyle w:val="opombapika"/>
            </w:pPr>
            <w:r w:rsidRPr="00703549">
              <w:t>določeno blago iz usnja, imitacije usnja, živalske kože in krzna, ki je razvrščeno glede na njihovo funkcijo ali namen, na primer usnjeni jermeni (razred 8), sredstva za poliranje usnja (razred 21), semiš usnje za čiščenje (razred 21), usnjeni pasovi za oblačila (razred 25)</w:t>
            </w:r>
          </w:p>
          <w:p w:rsidR="00B15F7C" w:rsidRPr="00703549" w:rsidRDefault="00B15F7C" w:rsidP="008C16D9">
            <w:pPr>
              <w:pStyle w:val="opombapika"/>
            </w:pPr>
            <w:r w:rsidRPr="00703549">
              <w:t>torbe in etuiji, prilagojeni izdelku, za katerega so namenjeni, na primer torbe, prilagojene za prenosne računalnike (razred 9), torbe in etuiji za fotoaparate in fotografsko opremo (razred 9), etuiji za glasbila (razred 15), torbe za golf s kolesi ali brez koles, torbe, posebej zasnovane za smuči in deske za surfanje (razred 28)</w:t>
            </w:r>
          </w:p>
          <w:p w:rsidR="0087064C" w:rsidRPr="00993A45" w:rsidRDefault="00B15F7C" w:rsidP="008C16D9">
            <w:pPr>
              <w:pStyle w:val="opombapika"/>
            </w:pPr>
            <w:r w:rsidRPr="00703549">
              <w:t>sprehajalne palice ali palice za medicinske namene (razred 10)</w:t>
            </w:r>
          </w:p>
        </w:tc>
      </w:tr>
    </w:tbl>
    <w:p w:rsidR="00F875A9" w:rsidRDefault="00F875A9" w:rsidP="00B15F7C">
      <w:pPr>
        <w:spacing w:after="360"/>
        <w:ind w:left="0" w:firstLine="0"/>
      </w:pPr>
    </w:p>
    <w:p w:rsidR="00B13099" w:rsidRDefault="00B13099">
      <w:pPr>
        <w:sectPr w:rsidR="00B13099" w:rsidSect="00E00425">
          <w:type w:val="continuous"/>
          <w:pgSz w:w="11907" w:h="16840" w:code="9"/>
          <w:pgMar w:top="1418" w:right="1418" w:bottom="1418" w:left="1418" w:header="720" w:footer="720" w:gutter="0"/>
          <w:cols w:space="720"/>
          <w:docGrid w:linePitch="360"/>
        </w:sectPr>
      </w:pPr>
    </w:p>
    <w:p w:rsidR="004611C8" w:rsidRDefault="004611C8" w:rsidP="004611C8">
      <w:r>
        <w:t>180003</w:t>
      </w:r>
      <w:r>
        <w:tab/>
        <w:t>Obročki za dežnike</w:t>
      </w:r>
    </w:p>
    <w:p w:rsidR="004611C8" w:rsidRDefault="004611C8" w:rsidP="004611C8">
      <w:r>
        <w:t>180004</w:t>
      </w:r>
      <w:r>
        <w:tab/>
        <w:t>Leseni okvirji za sedla</w:t>
      </w:r>
    </w:p>
    <w:p w:rsidR="004611C8" w:rsidRDefault="004611C8" w:rsidP="004611C8">
      <w:r>
        <w:t>180006</w:t>
      </w:r>
      <w:r>
        <w:tab/>
        <w:t>Pritrdilna jermena za sedla</w:t>
      </w:r>
    </w:p>
    <w:p w:rsidR="004611C8" w:rsidRDefault="004611C8" w:rsidP="004611C8">
      <w:r>
        <w:t>180007</w:t>
      </w:r>
      <w:r>
        <w:tab/>
        <w:t>Napere za ročne dežnike ali sončnike</w:t>
      </w:r>
    </w:p>
    <w:p w:rsidR="004611C8" w:rsidRDefault="004611C8" w:rsidP="004611C8">
      <w:r>
        <w:t>180008</w:t>
      </w:r>
      <w:r>
        <w:tab/>
        <w:t>Pozlatarska opna</w:t>
      </w:r>
    </w:p>
    <w:p w:rsidR="004611C8" w:rsidRDefault="004611C8" w:rsidP="004611C8">
      <w:r>
        <w:t>180010</w:t>
      </w:r>
      <w:r>
        <w:tab/>
        <w:t>Denarnice</w:t>
      </w:r>
    </w:p>
    <w:p w:rsidR="004611C8" w:rsidRDefault="004611C8" w:rsidP="004611C8">
      <w:r>
        <w:t>180011</w:t>
      </w:r>
      <w:r>
        <w:tab/>
        <w:t>Vajeti in žvale</w:t>
      </w:r>
    </w:p>
    <w:p w:rsidR="004611C8" w:rsidRDefault="004611C8" w:rsidP="004611C8">
      <w:r>
        <w:t>180012</w:t>
      </w:r>
      <w:r>
        <w:tab/>
        <w:t>Opasači za opremo vojakov</w:t>
      </w:r>
    </w:p>
    <w:p w:rsidR="004611C8" w:rsidRDefault="004611C8" w:rsidP="004611C8">
      <w:r>
        <w:t>180013</w:t>
      </w:r>
      <w:r>
        <w:tab/>
        <w:t>Škatle za glasbila</w:t>
      </w:r>
    </w:p>
    <w:p w:rsidR="004611C8" w:rsidRDefault="004611C8" w:rsidP="004611C8">
      <w:r>
        <w:t>180014</w:t>
      </w:r>
      <w:r>
        <w:tab/>
        <w:t>Palice za dežnike</w:t>
      </w:r>
    </w:p>
    <w:p w:rsidR="004611C8" w:rsidRDefault="004611C8" w:rsidP="004611C8">
      <w:r>
        <w:t>180016</w:t>
      </w:r>
      <w:r>
        <w:tab/>
        <w:t>Sedeži za sprehajalne palice</w:t>
      </w:r>
    </w:p>
    <w:p w:rsidR="004611C8" w:rsidRDefault="004611C8" w:rsidP="004611C8">
      <w:r>
        <w:t>180017</w:t>
      </w:r>
      <w:r>
        <w:tab/>
        <w:t>Brzde za živali [vprege]</w:t>
      </w:r>
    </w:p>
    <w:p w:rsidR="004611C8" w:rsidRDefault="004611C8" w:rsidP="004611C8">
      <w:r>
        <w:t>180018</w:t>
      </w:r>
      <w:r>
        <w:tab/>
        <w:t>Okvirji za ročne dežnike ali sončnike</w:t>
      </w:r>
    </w:p>
    <w:p w:rsidR="004611C8" w:rsidRDefault="004611C8" w:rsidP="004611C8">
      <w:r>
        <w:t>180019</w:t>
      </w:r>
      <w:r>
        <w:tab/>
        <w:t>Lovske torbe [lovska oprema]</w:t>
      </w:r>
    </w:p>
    <w:p w:rsidR="004611C8" w:rsidRDefault="004611C8" w:rsidP="004611C8">
      <w:r>
        <w:t>180021</w:t>
      </w:r>
      <w:r>
        <w:tab/>
        <w:t>Listnice</w:t>
      </w:r>
    </w:p>
    <w:p w:rsidR="004611C8" w:rsidRDefault="004611C8" w:rsidP="004611C8">
      <w:r>
        <w:t>180022</w:t>
      </w:r>
      <w:r>
        <w:tab/>
        <w:t>Usnjeni karton</w:t>
      </w:r>
    </w:p>
    <w:p w:rsidR="004611C8" w:rsidRDefault="004611C8" w:rsidP="004611C8">
      <w:r>
        <w:t>180023</w:t>
      </w:r>
      <w:r>
        <w:tab/>
        <w:t>Škatle za klobuke iz usnja</w:t>
      </w:r>
    </w:p>
    <w:p w:rsidR="004611C8" w:rsidRDefault="004611C8" w:rsidP="004611C8">
      <w:r>
        <w:t>180025</w:t>
      </w:r>
      <w:r>
        <w:tab/>
        <w:t>Konjski komati</w:t>
      </w:r>
    </w:p>
    <w:p w:rsidR="004611C8" w:rsidRDefault="004611C8" w:rsidP="004611C8">
      <w:r>
        <w:t>180026</w:t>
      </w:r>
      <w:r>
        <w:tab/>
        <w:t>Konjske odeje</w:t>
      </w:r>
    </w:p>
    <w:p w:rsidR="004611C8" w:rsidRDefault="004611C8" w:rsidP="004611C8">
      <w:r>
        <w:t>180027</w:t>
      </w:r>
      <w:r>
        <w:tab/>
        <w:t>Kozličevo usnje</w:t>
      </w:r>
    </w:p>
    <w:p w:rsidR="004611C8" w:rsidRDefault="004611C8" w:rsidP="004611C8">
      <w:r>
        <w:t>180028</w:t>
      </w:r>
      <w:r>
        <w:tab/>
        <w:t>Nagobčniki</w:t>
      </w:r>
    </w:p>
    <w:p w:rsidR="004611C8" w:rsidRDefault="004611C8" w:rsidP="004611C8">
      <w:r>
        <w:t>180030</w:t>
      </w:r>
      <w:r>
        <w:tab/>
        <w:t>Ovratnice za živali</w:t>
      </w:r>
    </w:p>
    <w:p w:rsidR="004611C8" w:rsidRDefault="004611C8" w:rsidP="004611C8">
      <w:r>
        <w:t>180031</w:t>
      </w:r>
      <w:r>
        <w:tab/>
        <w:t>Usnjene vrvice</w:t>
      </w:r>
    </w:p>
    <w:p w:rsidR="004611C8" w:rsidRDefault="004611C8" w:rsidP="004611C8">
      <w:r>
        <w:t>180032</w:t>
      </w:r>
      <w:r>
        <w:tab/>
        <w:t>Ustrojene živalske kože</w:t>
      </w:r>
    </w:p>
    <w:p w:rsidR="004611C8" w:rsidRDefault="004611C8" w:rsidP="004611C8">
      <w:r>
        <w:t>180034</w:t>
      </w:r>
      <w:r>
        <w:tab/>
        <w:t>Jermeni iz usnja [za usedlanje]</w:t>
      </w:r>
    </w:p>
    <w:p w:rsidR="004611C8" w:rsidRDefault="004611C8" w:rsidP="004611C8">
      <w:r>
        <w:t>180035</w:t>
      </w:r>
      <w:r>
        <w:tab/>
        <w:t>Jermeni za drsalke</w:t>
      </w:r>
    </w:p>
    <w:p w:rsidR="004611C8" w:rsidRDefault="004611C8" w:rsidP="004611C8">
      <w:r>
        <w:t>180038</w:t>
      </w:r>
      <w:r>
        <w:tab/>
        <w:t>Zadnji del kravje kože [najdebelejši del]</w:t>
      </w:r>
    </w:p>
    <w:p w:rsidR="004611C8" w:rsidRDefault="004611C8" w:rsidP="004611C8">
      <w:r>
        <w:t>180039</w:t>
      </w:r>
      <w:r>
        <w:tab/>
        <w:t>Usnje, neobdelano ali delno obdelano</w:t>
      </w:r>
    </w:p>
    <w:p w:rsidR="004611C8" w:rsidRDefault="004611C8" w:rsidP="004611C8">
      <w:r>
        <w:t>180042</w:t>
      </w:r>
      <w:r>
        <w:tab/>
        <w:t>Umetno usnje</w:t>
      </w:r>
    </w:p>
    <w:p w:rsidR="004611C8" w:rsidRDefault="004611C8" w:rsidP="004611C8">
      <w:r>
        <w:t>180043</w:t>
      </w:r>
      <w:r>
        <w:tab/>
        <w:t>Dežniki</w:t>
      </w:r>
    </w:p>
    <w:p w:rsidR="004611C8" w:rsidRPr="003834FA" w:rsidRDefault="004611C8" w:rsidP="004611C8">
      <w:pPr>
        <w:rPr>
          <w:lang w:val="fr-FR"/>
        </w:rPr>
      </w:pPr>
      <w:r>
        <w:t>180044</w:t>
      </w:r>
      <w:r>
        <w:tab/>
      </w:r>
      <w:r w:rsidRPr="003834FA">
        <w:rPr>
          <w:lang w:val="fr-FR"/>
        </w:rPr>
        <w:t>Naramne torbe za nošenje dojenčkov</w:t>
      </w:r>
    </w:p>
    <w:p w:rsidR="004611C8" w:rsidRDefault="004611C8" w:rsidP="004611C8">
      <w:r>
        <w:t>180045</w:t>
      </w:r>
      <w:r>
        <w:tab/>
        <w:t>Gumijasti deli za stremena</w:t>
      </w:r>
    </w:p>
    <w:p w:rsidR="004611C8" w:rsidRDefault="004611C8" w:rsidP="004611C8">
      <w:r>
        <w:t>180046</w:t>
      </w:r>
      <w:r>
        <w:tab/>
        <w:t>Stremensko usnje</w:t>
      </w:r>
    </w:p>
    <w:p w:rsidR="004611C8" w:rsidRDefault="004611C8" w:rsidP="004611C8">
      <w:r>
        <w:t>180047</w:t>
      </w:r>
      <w:r>
        <w:tab/>
        <w:t>Torbe za orodje, prazne</w:t>
      </w:r>
    </w:p>
    <w:p w:rsidR="004611C8" w:rsidRDefault="004611C8" w:rsidP="004611C8">
      <w:r>
        <w:t>180049</w:t>
      </w:r>
      <w:r>
        <w:tab/>
        <w:t>Biči</w:t>
      </w:r>
    </w:p>
    <w:p w:rsidR="004611C8" w:rsidRDefault="004611C8" w:rsidP="004611C8">
      <w:r>
        <w:t>180050</w:t>
      </w:r>
      <w:r>
        <w:tab/>
        <w:t>Nagobčne vreče [za hranjenje]</w:t>
      </w:r>
    </w:p>
    <w:p w:rsidR="004611C8" w:rsidRDefault="004611C8" w:rsidP="004611C8">
      <w:r>
        <w:t>180051</w:t>
      </w:r>
      <w:r>
        <w:tab/>
        <w:t>Ovitki za dežnike</w:t>
      </w:r>
    </w:p>
    <w:p w:rsidR="004611C8" w:rsidRDefault="004611C8" w:rsidP="004611C8">
      <w:r>
        <w:t>180053</w:t>
      </w:r>
      <w:r>
        <w:tab/>
        <w:t>Kolenski ščitniki za konje</w:t>
      </w:r>
    </w:p>
    <w:p w:rsidR="004611C8" w:rsidRDefault="004611C8" w:rsidP="004611C8">
      <w:r>
        <w:t>180054</w:t>
      </w:r>
      <w:r>
        <w:tab/>
        <w:t>Pokrivala za živali</w:t>
      </w:r>
    </w:p>
    <w:p w:rsidR="004611C8" w:rsidRDefault="004611C8" w:rsidP="004611C8">
      <w:r>
        <w:t>180055</w:t>
      </w:r>
      <w:r>
        <w:tab/>
        <w:t>Vprege za živali</w:t>
      </w:r>
    </w:p>
    <w:p w:rsidR="004611C8" w:rsidRDefault="004611C8" w:rsidP="004611C8">
      <w:r>
        <w:t>180057</w:t>
      </w:r>
      <w:r>
        <w:tab/>
        <w:t>Vlečni jermeni</w:t>
      </w:r>
    </w:p>
    <w:p w:rsidR="004611C8" w:rsidRDefault="004611C8" w:rsidP="004611C8">
      <w:r>
        <w:t>180061</w:t>
      </w:r>
      <w:r>
        <w:tab/>
        <w:t>Korobači</w:t>
      </w:r>
    </w:p>
    <w:p w:rsidR="004611C8" w:rsidRDefault="004611C8" w:rsidP="004611C8">
      <w:r>
        <w:t>180062</w:t>
      </w:r>
      <w:r>
        <w:tab/>
        <w:t>Podbradniki iz usnja</w:t>
      </w:r>
    </w:p>
    <w:p w:rsidR="004611C8" w:rsidRDefault="004611C8" w:rsidP="004611C8">
      <w:r>
        <w:t>180063</w:t>
      </w:r>
      <w:r>
        <w:tab/>
        <w:t>Moleskin (imitacija usnja)</w:t>
      </w:r>
    </w:p>
    <w:p w:rsidR="004611C8" w:rsidRDefault="004611C8" w:rsidP="004611C8">
      <w:r>
        <w:t>180065</w:t>
      </w:r>
      <w:r>
        <w:tab/>
        <w:t>Okvirji za torbe [strukturni deli torb]</w:t>
      </w:r>
    </w:p>
    <w:p w:rsidR="004611C8" w:rsidRDefault="004611C8" w:rsidP="004611C8">
      <w:r>
        <w:t>180066</w:t>
      </w:r>
      <w:r>
        <w:tab/>
        <w:t>Ročni sončniki</w:t>
      </w:r>
    </w:p>
    <w:p w:rsidR="004611C8" w:rsidRDefault="004611C8" w:rsidP="004611C8">
      <w:r>
        <w:t>180068</w:t>
      </w:r>
      <w:r>
        <w:tab/>
        <w:t>Ročaji za dežnike</w:t>
      </w:r>
    </w:p>
    <w:p w:rsidR="004611C8" w:rsidRDefault="004611C8" w:rsidP="004611C8">
      <w:r>
        <w:t>180069</w:t>
      </w:r>
      <w:r>
        <w:tab/>
        <w:t>Žepne denarnice</w:t>
      </w:r>
    </w:p>
    <w:p w:rsidR="004611C8" w:rsidRDefault="004611C8" w:rsidP="004611C8">
      <w:r>
        <w:lastRenderedPageBreak/>
        <w:t>180070</w:t>
      </w:r>
      <w:r>
        <w:tab/>
        <w:t>Nakupovalne torbe s koleščki</w:t>
      </w:r>
    </w:p>
    <w:p w:rsidR="004611C8" w:rsidRDefault="004611C8" w:rsidP="004611C8">
      <w:r>
        <w:t>180071</w:t>
      </w:r>
      <w:r>
        <w:tab/>
        <w:t>Nakupovalne torbe za ponovno uporabo</w:t>
      </w:r>
    </w:p>
    <w:p w:rsidR="004611C8" w:rsidRDefault="004611C8" w:rsidP="004611C8">
      <w:r>
        <w:t>180072</w:t>
      </w:r>
      <w:r>
        <w:tab/>
        <w:t>Vajeti</w:t>
      </w:r>
    </w:p>
    <w:p w:rsidR="004611C8" w:rsidRDefault="004611C8" w:rsidP="004611C8">
      <w:r>
        <w:t>180073</w:t>
      </w:r>
      <w:r>
        <w:tab/>
        <w:t>Aktovke</w:t>
      </w:r>
    </w:p>
    <w:p w:rsidR="004611C8" w:rsidRDefault="004611C8" w:rsidP="004611C8">
      <w:r>
        <w:t>180074</w:t>
      </w:r>
      <w:r>
        <w:tab/>
        <w:t>Torbe za plezalce</w:t>
      </w:r>
    </w:p>
    <w:p w:rsidR="004611C8" w:rsidRDefault="004611C8" w:rsidP="004611C8">
      <w:r>
        <w:t>180075</w:t>
      </w:r>
      <w:r>
        <w:tab/>
        <w:t>Torbe za tabornike</w:t>
      </w:r>
    </w:p>
    <w:p w:rsidR="004611C8" w:rsidRDefault="004611C8" w:rsidP="004611C8">
      <w:r>
        <w:t>180076</w:t>
      </w:r>
      <w:r>
        <w:tab/>
        <w:t>Torbe za plažo</w:t>
      </w:r>
    </w:p>
    <w:p w:rsidR="004611C8" w:rsidRDefault="004611C8" w:rsidP="004611C8">
      <w:r>
        <w:t>180077</w:t>
      </w:r>
      <w:r>
        <w:tab/>
        <w:t>Ročne torbice</w:t>
      </w:r>
    </w:p>
    <w:p w:rsidR="004611C8" w:rsidRDefault="004611C8" w:rsidP="004611C8">
      <w:r>
        <w:t>180078</w:t>
      </w:r>
      <w:r>
        <w:tab/>
        <w:t>Potovalne torbe</w:t>
      </w:r>
    </w:p>
    <w:p w:rsidR="004611C8" w:rsidRDefault="004611C8" w:rsidP="004611C8">
      <w:r>
        <w:t>180079</w:t>
      </w:r>
      <w:r>
        <w:tab/>
        <w:t>Ovoji iz usnja za pakiranje</w:t>
      </w:r>
    </w:p>
    <w:p w:rsidR="004611C8" w:rsidRDefault="004611C8" w:rsidP="004611C8">
      <w:r>
        <w:t>180080</w:t>
      </w:r>
      <w:r>
        <w:tab/>
        <w:t>Usnjena jermena</w:t>
      </w:r>
    </w:p>
    <w:p w:rsidR="004611C8" w:rsidRDefault="004611C8" w:rsidP="004611C8">
      <w:r>
        <w:t>180081</w:t>
      </w:r>
      <w:r>
        <w:tab/>
        <w:t>Jahalna sedla</w:t>
      </w:r>
    </w:p>
    <w:p w:rsidR="004611C8" w:rsidRDefault="004611C8" w:rsidP="004611C8">
      <w:r>
        <w:t>180082</w:t>
      </w:r>
      <w:r>
        <w:tab/>
        <w:t>Sedlarske potrebščine</w:t>
      </w:r>
    </w:p>
    <w:p w:rsidR="004611C8" w:rsidRDefault="004611C8" w:rsidP="004611C8">
      <w:r>
        <w:t>180083</w:t>
      </w:r>
      <w:r>
        <w:tab/>
        <w:t>Poslovne aktovke</w:t>
      </w:r>
    </w:p>
    <w:p w:rsidR="004611C8" w:rsidRDefault="004611C8" w:rsidP="004611C8">
      <w:r>
        <w:t>180085</w:t>
      </w:r>
      <w:r>
        <w:tab/>
        <w:t>Kovčki</w:t>
      </w:r>
    </w:p>
    <w:p w:rsidR="004611C8" w:rsidRDefault="004611C8" w:rsidP="004611C8">
      <w:r>
        <w:t>180086</w:t>
      </w:r>
      <w:r>
        <w:tab/>
        <w:t>Ročaji za kovčke</w:t>
      </w:r>
    </w:p>
    <w:p w:rsidR="004611C8" w:rsidRDefault="004611C8" w:rsidP="004611C8">
      <w:r>
        <w:t>180087</w:t>
      </w:r>
      <w:r>
        <w:tab/>
        <w:t>Usnjeni ventili</w:t>
      </w:r>
    </w:p>
    <w:p w:rsidR="004611C8" w:rsidRDefault="004611C8" w:rsidP="004611C8">
      <w:r>
        <w:t>180088</w:t>
      </w:r>
      <w:r>
        <w:tab/>
        <w:t>Živinske kože</w:t>
      </w:r>
    </w:p>
    <w:p w:rsidR="004611C8" w:rsidRDefault="004611C8" w:rsidP="004611C8">
      <w:r>
        <w:t>180089</w:t>
      </w:r>
      <w:r>
        <w:tab/>
        <w:t>Skrinje iz usnja ali usnjene lepenke</w:t>
      </w:r>
    </w:p>
    <w:p w:rsidR="004611C8" w:rsidRDefault="004611C8" w:rsidP="004611C8">
      <w:r>
        <w:t>180090</w:t>
      </w:r>
      <w:r>
        <w:tab/>
        <w:t>Denarnice iz pletene kovine</w:t>
      </w:r>
    </w:p>
    <w:p w:rsidR="004611C8" w:rsidRDefault="004611C8" w:rsidP="004611C8">
      <w:r>
        <w:t>180091</w:t>
      </w:r>
      <w:r>
        <w:tab/>
        <w:t>Skrinje iz usnja ali usnjene lepenke</w:t>
      </w:r>
    </w:p>
    <w:p w:rsidR="004611C8" w:rsidRDefault="004611C8" w:rsidP="004611C8">
      <w:r>
        <w:t>180092</w:t>
      </w:r>
      <w:r>
        <w:tab/>
        <w:t>Potovalni kovčki</w:t>
      </w:r>
    </w:p>
    <w:p w:rsidR="004611C8" w:rsidRDefault="004611C8" w:rsidP="004611C8">
      <w:r>
        <w:t>180093</w:t>
      </w:r>
      <w:r>
        <w:tab/>
        <w:t>Kozmetični kovčki (prazni)</w:t>
      </w:r>
    </w:p>
    <w:p w:rsidR="004611C8" w:rsidRDefault="004611C8" w:rsidP="004611C8">
      <w:r>
        <w:t>180097</w:t>
      </w:r>
      <w:r>
        <w:tab/>
        <w:t>Pokrivala za konjska sedla</w:t>
      </w:r>
    </w:p>
    <w:p w:rsidR="004611C8" w:rsidRDefault="004611C8" w:rsidP="004611C8">
      <w:r>
        <w:t>180100</w:t>
      </w:r>
      <w:r>
        <w:tab/>
        <w:t>Krušnjaki, telečnjaki</w:t>
      </w:r>
    </w:p>
    <w:p w:rsidR="004611C8" w:rsidRDefault="004611C8" w:rsidP="004611C8">
      <w:r>
        <w:t>180111</w:t>
      </w:r>
      <w:r>
        <w:tab/>
        <w:t>Potovalne torbe za oblačila</w:t>
      </w:r>
    </w:p>
    <w:p w:rsidR="004611C8" w:rsidRDefault="004611C8" w:rsidP="004611C8">
      <w:r>
        <w:t>180112</w:t>
      </w:r>
      <w:r>
        <w:tab/>
        <w:t>Uzde (vprega)</w:t>
      </w:r>
    </w:p>
    <w:p w:rsidR="004611C8" w:rsidRDefault="004611C8" w:rsidP="004611C8">
      <w:r>
        <w:t>180113</w:t>
      </w:r>
      <w:r>
        <w:tab/>
        <w:t>Etuiji za ključe</w:t>
      </w:r>
    </w:p>
    <w:p w:rsidR="004611C8" w:rsidRDefault="004611C8" w:rsidP="004611C8">
      <w:r>
        <w:t>180114</w:t>
      </w:r>
      <w:r>
        <w:tab/>
        <w:t>Nakupovalne mrežaste torbe</w:t>
      </w:r>
    </w:p>
    <w:p w:rsidR="004611C8" w:rsidRDefault="004611C8" w:rsidP="004611C8">
      <w:r>
        <w:t>180115</w:t>
      </w:r>
      <w:r>
        <w:tab/>
        <w:t>Ročni kovčki</w:t>
      </w:r>
    </w:p>
    <w:p w:rsidR="004611C8" w:rsidRDefault="004611C8" w:rsidP="004611C8">
      <w:r>
        <w:t>180116</w:t>
      </w:r>
      <w:r>
        <w:tab/>
        <w:t>Usnjena pregrinjala za pohištvo</w:t>
      </w:r>
    </w:p>
    <w:p w:rsidR="004611C8" w:rsidRDefault="004611C8" w:rsidP="004611C8">
      <w:r>
        <w:t>180117</w:t>
      </w:r>
      <w:r>
        <w:tab/>
        <w:t>Prevleke za konjska sedla</w:t>
      </w:r>
    </w:p>
    <w:p w:rsidR="004611C8" w:rsidRDefault="004611C8" w:rsidP="004611C8">
      <w:r>
        <w:t>180118</w:t>
      </w:r>
      <w:r>
        <w:tab/>
        <w:t>Telovadne torbe</w:t>
      </w:r>
    </w:p>
    <w:p w:rsidR="004611C8" w:rsidRDefault="004611C8" w:rsidP="004611C8">
      <w:r>
        <w:t>180119</w:t>
      </w:r>
      <w:r>
        <w:tab/>
        <w:t>Stremena</w:t>
      </w:r>
    </w:p>
    <w:p w:rsidR="004611C8" w:rsidRDefault="004611C8" w:rsidP="004611C8">
      <w:r>
        <w:t>180120</w:t>
      </w:r>
      <w:r>
        <w:tab/>
        <w:t>Oprema za konjsko vprego</w:t>
      </w:r>
    </w:p>
    <w:p w:rsidR="004611C8" w:rsidRDefault="004611C8" w:rsidP="004611C8">
      <w:r>
        <w:t>180121</w:t>
      </w:r>
      <w:r>
        <w:tab/>
        <w:t>Podkve</w:t>
      </w:r>
    </w:p>
    <w:p w:rsidR="004611C8" w:rsidRDefault="004611C8" w:rsidP="004611C8">
      <w:r>
        <w:t>180122</w:t>
      </w:r>
      <w:r>
        <w:tab/>
        <w:t>Trakovi za nošenje dojenčkov</w:t>
      </w:r>
    </w:p>
    <w:p w:rsidR="004611C8" w:rsidRDefault="004611C8" w:rsidP="004611C8">
      <w:r>
        <w:t>180123</w:t>
      </w:r>
      <w:r>
        <w:tab/>
        <w:t>Nosilke za dojenčke v obliki vreče</w:t>
      </w:r>
    </w:p>
    <w:p w:rsidR="004611C8" w:rsidRDefault="004611C8" w:rsidP="004611C8">
      <w:r>
        <w:t>180124</w:t>
      </w:r>
      <w:r>
        <w:tab/>
        <w:t>Torbe</w:t>
      </w:r>
    </w:p>
    <w:p w:rsidR="004611C8" w:rsidRDefault="004611C8" w:rsidP="004611C8">
      <w:r>
        <w:t>180125</w:t>
      </w:r>
      <w:r>
        <w:tab/>
        <w:t>Listnice za kreditne kartice [denarnice]</w:t>
      </w:r>
    </w:p>
    <w:p w:rsidR="004611C8" w:rsidRDefault="004611C8" w:rsidP="004611C8">
      <w:r>
        <w:t>180126</w:t>
      </w:r>
      <w:r>
        <w:tab/>
        <w:t>Etuiji za vizitke</w:t>
      </w:r>
    </w:p>
    <w:p w:rsidR="004611C8" w:rsidRDefault="004611C8" w:rsidP="004611C8">
      <w:r>
        <w:t>180127</w:t>
      </w:r>
      <w:r>
        <w:tab/>
        <w:t>Randseli [japonske šolske torbe]</w:t>
      </w:r>
    </w:p>
    <w:p w:rsidR="004611C8" w:rsidRDefault="004611C8" w:rsidP="004611C8">
      <w:r>
        <w:t>180129</w:t>
      </w:r>
      <w:r>
        <w:tab/>
        <w:t>Podsedelnice za konje</w:t>
      </w:r>
    </w:p>
    <w:p w:rsidR="004611C8" w:rsidRDefault="004611C8" w:rsidP="004611C8">
      <w:r>
        <w:t>180130</w:t>
      </w:r>
      <w:r>
        <w:tab/>
        <w:t>Usnjeni našitki</w:t>
      </w:r>
    </w:p>
    <w:p w:rsidR="004611C8" w:rsidRDefault="004611C8" w:rsidP="004611C8">
      <w:r>
        <w:t>180131</w:t>
      </w:r>
      <w:r>
        <w:tab/>
        <w:t>Držala za nakupovalne vrečke</w:t>
      </w:r>
    </w:p>
    <w:p w:rsidR="004611C8" w:rsidRDefault="004611C8" w:rsidP="004611C8">
      <w:r>
        <w:t>180132</w:t>
      </w:r>
      <w:r>
        <w:tab/>
        <w:t>Tefilini [molitveni jermeni]</w:t>
      </w:r>
    </w:p>
    <w:p w:rsidR="004611C8" w:rsidRDefault="004611C8" w:rsidP="004611C8">
      <w:r>
        <w:t>180133</w:t>
      </w:r>
      <w:r>
        <w:tab/>
        <w:t>Kovčki s kolesi</w:t>
      </w:r>
    </w:p>
    <w:p w:rsidR="004611C8" w:rsidRDefault="004611C8" w:rsidP="004611C8">
      <w:r>
        <w:t>180134</w:t>
      </w:r>
      <w:r>
        <w:tab/>
        <w:t>Sedelne torbe</w:t>
      </w:r>
    </w:p>
    <w:p w:rsidR="004611C8" w:rsidRDefault="004611C8" w:rsidP="004611C8">
      <w:r>
        <w:t>180135</w:t>
      </w:r>
      <w:r>
        <w:tab/>
        <w:t>Oblačila za hišne ljubljenčke</w:t>
      </w:r>
    </w:p>
    <w:p w:rsidR="004611C8" w:rsidRDefault="004611C8" w:rsidP="004611C8">
      <w:r>
        <w:t>180136</w:t>
      </w:r>
      <w:r>
        <w:tab/>
        <w:t>Vajeti za vodenje otrok</w:t>
      </w:r>
    </w:p>
    <w:p w:rsidR="004611C8" w:rsidRDefault="004611C8" w:rsidP="004611C8">
      <w:r>
        <w:t>180137</w:t>
      </w:r>
      <w:r>
        <w:tab/>
        <w:t>Motorizirani kovčki</w:t>
      </w:r>
    </w:p>
    <w:p w:rsidR="004611C8" w:rsidRDefault="004611C8" w:rsidP="004611C8">
      <w:r>
        <w:t>180138</w:t>
      </w:r>
      <w:r>
        <w:tab/>
        <w:t>Stisljive torbe, prilagojene za prtljago</w:t>
      </w:r>
    </w:p>
    <w:p w:rsidR="004611C8" w:rsidRDefault="004611C8" w:rsidP="004611C8">
      <w:r>
        <w:t>180141</w:t>
      </w:r>
      <w:r>
        <w:tab/>
        <w:t>Usnjena krpa</w:t>
      </w:r>
    </w:p>
    <w:p w:rsidR="004611C8" w:rsidRDefault="004611C8" w:rsidP="004611C8">
      <w:r>
        <w:t>180142</w:t>
      </w:r>
      <w:r>
        <w:tab/>
        <w:t>Nahrbtniki za nošenje dojenčkov</w:t>
      </w:r>
    </w:p>
    <w:p w:rsidR="004611C8" w:rsidRDefault="004611C8" w:rsidP="004611C8">
      <w:r>
        <w:t>180143</w:t>
      </w:r>
      <w:r>
        <w:tab/>
        <w:t>Vrečke za pranje (ki niso prirejene)</w:t>
      </w:r>
    </w:p>
    <w:p w:rsidR="004611C8" w:rsidRDefault="004611C8" w:rsidP="004611C8">
      <w:r>
        <w:t>180145</w:t>
      </w:r>
      <w:r>
        <w:tab/>
        <w:t>Vegansko usnje</w:t>
      </w:r>
    </w:p>
    <w:p w:rsidR="004611C8" w:rsidRDefault="004611C8" w:rsidP="004611C8">
      <w:r>
        <w:t>180146</w:t>
      </w:r>
      <w:r>
        <w:tab/>
        <w:t>Usnjene etikete za šivanje na oblačila</w:t>
      </w:r>
    </w:p>
    <w:p w:rsidR="004611C8" w:rsidRDefault="004611C8" w:rsidP="004611C8">
      <w:r>
        <w:t>180147</w:t>
      </w:r>
      <w:r>
        <w:tab/>
        <w:t>Samolepilne usnjene etikete za torbe</w:t>
      </w:r>
    </w:p>
    <w:p w:rsidR="004611C8" w:rsidRDefault="004611C8" w:rsidP="004611C8">
      <w:r>
        <w:t>180148</w:t>
      </w:r>
      <w:r>
        <w:tab/>
        <w:t>Podajalniki vrečk za pasje iztrebke, prilagojeni za uporabo s povodci</w:t>
      </w:r>
    </w:p>
    <w:p w:rsidR="004611C8" w:rsidRDefault="004611C8" w:rsidP="004611C8">
      <w:r>
        <w:t>180149</w:t>
      </w:r>
      <w:r>
        <w:tab/>
        <w:t>Imitacije usnja na osnovi micelija</w:t>
      </w:r>
    </w:p>
    <w:p w:rsidR="004611C8" w:rsidRDefault="004611C8" w:rsidP="004611C8">
      <w:r>
        <w:t>180150</w:t>
      </w:r>
      <w:r>
        <w:tab/>
        <w:t>Okvirji za drobižnice</w:t>
      </w:r>
    </w:p>
    <w:p w:rsidR="004611C8" w:rsidRDefault="004611C8" w:rsidP="004611C8">
      <w:r>
        <w:t>180151</w:t>
      </w:r>
      <w:r>
        <w:tab/>
        <w:t>Pametni kovčki</w:t>
      </w:r>
    </w:p>
    <w:p w:rsidR="004611C8" w:rsidRDefault="004611C8" w:rsidP="004611C8">
      <w:r>
        <w:t>180152</w:t>
      </w:r>
      <w:r>
        <w:tab/>
        <w:t>Verižice za denarnice</w:t>
      </w:r>
    </w:p>
    <w:p w:rsidR="00B13099" w:rsidRDefault="00B13099">
      <w:pPr>
        <w:pStyle w:val="Naslov1"/>
        <w:sectPr w:rsidR="00B13099" w:rsidSect="00E00425">
          <w:type w:val="continuous"/>
          <w:pgSz w:w="11907" w:h="16840" w:code="9"/>
          <w:pgMar w:top="1418" w:right="1418" w:bottom="1418" w:left="1418" w:header="720" w:footer="720" w:gutter="0"/>
          <w:cols w:num="2" w:space="720"/>
          <w:docGrid w:linePitch="360"/>
        </w:sectPr>
      </w:pPr>
    </w:p>
    <w:p w:rsidR="00B15F7C" w:rsidRDefault="00B15F7C">
      <w:pPr>
        <w:tabs>
          <w:tab w:val="clear" w:pos="907"/>
        </w:tabs>
        <w:spacing w:after="200" w:line="276" w:lineRule="auto"/>
        <w:ind w:left="0" w:firstLine="0"/>
        <w:rPr>
          <w:rFonts w:eastAsiaTheme="majorEastAsia" w:cstheme="majorBidi"/>
          <w:b/>
          <w:bCs/>
          <w:color w:val="000000" w:themeColor="text1"/>
          <w:sz w:val="22"/>
          <w:szCs w:val="28"/>
          <w:lang w:val="sl-SI" w:eastAsia="sl-SI"/>
        </w:rPr>
      </w:pPr>
      <w:r>
        <w:rPr>
          <w:lang w:val="sl-SI" w:eastAsia="sl-SI"/>
        </w:rPr>
        <w:br w:type="page"/>
      </w:r>
    </w:p>
    <w:p w:rsidR="00B13099" w:rsidRPr="00B13099" w:rsidRDefault="00B13099" w:rsidP="0087064C">
      <w:pPr>
        <w:pStyle w:val="Naslov1"/>
        <w:rPr>
          <w:lang w:val="sl-SI" w:eastAsia="sl-SI"/>
        </w:rPr>
      </w:pPr>
      <w:r w:rsidRPr="00B13099">
        <w:rPr>
          <w:lang w:val="sl-SI" w:eastAsia="sl-SI"/>
        </w:rPr>
        <w:lastRenderedPageBreak/>
        <w:t xml:space="preserve">Razred 19 </w:t>
      </w:r>
    </w:p>
    <w:p w:rsidR="00B13099" w:rsidRDefault="00B13099" w:rsidP="0035353A">
      <w:pPr>
        <w:pStyle w:val="Naslov2"/>
        <w:spacing w:after="200"/>
        <w:rPr>
          <w:lang w:val="sl-SI" w:eastAsia="sl-SI"/>
        </w:rPr>
      </w:pPr>
      <w:r w:rsidRPr="00B13099">
        <w:rPr>
          <w:lang w:val="sl-SI" w:eastAsia="sl-SI"/>
        </w:rPr>
        <w:t>Gradbeni materiali (nekovinski); nekovinske toge cevi za gradbeništvo; asfalt, smola in bitumen; prenosne nekovinske zgradbe; nekovinski spomeniki</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87064C" w:rsidRPr="00D85EAF" w:rsidTr="0035353A">
        <w:trPr>
          <w:trHeight w:val="370"/>
          <w:tblHeader/>
        </w:trPr>
        <w:tc>
          <w:tcPr>
            <w:tcW w:w="9493" w:type="dxa"/>
            <w:gridSpan w:val="2"/>
            <w:shd w:val="clear" w:color="auto" w:fill="F2F2F2" w:themeFill="background1" w:themeFillShade="F2"/>
            <w:vAlign w:val="center"/>
          </w:tcPr>
          <w:p w:rsidR="0087064C" w:rsidRPr="00B15F7C" w:rsidRDefault="0087064C" w:rsidP="00A656D9">
            <w:pPr>
              <w:pStyle w:val="opomba"/>
              <w:spacing w:after="60"/>
              <w:rPr>
                <w:b/>
              </w:rPr>
            </w:pPr>
            <w:r w:rsidRPr="00B15F7C">
              <w:rPr>
                <w:b/>
              </w:rPr>
              <w:t xml:space="preserve">RAZRED </w:t>
            </w:r>
            <w:r w:rsidR="00B15F7C" w:rsidRPr="00B15F7C">
              <w:rPr>
                <w:b/>
              </w:rPr>
              <w:t>19</w:t>
            </w:r>
            <w:r w:rsidRPr="00B15F7C">
              <w:rPr>
                <w:b/>
              </w:rPr>
              <w:t xml:space="preserve"> - pojasnjevalne opombe</w:t>
            </w:r>
          </w:p>
        </w:tc>
      </w:tr>
      <w:tr w:rsidR="0087064C" w:rsidRPr="00D85EAF" w:rsidTr="00CF2B9C">
        <w:trPr>
          <w:trHeight w:val="390"/>
        </w:trPr>
        <w:tc>
          <w:tcPr>
            <w:tcW w:w="9493" w:type="dxa"/>
            <w:gridSpan w:val="2"/>
            <w:shd w:val="clear" w:color="auto" w:fill="F2F2F2" w:themeFill="background1" w:themeFillShade="F2"/>
            <w:vAlign w:val="center"/>
          </w:tcPr>
          <w:p w:rsidR="0087064C" w:rsidRPr="00993A45" w:rsidRDefault="00B15F7C" w:rsidP="00B15F7C">
            <w:pPr>
              <w:pStyle w:val="opomba"/>
              <w:spacing w:after="60"/>
            </w:pPr>
            <w:r w:rsidRPr="00703549">
              <w:t>Razred 19 vključuje predvsem nekovinske gradbene materiale.</w:t>
            </w:r>
          </w:p>
        </w:tc>
      </w:tr>
      <w:tr w:rsidR="0087064C" w:rsidRPr="00D85EAF" w:rsidTr="0035353A">
        <w:trPr>
          <w:trHeight w:val="6055"/>
        </w:trPr>
        <w:tc>
          <w:tcPr>
            <w:tcW w:w="4746" w:type="dxa"/>
            <w:shd w:val="clear" w:color="auto" w:fill="F2F2F2" w:themeFill="background1" w:themeFillShade="F2"/>
          </w:tcPr>
          <w:p w:rsidR="0087064C" w:rsidRPr="00993A45" w:rsidRDefault="0087064C" w:rsidP="00A656D9">
            <w:pPr>
              <w:pStyle w:val="opomba"/>
              <w:spacing w:after="60" w:line="240" w:lineRule="auto"/>
            </w:pPr>
            <w:r w:rsidRPr="00D85EAF">
              <w:t>V ta razred so vključeni zlasti:</w:t>
            </w:r>
          </w:p>
          <w:p w:rsidR="00B15F7C" w:rsidRPr="00703549" w:rsidRDefault="00B15F7C" w:rsidP="00A656D9">
            <w:pPr>
              <w:pStyle w:val="opombapika"/>
              <w:spacing w:line="240" w:lineRule="auto"/>
            </w:pPr>
            <w:r w:rsidRPr="00703549">
              <w:t>gradbeni materiali iz lesa, na primer tramovi, deske, plošče</w:t>
            </w:r>
          </w:p>
          <w:p w:rsidR="00B15F7C" w:rsidRPr="00703549" w:rsidRDefault="00B15F7C" w:rsidP="00A656D9">
            <w:pPr>
              <w:pStyle w:val="opombapika"/>
              <w:spacing w:line="240" w:lineRule="auto"/>
            </w:pPr>
            <w:r w:rsidRPr="00703549">
              <w:t>furnirji;</w:t>
            </w:r>
          </w:p>
          <w:p w:rsidR="00B15F7C" w:rsidRPr="00703549" w:rsidRDefault="00B15F7C" w:rsidP="00A656D9">
            <w:pPr>
              <w:pStyle w:val="opombapika"/>
              <w:spacing w:line="240" w:lineRule="auto"/>
            </w:pPr>
            <w:r w:rsidRPr="00703549">
              <w:t>stavbno steklo (npr.: talne plošče, steklene ploščice);</w:t>
            </w:r>
          </w:p>
          <w:p w:rsidR="00B15F7C" w:rsidRPr="00703549" w:rsidRDefault="00B15F7C" w:rsidP="00A656D9">
            <w:pPr>
              <w:pStyle w:val="opombapika"/>
              <w:spacing w:line="240" w:lineRule="auto"/>
            </w:pPr>
            <w:r w:rsidRPr="00703549">
              <w:t>steklene granule za označevanje cest;</w:t>
            </w:r>
          </w:p>
          <w:p w:rsidR="00B15F7C" w:rsidRPr="00703549" w:rsidRDefault="00B15F7C" w:rsidP="00A656D9">
            <w:pPr>
              <w:pStyle w:val="opombapika"/>
              <w:spacing w:line="240" w:lineRule="auto"/>
            </w:pPr>
            <w:r w:rsidRPr="00703549">
              <w:t>granit, marmor, prod</w:t>
            </w:r>
          </w:p>
          <w:p w:rsidR="00B15F7C" w:rsidRPr="00703549" w:rsidRDefault="00B15F7C" w:rsidP="00A656D9">
            <w:pPr>
              <w:pStyle w:val="opombapika"/>
              <w:spacing w:line="240" w:lineRule="auto"/>
            </w:pPr>
            <w:r w:rsidRPr="00703549">
              <w:t>terakota za uporabo kot gradbeni material</w:t>
            </w:r>
          </w:p>
          <w:p w:rsidR="00B15F7C" w:rsidRPr="00703549" w:rsidRDefault="00B15F7C" w:rsidP="00A656D9">
            <w:pPr>
              <w:pStyle w:val="opombapika"/>
              <w:spacing w:line="240" w:lineRule="auto"/>
            </w:pPr>
            <w:r w:rsidRPr="00703549">
              <w:t>strešne kritine, nekovinske, z vgrajenimi fotovoltaičnimi celicami</w:t>
            </w:r>
          </w:p>
          <w:p w:rsidR="00B15F7C" w:rsidRPr="00703549" w:rsidRDefault="00B15F7C" w:rsidP="00A656D9">
            <w:pPr>
              <w:pStyle w:val="opombapika"/>
              <w:spacing w:line="240" w:lineRule="auto"/>
            </w:pPr>
            <w:r w:rsidRPr="00703549">
              <w:t>nagrobniki in grobnice, nekovinski</w:t>
            </w:r>
          </w:p>
          <w:p w:rsidR="00B15F7C" w:rsidRPr="00703549" w:rsidRDefault="00B15F7C" w:rsidP="00A656D9">
            <w:pPr>
              <w:pStyle w:val="opombapika"/>
              <w:spacing w:line="240" w:lineRule="auto"/>
            </w:pPr>
            <w:r w:rsidRPr="00703549">
              <w:t>kipi, doprsni kipi in umetniška dela iz kamna, betona ali marmorja</w:t>
            </w:r>
          </w:p>
          <w:p w:rsidR="00B15F7C" w:rsidRPr="00703549" w:rsidRDefault="00B15F7C" w:rsidP="00A656D9">
            <w:pPr>
              <w:pStyle w:val="opombapika"/>
              <w:spacing w:line="240" w:lineRule="auto"/>
            </w:pPr>
            <w:r w:rsidRPr="00703549">
              <w:t>zidani poštni nabiralniki</w:t>
            </w:r>
          </w:p>
          <w:p w:rsidR="00B15F7C" w:rsidRPr="00703549" w:rsidRDefault="00B15F7C" w:rsidP="00A656D9">
            <w:pPr>
              <w:pStyle w:val="opombapika"/>
              <w:spacing w:line="240" w:lineRule="auto"/>
            </w:pPr>
            <w:r w:rsidRPr="00703549">
              <w:t>geotekstil</w:t>
            </w:r>
          </w:p>
          <w:p w:rsidR="00B15F7C" w:rsidRPr="00703549" w:rsidRDefault="00B15F7C" w:rsidP="00A656D9">
            <w:pPr>
              <w:pStyle w:val="opombapika"/>
              <w:spacing w:line="240" w:lineRule="auto"/>
            </w:pPr>
            <w:r w:rsidRPr="00703549">
              <w:t>premazi kot gradbeni materiali</w:t>
            </w:r>
          </w:p>
          <w:p w:rsidR="00B15F7C" w:rsidRPr="00703549" w:rsidRDefault="00B15F7C" w:rsidP="00A656D9">
            <w:pPr>
              <w:pStyle w:val="opombapika"/>
              <w:spacing w:line="240" w:lineRule="auto"/>
            </w:pPr>
            <w:r w:rsidRPr="00703549">
              <w:t>gradbeni odri, nekovinski</w:t>
            </w:r>
          </w:p>
          <w:p w:rsidR="0087064C" w:rsidRPr="00993A45" w:rsidRDefault="00B15F7C" w:rsidP="00A656D9">
            <w:pPr>
              <w:pStyle w:val="opombapika"/>
              <w:spacing w:line="240" w:lineRule="auto"/>
            </w:pPr>
            <w:r w:rsidRPr="00703549">
              <w:t>prenosne zgradbe ali strukture, ne iz kovine, na primer akvariji, volijere, drogovi za zastave, verande, bazeni</w:t>
            </w:r>
          </w:p>
        </w:tc>
        <w:tc>
          <w:tcPr>
            <w:tcW w:w="4747" w:type="dxa"/>
            <w:shd w:val="clear" w:color="auto" w:fill="F2F2F2" w:themeFill="background1" w:themeFillShade="F2"/>
          </w:tcPr>
          <w:p w:rsidR="0087064C" w:rsidRPr="00993A45" w:rsidRDefault="0087064C" w:rsidP="00A656D9">
            <w:pPr>
              <w:pStyle w:val="opomba"/>
              <w:spacing w:after="60" w:line="240" w:lineRule="auto"/>
            </w:pPr>
            <w:r w:rsidRPr="00D85EAF">
              <w:t>V ta razred niso vključeni zlasti:</w:t>
            </w:r>
          </w:p>
          <w:p w:rsidR="00B15F7C" w:rsidRPr="00703549" w:rsidRDefault="00B15F7C" w:rsidP="00A656D9">
            <w:pPr>
              <w:pStyle w:val="opombapika"/>
              <w:spacing w:line="240" w:lineRule="auto"/>
            </w:pPr>
            <w:r w:rsidRPr="00703549">
              <w:t>sredstva za zaščito cementa, pripravki za hidroizolacijo cementa (razred 1)</w:t>
            </w:r>
          </w:p>
          <w:p w:rsidR="00B15F7C" w:rsidRPr="00703549" w:rsidRDefault="00B15F7C" w:rsidP="00A656D9">
            <w:pPr>
              <w:pStyle w:val="opombapika"/>
              <w:spacing w:line="240" w:lineRule="auto"/>
            </w:pPr>
            <w:r w:rsidRPr="00703549">
              <w:t>protipožarni pripravki (razred 1)</w:t>
            </w:r>
          </w:p>
          <w:p w:rsidR="00B15F7C" w:rsidRPr="00703549" w:rsidRDefault="00B15F7C" w:rsidP="00A656D9">
            <w:pPr>
              <w:pStyle w:val="opombapika"/>
              <w:spacing w:line="240" w:lineRule="auto"/>
            </w:pPr>
            <w:r w:rsidRPr="00703549">
              <w:t>sredstva za zaščito lesa (razred 2)</w:t>
            </w:r>
          </w:p>
          <w:p w:rsidR="00B15F7C" w:rsidRPr="00703549" w:rsidRDefault="00B15F7C" w:rsidP="00A656D9">
            <w:pPr>
              <w:pStyle w:val="opombapika"/>
              <w:spacing w:line="240" w:lineRule="auto"/>
            </w:pPr>
            <w:r w:rsidRPr="00703549">
              <w:t>olja za sprostitev opažev za gradnjo (razred 4)</w:t>
            </w:r>
          </w:p>
          <w:p w:rsidR="00B15F7C" w:rsidRPr="00703549" w:rsidRDefault="00B15F7C" w:rsidP="00A656D9">
            <w:pPr>
              <w:pStyle w:val="opombapika"/>
              <w:spacing w:line="240" w:lineRule="auto"/>
            </w:pPr>
            <w:r w:rsidRPr="00703549">
              <w:t>poštni nabiralniki iz kovine (razred 6) in nekovinski ali zidani (razred 20)</w:t>
            </w:r>
          </w:p>
          <w:p w:rsidR="00B15F7C" w:rsidRPr="00703549" w:rsidRDefault="00B15F7C" w:rsidP="00A656D9">
            <w:pPr>
              <w:pStyle w:val="opombapika"/>
              <w:spacing w:line="240" w:lineRule="auto"/>
            </w:pPr>
            <w:r w:rsidRPr="00703549">
              <w:t>kipi, doprsni kipi in umetniška dela iz navadnih kovin (razred 6), žlahtnih kovin (razred 14), iz lesa, voska, mavca, plastike ali smole (razred 20), iz porcelana, keramike, fajanse, terakote, gline ali stekla (razred 21)</w:t>
            </w:r>
          </w:p>
          <w:p w:rsidR="00B15F7C" w:rsidRPr="00703549" w:rsidRDefault="00B15F7C" w:rsidP="00A656D9">
            <w:pPr>
              <w:pStyle w:val="opombapika"/>
              <w:spacing w:line="240" w:lineRule="auto"/>
            </w:pPr>
            <w:r w:rsidRPr="00703549">
              <w:t>nekatere nekovinske cevi, ne za gradbeništvo, na primer cevi kot deli sanitarnih instalacij (razred 11), gibke cevi, cevi in cevi, nekovinske (razred 17)</w:t>
            </w:r>
          </w:p>
          <w:p w:rsidR="00B15F7C" w:rsidRPr="00703549" w:rsidRDefault="00B15F7C" w:rsidP="00A656D9">
            <w:pPr>
              <w:pStyle w:val="opombapika"/>
              <w:spacing w:line="240" w:lineRule="auto"/>
            </w:pPr>
            <w:r w:rsidRPr="00703549">
              <w:t>snovi za izolacijo zgradb pred vlago (razred 17)</w:t>
            </w:r>
          </w:p>
          <w:p w:rsidR="00B15F7C" w:rsidRPr="00703549" w:rsidRDefault="00B15F7C" w:rsidP="00A656D9">
            <w:pPr>
              <w:pStyle w:val="opombapika"/>
              <w:spacing w:line="240" w:lineRule="auto"/>
            </w:pPr>
            <w:r w:rsidRPr="00703549">
              <w:t>ptičje kletke (razred 21)</w:t>
            </w:r>
          </w:p>
          <w:p w:rsidR="00B15F7C" w:rsidRPr="00703549" w:rsidRDefault="00B15F7C" w:rsidP="00A656D9">
            <w:pPr>
              <w:pStyle w:val="opombapika"/>
              <w:spacing w:line="240" w:lineRule="auto"/>
            </w:pPr>
            <w:r w:rsidRPr="00703549">
              <w:t>steklo za okna vozil (polizdelek) (razred 21)</w:t>
            </w:r>
          </w:p>
          <w:p w:rsidR="00B15F7C" w:rsidRPr="00703549" w:rsidRDefault="00B15F7C" w:rsidP="00A656D9">
            <w:pPr>
              <w:pStyle w:val="opombapika"/>
              <w:spacing w:line="240" w:lineRule="auto"/>
            </w:pPr>
            <w:r w:rsidRPr="00703549">
              <w:t>predpražniki in podloge, linolej in drugi materiali za pokrivanje obstoječih tal (razred 27)</w:t>
            </w:r>
          </w:p>
          <w:p w:rsidR="0087064C" w:rsidRPr="00993A45" w:rsidRDefault="00B15F7C" w:rsidP="00A656D9">
            <w:pPr>
              <w:pStyle w:val="opombapika"/>
              <w:spacing w:line="240" w:lineRule="auto"/>
            </w:pPr>
            <w:r w:rsidRPr="00703549">
              <w:t>nežagan ali neobeljen les (razred 31)</w:t>
            </w:r>
          </w:p>
        </w:tc>
      </w:tr>
    </w:tbl>
    <w:p w:rsidR="00F875A9" w:rsidRPr="00B13099" w:rsidRDefault="00F875A9" w:rsidP="00B15F7C">
      <w:pPr>
        <w:spacing w:after="240"/>
        <w:ind w:left="0" w:firstLine="0"/>
        <w:rPr>
          <w:lang w:val="fr-FR"/>
        </w:rPr>
      </w:pPr>
    </w:p>
    <w:p w:rsidR="00B13099" w:rsidRPr="001F500C" w:rsidRDefault="00B13099">
      <w:pPr>
        <w:rPr>
          <w:lang w:val="fr-FR"/>
        </w:rPr>
        <w:sectPr w:rsidR="00B13099" w:rsidRPr="001F500C" w:rsidSect="00E00425">
          <w:type w:val="continuous"/>
          <w:pgSz w:w="11907" w:h="16840" w:code="9"/>
          <w:pgMar w:top="1418" w:right="1418" w:bottom="1418" w:left="1418" w:header="720" w:footer="720" w:gutter="0"/>
          <w:cols w:space="720"/>
          <w:docGrid w:linePitch="360"/>
        </w:sectPr>
      </w:pPr>
    </w:p>
    <w:p w:rsidR="004611C8" w:rsidRDefault="004611C8" w:rsidP="0035353A">
      <w:pPr>
        <w:spacing w:after="40"/>
      </w:pPr>
      <w:r>
        <w:t>190001</w:t>
      </w:r>
      <w:r>
        <w:tab/>
        <w:t>Nekovinski oglasni stebri</w:t>
      </w:r>
    </w:p>
    <w:p w:rsidR="004611C8" w:rsidRDefault="004611C8" w:rsidP="0035353A">
      <w:pPr>
        <w:spacing w:after="40"/>
      </w:pPr>
      <w:r>
        <w:t>190002</w:t>
      </w:r>
      <w:r>
        <w:tab/>
        <w:t>Alabastrsko steklo za gradnjo</w:t>
      </w:r>
    </w:p>
    <w:p w:rsidR="004611C8" w:rsidRDefault="004611C8" w:rsidP="0035353A">
      <w:pPr>
        <w:spacing w:after="40"/>
      </w:pPr>
      <w:r>
        <w:t>190003</w:t>
      </w:r>
      <w:r>
        <w:tab/>
        <w:t>Alabaster</w:t>
      </w:r>
    </w:p>
    <w:p w:rsidR="004611C8" w:rsidRDefault="004611C8" w:rsidP="0035353A">
      <w:pPr>
        <w:spacing w:after="40"/>
      </w:pPr>
      <w:r>
        <w:t>190004</w:t>
      </w:r>
      <w:r>
        <w:tab/>
        <w:t>Azbestni cement</w:t>
      </w:r>
    </w:p>
    <w:p w:rsidR="004611C8" w:rsidRDefault="004611C8" w:rsidP="0035353A">
      <w:pPr>
        <w:spacing w:after="40"/>
      </w:pPr>
      <w:r>
        <w:t>190005</w:t>
      </w:r>
      <w:r>
        <w:tab/>
        <w:t>Azbestna malta</w:t>
      </w:r>
    </w:p>
    <w:p w:rsidR="004611C8" w:rsidRDefault="004611C8" w:rsidP="0035353A">
      <w:pPr>
        <w:spacing w:after="40"/>
      </w:pPr>
      <w:r>
        <w:t>190006</w:t>
      </w:r>
      <w:r>
        <w:tab/>
        <w:t>Skrilavec</w:t>
      </w:r>
    </w:p>
    <w:p w:rsidR="004611C8" w:rsidRDefault="004611C8" w:rsidP="0035353A">
      <w:pPr>
        <w:spacing w:after="40"/>
      </w:pPr>
      <w:r>
        <w:t>190007</w:t>
      </w:r>
      <w:r>
        <w:tab/>
        <w:t>Strešni skrilavec</w:t>
      </w:r>
    </w:p>
    <w:p w:rsidR="004611C8" w:rsidRDefault="004611C8" w:rsidP="0035353A">
      <w:pPr>
        <w:spacing w:after="40"/>
      </w:pPr>
      <w:r>
        <w:t>190008</w:t>
      </w:r>
      <w:r>
        <w:tab/>
        <w:t>Prah skrilavca</w:t>
      </w:r>
    </w:p>
    <w:p w:rsidR="004611C8" w:rsidRDefault="004611C8" w:rsidP="0035353A">
      <w:pPr>
        <w:spacing w:after="40"/>
      </w:pPr>
      <w:r>
        <w:t>190009</w:t>
      </w:r>
      <w:r>
        <w:tab/>
        <w:t>Poševni zatrepi za streho</w:t>
      </w:r>
    </w:p>
    <w:p w:rsidR="004611C8" w:rsidRDefault="004611C8" w:rsidP="0035353A">
      <w:pPr>
        <w:spacing w:after="40"/>
      </w:pPr>
      <w:r>
        <w:t>190010</w:t>
      </w:r>
      <w:r>
        <w:tab/>
        <w:t>Srebrni pesek</w:t>
      </w:r>
    </w:p>
    <w:p w:rsidR="004611C8" w:rsidRDefault="004611C8" w:rsidP="0035353A">
      <w:pPr>
        <w:spacing w:after="40"/>
      </w:pPr>
      <w:r>
        <w:t>190011</w:t>
      </w:r>
      <w:r>
        <w:tab/>
        <w:t>Lončena glina</w:t>
      </w:r>
    </w:p>
    <w:p w:rsidR="004611C8" w:rsidRDefault="004611C8" w:rsidP="0035353A">
      <w:pPr>
        <w:spacing w:after="40"/>
      </w:pPr>
      <w:r>
        <w:t>190013</w:t>
      </w:r>
      <w:r>
        <w:tab/>
        <w:t>Asfalt</w:t>
      </w:r>
    </w:p>
    <w:p w:rsidR="004611C8" w:rsidRDefault="004611C8" w:rsidP="0035353A">
      <w:pPr>
        <w:spacing w:after="40"/>
      </w:pPr>
      <w:r>
        <w:t>190014</w:t>
      </w:r>
      <w:r>
        <w:tab/>
        <w:t>Asfaltni tlak</w:t>
      </w:r>
    </w:p>
    <w:p w:rsidR="004611C8" w:rsidRDefault="004611C8" w:rsidP="0035353A">
      <w:pPr>
        <w:spacing w:after="40"/>
      </w:pPr>
      <w:r>
        <w:t>190015</w:t>
      </w:r>
      <w:r>
        <w:tab/>
        <w:t>Lesne obloge</w:t>
      </w:r>
    </w:p>
    <w:p w:rsidR="004611C8" w:rsidRDefault="004611C8" w:rsidP="0035353A">
      <w:pPr>
        <w:spacing w:after="40"/>
      </w:pPr>
      <w:r>
        <w:t>190016</w:t>
      </w:r>
      <w:r>
        <w:tab/>
        <w:t>Nekovinske balustrade</w:t>
      </w:r>
    </w:p>
    <w:p w:rsidR="004611C8" w:rsidRDefault="004611C8" w:rsidP="0035353A">
      <w:pPr>
        <w:spacing w:after="40"/>
      </w:pPr>
      <w:r>
        <w:t>190017</w:t>
      </w:r>
      <w:r>
        <w:tab/>
        <w:t>Bitumen</w:t>
      </w:r>
    </w:p>
    <w:p w:rsidR="004611C8" w:rsidRDefault="004611C8" w:rsidP="0035353A">
      <w:pPr>
        <w:spacing w:after="40"/>
      </w:pPr>
      <w:r>
        <w:t>190018</w:t>
      </w:r>
      <w:r>
        <w:tab/>
        <w:t>Trakovi s katranom za gradbeništvo</w:t>
      </w:r>
    </w:p>
    <w:p w:rsidR="004611C8" w:rsidRDefault="004611C8" w:rsidP="0035353A">
      <w:pPr>
        <w:spacing w:after="40"/>
      </w:pPr>
      <w:r>
        <w:t>190019</w:t>
      </w:r>
      <w:r>
        <w:tab/>
        <w:t>Barake</w:t>
      </w:r>
    </w:p>
    <w:p w:rsidR="004611C8" w:rsidRDefault="004611C8" w:rsidP="0035353A">
      <w:pPr>
        <w:spacing w:after="40"/>
      </w:pPr>
      <w:r>
        <w:t>190020</w:t>
      </w:r>
      <w:r>
        <w:tab/>
        <w:t>Sejemske stojnice</w:t>
      </w:r>
    </w:p>
    <w:p w:rsidR="004611C8" w:rsidRDefault="004611C8" w:rsidP="0035353A">
      <w:pPr>
        <w:spacing w:after="40"/>
      </w:pPr>
      <w:r>
        <w:t>190021</w:t>
      </w:r>
      <w:r>
        <w:tab/>
        <w:t>Strešne skodle</w:t>
      </w:r>
    </w:p>
    <w:p w:rsidR="004611C8" w:rsidRPr="003834FA" w:rsidRDefault="004611C8" w:rsidP="0035353A">
      <w:pPr>
        <w:spacing w:after="40"/>
        <w:rPr>
          <w:lang w:val="fr-FR"/>
        </w:rPr>
      </w:pPr>
      <w:r>
        <w:t>190022</w:t>
      </w:r>
      <w:r>
        <w:tab/>
      </w:r>
      <w:r w:rsidRPr="003834FA">
        <w:rPr>
          <w:lang w:val="fr-FR"/>
        </w:rPr>
        <w:t>Vrata na harmoniko, ne iz kovine</w:t>
      </w:r>
    </w:p>
    <w:p w:rsidR="004611C8" w:rsidRDefault="004611C8" w:rsidP="0035353A">
      <w:pPr>
        <w:spacing w:after="40"/>
      </w:pPr>
      <w:r>
        <w:t>190023</w:t>
      </w:r>
      <w:r>
        <w:tab/>
        <w:t>Beton</w:t>
      </w:r>
    </w:p>
    <w:p w:rsidR="004611C8" w:rsidRDefault="004611C8" w:rsidP="0035353A">
      <w:pPr>
        <w:spacing w:after="40"/>
      </w:pPr>
      <w:r>
        <w:t>190024</w:t>
      </w:r>
      <w:r>
        <w:tab/>
        <w:t>Betonski gradbeni elementi</w:t>
      </w:r>
    </w:p>
    <w:p w:rsidR="004611C8" w:rsidRDefault="004611C8" w:rsidP="0035353A">
      <w:pPr>
        <w:spacing w:after="40"/>
      </w:pPr>
      <w:r>
        <w:t>190025</w:t>
      </w:r>
      <w:r>
        <w:tab/>
        <w:t>Bitumenski izdelki za gradbeništvo</w:t>
      </w:r>
    </w:p>
    <w:p w:rsidR="004611C8" w:rsidRDefault="004611C8" w:rsidP="0035353A">
      <w:pPr>
        <w:spacing w:after="40"/>
      </w:pPr>
      <w:r>
        <w:t>190026</w:t>
      </w:r>
      <w:r>
        <w:tab/>
        <w:t>Les (delno obdelan)</w:t>
      </w:r>
    </w:p>
    <w:p w:rsidR="004611C8" w:rsidRDefault="004611C8" w:rsidP="0035353A">
      <w:pPr>
        <w:spacing w:after="40"/>
      </w:pPr>
      <w:r>
        <w:t>190028</w:t>
      </w:r>
      <w:r>
        <w:tab/>
        <w:t>Vezana plošča</w:t>
      </w:r>
    </w:p>
    <w:p w:rsidR="004611C8" w:rsidRDefault="004611C8" w:rsidP="0035353A">
      <w:pPr>
        <w:spacing w:after="40"/>
      </w:pPr>
      <w:r>
        <w:t>190029</w:t>
      </w:r>
      <w:r>
        <w:tab/>
        <w:t>Obdelan les</w:t>
      </w:r>
    </w:p>
    <w:p w:rsidR="004611C8" w:rsidRDefault="004611C8" w:rsidP="0035353A">
      <w:pPr>
        <w:spacing w:after="40"/>
      </w:pPr>
      <w:r>
        <w:t>190030</w:t>
      </w:r>
      <w:r>
        <w:tab/>
        <w:t>Les za izdelavo gospodinjskih pripomočkov</w:t>
      </w:r>
    </w:p>
    <w:p w:rsidR="004611C8" w:rsidRDefault="004611C8" w:rsidP="0035353A">
      <w:pPr>
        <w:spacing w:after="40"/>
      </w:pPr>
      <w:r>
        <w:t>190031</w:t>
      </w:r>
      <w:r>
        <w:tab/>
        <w:t>Žagani les</w:t>
      </w:r>
    </w:p>
    <w:p w:rsidR="004611C8" w:rsidRDefault="004611C8" w:rsidP="0035353A">
      <w:pPr>
        <w:spacing w:after="40"/>
      </w:pPr>
      <w:r>
        <w:t>190032</w:t>
      </w:r>
      <w:r>
        <w:tab/>
        <w:t>Lesni tlak</w:t>
      </w:r>
    </w:p>
    <w:p w:rsidR="004611C8" w:rsidRDefault="004611C8" w:rsidP="0035353A">
      <w:pPr>
        <w:spacing w:after="40"/>
      </w:pPr>
      <w:r>
        <w:t>190034</w:t>
      </w:r>
      <w:r>
        <w:tab/>
        <w:t>Furnirni les</w:t>
      </w:r>
    </w:p>
    <w:p w:rsidR="004611C8" w:rsidRDefault="004611C8" w:rsidP="0035353A">
      <w:pPr>
        <w:spacing w:after="40"/>
      </w:pPr>
      <w:r>
        <w:t>190035</w:t>
      </w:r>
      <w:r>
        <w:tab/>
        <w:t>Leseni paneli (plošče)</w:t>
      </w:r>
    </w:p>
    <w:p w:rsidR="004611C8" w:rsidRDefault="004611C8" w:rsidP="0035353A">
      <w:pPr>
        <w:spacing w:after="40"/>
      </w:pPr>
      <w:r>
        <w:t>190036</w:t>
      </w:r>
      <w:r>
        <w:tab/>
        <w:t>Cement</w:t>
      </w:r>
    </w:p>
    <w:p w:rsidR="004611C8" w:rsidRDefault="004611C8" w:rsidP="00B15F7C">
      <w:pPr>
        <w:spacing w:after="40"/>
      </w:pPr>
      <w:r>
        <w:t>190037</w:t>
      </w:r>
      <w:r>
        <w:tab/>
        <w:t>Smola</w:t>
      </w:r>
    </w:p>
    <w:p w:rsidR="004611C8" w:rsidRDefault="004611C8" w:rsidP="00B15F7C">
      <w:pPr>
        <w:spacing w:after="40"/>
      </w:pPr>
      <w:r>
        <w:t>190038</w:t>
      </w:r>
      <w:r>
        <w:tab/>
        <w:t>Opeka</w:t>
      </w:r>
    </w:p>
    <w:p w:rsidR="004611C8" w:rsidRDefault="004611C8" w:rsidP="00B15F7C">
      <w:pPr>
        <w:spacing w:after="40"/>
      </w:pPr>
      <w:r>
        <w:t>190039</w:t>
      </w:r>
      <w:r>
        <w:tab/>
        <w:t>Opečena glina</w:t>
      </w:r>
    </w:p>
    <w:p w:rsidR="004611C8" w:rsidRDefault="004611C8" w:rsidP="00B15F7C">
      <w:pPr>
        <w:spacing w:after="40"/>
      </w:pPr>
      <w:r>
        <w:t>190042</w:t>
      </w:r>
      <w:r>
        <w:tab/>
        <w:t>Kesoni za podvodna gradbena dela</w:t>
      </w:r>
    </w:p>
    <w:p w:rsidR="004611C8" w:rsidRPr="003834FA" w:rsidRDefault="004611C8" w:rsidP="00B15F7C">
      <w:pPr>
        <w:spacing w:after="40"/>
        <w:rPr>
          <w:lang w:val="fr-FR"/>
        </w:rPr>
      </w:pPr>
      <w:r>
        <w:t>190044</w:t>
      </w:r>
      <w:r>
        <w:tab/>
      </w:r>
      <w:r w:rsidRPr="003834FA">
        <w:rPr>
          <w:lang w:val="fr-FR"/>
        </w:rPr>
        <w:t>Žlebovi (strešni), ne iz kovine</w:t>
      </w:r>
    </w:p>
    <w:p w:rsidR="004611C8" w:rsidRDefault="004611C8" w:rsidP="00B15F7C">
      <w:pPr>
        <w:spacing w:after="40"/>
      </w:pPr>
      <w:r>
        <w:t>190046</w:t>
      </w:r>
      <w:r>
        <w:tab/>
        <w:t>Gradbena lepenka [katranska]</w:t>
      </w:r>
    </w:p>
    <w:p w:rsidR="004611C8" w:rsidRPr="003834FA" w:rsidRDefault="004611C8" w:rsidP="00B15F7C">
      <w:pPr>
        <w:spacing w:after="40"/>
        <w:rPr>
          <w:lang w:val="fr-FR"/>
        </w:rPr>
      </w:pPr>
      <w:r>
        <w:lastRenderedPageBreak/>
        <w:t>190049</w:t>
      </w:r>
      <w:r>
        <w:tab/>
      </w:r>
      <w:r w:rsidRPr="003834FA">
        <w:rPr>
          <w:lang w:val="fr-FR"/>
        </w:rPr>
        <w:t>Kaminski okvirji, ne iz kovine</w:t>
      </w:r>
    </w:p>
    <w:p w:rsidR="004611C8" w:rsidRDefault="004611C8" w:rsidP="00B15F7C">
      <w:pPr>
        <w:spacing w:after="40"/>
      </w:pPr>
      <w:r>
        <w:t>190050</w:t>
      </w:r>
      <w:r>
        <w:tab/>
        <w:t>Nekovinska stavbna ogrodja</w:t>
      </w:r>
    </w:p>
    <w:p w:rsidR="004611C8" w:rsidRDefault="004611C8" w:rsidP="00B15F7C">
      <w:pPr>
        <w:spacing w:after="40"/>
      </w:pPr>
      <w:r>
        <w:t>190051</w:t>
      </w:r>
      <w:r>
        <w:tab/>
        <w:t>Materiali za izgradnjo in asfaltiranje cest</w:t>
      </w:r>
    </w:p>
    <w:p w:rsidR="004611C8" w:rsidRDefault="004611C8" w:rsidP="00B15F7C">
      <w:pPr>
        <w:spacing w:after="40"/>
      </w:pPr>
      <w:r>
        <w:t>190052</w:t>
      </w:r>
      <w:r>
        <w:tab/>
        <w:t>Apno</w:t>
      </w:r>
    </w:p>
    <w:p w:rsidR="004611C8" w:rsidRDefault="004611C8" w:rsidP="00B15F7C">
      <w:pPr>
        <w:spacing w:after="40"/>
      </w:pPr>
      <w:r>
        <w:t>190054</w:t>
      </w:r>
      <w:r>
        <w:tab/>
        <w:t>Mavec</w:t>
      </w:r>
    </w:p>
    <w:p w:rsidR="004611C8" w:rsidRDefault="004611C8" w:rsidP="00B15F7C">
      <w:pPr>
        <w:spacing w:after="40"/>
      </w:pPr>
      <w:r>
        <w:t>190055</w:t>
      </w:r>
      <w:r>
        <w:tab/>
        <w:t>Nekovinski dimniki</w:t>
      </w:r>
    </w:p>
    <w:p w:rsidR="004611C8" w:rsidRDefault="004611C8" w:rsidP="00B15F7C">
      <w:pPr>
        <w:spacing w:after="40"/>
      </w:pPr>
      <w:r>
        <w:t>190056</w:t>
      </w:r>
      <w:r>
        <w:tab/>
        <w:t>Ognjenovarne cementne obloge</w:t>
      </w:r>
    </w:p>
    <w:p w:rsidR="004611C8" w:rsidRDefault="004611C8" w:rsidP="00B15F7C">
      <w:pPr>
        <w:spacing w:after="40"/>
      </w:pPr>
      <w:r>
        <w:t>190057</w:t>
      </w:r>
      <w:r>
        <w:tab/>
        <w:t>Cementne plošče</w:t>
      </w:r>
    </w:p>
    <w:p w:rsidR="004611C8" w:rsidRDefault="004611C8" w:rsidP="00B15F7C">
      <w:pPr>
        <w:spacing w:after="40"/>
      </w:pPr>
      <w:r>
        <w:t>190058</w:t>
      </w:r>
      <w:r>
        <w:tab/>
        <w:t>Cementni stebri</w:t>
      </w:r>
    </w:p>
    <w:p w:rsidR="004611C8" w:rsidRDefault="004611C8" w:rsidP="00B15F7C">
      <w:pPr>
        <w:spacing w:after="40"/>
      </w:pPr>
      <w:r>
        <w:t>190059</w:t>
      </w:r>
      <w:r>
        <w:tab/>
        <w:t>Škrilavec</w:t>
      </w:r>
    </w:p>
    <w:p w:rsidR="004611C8" w:rsidRDefault="004611C8" w:rsidP="00B15F7C">
      <w:pPr>
        <w:spacing w:after="40"/>
      </w:pPr>
      <w:r>
        <w:t>190060</w:t>
      </w:r>
      <w:r>
        <w:tab/>
        <w:t>Nekovinske predelne stene</w:t>
      </w:r>
    </w:p>
    <w:p w:rsidR="004611C8" w:rsidRDefault="004611C8" w:rsidP="00B15F7C">
      <w:pPr>
        <w:spacing w:after="40"/>
      </w:pPr>
      <w:r>
        <w:t>190061</w:t>
      </w:r>
      <w:r>
        <w:tab/>
        <w:t>Zgradbe, ne iz kovine</w:t>
      </w:r>
    </w:p>
    <w:p w:rsidR="004611C8" w:rsidRDefault="004611C8" w:rsidP="00B15F7C">
      <w:pPr>
        <w:spacing w:after="40"/>
      </w:pPr>
      <w:r>
        <w:t>190062</w:t>
      </w:r>
      <w:r>
        <w:tab/>
        <w:t>Papir za gradbeništvo</w:t>
      </w:r>
    </w:p>
    <w:p w:rsidR="004611C8" w:rsidRDefault="004611C8" w:rsidP="00B15F7C">
      <w:pPr>
        <w:spacing w:after="40"/>
      </w:pPr>
      <w:r>
        <w:t>190063</w:t>
      </w:r>
      <w:r>
        <w:tab/>
        <w:t>Stavbno steklo</w:t>
      </w:r>
    </w:p>
    <w:p w:rsidR="004611C8" w:rsidRPr="003834FA" w:rsidRDefault="004611C8" w:rsidP="00B15F7C">
      <w:pPr>
        <w:spacing w:after="40"/>
        <w:rPr>
          <w:lang w:val="fr-FR"/>
        </w:rPr>
      </w:pPr>
      <w:r>
        <w:t>190064</w:t>
      </w:r>
      <w:r>
        <w:tab/>
      </w:r>
      <w:r w:rsidRPr="003834FA">
        <w:rPr>
          <w:lang w:val="fr-FR"/>
        </w:rPr>
        <w:t>Zgornji zaključni venci, ne iz kovine</w:t>
      </w:r>
    </w:p>
    <w:p w:rsidR="004611C8" w:rsidRPr="003834FA" w:rsidRDefault="004611C8" w:rsidP="00B15F7C">
      <w:pPr>
        <w:spacing w:after="40"/>
        <w:rPr>
          <w:lang w:val="fr-FR"/>
        </w:rPr>
      </w:pPr>
      <w:r>
        <w:t>190066</w:t>
      </w:r>
      <w:r>
        <w:tab/>
      </w:r>
      <w:r w:rsidRPr="003834FA">
        <w:rPr>
          <w:lang w:val="fr-FR"/>
        </w:rPr>
        <w:t>Strešne žlote, ne iz kovine</w:t>
      </w:r>
    </w:p>
    <w:p w:rsidR="004611C8" w:rsidRDefault="004611C8" w:rsidP="00B15F7C">
      <w:pPr>
        <w:spacing w:after="40"/>
      </w:pPr>
      <w:r>
        <w:t>190067</w:t>
      </w:r>
      <w:r>
        <w:tab/>
        <w:t>Nekovinski kotniki</w:t>
      </w:r>
    </w:p>
    <w:p w:rsidR="004611C8" w:rsidRDefault="004611C8" w:rsidP="00B15F7C">
      <w:pPr>
        <w:spacing w:after="40"/>
      </w:pPr>
      <w:r>
        <w:t>190068</w:t>
      </w:r>
      <w:r>
        <w:tab/>
        <w:t>Okna, nekovinska</w:t>
      </w:r>
    </w:p>
    <w:p w:rsidR="004611C8" w:rsidRDefault="004611C8" w:rsidP="00B15F7C">
      <w:pPr>
        <w:spacing w:after="40"/>
      </w:pPr>
      <w:r>
        <w:t>190069</w:t>
      </w:r>
      <w:r>
        <w:tab/>
        <w:t>Nekovinska vrata</w:t>
      </w:r>
    </w:p>
    <w:p w:rsidR="004611C8" w:rsidRPr="003834FA" w:rsidRDefault="004611C8" w:rsidP="00B15F7C">
      <w:pPr>
        <w:spacing w:after="40"/>
        <w:rPr>
          <w:lang w:val="fr-FR"/>
        </w:rPr>
      </w:pPr>
      <w:r>
        <w:t>190070</w:t>
      </w:r>
      <w:r>
        <w:tab/>
      </w:r>
      <w:r w:rsidRPr="003834FA">
        <w:rPr>
          <w:lang w:val="fr-FR"/>
        </w:rPr>
        <w:t>Pokrovi za kanale, ne iz kovine</w:t>
      </w:r>
    </w:p>
    <w:p w:rsidR="004611C8" w:rsidRDefault="004611C8" w:rsidP="00B15F7C">
      <w:pPr>
        <w:spacing w:after="40"/>
      </w:pPr>
      <w:r>
        <w:t>190071</w:t>
      </w:r>
      <w:r>
        <w:tab/>
        <w:t>Kritine, ne iz kovine</w:t>
      </w:r>
    </w:p>
    <w:p w:rsidR="004611C8" w:rsidRDefault="004611C8" w:rsidP="00B15F7C">
      <w:pPr>
        <w:spacing w:after="40"/>
      </w:pPr>
      <w:r>
        <w:t>190072</w:t>
      </w:r>
      <w:r>
        <w:tab/>
        <w:t>Surova kreda</w:t>
      </w:r>
    </w:p>
    <w:p w:rsidR="004611C8" w:rsidRDefault="004611C8" w:rsidP="00B15F7C">
      <w:pPr>
        <w:spacing w:after="40"/>
      </w:pPr>
      <w:r>
        <w:t>190073</w:t>
      </w:r>
      <w:r>
        <w:tab/>
        <w:t>Kremen za gradbeništvo</w:t>
      </w:r>
    </w:p>
    <w:p w:rsidR="004611C8" w:rsidRPr="003834FA" w:rsidRDefault="004611C8" w:rsidP="00B15F7C">
      <w:pPr>
        <w:spacing w:after="40"/>
        <w:rPr>
          <w:lang w:val="fr-FR"/>
        </w:rPr>
      </w:pPr>
      <w:r>
        <w:t>190074</w:t>
      </w:r>
      <w:r>
        <w:tab/>
      </w:r>
      <w:r w:rsidRPr="003834FA">
        <w:rPr>
          <w:lang w:val="fr-FR"/>
        </w:rPr>
        <w:t>Obloge za stopnice, ne iz kovine</w:t>
      </w:r>
    </w:p>
    <w:p w:rsidR="004611C8" w:rsidRPr="003834FA" w:rsidRDefault="004611C8" w:rsidP="00B15F7C">
      <w:pPr>
        <w:spacing w:after="40"/>
        <w:rPr>
          <w:lang w:val="fr-FR"/>
        </w:rPr>
      </w:pPr>
      <w:r>
        <w:t>190075</w:t>
      </w:r>
      <w:r>
        <w:tab/>
      </w:r>
      <w:r w:rsidRPr="003834FA">
        <w:rPr>
          <w:lang w:val="fr-FR"/>
        </w:rPr>
        <w:t>Kanalizacijske cevi, ne iz kovine</w:t>
      </w:r>
    </w:p>
    <w:p w:rsidR="004611C8" w:rsidRPr="003834FA" w:rsidRDefault="004611C8" w:rsidP="00B15F7C">
      <w:pPr>
        <w:spacing w:after="40"/>
        <w:rPr>
          <w:lang w:val="fr-FR"/>
        </w:rPr>
      </w:pPr>
      <w:r>
        <w:t>190076</w:t>
      </w:r>
      <w:r>
        <w:tab/>
      </w:r>
      <w:r w:rsidRPr="003834FA">
        <w:rPr>
          <w:lang w:val="fr-FR"/>
        </w:rPr>
        <w:t>Vodovodne cevi, ne iz kovine</w:t>
      </w:r>
    </w:p>
    <w:p w:rsidR="004611C8" w:rsidRDefault="004611C8" w:rsidP="00B15F7C">
      <w:pPr>
        <w:spacing w:after="40"/>
      </w:pPr>
      <w:r>
        <w:t>190078</w:t>
      </w:r>
      <w:r>
        <w:tab/>
        <w:t>Zidarski odri</w:t>
      </w:r>
    </w:p>
    <w:p w:rsidR="004611C8" w:rsidRPr="003834FA" w:rsidRDefault="004611C8" w:rsidP="00B15F7C">
      <w:pPr>
        <w:spacing w:after="40"/>
        <w:rPr>
          <w:lang w:val="fr-FR"/>
        </w:rPr>
      </w:pPr>
      <w:r>
        <w:t>190080</w:t>
      </w:r>
      <w:r>
        <w:tab/>
      </w:r>
      <w:r w:rsidRPr="003834FA">
        <w:rPr>
          <w:lang w:val="fr-FR"/>
        </w:rPr>
        <w:t>Odcepne cevi, ne iz kovine</w:t>
      </w:r>
    </w:p>
    <w:p w:rsidR="004611C8" w:rsidRDefault="004611C8" w:rsidP="00B15F7C">
      <w:pPr>
        <w:spacing w:after="40"/>
      </w:pPr>
      <w:r>
        <w:t>190082</w:t>
      </w:r>
      <w:r>
        <w:tab/>
        <w:t>Bitumenska kritina za strehe</w:t>
      </w:r>
    </w:p>
    <w:p w:rsidR="004611C8" w:rsidRDefault="004611C8" w:rsidP="00B15F7C">
      <w:pPr>
        <w:spacing w:after="40"/>
      </w:pPr>
      <w:r>
        <w:t>190084</w:t>
      </w:r>
      <w:r>
        <w:tab/>
        <w:t>Nekovinski svinjaki</w:t>
      </w:r>
    </w:p>
    <w:p w:rsidR="004611C8" w:rsidRDefault="004611C8" w:rsidP="00B15F7C">
      <w:pPr>
        <w:spacing w:after="40"/>
      </w:pPr>
      <w:r>
        <w:t>190085</w:t>
      </w:r>
      <w:r>
        <w:tab/>
        <w:t>Hlevi</w:t>
      </w:r>
    </w:p>
    <w:p w:rsidR="004611C8" w:rsidRDefault="004611C8" w:rsidP="00B15F7C">
      <w:pPr>
        <w:spacing w:after="40"/>
      </w:pPr>
      <w:r>
        <w:t>190086</w:t>
      </w:r>
      <w:r>
        <w:tab/>
        <w:t>Nekovinske pregradne stene</w:t>
      </w:r>
    </w:p>
    <w:p w:rsidR="004611C8" w:rsidRDefault="004611C8" w:rsidP="00B15F7C">
      <w:pPr>
        <w:spacing w:after="40"/>
      </w:pPr>
      <w:r>
        <w:t>190089</w:t>
      </w:r>
      <w:r>
        <w:tab/>
        <w:t>Nekovinski nagrobniki</w:t>
      </w:r>
    </w:p>
    <w:p w:rsidR="004611C8" w:rsidRDefault="004611C8" w:rsidP="00B15F7C">
      <w:pPr>
        <w:spacing w:after="40"/>
      </w:pPr>
      <w:r>
        <w:t>190090</w:t>
      </w:r>
      <w:r>
        <w:tab/>
        <w:t>Gradbena klobučevina</w:t>
      </w:r>
    </w:p>
    <w:p w:rsidR="004611C8" w:rsidRDefault="004611C8" w:rsidP="00B15F7C">
      <w:pPr>
        <w:spacing w:after="40"/>
      </w:pPr>
      <w:r>
        <w:t>190092</w:t>
      </w:r>
      <w:r>
        <w:tab/>
        <w:t>Cement za peči</w:t>
      </w:r>
    </w:p>
    <w:p w:rsidR="004611C8" w:rsidRDefault="004611C8" w:rsidP="00B15F7C">
      <w:pPr>
        <w:spacing w:after="40"/>
      </w:pPr>
      <w:r>
        <w:t>190093</w:t>
      </w:r>
      <w:r>
        <w:tab/>
        <w:t>Cement za plavže</w:t>
      </w:r>
    </w:p>
    <w:p w:rsidR="004611C8" w:rsidRDefault="004611C8" w:rsidP="00B15F7C">
      <w:pPr>
        <w:spacing w:after="40"/>
      </w:pPr>
      <w:r>
        <w:t>190094</w:t>
      </w:r>
      <w:r>
        <w:tab/>
        <w:t>Kamen</w:t>
      </w:r>
    </w:p>
    <w:p w:rsidR="004611C8" w:rsidRDefault="004611C8" w:rsidP="00B15F7C">
      <w:pPr>
        <w:spacing w:after="40"/>
      </w:pPr>
      <w:r>
        <w:t>190095</w:t>
      </w:r>
      <w:r>
        <w:tab/>
        <w:t>Okenska stekla [okna] za gradbeništvo</w:t>
      </w:r>
    </w:p>
    <w:p w:rsidR="004611C8" w:rsidRDefault="004611C8" w:rsidP="00B15F7C">
      <w:pPr>
        <w:spacing w:after="40"/>
      </w:pPr>
      <w:r>
        <w:t>190096</w:t>
      </w:r>
      <w:r>
        <w:tab/>
        <w:t>Glina</w:t>
      </w:r>
    </w:p>
    <w:p w:rsidR="004611C8" w:rsidRDefault="004611C8" w:rsidP="00B15F7C">
      <w:pPr>
        <w:spacing w:after="40"/>
      </w:pPr>
      <w:r>
        <w:t>190097</w:t>
      </w:r>
      <w:r>
        <w:tab/>
        <w:t>Premogov katran</w:t>
      </w:r>
    </w:p>
    <w:p w:rsidR="004611C8" w:rsidRDefault="004611C8" w:rsidP="00B15F7C">
      <w:pPr>
        <w:spacing w:after="40"/>
      </w:pPr>
      <w:r>
        <w:t>190098</w:t>
      </w:r>
      <w:r>
        <w:tab/>
        <w:t>Granit</w:t>
      </w:r>
    </w:p>
    <w:p w:rsidR="004611C8" w:rsidRDefault="004611C8" w:rsidP="00B15F7C">
      <w:pPr>
        <w:spacing w:after="40"/>
      </w:pPr>
      <w:r>
        <w:t>190099</w:t>
      </w:r>
      <w:r>
        <w:tab/>
        <w:t>Gramoz</w:t>
      </w:r>
    </w:p>
    <w:p w:rsidR="004611C8" w:rsidRDefault="004611C8" w:rsidP="00B15F7C">
      <w:pPr>
        <w:spacing w:after="40"/>
      </w:pPr>
      <w:r>
        <w:t>190100</w:t>
      </w:r>
      <w:r>
        <w:tab/>
        <w:t>Gradbeni pesek</w:t>
      </w:r>
    </w:p>
    <w:p w:rsidR="004611C8" w:rsidRDefault="004611C8" w:rsidP="00B15F7C">
      <w:pPr>
        <w:spacing w:after="40"/>
      </w:pPr>
      <w:r>
        <w:t>190101</w:t>
      </w:r>
      <w:r>
        <w:tab/>
        <w:t>Cevi iz peščenjaka</w:t>
      </w:r>
    </w:p>
    <w:p w:rsidR="004611C8" w:rsidRDefault="004611C8" w:rsidP="00B15F7C">
      <w:pPr>
        <w:spacing w:after="40"/>
      </w:pPr>
      <w:r>
        <w:t>190102</w:t>
      </w:r>
      <w:r>
        <w:tab/>
        <w:t>Mavec (gips)</w:t>
      </w:r>
    </w:p>
    <w:p w:rsidR="004611C8" w:rsidRDefault="004611C8" w:rsidP="00B15F7C">
      <w:pPr>
        <w:spacing w:after="40"/>
      </w:pPr>
      <w:r>
        <w:t>190103</w:t>
      </w:r>
      <w:r>
        <w:tab/>
        <w:t>Žaluzije, ne iz kovine</w:t>
      </w:r>
    </w:p>
    <w:p w:rsidR="004611C8" w:rsidRDefault="004611C8" w:rsidP="00B15F7C">
      <w:pPr>
        <w:spacing w:after="40"/>
      </w:pPr>
      <w:r>
        <w:t>190104</w:t>
      </w:r>
      <w:r>
        <w:tab/>
        <w:t>Žlindra [gradbeni material]</w:t>
      </w:r>
    </w:p>
    <w:p w:rsidR="004611C8" w:rsidRDefault="004611C8" w:rsidP="00B15F7C">
      <w:pPr>
        <w:spacing w:after="40"/>
      </w:pPr>
      <w:r>
        <w:t>190105</w:t>
      </w:r>
      <w:r>
        <w:tab/>
        <w:t>Žlindrin gramoz</w:t>
      </w:r>
    </w:p>
    <w:p w:rsidR="004611C8" w:rsidRDefault="004611C8" w:rsidP="00B15F7C">
      <w:pPr>
        <w:spacing w:after="40"/>
      </w:pPr>
      <w:r>
        <w:t>190106</w:t>
      </w:r>
      <w:r>
        <w:tab/>
        <w:t>Parketne talne plošče</w:t>
      </w:r>
    </w:p>
    <w:p w:rsidR="004611C8" w:rsidRDefault="004611C8" w:rsidP="00B15F7C">
      <w:pPr>
        <w:spacing w:after="40"/>
      </w:pPr>
      <w:r>
        <w:t>190107</w:t>
      </w:r>
      <w:r>
        <w:tab/>
        <w:t>Senčila [zunanja], nekovinska in ne iz tekstila</w:t>
      </w:r>
    </w:p>
    <w:p w:rsidR="004611C8" w:rsidRPr="003834FA" w:rsidRDefault="004611C8" w:rsidP="00B15F7C">
      <w:pPr>
        <w:spacing w:after="40"/>
        <w:rPr>
          <w:lang w:val="fr-FR"/>
        </w:rPr>
      </w:pPr>
      <w:r>
        <w:t>190108</w:t>
      </w:r>
      <w:r>
        <w:tab/>
      </w:r>
      <w:r w:rsidRPr="003834FA">
        <w:rPr>
          <w:lang w:val="fr-FR"/>
        </w:rPr>
        <w:t>Raketne rampe, ne iz kovine</w:t>
      </w:r>
    </w:p>
    <w:p w:rsidR="004611C8" w:rsidRDefault="004611C8" w:rsidP="00B15F7C">
      <w:pPr>
        <w:spacing w:after="40"/>
      </w:pPr>
      <w:r>
        <w:t>190109</w:t>
      </w:r>
      <w:r>
        <w:tab/>
        <w:t>Letve, ne iz kovine</w:t>
      </w:r>
    </w:p>
    <w:p w:rsidR="004611C8" w:rsidRPr="003834FA" w:rsidRDefault="004611C8" w:rsidP="00B15F7C">
      <w:pPr>
        <w:spacing w:after="40"/>
        <w:rPr>
          <w:lang w:val="fr-FR"/>
        </w:rPr>
      </w:pPr>
      <w:r>
        <w:t>190110</w:t>
      </w:r>
      <w:r>
        <w:tab/>
      </w:r>
      <w:r w:rsidRPr="003834FA">
        <w:rPr>
          <w:lang w:val="fr-FR"/>
        </w:rPr>
        <w:t>Vezivni materiali za popravilo cest</w:t>
      </w:r>
    </w:p>
    <w:p w:rsidR="004611C8" w:rsidRDefault="004611C8" w:rsidP="00B15F7C">
      <w:pPr>
        <w:spacing w:after="40"/>
      </w:pPr>
      <w:r>
        <w:t>190111</w:t>
      </w:r>
      <w:r>
        <w:tab/>
        <w:t>Stisnjena pluta za gradbeništvo</w:t>
      </w:r>
    </w:p>
    <w:p w:rsidR="004611C8" w:rsidRDefault="004611C8" w:rsidP="00B15F7C">
      <w:pPr>
        <w:spacing w:after="40"/>
      </w:pPr>
      <w:r>
        <w:t>190112</w:t>
      </w:r>
      <w:r>
        <w:tab/>
        <w:t>Parketi</w:t>
      </w:r>
    </w:p>
    <w:p w:rsidR="004611C8" w:rsidRDefault="004611C8" w:rsidP="00B15F7C">
      <w:pPr>
        <w:spacing w:after="40"/>
      </w:pPr>
      <w:r>
        <w:t>190113</w:t>
      </w:r>
      <w:r>
        <w:tab/>
        <w:t>Stranice [za stopnišča], ne iz kovine</w:t>
      </w:r>
    </w:p>
    <w:p w:rsidR="004611C8" w:rsidRDefault="004611C8" w:rsidP="00B15F7C">
      <w:pPr>
        <w:spacing w:after="40"/>
      </w:pPr>
      <w:r>
        <w:t>190114</w:t>
      </w:r>
      <w:r>
        <w:tab/>
        <w:t>Nadpražniki, ne iz kovine (za okna in vrata)</w:t>
      </w:r>
    </w:p>
    <w:p w:rsidR="004611C8" w:rsidRDefault="004611C8" w:rsidP="00B15F7C">
      <w:pPr>
        <w:spacing w:after="40"/>
      </w:pPr>
      <w:r>
        <w:t>190115</w:t>
      </w:r>
      <w:r>
        <w:tab/>
        <w:t>Svetleči tlakovci</w:t>
      </w:r>
    </w:p>
    <w:p w:rsidR="004611C8" w:rsidRDefault="004611C8" w:rsidP="00B15F7C">
      <w:pPr>
        <w:spacing w:after="40"/>
      </w:pPr>
      <w:r>
        <w:t>190116</w:t>
      </w:r>
      <w:r>
        <w:tab/>
        <w:t>Makadam</w:t>
      </w:r>
    </w:p>
    <w:p w:rsidR="004611C8" w:rsidRDefault="004611C8" w:rsidP="00B15F7C">
      <w:pPr>
        <w:spacing w:after="40"/>
      </w:pPr>
      <w:r>
        <w:t>190117</w:t>
      </w:r>
      <w:r>
        <w:tab/>
        <w:t>Spomeniki, ne iz kovine</w:t>
      </w:r>
    </w:p>
    <w:p w:rsidR="004611C8" w:rsidRDefault="004611C8" w:rsidP="00B15F7C">
      <w:pPr>
        <w:spacing w:after="40"/>
      </w:pPr>
      <w:r>
        <w:t>190118</w:t>
      </w:r>
      <w:r>
        <w:tab/>
        <w:t>Magnezitni cement</w:t>
      </w:r>
    </w:p>
    <w:p w:rsidR="004611C8" w:rsidRDefault="004611C8" w:rsidP="00B15F7C">
      <w:pPr>
        <w:spacing w:after="40"/>
      </w:pPr>
      <w:r>
        <w:t>190119</w:t>
      </w:r>
      <w:r>
        <w:tab/>
        <w:t>Prenosne nekovinske zgradbe</w:t>
      </w:r>
    </w:p>
    <w:p w:rsidR="004611C8" w:rsidRDefault="004611C8" w:rsidP="00B15F7C">
      <w:pPr>
        <w:spacing w:after="40"/>
      </w:pPr>
      <w:r>
        <w:t>190120</w:t>
      </w:r>
      <w:r>
        <w:tab/>
        <w:t>Marmor</w:t>
      </w:r>
    </w:p>
    <w:p w:rsidR="004611C8" w:rsidRDefault="004611C8" w:rsidP="00B15F7C">
      <w:pPr>
        <w:spacing w:after="40"/>
      </w:pPr>
      <w:r>
        <w:t>190122</w:t>
      </w:r>
      <w:r>
        <w:tab/>
        <w:t>Plošče in folije za označevanje cest iz sintetičnih materialov</w:t>
      </w:r>
    </w:p>
    <w:p w:rsidR="004611C8" w:rsidRDefault="004611C8" w:rsidP="00B15F7C">
      <w:pPr>
        <w:spacing w:after="40"/>
      </w:pPr>
      <w:r>
        <w:t>190123</w:t>
      </w:r>
      <w:r>
        <w:tab/>
        <w:t>Markize, ne iz kovine</w:t>
      </w:r>
    </w:p>
    <w:p w:rsidR="004611C8" w:rsidRDefault="004611C8" w:rsidP="00B15F7C">
      <w:pPr>
        <w:spacing w:after="40"/>
      </w:pPr>
      <w:r>
        <w:t>190124</w:t>
      </w:r>
      <w:r>
        <w:tab/>
        <w:t>Drogovi, ne iz kovine</w:t>
      </w:r>
    </w:p>
    <w:p w:rsidR="004611C8" w:rsidRDefault="004611C8" w:rsidP="00B15F7C">
      <w:pPr>
        <w:spacing w:after="40"/>
      </w:pPr>
      <w:r>
        <w:t>190126</w:t>
      </w:r>
      <w:r>
        <w:tab/>
        <w:t>Mozaiki za gradbeništvo</w:t>
      </w:r>
    </w:p>
    <w:p w:rsidR="004611C8" w:rsidRDefault="004611C8" w:rsidP="00B15F7C">
      <w:pPr>
        <w:spacing w:after="40"/>
      </w:pPr>
      <w:r>
        <w:t>190129</w:t>
      </w:r>
      <w:r>
        <w:tab/>
        <w:t>Ometi [gradbena sredstva]</w:t>
      </w:r>
    </w:p>
    <w:p w:rsidR="004611C8" w:rsidRDefault="004611C8" w:rsidP="00B15F7C">
      <w:pPr>
        <w:spacing w:after="40"/>
      </w:pPr>
      <w:r>
        <w:t>190130</w:t>
      </w:r>
      <w:r>
        <w:tab/>
        <w:t>Stenske prevleke za gradbeništvo, ne iz kovine</w:t>
      </w:r>
    </w:p>
    <w:p w:rsidR="004611C8" w:rsidRDefault="004611C8" w:rsidP="00B15F7C">
      <w:pPr>
        <w:spacing w:after="40"/>
      </w:pPr>
      <w:r>
        <w:t>190131</w:t>
      </w:r>
      <w:r>
        <w:tab/>
        <w:t>Nekovinske žlote za gradbeništvo</w:t>
      </w:r>
    </w:p>
    <w:p w:rsidR="004611C8" w:rsidRDefault="004611C8" w:rsidP="00B15F7C">
      <w:pPr>
        <w:spacing w:after="40"/>
      </w:pPr>
      <w:r>
        <w:t>190132</w:t>
      </w:r>
      <w:r>
        <w:tab/>
        <w:t>Olivin za gradbeništvo</w:t>
      </w:r>
    </w:p>
    <w:p w:rsidR="004611C8" w:rsidRDefault="004611C8" w:rsidP="00B15F7C">
      <w:pPr>
        <w:spacing w:after="40"/>
      </w:pPr>
      <w:r>
        <w:t>190133</w:t>
      </w:r>
      <w:r>
        <w:tab/>
        <w:t>Naoknice, ne iz kovine</w:t>
      </w:r>
    </w:p>
    <w:p w:rsidR="004611C8" w:rsidRDefault="004611C8" w:rsidP="00B15F7C">
      <w:pPr>
        <w:spacing w:after="40"/>
      </w:pPr>
      <w:r>
        <w:t>190135</w:t>
      </w:r>
      <w:r>
        <w:tab/>
        <w:t>Ograje, ne iz kovine</w:t>
      </w:r>
    </w:p>
    <w:p w:rsidR="004611C8" w:rsidRDefault="004611C8" w:rsidP="00B15F7C">
      <w:pPr>
        <w:spacing w:after="40"/>
      </w:pPr>
      <w:r>
        <w:t>190137</w:t>
      </w:r>
      <w:r>
        <w:tab/>
        <w:t>Nekovinske signalne plošče, nesvetleče in nemehanske</w:t>
      </w:r>
    </w:p>
    <w:p w:rsidR="004611C8" w:rsidRDefault="004611C8" w:rsidP="00B15F7C">
      <w:pPr>
        <w:spacing w:after="40"/>
      </w:pPr>
      <w:r>
        <w:t>190138</w:t>
      </w:r>
      <w:r>
        <w:tab/>
        <w:t>Stenske obloge za gradbeništvo, ne iz kovine</w:t>
      </w:r>
    </w:p>
    <w:p w:rsidR="004611C8" w:rsidRPr="003834FA" w:rsidRDefault="004611C8" w:rsidP="00B15F7C">
      <w:pPr>
        <w:spacing w:after="40"/>
        <w:rPr>
          <w:lang w:val="fr-FR"/>
        </w:rPr>
      </w:pPr>
      <w:r>
        <w:t>190139</w:t>
      </w:r>
      <w:r>
        <w:tab/>
      </w:r>
      <w:r w:rsidRPr="003834FA">
        <w:rPr>
          <w:lang w:val="fr-FR"/>
        </w:rPr>
        <w:t>Drsališča [ogrodja, ne iz kovine]</w:t>
      </w:r>
    </w:p>
    <w:p w:rsidR="004611C8" w:rsidRDefault="004611C8" w:rsidP="00B15F7C">
      <w:pPr>
        <w:spacing w:after="40"/>
      </w:pPr>
      <w:r>
        <w:t>190140</w:t>
      </w:r>
      <w:r>
        <w:tab/>
        <w:t>Gredi</w:t>
      </w:r>
    </w:p>
    <w:p w:rsidR="004611C8" w:rsidRDefault="004611C8" w:rsidP="00B15F7C">
      <w:pPr>
        <w:spacing w:after="40"/>
      </w:pPr>
      <w:r>
        <w:t>190141</w:t>
      </w:r>
      <w:r>
        <w:tab/>
        <w:t>Gradbeni kamen</w:t>
      </w:r>
    </w:p>
    <w:p w:rsidR="004611C8" w:rsidRDefault="004611C8" w:rsidP="00B15F7C">
      <w:pPr>
        <w:spacing w:after="40"/>
      </w:pPr>
      <w:r>
        <w:t>190142</w:t>
      </w:r>
      <w:r>
        <w:tab/>
        <w:t>Umetni kamen</w:t>
      </w:r>
    </w:p>
    <w:p w:rsidR="004611C8" w:rsidRDefault="004611C8" w:rsidP="00B15F7C">
      <w:pPr>
        <w:spacing w:after="40"/>
      </w:pPr>
      <w:r>
        <w:t>190145</w:t>
      </w:r>
      <w:r>
        <w:tab/>
        <w:t>Apneni maček - kamen (lehnjak)</w:t>
      </w:r>
    </w:p>
    <w:p w:rsidR="004611C8" w:rsidRDefault="004611C8" w:rsidP="00B15F7C">
      <w:pPr>
        <w:spacing w:after="40"/>
      </w:pPr>
      <w:r>
        <w:t>190146</w:t>
      </w:r>
      <w:r>
        <w:tab/>
        <w:t>Kamnoseški izdelki</w:t>
      </w:r>
    </w:p>
    <w:p w:rsidR="004611C8" w:rsidRDefault="004611C8" w:rsidP="00B15F7C">
      <w:pPr>
        <w:spacing w:after="40"/>
      </w:pPr>
      <w:r>
        <w:t>190147</w:t>
      </w:r>
      <w:r>
        <w:tab/>
        <w:t>Podi, ne iz kovine</w:t>
      </w:r>
    </w:p>
    <w:p w:rsidR="004611C8" w:rsidRDefault="004611C8" w:rsidP="00B15F7C">
      <w:pPr>
        <w:spacing w:after="40"/>
      </w:pPr>
      <w:r>
        <w:t>190148</w:t>
      </w:r>
      <w:r>
        <w:tab/>
        <w:t>Stropi, ne iz kovine</w:t>
      </w:r>
    </w:p>
    <w:p w:rsidR="004611C8" w:rsidRDefault="004611C8" w:rsidP="00B15F7C">
      <w:pPr>
        <w:spacing w:after="40"/>
      </w:pPr>
      <w:r>
        <w:t>190149</w:t>
      </w:r>
      <w:r>
        <w:tab/>
        <w:t>Deske [gradbeni les]</w:t>
      </w:r>
    </w:p>
    <w:p w:rsidR="004611C8" w:rsidRPr="003834FA" w:rsidRDefault="004611C8" w:rsidP="00B15F7C">
      <w:pPr>
        <w:spacing w:after="40"/>
        <w:rPr>
          <w:lang w:val="fr-FR"/>
        </w:rPr>
      </w:pPr>
      <w:r>
        <w:t>190150</w:t>
      </w:r>
      <w:r>
        <w:tab/>
      </w:r>
      <w:r w:rsidRPr="003834FA">
        <w:rPr>
          <w:lang w:val="fr-FR"/>
        </w:rPr>
        <w:t>Obloge za gradbeništvo, ne iz kovine</w:t>
      </w:r>
    </w:p>
    <w:p w:rsidR="004611C8" w:rsidRPr="003834FA" w:rsidRDefault="004611C8" w:rsidP="00B15F7C">
      <w:pPr>
        <w:spacing w:after="40"/>
        <w:rPr>
          <w:lang w:val="fr-FR"/>
        </w:rPr>
      </w:pPr>
      <w:r>
        <w:t>190151</w:t>
      </w:r>
      <w:r>
        <w:tab/>
      </w:r>
      <w:r w:rsidRPr="003834FA">
        <w:rPr>
          <w:lang w:val="fr-FR"/>
        </w:rPr>
        <w:t>Strešne kritine, ne iz kovine</w:t>
      </w:r>
    </w:p>
    <w:p w:rsidR="004611C8" w:rsidRPr="003834FA" w:rsidRDefault="004611C8" w:rsidP="00B15F7C">
      <w:pPr>
        <w:spacing w:after="40"/>
        <w:rPr>
          <w:lang w:val="fr-FR"/>
        </w:rPr>
      </w:pPr>
      <w:r>
        <w:t>190152</w:t>
      </w:r>
      <w:r>
        <w:tab/>
      </w:r>
      <w:r w:rsidRPr="003834FA">
        <w:rPr>
          <w:lang w:val="fr-FR"/>
        </w:rPr>
        <w:t>Skakalne deske, ne iz kovine</w:t>
      </w:r>
    </w:p>
    <w:p w:rsidR="004611C8" w:rsidRDefault="004611C8" w:rsidP="00B15F7C">
      <w:pPr>
        <w:spacing w:after="40"/>
      </w:pPr>
      <w:r>
        <w:t>190153</w:t>
      </w:r>
      <w:r>
        <w:tab/>
        <w:t>Vrata, ne iz kovine</w:t>
      </w:r>
    </w:p>
    <w:p w:rsidR="004611C8" w:rsidRPr="003834FA" w:rsidRDefault="004611C8" w:rsidP="00B15F7C">
      <w:pPr>
        <w:spacing w:after="40"/>
        <w:rPr>
          <w:lang w:val="fr-FR"/>
        </w:rPr>
      </w:pPr>
      <w:r>
        <w:t>190154</w:t>
      </w:r>
      <w:r>
        <w:tab/>
      </w:r>
      <w:r w:rsidRPr="003834FA">
        <w:rPr>
          <w:lang w:val="fr-FR"/>
        </w:rPr>
        <w:t>Vratni paneli, ne iz kovine</w:t>
      </w:r>
    </w:p>
    <w:p w:rsidR="004611C8" w:rsidRDefault="004611C8" w:rsidP="00B15F7C">
      <w:pPr>
        <w:spacing w:after="40"/>
      </w:pPr>
      <w:r>
        <w:t>190155</w:t>
      </w:r>
      <w:r>
        <w:tab/>
        <w:t>Telegrafski drogovi, ne iz kovine</w:t>
      </w:r>
    </w:p>
    <w:p w:rsidR="004611C8" w:rsidRDefault="004611C8" w:rsidP="00B15F7C">
      <w:pPr>
        <w:spacing w:after="40"/>
      </w:pPr>
      <w:r>
        <w:t>190156</w:t>
      </w:r>
      <w:r>
        <w:tab/>
        <w:t>Nekovinski kokošnjaki</w:t>
      </w:r>
    </w:p>
    <w:p w:rsidR="004611C8" w:rsidRDefault="004611C8" w:rsidP="00B15F7C">
      <w:pPr>
        <w:spacing w:after="40"/>
      </w:pPr>
      <w:r>
        <w:t>190157</w:t>
      </w:r>
      <w:r>
        <w:tab/>
        <w:t>Gredi, ne iz kovine</w:t>
      </w:r>
    </w:p>
    <w:p w:rsidR="004611C8" w:rsidRDefault="004611C8" w:rsidP="00B15F7C">
      <w:pPr>
        <w:spacing w:after="40"/>
      </w:pPr>
      <w:r>
        <w:t>190158</w:t>
      </w:r>
      <w:r>
        <w:tab/>
        <w:t>Nekovinske montažne ploščadi</w:t>
      </w:r>
    </w:p>
    <w:p w:rsidR="004611C8" w:rsidRDefault="004611C8" w:rsidP="00B15F7C">
      <w:pPr>
        <w:spacing w:after="40"/>
      </w:pPr>
      <w:r>
        <w:t>190160</w:t>
      </w:r>
      <w:r>
        <w:tab/>
        <w:t>Zidani zbiralniki</w:t>
      </w:r>
    </w:p>
    <w:p w:rsidR="004611C8" w:rsidRDefault="004611C8" w:rsidP="00B15F7C">
      <w:pPr>
        <w:spacing w:after="40"/>
      </w:pPr>
      <w:r>
        <w:t>190161</w:t>
      </w:r>
      <w:r>
        <w:tab/>
        <w:t>Cestne prevleke (materiali)</w:t>
      </w:r>
    </w:p>
    <w:p w:rsidR="004611C8" w:rsidRDefault="004611C8" w:rsidP="00B15F7C">
      <w:pPr>
        <w:spacing w:after="40"/>
      </w:pPr>
      <w:r>
        <w:t>190162</w:t>
      </w:r>
      <w:r>
        <w:tab/>
        <w:t>Okenske police (nekovinske)</w:t>
      </w:r>
    </w:p>
    <w:p w:rsidR="004611C8" w:rsidRDefault="004611C8" w:rsidP="00B15F7C">
      <w:pPr>
        <w:spacing w:after="40"/>
      </w:pPr>
      <w:r>
        <w:t>190163</w:t>
      </w:r>
      <w:r>
        <w:tab/>
        <w:t>Trstika za gradbeništvo</w:t>
      </w:r>
    </w:p>
    <w:p w:rsidR="004611C8" w:rsidRPr="003834FA" w:rsidRDefault="004611C8" w:rsidP="00B15F7C">
      <w:pPr>
        <w:spacing w:after="40"/>
        <w:rPr>
          <w:lang w:val="fr-FR"/>
        </w:rPr>
      </w:pPr>
      <w:r>
        <w:t>190164</w:t>
      </w:r>
      <w:r>
        <w:tab/>
      </w:r>
      <w:r w:rsidRPr="003834FA">
        <w:rPr>
          <w:lang w:val="fr-FR"/>
        </w:rPr>
        <w:t>Znaki, nesvetleči in nemehanski, ne iz kovine, za ceste</w:t>
      </w:r>
    </w:p>
    <w:p w:rsidR="004611C8" w:rsidRDefault="004611C8" w:rsidP="00B15F7C">
      <w:pPr>
        <w:spacing w:after="40"/>
      </w:pPr>
      <w:r>
        <w:t>190165</w:t>
      </w:r>
      <w:r>
        <w:tab/>
        <w:t>Nekovinski znaki (nesvetleči in nemehanski)</w:t>
      </w:r>
    </w:p>
    <w:p w:rsidR="004611C8" w:rsidRDefault="004611C8" w:rsidP="00B15F7C">
      <w:pPr>
        <w:spacing w:after="40"/>
      </w:pPr>
      <w:r>
        <w:t>190166</w:t>
      </w:r>
      <w:r>
        <w:tab/>
        <w:t>Pesek (razen livarskega)</w:t>
      </w:r>
    </w:p>
    <w:p w:rsidR="004611C8" w:rsidRPr="003834FA" w:rsidRDefault="004611C8" w:rsidP="00B15F7C">
      <w:pPr>
        <w:spacing w:after="40"/>
        <w:rPr>
          <w:lang w:val="fr-FR"/>
        </w:rPr>
      </w:pPr>
      <w:r>
        <w:t>190167</w:t>
      </w:r>
      <w:r>
        <w:tab/>
      </w:r>
      <w:r w:rsidRPr="003834FA">
        <w:rPr>
          <w:lang w:val="fr-FR"/>
        </w:rPr>
        <w:t>Prenosni rastlinjaki, ne iz kovine</w:t>
      </w:r>
    </w:p>
    <w:p w:rsidR="004611C8" w:rsidRDefault="004611C8" w:rsidP="00B15F7C">
      <w:pPr>
        <w:spacing w:after="40"/>
      </w:pPr>
      <w:r>
        <w:t>190168</w:t>
      </w:r>
      <w:r>
        <w:tab/>
        <w:t>Kremen</w:t>
      </w:r>
    </w:p>
    <w:p w:rsidR="004611C8" w:rsidRDefault="004611C8" w:rsidP="00B15F7C">
      <w:pPr>
        <w:spacing w:after="40"/>
      </w:pPr>
      <w:r>
        <w:t>190169</w:t>
      </w:r>
      <w:r>
        <w:tab/>
        <w:t>Silosi, ne iz kovine</w:t>
      </w:r>
    </w:p>
    <w:p w:rsidR="004611C8" w:rsidRDefault="004611C8" w:rsidP="00B15F7C">
      <w:pPr>
        <w:spacing w:after="40"/>
      </w:pPr>
      <w:r>
        <w:t>190170</w:t>
      </w:r>
      <w:r>
        <w:tab/>
        <w:t>Kipci iz kamna, betona ali marmorja</w:t>
      </w:r>
    </w:p>
    <w:p w:rsidR="004611C8" w:rsidRDefault="004611C8" w:rsidP="00B15F7C">
      <w:pPr>
        <w:spacing w:after="40"/>
      </w:pPr>
      <w:r>
        <w:t>190171</w:t>
      </w:r>
      <w:r>
        <w:tab/>
        <w:t>Katran</w:t>
      </w:r>
    </w:p>
    <w:p w:rsidR="004611C8" w:rsidRDefault="004611C8" w:rsidP="00B15F7C">
      <w:pPr>
        <w:spacing w:after="40"/>
      </w:pPr>
      <w:r>
        <w:t>190172</w:t>
      </w:r>
      <w:r>
        <w:tab/>
        <w:t>Terakota (žgana glina)</w:t>
      </w:r>
    </w:p>
    <w:p w:rsidR="004611C8" w:rsidRDefault="004611C8" w:rsidP="00B15F7C">
      <w:pPr>
        <w:spacing w:after="40"/>
      </w:pPr>
      <w:r>
        <w:lastRenderedPageBreak/>
        <w:t>190173</w:t>
      </w:r>
      <w:r>
        <w:tab/>
        <w:t>Strešniki, ne iz kovine</w:t>
      </w:r>
    </w:p>
    <w:p w:rsidR="004611C8" w:rsidRDefault="004611C8" w:rsidP="00B15F7C">
      <w:pPr>
        <w:spacing w:after="40"/>
      </w:pPr>
      <w:r>
        <w:t>190174</w:t>
      </w:r>
      <w:r>
        <w:tab/>
        <w:t>Grobovi, ne iz kovine</w:t>
      </w:r>
    </w:p>
    <w:p w:rsidR="004611C8" w:rsidRPr="003834FA" w:rsidRDefault="004611C8" w:rsidP="00B15F7C">
      <w:pPr>
        <w:spacing w:after="40"/>
        <w:rPr>
          <w:lang w:val="fr-FR"/>
        </w:rPr>
      </w:pPr>
      <w:r>
        <w:t>190175</w:t>
      </w:r>
      <w:r>
        <w:tab/>
      </w:r>
      <w:r w:rsidRPr="003834FA">
        <w:rPr>
          <w:lang w:val="fr-FR"/>
        </w:rPr>
        <w:t>Vrtne ute [ogrodje ni iz kovine]</w:t>
      </w:r>
    </w:p>
    <w:p w:rsidR="004611C8" w:rsidRDefault="004611C8" w:rsidP="00B15F7C">
      <w:pPr>
        <w:spacing w:after="40"/>
      </w:pPr>
      <w:r>
        <w:t>190178</w:t>
      </w:r>
      <w:r>
        <w:tab/>
        <w:t>Nekovinske toge cevi [gradbeništvo]</w:t>
      </w:r>
    </w:p>
    <w:p w:rsidR="004611C8" w:rsidRDefault="004611C8" w:rsidP="00B15F7C">
      <w:pPr>
        <w:spacing w:after="40"/>
      </w:pPr>
      <w:r>
        <w:t>190179</w:t>
      </w:r>
      <w:r>
        <w:tab/>
        <w:t>Nekovinske okenske line s premično oknico</w:t>
      </w:r>
    </w:p>
    <w:p w:rsidR="004611C8" w:rsidRDefault="004611C8" w:rsidP="00B15F7C">
      <w:pPr>
        <w:spacing w:after="40"/>
      </w:pPr>
      <w:r>
        <w:t>190180</w:t>
      </w:r>
      <w:r>
        <w:tab/>
        <w:t>Izolacijsko steklo za gradbeništvo</w:t>
      </w:r>
    </w:p>
    <w:p w:rsidR="004611C8" w:rsidRDefault="004611C8" w:rsidP="00B15F7C">
      <w:pPr>
        <w:spacing w:after="40"/>
      </w:pPr>
      <w:r>
        <w:t>190181</w:t>
      </w:r>
      <w:r>
        <w:tab/>
        <w:t>Okensko steklo (razen stekla za okna vozil)</w:t>
      </w:r>
    </w:p>
    <w:p w:rsidR="004611C8" w:rsidRDefault="004611C8" w:rsidP="00B15F7C">
      <w:pPr>
        <w:spacing w:after="40"/>
      </w:pPr>
      <w:r>
        <w:t>190182</w:t>
      </w:r>
      <w:r>
        <w:tab/>
        <w:t>Okna iz barvnega stekla</w:t>
      </w:r>
    </w:p>
    <w:p w:rsidR="004611C8" w:rsidRDefault="004611C8" w:rsidP="00B15F7C">
      <w:pPr>
        <w:spacing w:after="40"/>
      </w:pPr>
      <w:r>
        <w:t>190183</w:t>
      </w:r>
      <w:r>
        <w:tab/>
        <w:t>Okensko steklo, za gradbeništvo</w:t>
      </w:r>
    </w:p>
    <w:p w:rsidR="004611C8" w:rsidRDefault="004611C8" w:rsidP="00B15F7C">
      <w:pPr>
        <w:spacing w:after="40"/>
      </w:pPr>
      <w:r>
        <w:t>190184</w:t>
      </w:r>
      <w:r>
        <w:tab/>
        <w:t>Večje ptičje kletke (nekovinske)</w:t>
      </w:r>
    </w:p>
    <w:p w:rsidR="004611C8" w:rsidRDefault="004611C8" w:rsidP="00B15F7C">
      <w:pPr>
        <w:spacing w:after="40"/>
      </w:pPr>
      <w:r>
        <w:t>190185</w:t>
      </w:r>
      <w:r>
        <w:tab/>
        <w:t>Leseni štirioglati klini, za spajanje lesenih delov [tesarstvo]</w:t>
      </w:r>
    </w:p>
    <w:p w:rsidR="004611C8" w:rsidRDefault="004611C8" w:rsidP="00B15F7C">
      <w:pPr>
        <w:spacing w:after="40"/>
      </w:pPr>
      <w:r>
        <w:t>190186</w:t>
      </w:r>
      <w:r>
        <w:tab/>
        <w:t>Ksilolit</w:t>
      </w:r>
    </w:p>
    <w:p w:rsidR="004611C8" w:rsidRDefault="004611C8" w:rsidP="00B15F7C">
      <w:pPr>
        <w:spacing w:after="40"/>
      </w:pPr>
      <w:r>
        <w:t>190187</w:t>
      </w:r>
      <w:r>
        <w:tab/>
        <w:t>Nekovinski sidrni privezniki</w:t>
      </w:r>
    </w:p>
    <w:p w:rsidR="004611C8" w:rsidRDefault="004611C8" w:rsidP="00B15F7C">
      <w:pPr>
        <w:spacing w:after="40"/>
      </w:pPr>
      <w:r>
        <w:t>190188</w:t>
      </w:r>
      <w:r>
        <w:tab/>
        <w:t>Nekovinski plavajoči doki za privez čolnov</w:t>
      </w:r>
    </w:p>
    <w:p w:rsidR="004611C8" w:rsidRDefault="004611C8" w:rsidP="00B15F7C">
      <w:pPr>
        <w:spacing w:after="40"/>
      </w:pPr>
      <w:r>
        <w:t>190189</w:t>
      </w:r>
      <w:r>
        <w:tab/>
        <w:t>Stenski paneli, nekovinski</w:t>
      </w:r>
    </w:p>
    <w:p w:rsidR="004611C8" w:rsidRDefault="004611C8" w:rsidP="00B15F7C">
      <w:pPr>
        <w:spacing w:after="40"/>
      </w:pPr>
      <w:r>
        <w:t>190190</w:t>
      </w:r>
      <w:r>
        <w:tab/>
        <w:t>Akvariji [ogrodja]</w:t>
      </w:r>
    </w:p>
    <w:p w:rsidR="004611C8" w:rsidRDefault="004611C8" w:rsidP="00B15F7C">
      <w:pPr>
        <w:spacing w:after="40"/>
      </w:pPr>
      <w:r>
        <w:t>190191</w:t>
      </w:r>
      <w:r>
        <w:tab/>
        <w:t>Nekovinske armature za gradbeništvo</w:t>
      </w:r>
    </w:p>
    <w:p w:rsidR="004611C8" w:rsidRDefault="004611C8" w:rsidP="00B15F7C">
      <w:pPr>
        <w:spacing w:after="40"/>
      </w:pPr>
      <w:r>
        <w:t>190192</w:t>
      </w:r>
      <w:r>
        <w:tab/>
        <w:t>Varnostno steklo</w:t>
      </w:r>
    </w:p>
    <w:p w:rsidR="004611C8" w:rsidRDefault="004611C8" w:rsidP="00B15F7C">
      <w:pPr>
        <w:spacing w:after="40"/>
      </w:pPr>
      <w:r>
        <w:t>190193</w:t>
      </w:r>
      <w:r>
        <w:tab/>
        <w:t>Umetniški izdelki iz kamna, betona ali marmorja</w:t>
      </w:r>
    </w:p>
    <w:p w:rsidR="004611C8" w:rsidRPr="003834FA" w:rsidRDefault="004611C8" w:rsidP="00B15F7C">
      <w:pPr>
        <w:spacing w:after="40"/>
        <w:rPr>
          <w:lang w:val="fr-FR"/>
        </w:rPr>
      </w:pPr>
      <w:r>
        <w:t>190194</w:t>
      </w:r>
      <w:r>
        <w:tab/>
      </w:r>
      <w:r w:rsidRPr="003834FA">
        <w:rPr>
          <w:lang w:val="fr-FR"/>
        </w:rPr>
        <w:t>Ptičje banjice [konstrukcije, ne iz kovine]</w:t>
      </w:r>
    </w:p>
    <w:p w:rsidR="004611C8" w:rsidRDefault="004611C8" w:rsidP="00B15F7C">
      <w:pPr>
        <w:spacing w:after="40"/>
      </w:pPr>
      <w:r>
        <w:t>190195</w:t>
      </w:r>
      <w:r>
        <w:tab/>
        <w:t>Nekovinske boje, nesvetleče</w:t>
      </w:r>
    </w:p>
    <w:p w:rsidR="004611C8" w:rsidRPr="003834FA" w:rsidRDefault="004611C8" w:rsidP="00B15F7C">
      <w:pPr>
        <w:spacing w:after="40"/>
        <w:rPr>
          <w:lang w:val="fr-FR"/>
        </w:rPr>
      </w:pPr>
      <w:r>
        <w:t>190196</w:t>
      </w:r>
      <w:r>
        <w:tab/>
      </w:r>
      <w:r w:rsidRPr="003834FA">
        <w:rPr>
          <w:lang w:val="fr-FR"/>
        </w:rPr>
        <w:t>Plavalni bazeni [konstrukcije, ne iz kovine]</w:t>
      </w:r>
    </w:p>
    <w:p w:rsidR="004611C8" w:rsidRPr="003834FA" w:rsidRDefault="004611C8" w:rsidP="00B15F7C">
      <w:pPr>
        <w:spacing w:after="40"/>
        <w:rPr>
          <w:lang w:val="fr-FR"/>
        </w:rPr>
      </w:pPr>
      <w:r>
        <w:t>190198</w:t>
      </w:r>
      <w:r>
        <w:tab/>
      </w:r>
      <w:r w:rsidRPr="003834FA">
        <w:rPr>
          <w:lang w:val="fr-FR"/>
        </w:rPr>
        <w:t>Opaži za beton, ne iz kovine</w:t>
      </w:r>
    </w:p>
    <w:p w:rsidR="004611C8" w:rsidRPr="003834FA" w:rsidRDefault="004611C8" w:rsidP="00B15F7C">
      <w:pPr>
        <w:spacing w:after="40"/>
        <w:rPr>
          <w:lang w:val="fr-FR"/>
        </w:rPr>
      </w:pPr>
      <w:r>
        <w:t>190199</w:t>
      </w:r>
      <w:r>
        <w:tab/>
      </w:r>
      <w:r w:rsidRPr="003834FA">
        <w:rPr>
          <w:lang w:val="fr-FR"/>
        </w:rPr>
        <w:t>Kolesarska stojala za parkiranje, ne iz kovine</w:t>
      </w:r>
    </w:p>
    <w:p w:rsidR="004611C8" w:rsidRDefault="004611C8" w:rsidP="00B15F7C">
      <w:pPr>
        <w:spacing w:after="40"/>
      </w:pPr>
      <w:r>
        <w:t>190200</w:t>
      </w:r>
      <w:r>
        <w:tab/>
        <w:t>Tlakovci iz nekovinskih materialov</w:t>
      </w:r>
    </w:p>
    <w:p w:rsidR="004611C8" w:rsidRDefault="004611C8" w:rsidP="00B15F7C">
      <w:pPr>
        <w:spacing w:after="40"/>
      </w:pPr>
      <w:r>
        <w:t>190201</w:t>
      </w:r>
      <w:r>
        <w:tab/>
        <w:t>Plošče iz lesne kaše za gradbeništvo</w:t>
      </w:r>
    </w:p>
    <w:p w:rsidR="004611C8" w:rsidRDefault="004611C8" w:rsidP="00B15F7C">
      <w:pPr>
        <w:spacing w:after="40"/>
      </w:pPr>
      <w:r>
        <w:t>190202</w:t>
      </w:r>
      <w:r>
        <w:tab/>
        <w:t xml:space="preserve">Doprsni kipi iz </w:t>
      </w:r>
      <w:proofErr w:type="gramStart"/>
      <w:r>
        <w:t>kamna,betona</w:t>
      </w:r>
      <w:proofErr w:type="gramEnd"/>
      <w:r>
        <w:t xml:space="preserve"> ali marmorja</w:t>
      </w:r>
    </w:p>
    <w:p w:rsidR="004611C8" w:rsidRPr="003834FA" w:rsidRDefault="004611C8" w:rsidP="00B15F7C">
      <w:pPr>
        <w:spacing w:after="40"/>
        <w:rPr>
          <w:lang w:val="fr-FR"/>
        </w:rPr>
      </w:pPr>
      <w:r>
        <w:t>190203</w:t>
      </w:r>
      <w:r>
        <w:tab/>
      </w:r>
      <w:r w:rsidRPr="003834FA">
        <w:rPr>
          <w:lang w:val="fr-FR"/>
        </w:rPr>
        <w:t>Kopalne kabine, ne iz kovine</w:t>
      </w:r>
    </w:p>
    <w:p w:rsidR="004611C8" w:rsidRPr="003834FA" w:rsidRDefault="004611C8" w:rsidP="00B15F7C">
      <w:pPr>
        <w:spacing w:after="40"/>
        <w:rPr>
          <w:lang w:val="fr-FR"/>
        </w:rPr>
      </w:pPr>
      <w:r>
        <w:t>190205</w:t>
      </w:r>
      <w:r>
        <w:tab/>
      </w:r>
      <w:r w:rsidRPr="003834FA">
        <w:rPr>
          <w:lang w:val="fr-FR"/>
        </w:rPr>
        <w:t>Lakirne kabine, ne iz kovine</w:t>
      </w:r>
    </w:p>
    <w:p w:rsidR="004611C8" w:rsidRDefault="004611C8" w:rsidP="00B15F7C">
      <w:pPr>
        <w:spacing w:after="40"/>
      </w:pPr>
      <w:r>
        <w:t>190206</w:t>
      </w:r>
      <w:r>
        <w:tab/>
        <w:t>Nekovinski stebri</w:t>
      </w:r>
    </w:p>
    <w:p w:rsidR="004611C8" w:rsidRDefault="004611C8" w:rsidP="00B15F7C">
      <w:pPr>
        <w:spacing w:after="40"/>
      </w:pPr>
      <w:r>
        <w:t>190208</w:t>
      </w:r>
      <w:r>
        <w:tab/>
        <w:t>Okenski okvirji, nekovinski</w:t>
      </w:r>
    </w:p>
    <w:p w:rsidR="004611C8" w:rsidRPr="003834FA" w:rsidRDefault="004611C8" w:rsidP="00B15F7C">
      <w:pPr>
        <w:spacing w:after="40"/>
        <w:rPr>
          <w:lang w:val="fr-FR"/>
        </w:rPr>
      </w:pPr>
      <w:r>
        <w:t>190210</w:t>
      </w:r>
      <w:r>
        <w:tab/>
      </w:r>
      <w:r w:rsidRPr="003834FA">
        <w:rPr>
          <w:lang w:val="fr-FR"/>
        </w:rPr>
        <w:t>Okvirji za rastlinjake, ne iz kovine</w:t>
      </w:r>
    </w:p>
    <w:p w:rsidR="004611C8" w:rsidRDefault="004611C8" w:rsidP="00B15F7C">
      <w:pPr>
        <w:spacing w:after="40"/>
      </w:pPr>
      <w:r>
        <w:t>190211</w:t>
      </w:r>
      <w:r>
        <w:tab/>
        <w:t>Apnenčasti lapor</w:t>
      </w:r>
    </w:p>
    <w:p w:rsidR="004611C8" w:rsidRDefault="004611C8" w:rsidP="00B15F7C">
      <w:pPr>
        <w:spacing w:after="40"/>
      </w:pPr>
      <w:r>
        <w:t>190212</w:t>
      </w:r>
      <w:r>
        <w:tab/>
        <w:t>Nekovinske dimniške kape</w:t>
      </w:r>
    </w:p>
    <w:p w:rsidR="004611C8" w:rsidRDefault="004611C8" w:rsidP="00B15F7C">
      <w:pPr>
        <w:spacing w:after="40"/>
      </w:pPr>
      <w:r>
        <w:t>190213</w:t>
      </w:r>
      <w:r>
        <w:tab/>
        <w:t>Stenske ploščice za gradbeništvo, ne iz kovine</w:t>
      </w:r>
    </w:p>
    <w:p w:rsidR="004611C8" w:rsidRPr="003834FA" w:rsidRDefault="004611C8" w:rsidP="00B15F7C">
      <w:pPr>
        <w:spacing w:after="40"/>
        <w:rPr>
          <w:lang w:val="fr-FR"/>
        </w:rPr>
      </w:pPr>
      <w:r>
        <w:t>190214</w:t>
      </w:r>
      <w:r>
        <w:tab/>
      </w:r>
      <w:r w:rsidRPr="003834FA">
        <w:rPr>
          <w:lang w:val="fr-FR"/>
        </w:rPr>
        <w:t>Talne ploščice, ne iz kovine</w:t>
      </w:r>
    </w:p>
    <w:p w:rsidR="004611C8" w:rsidRDefault="004611C8" w:rsidP="00B15F7C">
      <w:pPr>
        <w:spacing w:after="40"/>
      </w:pPr>
      <w:r>
        <w:t>190215</w:t>
      </w:r>
      <w:r>
        <w:tab/>
        <w:t>Grobnice, ne iz kovine</w:t>
      </w:r>
    </w:p>
    <w:p w:rsidR="004611C8" w:rsidRPr="003834FA" w:rsidRDefault="004611C8" w:rsidP="00B15F7C">
      <w:pPr>
        <w:spacing w:after="40"/>
        <w:rPr>
          <w:lang w:val="fr-FR"/>
        </w:rPr>
      </w:pPr>
      <w:r>
        <w:t>190216</w:t>
      </w:r>
      <w:r>
        <w:tab/>
      </w:r>
      <w:r w:rsidRPr="003834FA">
        <w:rPr>
          <w:lang w:val="fr-FR"/>
        </w:rPr>
        <w:t>Dimniške kape, ne iz kovine</w:t>
      </w:r>
    </w:p>
    <w:p w:rsidR="004611C8" w:rsidRDefault="004611C8" w:rsidP="00B15F7C">
      <w:pPr>
        <w:spacing w:after="40"/>
      </w:pPr>
      <w:r>
        <w:t>190217</w:t>
      </w:r>
      <w:r>
        <w:tab/>
        <w:t>Nekovinski podaljški za dimnike</w:t>
      </w:r>
    </w:p>
    <w:p w:rsidR="004611C8" w:rsidRPr="003834FA" w:rsidRDefault="004611C8" w:rsidP="00B15F7C">
      <w:pPr>
        <w:spacing w:after="40"/>
        <w:rPr>
          <w:lang w:val="fr-FR"/>
        </w:rPr>
      </w:pPr>
      <w:r>
        <w:t>190218</w:t>
      </w:r>
      <w:r>
        <w:tab/>
      </w:r>
      <w:r w:rsidRPr="003834FA">
        <w:rPr>
          <w:lang w:val="fr-FR"/>
        </w:rPr>
        <w:t>Dimniške cevi, ne iz kovine</w:t>
      </w:r>
    </w:p>
    <w:p w:rsidR="004611C8" w:rsidRPr="003834FA" w:rsidRDefault="004611C8" w:rsidP="00B15F7C">
      <w:pPr>
        <w:spacing w:after="40"/>
        <w:rPr>
          <w:lang w:val="fr-FR"/>
        </w:rPr>
      </w:pPr>
      <w:r>
        <w:t>190219</w:t>
      </w:r>
      <w:r>
        <w:tab/>
      </w:r>
      <w:r w:rsidRPr="003834FA">
        <w:rPr>
          <w:lang w:val="fr-FR"/>
        </w:rPr>
        <w:t>Tlakovne plošče, ne iz kovine</w:t>
      </w:r>
    </w:p>
    <w:p w:rsidR="004611C8" w:rsidRPr="003834FA" w:rsidRDefault="004611C8" w:rsidP="00B15F7C">
      <w:pPr>
        <w:spacing w:after="40"/>
        <w:rPr>
          <w:lang w:val="fr-FR"/>
        </w:rPr>
      </w:pPr>
      <w:r>
        <w:t>190220</w:t>
      </w:r>
      <w:r>
        <w:tab/>
      </w:r>
      <w:r w:rsidRPr="003834FA">
        <w:rPr>
          <w:lang w:val="fr-FR"/>
        </w:rPr>
        <w:t>Drenažne cevi, ne iz kovine</w:t>
      </w:r>
    </w:p>
    <w:p w:rsidR="004611C8" w:rsidRDefault="004611C8" w:rsidP="00B15F7C">
      <w:pPr>
        <w:spacing w:after="40"/>
      </w:pPr>
      <w:r>
        <w:t>190222</w:t>
      </w:r>
      <w:r>
        <w:tab/>
        <w:t>Stopnišča, ne iz kovine</w:t>
      </w:r>
    </w:p>
    <w:p w:rsidR="004611C8" w:rsidRPr="003834FA" w:rsidRDefault="004611C8" w:rsidP="00B15F7C">
      <w:pPr>
        <w:spacing w:after="40"/>
        <w:rPr>
          <w:lang w:val="fr-FR"/>
        </w:rPr>
      </w:pPr>
      <w:r>
        <w:t>190223</w:t>
      </w:r>
      <w:r>
        <w:tab/>
      </w:r>
      <w:r w:rsidRPr="003834FA">
        <w:rPr>
          <w:lang w:val="fr-FR"/>
        </w:rPr>
        <w:t>Gradbeni paneli, ne iz kovine</w:t>
      </w:r>
    </w:p>
    <w:p w:rsidR="004611C8" w:rsidRPr="003834FA" w:rsidRDefault="004611C8" w:rsidP="00B15F7C">
      <w:pPr>
        <w:spacing w:after="40"/>
        <w:rPr>
          <w:lang w:val="fr-FR"/>
        </w:rPr>
      </w:pPr>
      <w:r>
        <w:t>190225</w:t>
      </w:r>
      <w:r>
        <w:tab/>
      </w:r>
      <w:r w:rsidRPr="003834FA">
        <w:rPr>
          <w:lang w:val="fr-FR"/>
        </w:rPr>
        <w:t>Nagrobni spomeniki, ne iz kovine</w:t>
      </w:r>
    </w:p>
    <w:p w:rsidR="004611C8" w:rsidRDefault="004611C8" w:rsidP="00B15F7C">
      <w:pPr>
        <w:spacing w:after="40"/>
      </w:pPr>
      <w:r>
        <w:t>190226</w:t>
      </w:r>
      <w:r>
        <w:tab/>
        <w:t>Pokončen nagrobni steber (plošča), nekovinski</w:t>
      </w:r>
    </w:p>
    <w:p w:rsidR="004611C8" w:rsidRDefault="004611C8" w:rsidP="00B15F7C">
      <w:pPr>
        <w:spacing w:after="40"/>
      </w:pPr>
      <w:r>
        <w:t>190227</w:t>
      </w:r>
      <w:r>
        <w:tab/>
        <w:t>Nekovinske cestne varovalne ograje</w:t>
      </w:r>
    </w:p>
    <w:p w:rsidR="004611C8" w:rsidRDefault="004611C8" w:rsidP="00B15F7C">
      <w:pPr>
        <w:spacing w:after="40"/>
      </w:pPr>
      <w:r>
        <w:t>190228</w:t>
      </w:r>
      <w:r>
        <w:tab/>
        <w:t>Zidani poštni nabiralniki</w:t>
      </w:r>
    </w:p>
    <w:p w:rsidR="004611C8" w:rsidRDefault="004611C8" w:rsidP="00B15F7C">
      <w:pPr>
        <w:spacing w:after="40"/>
      </w:pPr>
      <w:r>
        <w:t>190231</w:t>
      </w:r>
      <w:r>
        <w:tab/>
        <w:t>Aglomerirane trsne palice [gradbeni material]</w:t>
      </w:r>
    </w:p>
    <w:p w:rsidR="004611C8" w:rsidRDefault="004611C8" w:rsidP="00B15F7C">
      <w:pPr>
        <w:spacing w:after="40"/>
      </w:pPr>
      <w:r>
        <w:t>190232</w:t>
      </w:r>
      <w:r>
        <w:tab/>
        <w:t>Nekovinski tlačni cevovodi</w:t>
      </w:r>
    </w:p>
    <w:p w:rsidR="004611C8" w:rsidRDefault="004611C8" w:rsidP="00B15F7C">
      <w:pPr>
        <w:spacing w:after="40"/>
      </w:pPr>
      <w:r>
        <w:t>190233</w:t>
      </w:r>
      <w:r>
        <w:tab/>
        <w:t>Akvarijski prod</w:t>
      </w:r>
    </w:p>
    <w:p w:rsidR="004611C8" w:rsidRDefault="004611C8" w:rsidP="00B15F7C">
      <w:pPr>
        <w:spacing w:after="40"/>
      </w:pPr>
      <w:r>
        <w:t>190234</w:t>
      </w:r>
      <w:r>
        <w:tab/>
        <w:t>Akvarijski pesek</w:t>
      </w:r>
    </w:p>
    <w:p w:rsidR="004611C8" w:rsidRDefault="004611C8" w:rsidP="00B15F7C">
      <w:pPr>
        <w:spacing w:after="40"/>
      </w:pPr>
      <w:r>
        <w:t>190235</w:t>
      </w:r>
      <w:r>
        <w:tab/>
        <w:t>Nekovinski vodi za ventilacijske in klimatizacijske naprave</w:t>
      </w:r>
    </w:p>
    <w:p w:rsidR="004611C8" w:rsidRDefault="004611C8" w:rsidP="00B15F7C">
      <w:pPr>
        <w:spacing w:after="40"/>
      </w:pPr>
      <w:r>
        <w:t>190236</w:t>
      </w:r>
      <w:r>
        <w:tab/>
        <w:t>Geotekstilije</w:t>
      </w:r>
    </w:p>
    <w:p w:rsidR="004611C8" w:rsidRDefault="004611C8" w:rsidP="00B15F7C">
      <w:pPr>
        <w:spacing w:after="40"/>
      </w:pPr>
      <w:r>
        <w:t>190237</w:t>
      </w:r>
      <w:r>
        <w:tab/>
        <w:t>Lomljenec</w:t>
      </w:r>
    </w:p>
    <w:p w:rsidR="004611C8" w:rsidRDefault="004611C8" w:rsidP="00B15F7C">
      <w:pPr>
        <w:spacing w:after="40"/>
      </w:pPr>
      <w:r>
        <w:t>190238</w:t>
      </w:r>
      <w:r>
        <w:tab/>
        <w:t>Zunanje vinilne obloge</w:t>
      </w:r>
    </w:p>
    <w:p w:rsidR="004611C8" w:rsidRDefault="004611C8" w:rsidP="00B15F7C">
      <w:pPr>
        <w:spacing w:after="40"/>
      </w:pPr>
      <w:r>
        <w:t>190239</w:t>
      </w:r>
      <w:r>
        <w:tab/>
        <w:t>Nekovinski zasloni proti insektom</w:t>
      </w:r>
    </w:p>
    <w:p w:rsidR="004611C8" w:rsidRDefault="004611C8" w:rsidP="00B15F7C">
      <w:pPr>
        <w:spacing w:after="40"/>
      </w:pPr>
      <w:r>
        <w:t>190240</w:t>
      </w:r>
      <w:r>
        <w:tab/>
        <w:t>Ostrešja (nekovinska), ki vsebujejo sončne celice</w:t>
      </w:r>
    </w:p>
    <w:p w:rsidR="004611C8" w:rsidRDefault="004611C8" w:rsidP="00B15F7C">
      <w:pPr>
        <w:spacing w:after="40"/>
      </w:pPr>
      <w:r>
        <w:t>190241</w:t>
      </w:r>
      <w:r>
        <w:tab/>
        <w:t>Talne plošče</w:t>
      </w:r>
    </w:p>
    <w:p w:rsidR="004611C8" w:rsidRDefault="004611C8" w:rsidP="00B15F7C">
      <w:pPr>
        <w:spacing w:after="40"/>
      </w:pPr>
      <w:r>
        <w:t>190242</w:t>
      </w:r>
      <w:r>
        <w:tab/>
        <w:t>Ognjevarni gradbeni materiali, nekovinski</w:t>
      </w:r>
    </w:p>
    <w:p w:rsidR="004611C8" w:rsidRDefault="004611C8" w:rsidP="00B15F7C">
      <w:pPr>
        <w:spacing w:after="40"/>
      </w:pPr>
      <w:r>
        <w:t>190243</w:t>
      </w:r>
      <w:r>
        <w:tab/>
        <w:t>Nekovinske montažne hiše [pripravljene za montažo]</w:t>
      </w:r>
    </w:p>
    <w:p w:rsidR="004611C8" w:rsidRDefault="004611C8" w:rsidP="00B15F7C">
      <w:pPr>
        <w:spacing w:after="40"/>
      </w:pPr>
      <w:r>
        <w:t>190244</w:t>
      </w:r>
      <w:r>
        <w:tab/>
        <w:t>Porfir [kamen]</w:t>
      </w:r>
    </w:p>
    <w:p w:rsidR="004611C8" w:rsidRPr="003834FA" w:rsidRDefault="004611C8" w:rsidP="00B15F7C">
      <w:pPr>
        <w:spacing w:after="40"/>
        <w:rPr>
          <w:lang w:val="fr-FR"/>
        </w:rPr>
      </w:pPr>
      <w:r>
        <w:t>190245</w:t>
      </w:r>
      <w:r>
        <w:tab/>
      </w:r>
      <w:r w:rsidRPr="003834FA">
        <w:rPr>
          <w:lang w:val="fr-FR"/>
        </w:rPr>
        <w:t>Žlebovi (cestni), ne iz kovine</w:t>
      </w:r>
    </w:p>
    <w:p w:rsidR="004611C8" w:rsidRDefault="004611C8" w:rsidP="00B15F7C">
      <w:pPr>
        <w:spacing w:after="40"/>
      </w:pPr>
      <w:r>
        <w:t>190246</w:t>
      </w:r>
      <w:r>
        <w:tab/>
        <w:t>Nekovinski vrtljivi križi</w:t>
      </w:r>
    </w:p>
    <w:p w:rsidR="004611C8" w:rsidRPr="003834FA" w:rsidRDefault="004611C8" w:rsidP="00B15F7C">
      <w:pPr>
        <w:spacing w:after="40"/>
        <w:rPr>
          <w:lang w:val="fr-FR"/>
        </w:rPr>
      </w:pPr>
      <w:r>
        <w:t>190247</w:t>
      </w:r>
      <w:r>
        <w:tab/>
      </w:r>
      <w:r w:rsidRPr="003834FA">
        <w:rPr>
          <w:lang w:val="fr-FR"/>
        </w:rPr>
        <w:t>Nagrobne plošče, ne iz kovine</w:t>
      </w:r>
    </w:p>
    <w:p w:rsidR="004611C8" w:rsidRDefault="004611C8" w:rsidP="00B15F7C">
      <w:pPr>
        <w:spacing w:after="40"/>
      </w:pPr>
      <w:r>
        <w:t>190248</w:t>
      </w:r>
      <w:r>
        <w:tab/>
        <w:t>Lesene talne plošče</w:t>
      </w:r>
    </w:p>
    <w:p w:rsidR="004611C8" w:rsidRDefault="004611C8" w:rsidP="00B15F7C">
      <w:pPr>
        <w:spacing w:after="40"/>
      </w:pPr>
      <w:r>
        <w:t>190249</w:t>
      </w:r>
      <w:r>
        <w:tab/>
        <w:t>Talne obloge iz ploščic, nekovinske</w:t>
      </w:r>
    </w:p>
    <w:p w:rsidR="004611C8" w:rsidRPr="003834FA" w:rsidRDefault="004611C8" w:rsidP="00B15F7C">
      <w:pPr>
        <w:spacing w:after="40"/>
        <w:rPr>
          <w:lang w:val="fr-FR"/>
        </w:rPr>
      </w:pPr>
      <w:r>
        <w:t>190250</w:t>
      </w:r>
      <w:r>
        <w:tab/>
      </w:r>
      <w:r w:rsidRPr="003834FA">
        <w:rPr>
          <w:lang w:val="fr-FR"/>
        </w:rPr>
        <w:t>Keramični strešniki, ne iz kovine</w:t>
      </w:r>
    </w:p>
    <w:p w:rsidR="004611C8" w:rsidRPr="003834FA" w:rsidRDefault="004611C8" w:rsidP="00B15F7C">
      <w:pPr>
        <w:spacing w:after="40"/>
        <w:rPr>
          <w:lang w:val="fr-FR"/>
        </w:rPr>
      </w:pPr>
      <w:r>
        <w:t>190251</w:t>
      </w:r>
      <w:r>
        <w:tab/>
      </w:r>
      <w:r w:rsidRPr="003834FA">
        <w:rPr>
          <w:lang w:val="fr-FR"/>
        </w:rPr>
        <w:t>Stenske ploščice, ne iz kovine</w:t>
      </w:r>
    </w:p>
    <w:p w:rsidR="004611C8" w:rsidRDefault="004611C8" w:rsidP="00B15F7C">
      <w:pPr>
        <w:spacing w:after="40"/>
      </w:pPr>
      <w:r>
        <w:t>190252</w:t>
      </w:r>
      <w:r>
        <w:tab/>
        <w:t>Nekovinske gradbene komponente v obliki plošč</w:t>
      </w:r>
    </w:p>
    <w:p w:rsidR="004611C8" w:rsidRDefault="004611C8" w:rsidP="00B15F7C">
      <w:pPr>
        <w:spacing w:after="40"/>
      </w:pPr>
      <w:r>
        <w:t>190253</w:t>
      </w:r>
      <w:r>
        <w:tab/>
        <w:t>Kristalni kremen</w:t>
      </w:r>
    </w:p>
    <w:p w:rsidR="004611C8" w:rsidRDefault="004611C8" w:rsidP="00B15F7C">
      <w:pPr>
        <w:spacing w:after="40"/>
      </w:pPr>
      <w:r>
        <w:t>190255</w:t>
      </w:r>
      <w:r>
        <w:tab/>
        <w:t>Emajlirano steklo, za gradbeništvo</w:t>
      </w:r>
    </w:p>
    <w:p w:rsidR="004611C8" w:rsidRDefault="004611C8" w:rsidP="00B15F7C">
      <w:pPr>
        <w:spacing w:after="40"/>
      </w:pPr>
      <w:r>
        <w:t>190256</w:t>
      </w:r>
      <w:r>
        <w:tab/>
        <w:t>Nekovinski stebri za gradbeništvo</w:t>
      </w:r>
    </w:p>
    <w:p w:rsidR="004611C8" w:rsidRDefault="004611C8" w:rsidP="00B15F7C">
      <w:pPr>
        <w:spacing w:after="40"/>
      </w:pPr>
      <w:r>
        <w:t>190257</w:t>
      </w:r>
      <w:r>
        <w:tab/>
        <w:t>Nekovinski nosilci za gradbeništvo</w:t>
      </w:r>
    </w:p>
    <w:p w:rsidR="004611C8" w:rsidRPr="003834FA" w:rsidRDefault="004611C8" w:rsidP="00B15F7C">
      <w:pPr>
        <w:spacing w:after="40"/>
        <w:rPr>
          <w:lang w:val="fr-FR"/>
        </w:rPr>
      </w:pPr>
      <w:r>
        <w:t>190258</w:t>
      </w:r>
      <w:r>
        <w:tab/>
      </w:r>
      <w:r w:rsidRPr="003834FA">
        <w:rPr>
          <w:lang w:val="fr-FR"/>
        </w:rPr>
        <w:t>Zunanje obloge, ne iz kovine</w:t>
      </w:r>
    </w:p>
    <w:p w:rsidR="004611C8" w:rsidRDefault="004611C8" w:rsidP="00B15F7C">
      <w:pPr>
        <w:spacing w:after="40"/>
      </w:pPr>
      <w:r>
        <w:t>190259</w:t>
      </w:r>
      <w:r>
        <w:tab/>
        <w:t>Plastične obrobe za oblikovanje zunanjih površin</w:t>
      </w:r>
    </w:p>
    <w:p w:rsidR="004611C8" w:rsidRDefault="004611C8" w:rsidP="00B15F7C">
      <w:pPr>
        <w:spacing w:after="40"/>
      </w:pPr>
      <w:r>
        <w:t>190260</w:t>
      </w:r>
      <w:r>
        <w:tab/>
        <w:t>Gumijasti ležaji za potresno izolacijo stavb</w:t>
      </w:r>
    </w:p>
    <w:p w:rsidR="004611C8" w:rsidRPr="003834FA" w:rsidRDefault="004611C8" w:rsidP="00B15F7C">
      <w:pPr>
        <w:spacing w:after="40"/>
        <w:rPr>
          <w:lang w:val="fr-FR"/>
        </w:rPr>
      </w:pPr>
      <w:r>
        <w:t>190262</w:t>
      </w:r>
      <w:r>
        <w:tab/>
      </w:r>
      <w:r w:rsidRPr="003834FA">
        <w:rPr>
          <w:lang w:val="fr-FR"/>
        </w:rPr>
        <w:t>Drogovi za zastave, ne iz kovine</w:t>
      </w:r>
    </w:p>
    <w:p w:rsidR="004611C8" w:rsidRDefault="004611C8" w:rsidP="00B15F7C">
      <w:pPr>
        <w:spacing w:after="40"/>
      </w:pPr>
      <w:r>
        <w:t>190263</w:t>
      </w:r>
      <w:r>
        <w:tab/>
        <w:t>Nihajna vrata, nekovinska</w:t>
      </w:r>
    </w:p>
    <w:p w:rsidR="004611C8" w:rsidRDefault="004611C8" w:rsidP="00B15F7C">
      <w:pPr>
        <w:spacing w:after="40"/>
      </w:pPr>
      <w:r>
        <w:t>190264</w:t>
      </w:r>
      <w:r>
        <w:tab/>
        <w:t>Nekovinska vrata v obliki harmonike</w:t>
      </w:r>
    </w:p>
    <w:p w:rsidR="004611C8" w:rsidRDefault="004611C8" w:rsidP="00B15F7C">
      <w:pPr>
        <w:spacing w:after="40"/>
      </w:pPr>
      <w:r>
        <w:t>190265</w:t>
      </w:r>
      <w:r>
        <w:tab/>
        <w:t>Zvočno izolirane kabine, prenosne, nekovinske</w:t>
      </w:r>
    </w:p>
    <w:p w:rsidR="004611C8" w:rsidRDefault="004611C8" w:rsidP="00B15F7C">
      <w:pPr>
        <w:spacing w:after="40"/>
      </w:pPr>
      <w:r>
        <w:t>190266</w:t>
      </w:r>
      <w:r>
        <w:tab/>
        <w:t>Akustične plošče, nekovinske</w:t>
      </w:r>
    </w:p>
    <w:p w:rsidR="004611C8" w:rsidRDefault="004611C8" w:rsidP="00B15F7C">
      <w:pPr>
        <w:spacing w:after="40"/>
      </w:pPr>
      <w:r>
        <w:t>190268</w:t>
      </w:r>
      <w:r>
        <w:tab/>
        <w:t>Deske za plavajoči pod, nekovinske</w:t>
      </w:r>
    </w:p>
    <w:p w:rsidR="004611C8" w:rsidRDefault="004611C8" w:rsidP="00B15F7C">
      <w:pPr>
        <w:spacing w:after="40"/>
      </w:pPr>
      <w:r>
        <w:t>190269</w:t>
      </w:r>
      <w:r>
        <w:tab/>
        <w:t>Igralni pesek</w:t>
      </w:r>
    </w:p>
    <w:p w:rsidR="004611C8" w:rsidRDefault="004611C8" w:rsidP="00B15F7C">
      <w:pPr>
        <w:spacing w:after="40"/>
      </w:pPr>
      <w:r>
        <w:t>190270</w:t>
      </w:r>
      <w:r>
        <w:tab/>
        <w:t>Okenska krila, nekovinska</w:t>
      </w:r>
    </w:p>
    <w:p w:rsidR="004611C8" w:rsidRDefault="004611C8" w:rsidP="00B15F7C">
      <w:pPr>
        <w:spacing w:after="40"/>
      </w:pPr>
      <w:r>
        <w:t>190272</w:t>
      </w:r>
      <w:r>
        <w:tab/>
        <w:t>Spominski pokali iz kamna, betona ali marmorja</w:t>
      </w:r>
    </w:p>
    <w:p w:rsidR="004611C8" w:rsidRDefault="004611C8" w:rsidP="00B15F7C">
      <w:pPr>
        <w:spacing w:after="40"/>
      </w:pPr>
      <w:r>
        <w:t>190273</w:t>
      </w:r>
      <w:r>
        <w:tab/>
        <w:t>Pokali iz kamna, betona ali marmorja</w:t>
      </w:r>
    </w:p>
    <w:p w:rsidR="004611C8" w:rsidRDefault="004611C8" w:rsidP="00B15F7C">
      <w:pPr>
        <w:spacing w:after="40"/>
      </w:pPr>
      <w:r>
        <w:t>190274</w:t>
      </w:r>
      <w:r>
        <w:tab/>
        <w:t>Pametno steklo za gradnjo</w:t>
      </w:r>
    </w:p>
    <w:p w:rsidR="004611C8" w:rsidRDefault="004611C8" w:rsidP="00B15F7C">
      <w:pPr>
        <w:spacing w:after="40"/>
      </w:pPr>
      <w:r>
        <w:t>190275</w:t>
      </w:r>
      <w:r>
        <w:tab/>
        <w:t>Nekovinski okvirji za montažo solarnih panelov</w:t>
      </w:r>
    </w:p>
    <w:p w:rsidR="004611C8" w:rsidRDefault="004611C8" w:rsidP="00B15F7C">
      <w:pPr>
        <w:spacing w:after="40"/>
      </w:pPr>
      <w:r>
        <w:t>190276</w:t>
      </w:r>
      <w:r>
        <w:tab/>
        <w:t>Lepilni trakovi za označevanje cestnih površin</w:t>
      </w:r>
    </w:p>
    <w:p w:rsidR="004611C8" w:rsidRDefault="004611C8" w:rsidP="00B15F7C">
      <w:pPr>
        <w:spacing w:after="40"/>
      </w:pPr>
      <w:r>
        <w:t>190277</w:t>
      </w:r>
      <w:r>
        <w:tab/>
        <w:t>Kremen za gradbeništvo</w:t>
      </w:r>
    </w:p>
    <w:p w:rsidR="004611C8" w:rsidRDefault="004611C8" w:rsidP="00B15F7C">
      <w:pPr>
        <w:spacing w:after="40"/>
      </w:pPr>
      <w:r>
        <w:t>190278</w:t>
      </w:r>
      <w:r>
        <w:tab/>
        <w:t>Profili iz plastike za gradnjo</w:t>
      </w:r>
    </w:p>
    <w:p w:rsidR="00B13099" w:rsidRDefault="00B13099">
      <w:pPr>
        <w:pStyle w:val="Naslov1"/>
        <w:sectPr w:rsidR="00B13099" w:rsidSect="00E00425">
          <w:type w:val="continuous"/>
          <w:pgSz w:w="11907" w:h="16840" w:code="9"/>
          <w:pgMar w:top="1418" w:right="1418" w:bottom="1418" w:left="1418" w:header="720" w:footer="720" w:gutter="0"/>
          <w:cols w:num="2" w:space="720"/>
          <w:docGrid w:linePitch="360"/>
        </w:sectPr>
      </w:pPr>
    </w:p>
    <w:p w:rsidR="003A4D34" w:rsidRPr="003A4D34" w:rsidRDefault="003A4D34" w:rsidP="00024920">
      <w:pPr>
        <w:pStyle w:val="Naslov1"/>
        <w:spacing w:before="0"/>
        <w:rPr>
          <w:lang w:val="sl-SI" w:eastAsia="sl-SI"/>
        </w:rPr>
      </w:pPr>
      <w:r w:rsidRPr="003A4D34">
        <w:rPr>
          <w:lang w:val="sl-SI" w:eastAsia="sl-SI"/>
        </w:rPr>
        <w:lastRenderedPageBreak/>
        <w:t xml:space="preserve">Razred 20 </w:t>
      </w:r>
    </w:p>
    <w:p w:rsidR="003A4D34" w:rsidRDefault="003A4D34" w:rsidP="0087064C">
      <w:pPr>
        <w:pStyle w:val="Naslov2"/>
        <w:rPr>
          <w:lang w:val="sl-SI" w:eastAsia="sl-SI"/>
        </w:rPr>
      </w:pPr>
      <w:r w:rsidRPr="003A4D34">
        <w:rPr>
          <w:lang w:val="sl-SI" w:eastAsia="sl-SI"/>
        </w:rPr>
        <w:t>Pohištvo, ogledala, okvirji; nekovinski zabojniki za skladiščenje ali prevoz; neobdelana ali delno obdelana kost, roževina, kitova kost ali biserna matica; školjke; morska pena; rumeni jantar</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87064C" w:rsidRPr="00D85EAF" w:rsidTr="00CF2B9C">
        <w:trPr>
          <w:trHeight w:val="143"/>
          <w:tblHeader/>
        </w:trPr>
        <w:tc>
          <w:tcPr>
            <w:tcW w:w="9493" w:type="dxa"/>
            <w:gridSpan w:val="2"/>
            <w:shd w:val="clear" w:color="auto" w:fill="F2F2F2" w:themeFill="background1" w:themeFillShade="F2"/>
            <w:vAlign w:val="center"/>
          </w:tcPr>
          <w:p w:rsidR="0087064C" w:rsidRPr="0087064C" w:rsidRDefault="0087064C" w:rsidP="00A656D9">
            <w:pPr>
              <w:pStyle w:val="opomba"/>
              <w:spacing w:after="60"/>
              <w:rPr>
                <w:b/>
              </w:rPr>
            </w:pPr>
            <w:r w:rsidRPr="0087064C">
              <w:rPr>
                <w:b/>
              </w:rPr>
              <w:t xml:space="preserve">RAZRED </w:t>
            </w:r>
            <w:r w:rsidR="00B15F7C">
              <w:rPr>
                <w:b/>
              </w:rPr>
              <w:t>20</w:t>
            </w:r>
            <w:r w:rsidRPr="0087064C">
              <w:rPr>
                <w:b/>
              </w:rPr>
              <w:t xml:space="preserve"> - pojasnjevalne opombe</w:t>
            </w:r>
          </w:p>
        </w:tc>
      </w:tr>
      <w:tr w:rsidR="0087064C" w:rsidRPr="00D85EAF" w:rsidTr="0035353A">
        <w:trPr>
          <w:trHeight w:val="893"/>
        </w:trPr>
        <w:tc>
          <w:tcPr>
            <w:tcW w:w="9493" w:type="dxa"/>
            <w:gridSpan w:val="2"/>
            <w:shd w:val="clear" w:color="auto" w:fill="F2F2F2" w:themeFill="background1" w:themeFillShade="F2"/>
            <w:vAlign w:val="center"/>
          </w:tcPr>
          <w:p w:rsidR="0087064C" w:rsidRPr="00993A45" w:rsidRDefault="00B15F7C" w:rsidP="0035353A">
            <w:pPr>
              <w:pStyle w:val="opomba"/>
              <w:spacing w:after="60"/>
            </w:pPr>
            <w:r w:rsidRPr="00703549">
              <w:t>Razred 20 vključuje predvsem pohištvo in njegove dele ter nekatere izdelke iz lesa, plute, trstičja, rogoze, vrbovega protja, roževine, kosti, ribjih kosti, želvovine, jantarja, biserne matice, morske pene in nadomestkov vseh teh snovi ali iz umetnih snovi.</w:t>
            </w:r>
          </w:p>
        </w:tc>
      </w:tr>
      <w:tr w:rsidR="0087064C" w:rsidRPr="00D85EAF" w:rsidTr="00B15F7C">
        <w:trPr>
          <w:trHeight w:val="2501"/>
        </w:trPr>
        <w:tc>
          <w:tcPr>
            <w:tcW w:w="4746" w:type="dxa"/>
            <w:shd w:val="clear" w:color="auto" w:fill="F2F2F2" w:themeFill="background1" w:themeFillShade="F2"/>
          </w:tcPr>
          <w:p w:rsidR="0087064C" w:rsidRPr="00993A45" w:rsidRDefault="0087064C" w:rsidP="0035353A">
            <w:pPr>
              <w:pStyle w:val="opomba"/>
              <w:spacing w:after="60"/>
            </w:pPr>
            <w:r w:rsidRPr="00D85EAF">
              <w:t>V ta razred so vključeni zlasti:</w:t>
            </w:r>
          </w:p>
          <w:p w:rsidR="00B15F7C" w:rsidRPr="00703549" w:rsidRDefault="00B15F7C" w:rsidP="008C16D9">
            <w:pPr>
              <w:pStyle w:val="opombapika"/>
            </w:pPr>
            <w:r w:rsidRPr="00703549">
              <w:t>kovinsko pohištvo, pohištvo za kampiranje, stojala za strelno orožje, stojala za časopise;</w:t>
            </w:r>
          </w:p>
          <w:p w:rsidR="00B15F7C" w:rsidRPr="00703549" w:rsidRDefault="00B15F7C" w:rsidP="008C16D9">
            <w:pPr>
              <w:pStyle w:val="opombapika"/>
            </w:pPr>
            <w:r w:rsidRPr="00703549">
              <w:t>notranje okenske rolete in senčila</w:t>
            </w:r>
          </w:p>
          <w:p w:rsidR="00B15F7C" w:rsidRPr="00703549" w:rsidRDefault="00B15F7C" w:rsidP="008C16D9">
            <w:pPr>
              <w:pStyle w:val="opombapika"/>
            </w:pPr>
            <w:r w:rsidRPr="00703549">
              <w:t>posteljnina, na primer ležišča, vzmetnice, vzglavniki;</w:t>
            </w:r>
          </w:p>
          <w:p w:rsidR="00B15F7C" w:rsidRPr="00703549" w:rsidRDefault="00B15F7C" w:rsidP="008C16D9">
            <w:pPr>
              <w:pStyle w:val="opombapika"/>
            </w:pPr>
            <w:r w:rsidRPr="00703549">
              <w:t>ogledala in pohištvo ali toaletna ogledala;</w:t>
            </w:r>
          </w:p>
          <w:p w:rsidR="00B15F7C" w:rsidRPr="00703549" w:rsidRDefault="00B15F7C" w:rsidP="008C16D9">
            <w:pPr>
              <w:pStyle w:val="opombapika"/>
            </w:pPr>
            <w:r w:rsidRPr="00703549">
              <w:t>nekovinske registrske tablice;</w:t>
            </w:r>
          </w:p>
          <w:p w:rsidR="00B15F7C" w:rsidRPr="00703549" w:rsidRDefault="00B15F7C" w:rsidP="008C16D9">
            <w:pPr>
              <w:pStyle w:val="opombapika"/>
            </w:pPr>
            <w:r w:rsidRPr="00703549">
              <w:t>drobni izdelki iz nekovinske železnine, na primer zapahi, vijaki, mozniki, kolesca za pohištvo, objemke za pritrditev cevi;</w:t>
            </w:r>
          </w:p>
          <w:p w:rsidR="00B15F7C" w:rsidRPr="00703549" w:rsidRDefault="00B15F7C" w:rsidP="008C16D9">
            <w:pPr>
              <w:pStyle w:val="opombapika"/>
            </w:pPr>
            <w:r w:rsidRPr="00703549">
              <w:t>nekovinski, nezidani poštni nabiralniki</w:t>
            </w:r>
          </w:p>
          <w:p w:rsidR="0087064C" w:rsidRPr="00993A45" w:rsidRDefault="00B15F7C" w:rsidP="008C16D9">
            <w:pPr>
              <w:pStyle w:val="opombapika"/>
            </w:pPr>
            <w:r w:rsidRPr="00703549">
              <w:t>nekatere nekovinske podajalne naprave, avtomatske ali neavtomatske, na primer podajalniki brisač, podajalniki čakalnih listkov, podajalniki vrečk za pasje iztrebke, podajalniki toaletnega papirja</w:t>
            </w:r>
          </w:p>
        </w:tc>
        <w:tc>
          <w:tcPr>
            <w:tcW w:w="4747" w:type="dxa"/>
            <w:shd w:val="clear" w:color="auto" w:fill="F2F2F2" w:themeFill="background1" w:themeFillShade="F2"/>
          </w:tcPr>
          <w:p w:rsidR="0087064C" w:rsidRPr="00993A45" w:rsidRDefault="0087064C" w:rsidP="0035353A">
            <w:pPr>
              <w:pStyle w:val="opomba"/>
              <w:spacing w:after="60"/>
            </w:pPr>
            <w:r w:rsidRPr="00D85EAF">
              <w:t>V ta razred niso vključeni zlasti:</w:t>
            </w:r>
          </w:p>
          <w:p w:rsidR="00B15F7C" w:rsidRPr="00703549" w:rsidRDefault="00B15F7C" w:rsidP="008C16D9">
            <w:pPr>
              <w:pStyle w:val="opombapika"/>
            </w:pPr>
            <w:r w:rsidRPr="00703549">
              <w:t>zunanje žaluzije iz kovine (razred 6), nekovinske in netekstilne (razred 19), iz tekstila (razred 22)</w:t>
            </w:r>
          </w:p>
          <w:p w:rsidR="00B15F7C" w:rsidRPr="00703549" w:rsidRDefault="00B15F7C" w:rsidP="008C16D9">
            <w:pPr>
              <w:pStyle w:val="opombapika"/>
            </w:pPr>
            <w:r w:rsidRPr="00703549">
              <w:t>nekatere podajalne naprave, ki so razvrščene glede na njihovo funkcijo ali namen, na primer stroji za razdeljevanje tekočine za industrijsko uporabo (razred 7), terminali za izdajo vstopnic, elektronski (razred 9), dozirni aparati za medicinsko uporabo (razred 10), podajalniki lepilnega traku (razred 16)</w:t>
            </w:r>
          </w:p>
          <w:p w:rsidR="00B15F7C" w:rsidRPr="00703549" w:rsidRDefault="00B15F7C" w:rsidP="008C16D9">
            <w:pPr>
              <w:pStyle w:val="opombapika"/>
            </w:pPr>
            <w:r w:rsidRPr="00703549">
              <w:t>nekatera ogledala za posebne namene, na primer ogledala, ki se uporabljajo v optičnih izdelkih (razred 9), ogledala, ki se uporabljajo v kirurgiji ali zobozdravstvu (razred 10), vzvratna ogledala (razred 12), merilna zrcala za pištole (razred 13)</w:t>
            </w:r>
          </w:p>
          <w:p w:rsidR="00B15F7C" w:rsidRPr="00703549" w:rsidRDefault="00B15F7C" w:rsidP="008C16D9">
            <w:pPr>
              <w:pStyle w:val="opombapika"/>
            </w:pPr>
            <w:r w:rsidRPr="00703549">
              <w:t>posebno pohištvo za laboratorije (razred 9) ali medicinsko uporabo (razred 10);</w:t>
            </w:r>
          </w:p>
          <w:p w:rsidR="00B15F7C" w:rsidRPr="00703549" w:rsidRDefault="00B15F7C" w:rsidP="008C16D9">
            <w:pPr>
              <w:pStyle w:val="opombapika"/>
            </w:pPr>
            <w:r w:rsidRPr="00703549">
              <w:t>nekateri izdelki iz lesa, plute, trstičja, rogoze, vrbovega protja, roževine, kosti, ribjih kosti, želvovine, jantarja, biserne matice, morske pene in nadomestkov vseh teh snovi ali iz umetnih snovi, ki so razvrščeni glede na njihovo funkcijo ali namen, na primer perlice za izdelavo nakita (razred 14), lesene talne plošče (razred 19), košare za gospodinjstvo (razred 11), plastični kozarci (razred 21), rogoznice (razred 27)</w:t>
            </w:r>
          </w:p>
          <w:p w:rsidR="0087064C" w:rsidRPr="00993A45" w:rsidRDefault="00B15F7C" w:rsidP="008C16D9">
            <w:pPr>
              <w:pStyle w:val="opombapika"/>
            </w:pPr>
            <w:r w:rsidRPr="00703549">
              <w:t>posteljno perilo, pernice in spalne vreče (razred 24)</w:t>
            </w:r>
          </w:p>
        </w:tc>
      </w:tr>
    </w:tbl>
    <w:p w:rsidR="00F875A9" w:rsidRDefault="00F875A9" w:rsidP="00B15F7C">
      <w:pPr>
        <w:spacing w:after="360"/>
        <w:ind w:left="0" w:firstLine="0"/>
      </w:pPr>
    </w:p>
    <w:p w:rsidR="003A4D34" w:rsidRDefault="003A4D34">
      <w:pPr>
        <w:sectPr w:rsidR="003A4D34" w:rsidSect="00E00425">
          <w:type w:val="continuous"/>
          <w:pgSz w:w="11907" w:h="16840" w:code="9"/>
          <w:pgMar w:top="1418" w:right="1418" w:bottom="1418" w:left="1418" w:header="720" w:footer="720" w:gutter="0"/>
          <w:cols w:space="720"/>
          <w:docGrid w:linePitch="360"/>
        </w:sectPr>
      </w:pPr>
    </w:p>
    <w:p w:rsidR="004611C8" w:rsidRDefault="004611C8" w:rsidP="004611C8">
      <w:r>
        <w:t>200001</w:t>
      </w:r>
      <w:r>
        <w:tab/>
        <w:t>Panji</w:t>
      </w:r>
    </w:p>
    <w:p w:rsidR="004611C8" w:rsidRDefault="004611C8" w:rsidP="004611C8">
      <w:r>
        <w:t>200002</w:t>
      </w:r>
      <w:r>
        <w:tab/>
        <w:t>Oglasni panoji</w:t>
      </w:r>
    </w:p>
    <w:p w:rsidR="004611C8" w:rsidRDefault="004611C8" w:rsidP="004611C8">
      <w:r>
        <w:t>200003</w:t>
      </w:r>
      <w:r>
        <w:tab/>
        <w:t>Plastične dekoracije za prehrambene izdelke</w:t>
      </w:r>
    </w:p>
    <w:p w:rsidR="004611C8" w:rsidRDefault="004611C8" w:rsidP="004611C8">
      <w:r>
        <w:t>200005</w:t>
      </w:r>
      <w:r>
        <w:tab/>
        <w:t>Jantar</w:t>
      </w:r>
    </w:p>
    <w:p w:rsidR="004611C8" w:rsidRDefault="004611C8" w:rsidP="004611C8">
      <w:r>
        <w:t>200006</w:t>
      </w:r>
      <w:r>
        <w:tab/>
        <w:t>Nagačene živali</w:t>
      </w:r>
    </w:p>
    <w:p w:rsidR="004611C8" w:rsidRDefault="004611C8" w:rsidP="004611C8">
      <w:r>
        <w:t>200007</w:t>
      </w:r>
      <w:r>
        <w:tab/>
        <w:t>Ležišča za hišne ljubljenčke</w:t>
      </w:r>
    </w:p>
    <w:p w:rsidR="004611C8" w:rsidRDefault="004611C8" w:rsidP="004611C8">
      <w:r>
        <w:t>200008</w:t>
      </w:r>
      <w:r>
        <w:tab/>
        <w:t>Gnezdilnice za hišne ljubljenčke</w:t>
      </w:r>
    </w:p>
    <w:p w:rsidR="004611C8" w:rsidRDefault="004611C8" w:rsidP="004611C8">
      <w:r>
        <w:t>200009</w:t>
      </w:r>
      <w:r>
        <w:tab/>
        <w:t>Hišice za domače ljubljenčke</w:t>
      </w:r>
    </w:p>
    <w:p w:rsidR="004611C8" w:rsidRDefault="004611C8" w:rsidP="004611C8">
      <w:r>
        <w:t>200010</w:t>
      </w:r>
      <w:r>
        <w:tab/>
        <w:t>Živalski kremplji</w:t>
      </w:r>
    </w:p>
    <w:p w:rsidR="004611C8" w:rsidRDefault="004611C8" w:rsidP="004611C8">
      <w:r>
        <w:t>200011</w:t>
      </w:r>
      <w:r>
        <w:tab/>
        <w:t>Obročki za zavese</w:t>
      </w:r>
    </w:p>
    <w:p w:rsidR="004611C8" w:rsidRDefault="004611C8" w:rsidP="004611C8">
      <w:r>
        <w:t>200013</w:t>
      </w:r>
      <w:r>
        <w:tab/>
        <w:t>Posrebreno steklo [ogledala]</w:t>
      </w:r>
    </w:p>
    <w:p w:rsidR="004611C8" w:rsidRDefault="004611C8" w:rsidP="004611C8">
      <w:r>
        <w:t>200014</w:t>
      </w:r>
      <w:r>
        <w:tab/>
        <w:t>Vzidne omare</w:t>
      </w:r>
    </w:p>
    <w:p w:rsidR="004611C8" w:rsidRDefault="004611C8" w:rsidP="004611C8">
      <w:r>
        <w:t>200015</w:t>
      </w:r>
      <w:r>
        <w:tab/>
        <w:t>Omarice za domače lekarne</w:t>
      </w:r>
    </w:p>
    <w:p w:rsidR="004611C8" w:rsidRDefault="004611C8" w:rsidP="004611C8">
      <w:r>
        <w:t>200016</w:t>
      </w:r>
      <w:r>
        <w:tab/>
        <w:t>Spojke, nekovinske, za kable in cevi</w:t>
      </w:r>
    </w:p>
    <w:p w:rsidR="004611C8" w:rsidRPr="003834FA" w:rsidRDefault="004611C8" w:rsidP="004611C8">
      <w:pPr>
        <w:rPr>
          <w:lang w:val="fr-FR"/>
        </w:rPr>
      </w:pPr>
      <w:r>
        <w:t>200017</w:t>
      </w:r>
      <w:r>
        <w:tab/>
      </w:r>
      <w:r w:rsidRPr="003834FA">
        <w:rPr>
          <w:lang w:val="fr-FR"/>
        </w:rPr>
        <w:t>Leseni sodi za pretakanje vina</w:t>
      </w:r>
    </w:p>
    <w:p w:rsidR="004611C8" w:rsidRDefault="004611C8" w:rsidP="004611C8">
      <w:r>
        <w:t>200018</w:t>
      </w:r>
      <w:r>
        <w:tab/>
        <w:t>Kitove kosti (neobdelane ali pol obdelane)</w:t>
      </w:r>
    </w:p>
    <w:p w:rsidR="004611C8" w:rsidRDefault="004611C8" w:rsidP="004611C8">
      <w:r>
        <w:t>200019</w:t>
      </w:r>
      <w:r>
        <w:tab/>
        <w:t>Bambus, neobdelan ali polobdelan</w:t>
      </w:r>
    </w:p>
    <w:p w:rsidR="004611C8" w:rsidRDefault="004611C8" w:rsidP="004611C8">
      <w:r>
        <w:t>200020</w:t>
      </w:r>
      <w:r>
        <w:tab/>
        <w:t>Klopi [pohištvo]</w:t>
      </w:r>
    </w:p>
    <w:p w:rsidR="004611C8" w:rsidRDefault="004611C8" w:rsidP="004611C8">
      <w:r>
        <w:t>200021</w:t>
      </w:r>
      <w:r>
        <w:tab/>
        <w:t>Košare za ribolov</w:t>
      </w:r>
    </w:p>
    <w:p w:rsidR="004611C8" w:rsidRDefault="004611C8" w:rsidP="004611C8">
      <w:r>
        <w:t>200022</w:t>
      </w:r>
      <w:r>
        <w:tab/>
        <w:t>Stajice</w:t>
      </w:r>
    </w:p>
    <w:p w:rsidR="004611C8" w:rsidRDefault="004611C8" w:rsidP="004611C8">
      <w:r>
        <w:t>200024</w:t>
      </w:r>
      <w:r>
        <w:tab/>
        <w:t>Knjižne police</w:t>
      </w:r>
    </w:p>
    <w:p w:rsidR="004611C8" w:rsidRDefault="004611C8" w:rsidP="004611C8">
      <w:r>
        <w:t>200025</w:t>
      </w:r>
      <w:r>
        <w:tab/>
        <w:t>Leseni koluti za sukanec, svilo in vrvi</w:t>
      </w:r>
    </w:p>
    <w:p w:rsidR="004611C8" w:rsidRDefault="004611C8" w:rsidP="004611C8">
      <w:r>
        <w:t>200026</w:t>
      </w:r>
      <w:r>
        <w:tab/>
        <w:t>Lesene postelje</w:t>
      </w:r>
    </w:p>
    <w:p w:rsidR="004611C8" w:rsidRDefault="004611C8" w:rsidP="004611C8">
      <w:r>
        <w:t>200027</w:t>
      </w:r>
      <w:r>
        <w:tab/>
        <w:t>Leseni trakovi</w:t>
      </w:r>
    </w:p>
    <w:p w:rsidR="004611C8" w:rsidRDefault="004611C8" w:rsidP="004611C8">
      <w:r>
        <w:t>200030</w:t>
      </w:r>
      <w:r>
        <w:tab/>
        <w:t>Plutovinasti zamaški</w:t>
      </w:r>
    </w:p>
    <w:p w:rsidR="004611C8" w:rsidRDefault="004611C8" w:rsidP="004611C8">
      <w:r>
        <w:t>200031</w:t>
      </w:r>
      <w:r>
        <w:tab/>
        <w:t>Police za steklenice</w:t>
      </w:r>
    </w:p>
    <w:p w:rsidR="004611C8" w:rsidRDefault="004611C8" w:rsidP="004611C8">
      <w:r>
        <w:lastRenderedPageBreak/>
        <w:t>200032</w:t>
      </w:r>
      <w:r>
        <w:tab/>
        <w:t>Okviri za vezenje</w:t>
      </w:r>
    </w:p>
    <w:p w:rsidR="004611C8" w:rsidRDefault="004611C8" w:rsidP="004611C8">
      <w:r>
        <w:t>200033</w:t>
      </w:r>
      <w:r>
        <w:tab/>
        <w:t>Okvirji (držala) za krtače</w:t>
      </w:r>
    </w:p>
    <w:p w:rsidR="004611C8" w:rsidRDefault="004611C8" w:rsidP="004611C8">
      <w:r>
        <w:t>200034</w:t>
      </w:r>
      <w:r>
        <w:tab/>
        <w:t>Omare za namizno posodo</w:t>
      </w:r>
    </w:p>
    <w:p w:rsidR="004611C8" w:rsidRDefault="004611C8" w:rsidP="004611C8">
      <w:r>
        <w:t>200035</w:t>
      </w:r>
      <w:r>
        <w:tab/>
        <w:t>Živalski rogovi</w:t>
      </w:r>
    </w:p>
    <w:p w:rsidR="004611C8" w:rsidRDefault="004611C8" w:rsidP="004611C8">
      <w:r>
        <w:t>200036</w:t>
      </w:r>
      <w:r>
        <w:tab/>
        <w:t>Delovne mize</w:t>
      </w:r>
    </w:p>
    <w:p w:rsidR="004611C8" w:rsidRDefault="004611C8" w:rsidP="004611C8">
      <w:r>
        <w:t>200037</w:t>
      </w:r>
      <w:r>
        <w:tab/>
        <w:t>Pisarniško pohištvo</w:t>
      </w:r>
    </w:p>
    <w:p w:rsidR="004611C8" w:rsidRDefault="004611C8" w:rsidP="004611C8">
      <w:r>
        <w:t>200038</w:t>
      </w:r>
      <w:r>
        <w:tab/>
        <w:t>Doprsne krojaške lutke</w:t>
      </w:r>
    </w:p>
    <w:p w:rsidR="004611C8" w:rsidRDefault="004611C8" w:rsidP="004611C8">
      <w:r>
        <w:t>200039</w:t>
      </w:r>
      <w:r>
        <w:tab/>
        <w:t>Satnice za čebelnjake</w:t>
      </w:r>
    </w:p>
    <w:p w:rsidR="004611C8" w:rsidRDefault="004611C8" w:rsidP="004611C8">
      <w:r>
        <w:t>200040</w:t>
      </w:r>
      <w:r>
        <w:tab/>
        <w:t>Leseni deli za čebelnjake</w:t>
      </w:r>
    </w:p>
    <w:p w:rsidR="004611C8" w:rsidRDefault="004611C8" w:rsidP="004611C8">
      <w:r>
        <w:t>200041</w:t>
      </w:r>
      <w:r>
        <w:tab/>
        <w:t>Pohištvo</w:t>
      </w:r>
    </w:p>
    <w:p w:rsidR="004611C8" w:rsidRDefault="004611C8" w:rsidP="004611C8">
      <w:r>
        <w:t>200043</w:t>
      </w:r>
      <w:r>
        <w:tab/>
        <w:t>Kartotečne omare</w:t>
      </w:r>
    </w:p>
    <w:p w:rsidR="004611C8" w:rsidRDefault="004611C8" w:rsidP="004611C8">
      <w:r>
        <w:t>200044</w:t>
      </w:r>
      <w:r>
        <w:tab/>
        <w:t>Arhivske omare</w:t>
      </w:r>
    </w:p>
    <w:p w:rsidR="004611C8" w:rsidRDefault="004611C8" w:rsidP="004611C8">
      <w:r>
        <w:t>200045</w:t>
      </w:r>
      <w:r>
        <w:tab/>
        <w:t>Imitacija želvovine</w:t>
      </w:r>
    </w:p>
    <w:p w:rsidR="004611C8" w:rsidRDefault="004611C8" w:rsidP="004611C8">
      <w:r>
        <w:t>200046</w:t>
      </w:r>
      <w:r>
        <w:tab/>
        <w:t>Ščiti za kamine [pohištvo]</w:t>
      </w:r>
    </w:p>
    <w:p w:rsidR="004611C8" w:rsidRDefault="004611C8" w:rsidP="004611C8">
      <w:r>
        <w:t>200047</w:t>
      </w:r>
      <w:r>
        <w:tab/>
        <w:t>Krste</w:t>
      </w:r>
    </w:p>
    <w:p w:rsidR="004611C8" w:rsidRDefault="004611C8" w:rsidP="004611C8">
      <w:r>
        <w:t>200048</w:t>
      </w:r>
      <w:r>
        <w:tab/>
        <w:t>Oprema za krste, nekovinska</w:t>
      </w:r>
    </w:p>
    <w:p w:rsidR="004611C8" w:rsidRDefault="004611C8" w:rsidP="004611C8">
      <w:r>
        <w:t>200049</w:t>
      </w:r>
      <w:r>
        <w:tab/>
        <w:t>Jelenova rogovja</w:t>
      </w:r>
    </w:p>
    <w:p w:rsidR="004611C8" w:rsidRDefault="004611C8" w:rsidP="004611C8">
      <w:r>
        <w:t>200052</w:t>
      </w:r>
      <w:r>
        <w:tab/>
        <w:t>Naslonjala za glavo [pohištvo]</w:t>
      </w:r>
    </w:p>
    <w:p w:rsidR="004611C8" w:rsidRDefault="004611C8" w:rsidP="004611C8">
      <w:r>
        <w:t>200053</w:t>
      </w:r>
      <w:r>
        <w:tab/>
        <w:t>Stojala za klobuke</w:t>
      </w:r>
    </w:p>
    <w:p w:rsidR="004611C8" w:rsidRDefault="004611C8" w:rsidP="004611C8">
      <w:r>
        <w:t>200054</w:t>
      </w:r>
      <w:r>
        <w:tab/>
        <w:t>Nakladalne palete, nekovinske</w:t>
      </w:r>
    </w:p>
    <w:p w:rsidR="004611C8" w:rsidRDefault="004611C8" w:rsidP="004611C8">
      <w:r>
        <w:t>200055</w:t>
      </w:r>
      <w:r>
        <w:tab/>
        <w:t>Nakladalni profili [merilni drog</w:t>
      </w:r>
      <w:proofErr w:type="gramStart"/>
      <w:r>
        <w:t>],nekovinski</w:t>
      </w:r>
      <w:proofErr w:type="gramEnd"/>
      <w:r>
        <w:t>, za železniške vagone</w:t>
      </w:r>
    </w:p>
    <w:p w:rsidR="004611C8" w:rsidRDefault="004611C8" w:rsidP="004611C8">
      <w:r>
        <w:t>200056</w:t>
      </w:r>
      <w:r>
        <w:tab/>
        <w:t>Tečaji, nekovinski</w:t>
      </w:r>
    </w:p>
    <w:p w:rsidR="004611C8" w:rsidRDefault="004611C8" w:rsidP="004611C8">
      <w:r>
        <w:t>200057</w:t>
      </w:r>
      <w:r>
        <w:tab/>
        <w:t>Razstavna stojala kot pohištvo</w:t>
      </w:r>
    </w:p>
    <w:p w:rsidR="004611C8" w:rsidRDefault="004611C8" w:rsidP="004611C8">
      <w:r>
        <w:t>200058</w:t>
      </w:r>
      <w:r>
        <w:tab/>
        <w:t>Pasje hišice</w:t>
      </w:r>
    </w:p>
    <w:p w:rsidR="004611C8" w:rsidRDefault="004611C8" w:rsidP="004611C8">
      <w:r>
        <w:t>200062</w:t>
      </w:r>
      <w:r>
        <w:tab/>
        <w:t>Police za kartotečne omare (pohištvo)</w:t>
      </w:r>
    </w:p>
    <w:p w:rsidR="004611C8" w:rsidRDefault="004611C8" w:rsidP="004611C8">
      <w:r>
        <w:t>200063</w:t>
      </w:r>
      <w:r>
        <w:tab/>
        <w:t>Naslanjači</w:t>
      </w:r>
    </w:p>
    <w:p w:rsidR="004611C8" w:rsidRDefault="004611C8" w:rsidP="004611C8">
      <w:r>
        <w:t>200065</w:t>
      </w:r>
      <w:r>
        <w:tab/>
        <w:t>Cisterne za tekoča goriva, nekovinske</w:t>
      </w:r>
    </w:p>
    <w:p w:rsidR="004611C8" w:rsidRDefault="004611C8" w:rsidP="004611C8">
      <w:r>
        <w:t>200066</w:t>
      </w:r>
      <w:r>
        <w:tab/>
        <w:t>Komode, predalniki</w:t>
      </w:r>
    </w:p>
    <w:p w:rsidR="004611C8" w:rsidRDefault="004611C8" w:rsidP="004611C8">
      <w:r>
        <w:t>200067</w:t>
      </w:r>
      <w:r>
        <w:tab/>
        <w:t>Delovni pulti</w:t>
      </w:r>
    </w:p>
    <w:p w:rsidR="004611C8" w:rsidRDefault="004611C8" w:rsidP="004611C8">
      <w:r>
        <w:t>200068</w:t>
      </w:r>
      <w:r>
        <w:tab/>
        <w:t>Kontejnerji za skladiščenje in transport, nekovinski</w:t>
      </w:r>
    </w:p>
    <w:p w:rsidR="004611C8" w:rsidRDefault="004611C8" w:rsidP="004611C8">
      <w:r>
        <w:t>200069</w:t>
      </w:r>
      <w:r>
        <w:tab/>
        <w:t>Plavajoči kontejnerji, nekovinske</w:t>
      </w:r>
    </w:p>
    <w:p w:rsidR="004611C8" w:rsidRDefault="004611C8" w:rsidP="004611C8">
      <w:r>
        <w:t>200070</w:t>
      </w:r>
      <w:r>
        <w:tab/>
        <w:t>Mize</w:t>
      </w:r>
    </w:p>
    <w:p w:rsidR="004611C8" w:rsidRDefault="004611C8" w:rsidP="004611C8">
      <w:r>
        <w:t>200071</w:t>
      </w:r>
      <w:r>
        <w:tab/>
        <w:t>Korale</w:t>
      </w:r>
    </w:p>
    <w:p w:rsidR="004611C8" w:rsidRDefault="004611C8" w:rsidP="004611C8">
      <w:r>
        <w:t>200072</w:t>
      </w:r>
      <w:r>
        <w:tab/>
        <w:t>Pladnji, nekovinski</w:t>
      </w:r>
    </w:p>
    <w:p w:rsidR="004611C8" w:rsidRDefault="004611C8" w:rsidP="004611C8">
      <w:r>
        <w:t>200074</w:t>
      </w:r>
      <w:r>
        <w:tab/>
        <w:t>Roževina, neobdelana ali pol obdelana</w:t>
      </w:r>
    </w:p>
    <w:p w:rsidR="004611C8" w:rsidRDefault="004611C8" w:rsidP="004611C8">
      <w:r>
        <w:t>200077</w:t>
      </w:r>
      <w:r>
        <w:tab/>
        <w:t>Posteljna oprema (blazine, žimnice, postelje), razen posteljnega perila</w:t>
      </w:r>
    </w:p>
    <w:p w:rsidR="004611C8" w:rsidRDefault="004611C8" w:rsidP="004611C8">
      <w:r>
        <w:t>200078</w:t>
      </w:r>
      <w:r>
        <w:tab/>
        <w:t>Blazine</w:t>
      </w:r>
    </w:p>
    <w:p w:rsidR="004611C8" w:rsidRDefault="004611C8" w:rsidP="004611C8">
      <w:r>
        <w:t>200079</w:t>
      </w:r>
      <w:r>
        <w:tab/>
        <w:t>Vzmetnice</w:t>
      </w:r>
    </w:p>
    <w:p w:rsidR="004611C8" w:rsidRPr="003834FA" w:rsidRDefault="004611C8" w:rsidP="004611C8">
      <w:pPr>
        <w:rPr>
          <w:lang w:val="fr-FR"/>
        </w:rPr>
      </w:pPr>
      <w:r>
        <w:t>200081</w:t>
      </w:r>
      <w:r>
        <w:tab/>
      </w:r>
      <w:r w:rsidRPr="003834FA">
        <w:rPr>
          <w:lang w:val="fr-FR"/>
        </w:rPr>
        <w:t>Veliki sodi, ne iz kovine</w:t>
      </w:r>
    </w:p>
    <w:p w:rsidR="004611C8" w:rsidRDefault="004611C8" w:rsidP="004611C8">
      <w:r>
        <w:t>200083</w:t>
      </w:r>
      <w:r>
        <w:tab/>
        <w:t>Risalne mize</w:t>
      </w:r>
    </w:p>
    <w:p w:rsidR="004611C8" w:rsidRDefault="004611C8" w:rsidP="004611C8">
      <w:r>
        <w:t>200084</w:t>
      </w:r>
      <w:r>
        <w:tab/>
        <w:t>Nekovinski podajalniki brisač</w:t>
      </w:r>
    </w:p>
    <w:p w:rsidR="004611C8" w:rsidRDefault="004611C8" w:rsidP="004611C8">
      <w:r>
        <w:t>200085</w:t>
      </w:r>
      <w:r>
        <w:tab/>
        <w:t>Divani</w:t>
      </w:r>
    </w:p>
    <w:p w:rsidR="004611C8" w:rsidRDefault="004611C8" w:rsidP="004611C8">
      <w:r>
        <w:t>200087</w:t>
      </w:r>
      <w:r>
        <w:tab/>
        <w:t>Lesene doge pri sodu</w:t>
      </w:r>
    </w:p>
    <w:p w:rsidR="004611C8" w:rsidRDefault="004611C8" w:rsidP="004611C8">
      <w:r>
        <w:t>200088</w:t>
      </w:r>
      <w:r>
        <w:tab/>
        <w:t>Ročni mizarski izdelki</w:t>
      </w:r>
    </w:p>
    <w:p w:rsidR="004611C8" w:rsidRDefault="004611C8" w:rsidP="004611C8">
      <w:r>
        <w:t>200089</w:t>
      </w:r>
      <w:r>
        <w:tab/>
        <w:t>Želvovina</w:t>
      </w:r>
    </w:p>
    <w:p w:rsidR="004611C8" w:rsidRDefault="004611C8" w:rsidP="004611C8">
      <w:r>
        <w:t>200090</w:t>
      </w:r>
      <w:r>
        <w:tab/>
        <w:t>Lupine ostrig</w:t>
      </w:r>
    </w:p>
    <w:p w:rsidR="004611C8" w:rsidRDefault="004611C8" w:rsidP="004611C8">
      <w:r>
        <w:t>200091</w:t>
      </w:r>
      <w:r>
        <w:tab/>
        <w:t>Količki, nekovinski, za rastline ali drevesa</w:t>
      </w:r>
    </w:p>
    <w:p w:rsidR="004611C8" w:rsidRDefault="004611C8" w:rsidP="004611C8">
      <w:r>
        <w:t>200092</w:t>
      </w:r>
      <w:r>
        <w:tab/>
        <w:t>Lestve, lesene ali plastične</w:t>
      </w:r>
    </w:p>
    <w:p w:rsidR="004611C8" w:rsidRDefault="004611C8" w:rsidP="004611C8">
      <w:r>
        <w:t>200093</w:t>
      </w:r>
      <w:r>
        <w:tab/>
        <w:t>Nekovinske mobilne stopnice za vkrcanje in izkrcanje potnikov</w:t>
      </w:r>
    </w:p>
    <w:p w:rsidR="004611C8" w:rsidRDefault="004611C8" w:rsidP="004611C8">
      <w:r>
        <w:t>200094</w:t>
      </w:r>
      <w:r>
        <w:tab/>
        <w:t>Šolsko pohištvo</w:t>
      </w:r>
    </w:p>
    <w:p w:rsidR="004611C8" w:rsidRPr="003834FA" w:rsidRDefault="004611C8" w:rsidP="004611C8">
      <w:pPr>
        <w:rPr>
          <w:lang w:val="fr-FR"/>
        </w:rPr>
      </w:pPr>
      <w:r>
        <w:t>200096</w:t>
      </w:r>
      <w:r>
        <w:tab/>
      </w:r>
      <w:r w:rsidRPr="003834FA">
        <w:rPr>
          <w:lang w:val="fr-FR"/>
        </w:rPr>
        <w:t>Panoji iz lesa ali plastike</w:t>
      </w:r>
    </w:p>
    <w:p w:rsidR="004611C8" w:rsidRDefault="004611C8" w:rsidP="004611C8">
      <w:r>
        <w:t>200097</w:t>
      </w:r>
      <w:r>
        <w:tab/>
        <w:t>Matice, nekovinske</w:t>
      </w:r>
    </w:p>
    <w:p w:rsidR="004611C8" w:rsidRDefault="004611C8" w:rsidP="004611C8">
      <w:r>
        <w:t>200098</w:t>
      </w:r>
      <w:r>
        <w:tab/>
        <w:t>Morska pena (magnezijev silikat, sepiolit)</w:t>
      </w:r>
    </w:p>
    <w:p w:rsidR="004611C8" w:rsidRDefault="004611C8" w:rsidP="004611C8">
      <w:r>
        <w:t>200099</w:t>
      </w:r>
      <w:r>
        <w:tab/>
        <w:t>Snemljivi pokrovi za kuhinjska korita</w:t>
      </w:r>
    </w:p>
    <w:p w:rsidR="004611C8" w:rsidRDefault="004611C8" w:rsidP="004611C8">
      <w:r>
        <w:t>200100</w:t>
      </w:r>
      <w:r>
        <w:tab/>
        <w:t>Plastične posode za pakiranje</w:t>
      </w:r>
    </w:p>
    <w:p w:rsidR="004611C8" w:rsidRDefault="004611C8" w:rsidP="004611C8">
      <w:r>
        <w:t>200101</w:t>
      </w:r>
      <w:r>
        <w:tab/>
        <w:t>Stenska držala za zavese</w:t>
      </w:r>
    </w:p>
    <w:p w:rsidR="004611C8" w:rsidRDefault="004611C8" w:rsidP="004611C8">
      <w:r>
        <w:t>200102</w:t>
      </w:r>
      <w:r>
        <w:tab/>
        <w:t>Postelje</w:t>
      </w:r>
    </w:p>
    <w:p w:rsidR="004611C8" w:rsidRDefault="004611C8" w:rsidP="004611C8">
      <w:r>
        <w:t>200103</w:t>
      </w:r>
      <w:r>
        <w:tab/>
        <w:t>Tuljave za navijanje gumijastih cevi, ne mehanske, nekovinske</w:t>
      </w:r>
    </w:p>
    <w:p w:rsidR="004611C8" w:rsidRDefault="004611C8" w:rsidP="004611C8">
      <w:r>
        <w:t>200105</w:t>
      </w:r>
      <w:r>
        <w:tab/>
        <w:t>Okrasne palice za stopniščne tekače</w:t>
      </w:r>
    </w:p>
    <w:p w:rsidR="004611C8" w:rsidRDefault="004611C8" w:rsidP="004611C8">
      <w:r>
        <w:t>200106</w:t>
      </w:r>
      <w:r>
        <w:tab/>
        <w:t>Delovne mize</w:t>
      </w:r>
    </w:p>
    <w:p w:rsidR="004611C8" w:rsidRDefault="004611C8" w:rsidP="004611C8">
      <w:r>
        <w:t>200108</w:t>
      </w:r>
      <w:r>
        <w:tab/>
        <w:t>Stojala</w:t>
      </w:r>
    </w:p>
    <w:p w:rsidR="004611C8" w:rsidRDefault="004611C8" w:rsidP="004611C8">
      <w:r>
        <w:t>200109</w:t>
      </w:r>
      <w:r>
        <w:tab/>
        <w:t>Škatle za gnezdenje</w:t>
      </w:r>
    </w:p>
    <w:p w:rsidR="004611C8" w:rsidRDefault="004611C8" w:rsidP="004611C8">
      <w:r>
        <w:t>200110</w:t>
      </w:r>
      <w:r>
        <w:tab/>
        <w:t>Ventilatorji za osebno rabo (neelektrični)</w:t>
      </w:r>
    </w:p>
    <w:p w:rsidR="004611C8" w:rsidRDefault="004611C8" w:rsidP="004611C8">
      <w:r>
        <w:t>200112</w:t>
      </w:r>
      <w:r>
        <w:tab/>
        <w:t>Pokrovi za posode, nekovinski</w:t>
      </w:r>
    </w:p>
    <w:p w:rsidR="004611C8" w:rsidRDefault="004611C8" w:rsidP="004611C8">
      <w:r>
        <w:t>200113</w:t>
      </w:r>
      <w:r>
        <w:tab/>
        <w:t>Nekovinska oprema za pohištvo</w:t>
      </w:r>
    </w:p>
    <w:p w:rsidR="004611C8" w:rsidRDefault="004611C8" w:rsidP="004611C8">
      <w:r>
        <w:t>200115</w:t>
      </w:r>
      <w:r>
        <w:tab/>
        <w:t>Vrtno pohištvo</w:t>
      </w:r>
    </w:p>
    <w:p w:rsidR="004611C8" w:rsidRDefault="004611C8" w:rsidP="004611C8">
      <w:r>
        <w:t>200116</w:t>
      </w:r>
      <w:r>
        <w:tab/>
        <w:t>Podstavki za cvetlične lončke</w:t>
      </w:r>
    </w:p>
    <w:p w:rsidR="004611C8" w:rsidRDefault="004611C8" w:rsidP="004611C8">
      <w:r>
        <w:t>200117</w:t>
      </w:r>
      <w:r>
        <w:tab/>
        <w:t>Rešetkaste jasli za krmo</w:t>
      </w:r>
    </w:p>
    <w:p w:rsidR="004611C8" w:rsidRDefault="004611C8" w:rsidP="004611C8">
      <w:r>
        <w:t>200118</w:t>
      </w:r>
      <w:r>
        <w:tab/>
        <w:t>Stojala za strelno orožje</w:t>
      </w:r>
    </w:p>
    <w:p w:rsidR="004611C8" w:rsidRDefault="004611C8" w:rsidP="004611C8">
      <w:r>
        <w:t>200119</w:t>
      </w:r>
      <w:r>
        <w:tab/>
        <w:t>Sodi, ne iz kovine</w:t>
      </w:r>
    </w:p>
    <w:p w:rsidR="004611C8" w:rsidRDefault="004611C8" w:rsidP="004611C8">
      <w:r>
        <w:t>200120</w:t>
      </w:r>
      <w:r>
        <w:tab/>
        <w:t>Podstavki za sode (nekovinski)</w:t>
      </w:r>
    </w:p>
    <w:p w:rsidR="004611C8" w:rsidRDefault="004611C8" w:rsidP="004611C8">
      <w:r>
        <w:t>200121</w:t>
      </w:r>
      <w:r>
        <w:tab/>
        <w:t>Kolesca za zavese</w:t>
      </w:r>
    </w:p>
    <w:p w:rsidR="004611C8" w:rsidRDefault="004611C8" w:rsidP="004611C8">
      <w:r>
        <w:t>200122</w:t>
      </w:r>
      <w:r>
        <w:tab/>
        <w:t>Omare za shranjevanje živil</w:t>
      </w:r>
    </w:p>
    <w:p w:rsidR="004611C8" w:rsidRDefault="004611C8" w:rsidP="004611C8">
      <w:r>
        <w:t>200123</w:t>
      </w:r>
      <w:r>
        <w:tab/>
        <w:t>Okovje za okna, nekovinsko</w:t>
      </w:r>
    </w:p>
    <w:p w:rsidR="004611C8" w:rsidRDefault="004611C8" w:rsidP="004611C8">
      <w:r>
        <w:t>200124</w:t>
      </w:r>
      <w:r>
        <w:tab/>
        <w:t>Oprema za posteljo, nekovinska</w:t>
      </w:r>
    </w:p>
    <w:p w:rsidR="004611C8" w:rsidRDefault="004611C8" w:rsidP="004611C8">
      <w:r>
        <w:t>200125</w:t>
      </w:r>
      <w:r>
        <w:tab/>
        <w:t>Nekovinska okovja za vrata</w:t>
      </w:r>
    </w:p>
    <w:p w:rsidR="004611C8" w:rsidRDefault="004611C8" w:rsidP="004611C8">
      <w:r>
        <w:t>200126</w:t>
      </w:r>
      <w:r>
        <w:tab/>
        <w:t>Tnala za sekanje mesa</w:t>
      </w:r>
    </w:p>
    <w:p w:rsidR="004611C8" w:rsidRDefault="004611C8" w:rsidP="004611C8">
      <w:r>
        <w:t>200128</w:t>
      </w:r>
      <w:r>
        <w:tab/>
        <w:t>Zaboji, nekovinski [skladiščni, transportni]</w:t>
      </w:r>
    </w:p>
    <w:p w:rsidR="004611C8" w:rsidRDefault="004611C8" w:rsidP="004611C8">
      <w:r>
        <w:t>200129</w:t>
      </w:r>
      <w:r>
        <w:tab/>
        <w:t>Zaščitne prevleke za shranjevanje oblačil</w:t>
      </w:r>
    </w:p>
    <w:p w:rsidR="004611C8" w:rsidRDefault="004611C8" w:rsidP="004611C8">
      <w:r>
        <w:t>200132</w:t>
      </w:r>
      <w:r>
        <w:tab/>
        <w:t>Kovinsko pohištvo</w:t>
      </w:r>
    </w:p>
    <w:p w:rsidR="004611C8" w:rsidRDefault="004611C8" w:rsidP="004611C8">
      <w:r>
        <w:t>200133</w:t>
      </w:r>
      <w:r>
        <w:tab/>
        <w:t>Ratan [neobdelani ali delno obdelani material]</w:t>
      </w:r>
    </w:p>
    <w:p w:rsidR="004611C8" w:rsidRDefault="004611C8" w:rsidP="004611C8">
      <w:r>
        <w:t>200134</w:t>
      </w:r>
      <w:r>
        <w:tab/>
        <w:t>Stojala za časopise</w:t>
      </w:r>
    </w:p>
    <w:p w:rsidR="004611C8" w:rsidRDefault="004611C8" w:rsidP="004611C8">
      <w:r>
        <w:t>200135</w:t>
      </w:r>
      <w:r>
        <w:tab/>
        <w:t>Stojala za revije</w:t>
      </w:r>
    </w:p>
    <w:p w:rsidR="004611C8" w:rsidRDefault="004611C8" w:rsidP="004611C8">
      <w:r>
        <w:t>200136</w:t>
      </w:r>
      <w:r>
        <w:tab/>
        <w:t>Letvena notranja senčila</w:t>
      </w:r>
    </w:p>
    <w:p w:rsidR="004611C8" w:rsidRDefault="004611C8" w:rsidP="004611C8">
      <w:r>
        <w:t>200137</w:t>
      </w:r>
      <w:r>
        <w:tab/>
        <w:t>Omarice z umivalnikom</w:t>
      </w:r>
    </w:p>
    <w:p w:rsidR="004611C8" w:rsidRDefault="004611C8" w:rsidP="004611C8">
      <w:r>
        <w:t>200139</w:t>
      </w:r>
      <w:r>
        <w:tab/>
        <w:t>Posteljna kolesca, nekovinska</w:t>
      </w:r>
    </w:p>
    <w:p w:rsidR="004611C8" w:rsidRDefault="004611C8" w:rsidP="004611C8">
      <w:r>
        <w:t>200140</w:t>
      </w:r>
      <w:r>
        <w:tab/>
        <w:t>Zapahi, nekovinski</w:t>
      </w:r>
    </w:p>
    <w:p w:rsidR="004611C8" w:rsidRDefault="004611C8" w:rsidP="004611C8">
      <w:r>
        <w:t>200141</w:t>
      </w:r>
      <w:r>
        <w:tab/>
        <w:t>Stojala za branje brevirjev</w:t>
      </w:r>
    </w:p>
    <w:p w:rsidR="004611C8" w:rsidRDefault="004611C8" w:rsidP="004611C8">
      <w:r>
        <w:t>200144</w:t>
      </w:r>
      <w:r>
        <w:tab/>
        <w:t>Garderobna stojala</w:t>
      </w:r>
    </w:p>
    <w:p w:rsidR="004611C8" w:rsidRDefault="004611C8" w:rsidP="004611C8">
      <w:r>
        <w:t>200145</w:t>
      </w:r>
      <w:r>
        <w:tab/>
        <w:t>Transportne palete, nekovinske</w:t>
      </w:r>
    </w:p>
    <w:p w:rsidR="004611C8" w:rsidRDefault="004611C8" w:rsidP="004611C8">
      <w:r>
        <w:t>200146</w:t>
      </w:r>
      <w:r>
        <w:tab/>
        <w:t>Palete za rokovanje z blagom, nekovinske</w:t>
      </w:r>
    </w:p>
    <w:p w:rsidR="004611C8" w:rsidRDefault="004611C8" w:rsidP="004611C8">
      <w:r>
        <w:t>200147</w:t>
      </w:r>
      <w:r>
        <w:tab/>
        <w:t>Dvokrake lestve, nekovinske</w:t>
      </w:r>
    </w:p>
    <w:p w:rsidR="004611C8" w:rsidRDefault="004611C8" w:rsidP="004611C8">
      <w:r>
        <w:t>200149</w:t>
      </w:r>
      <w:r>
        <w:tab/>
        <w:t>Nekovinska kolesca</w:t>
      </w:r>
    </w:p>
    <w:p w:rsidR="004611C8" w:rsidRDefault="004611C8" w:rsidP="004611C8">
      <w:r>
        <w:t>200151</w:t>
      </w:r>
      <w:r>
        <w:tab/>
        <w:t>Viseče dekorativne figurice</w:t>
      </w:r>
    </w:p>
    <w:p w:rsidR="004611C8" w:rsidRDefault="004611C8" w:rsidP="004611C8">
      <w:r>
        <w:t>200152</w:t>
      </w:r>
      <w:r>
        <w:tab/>
        <w:t>Dvižne mize</w:t>
      </w:r>
    </w:p>
    <w:p w:rsidR="004611C8" w:rsidRDefault="004611C8" w:rsidP="004611C8">
      <w:r>
        <w:lastRenderedPageBreak/>
        <w:t>200153</w:t>
      </w:r>
      <w:r>
        <w:tab/>
        <w:t>Biserna matica, neobdelana ali pol obdelana</w:t>
      </w:r>
    </w:p>
    <w:p w:rsidR="004611C8" w:rsidRDefault="004611C8" w:rsidP="004611C8">
      <w:r>
        <w:t>200155</w:t>
      </w:r>
      <w:r>
        <w:tab/>
        <w:t>Hišne številke, nekovinske, nesvetleče</w:t>
      </w:r>
    </w:p>
    <w:p w:rsidR="004611C8" w:rsidRDefault="004611C8" w:rsidP="004611C8">
      <w:r>
        <w:t>200156</w:t>
      </w:r>
      <w:r>
        <w:tab/>
        <w:t>Nagačene ptice</w:t>
      </w:r>
    </w:p>
    <w:p w:rsidR="004611C8" w:rsidRDefault="004611C8" w:rsidP="004611C8">
      <w:r>
        <w:t>200157</w:t>
      </w:r>
      <w:r>
        <w:tab/>
        <w:t>Vzglavne blazine</w:t>
      </w:r>
    </w:p>
    <w:p w:rsidR="004611C8" w:rsidRDefault="004611C8" w:rsidP="004611C8">
      <w:r>
        <w:t>200158</w:t>
      </w:r>
      <w:r>
        <w:tab/>
        <w:t>Vzglavne blazine, napolnjene z zrakom, ne za medicinske namene</w:t>
      </w:r>
    </w:p>
    <w:p w:rsidR="004611C8" w:rsidRDefault="004611C8" w:rsidP="004611C8">
      <w:r>
        <w:t>200160</w:t>
      </w:r>
      <w:r>
        <w:tab/>
        <w:t>Pletena slama, razen rogoznic</w:t>
      </w:r>
    </w:p>
    <w:p w:rsidR="004611C8" w:rsidRDefault="004611C8" w:rsidP="004611C8">
      <w:r>
        <w:t>200161</w:t>
      </w:r>
      <w:r>
        <w:tab/>
        <w:t>Kite iz slame</w:t>
      </w:r>
    </w:p>
    <w:p w:rsidR="004611C8" w:rsidRDefault="004611C8" w:rsidP="004611C8">
      <w:r>
        <w:t>200162</w:t>
      </w:r>
      <w:r>
        <w:tab/>
        <w:t>Slamnate obrobe</w:t>
      </w:r>
    </w:p>
    <w:p w:rsidR="004611C8" w:rsidRDefault="004611C8" w:rsidP="004611C8">
      <w:r>
        <w:t>200163</w:t>
      </w:r>
      <w:r>
        <w:tab/>
        <w:t>Košare za kruh (pekovske)</w:t>
      </w:r>
    </w:p>
    <w:p w:rsidR="004611C8" w:rsidRDefault="004611C8" w:rsidP="004611C8">
      <w:r>
        <w:t>200164</w:t>
      </w:r>
      <w:r>
        <w:tab/>
        <w:t>Stojala za dežnike</w:t>
      </w:r>
    </w:p>
    <w:p w:rsidR="004611C8" w:rsidRDefault="004611C8" w:rsidP="004611C8">
      <w:r>
        <w:t>200165</w:t>
      </w:r>
      <w:r>
        <w:tab/>
        <w:t>Zasloni (pohištvo)</w:t>
      </w:r>
    </w:p>
    <w:p w:rsidR="004611C8" w:rsidRDefault="004611C8" w:rsidP="004611C8">
      <w:r>
        <w:t>200166</w:t>
      </w:r>
      <w:r>
        <w:tab/>
        <w:t>Kljuke za oblačila, nekovinske</w:t>
      </w:r>
    </w:p>
    <w:p w:rsidR="004611C8" w:rsidRDefault="004611C8" w:rsidP="004611C8">
      <w:r>
        <w:t>200167</w:t>
      </w:r>
      <w:r>
        <w:tab/>
        <w:t>Dekorativne zavese iz kroglic</w:t>
      </w:r>
    </w:p>
    <w:p w:rsidR="004611C8" w:rsidRDefault="004611C8" w:rsidP="004611C8">
      <w:r>
        <w:t>200168</w:t>
      </w:r>
      <w:r>
        <w:tab/>
        <w:t>Šotorski klini, nekovinski</w:t>
      </w:r>
    </w:p>
    <w:p w:rsidR="004611C8" w:rsidRDefault="004611C8" w:rsidP="004611C8">
      <w:r>
        <w:t>200169</w:t>
      </w:r>
      <w:r>
        <w:tab/>
        <w:t>Mizne plošče</w:t>
      </w:r>
    </w:p>
    <w:p w:rsidR="004611C8" w:rsidRDefault="004611C8" w:rsidP="004611C8">
      <w:r>
        <w:t>200170</w:t>
      </w:r>
      <w:r>
        <w:tab/>
        <w:t>Vrata za pohištvo</w:t>
      </w:r>
    </w:p>
    <w:p w:rsidR="004611C8" w:rsidRDefault="004611C8" w:rsidP="004611C8">
      <w:r>
        <w:t>200171</w:t>
      </w:r>
      <w:r>
        <w:tab/>
        <w:t>Podporne karnise za zavese</w:t>
      </w:r>
    </w:p>
    <w:p w:rsidR="004611C8" w:rsidRDefault="004611C8" w:rsidP="004611C8">
      <w:r>
        <w:t>200172</w:t>
      </w:r>
      <w:r>
        <w:tab/>
        <w:t>Police</w:t>
      </w:r>
    </w:p>
    <w:p w:rsidR="004611C8" w:rsidRDefault="004611C8" w:rsidP="004611C8">
      <w:r>
        <w:t>200173</w:t>
      </w:r>
      <w:r>
        <w:tab/>
        <w:t>Plastične obrobe za pohištvo</w:t>
      </w:r>
    </w:p>
    <w:p w:rsidR="004611C8" w:rsidRDefault="004611C8" w:rsidP="004611C8">
      <w:r>
        <w:t>200175</w:t>
      </w:r>
      <w:r>
        <w:tab/>
        <w:t>Drogovi (palice) za zavese</w:t>
      </w:r>
    </w:p>
    <w:p w:rsidR="004611C8" w:rsidRDefault="004611C8" w:rsidP="004611C8">
      <w:r>
        <w:t>200176</w:t>
      </w:r>
      <w:r>
        <w:tab/>
        <w:t>Kaveljčki za zavese</w:t>
      </w:r>
    </w:p>
    <w:p w:rsidR="004611C8" w:rsidRDefault="004611C8" w:rsidP="004611C8">
      <w:r>
        <w:t>200178</w:t>
      </w:r>
      <w:r>
        <w:tab/>
        <w:t>Trstičje za pletenje</w:t>
      </w:r>
    </w:p>
    <w:p w:rsidR="004611C8" w:rsidRDefault="004611C8" w:rsidP="004611C8">
      <w:r>
        <w:t>200179</w:t>
      </w:r>
      <w:r>
        <w:tab/>
        <w:t>Živalska kopita</w:t>
      </w:r>
    </w:p>
    <w:p w:rsidR="004611C8" w:rsidRDefault="004611C8" w:rsidP="004611C8">
      <w:r>
        <w:t>200180</w:t>
      </w:r>
      <w:r>
        <w:tab/>
        <w:t>Pisalne mize</w:t>
      </w:r>
    </w:p>
    <w:p w:rsidR="004611C8" w:rsidRDefault="004611C8" w:rsidP="004611C8">
      <w:r>
        <w:t>200181</w:t>
      </w:r>
      <w:r>
        <w:tab/>
        <w:t>Nekovinske ključavnice za vozila</w:t>
      </w:r>
    </w:p>
    <w:p w:rsidR="004611C8" w:rsidRDefault="004611C8" w:rsidP="004611C8">
      <w:r>
        <w:t>200182</w:t>
      </w:r>
      <w:r>
        <w:tab/>
        <w:t>Kovinski sedeži</w:t>
      </w:r>
    </w:p>
    <w:p w:rsidR="004611C8" w:rsidRDefault="004611C8" w:rsidP="004611C8">
      <w:r>
        <w:t>200183</w:t>
      </w:r>
      <w:r>
        <w:tab/>
        <w:t>Kavči</w:t>
      </w:r>
    </w:p>
    <w:p w:rsidR="004611C8" w:rsidRDefault="004611C8" w:rsidP="004611C8">
      <w:r>
        <w:t>200184</w:t>
      </w:r>
      <w:r>
        <w:tab/>
        <w:t>Divani</w:t>
      </w:r>
    </w:p>
    <w:p w:rsidR="004611C8" w:rsidRDefault="004611C8" w:rsidP="004611C8">
      <w:r>
        <w:t>200185</w:t>
      </w:r>
      <w:r>
        <w:tab/>
        <w:t>Ogrodja za postelje</w:t>
      </w:r>
    </w:p>
    <w:p w:rsidR="004611C8" w:rsidRPr="003834FA" w:rsidRDefault="004611C8" w:rsidP="004611C8">
      <w:pPr>
        <w:rPr>
          <w:lang w:val="fr-FR"/>
        </w:rPr>
      </w:pPr>
      <w:r>
        <w:t>200186</w:t>
      </w:r>
      <w:r>
        <w:tab/>
      </w:r>
      <w:r w:rsidRPr="003834FA">
        <w:rPr>
          <w:lang w:val="fr-FR"/>
        </w:rPr>
        <w:t>Ventili iz plastike, ne kot strojni deli</w:t>
      </w:r>
    </w:p>
    <w:p w:rsidR="004611C8" w:rsidRPr="003834FA" w:rsidRDefault="004611C8" w:rsidP="004611C8">
      <w:pPr>
        <w:rPr>
          <w:lang w:val="fr-FR"/>
        </w:rPr>
      </w:pPr>
      <w:r>
        <w:t>200187</w:t>
      </w:r>
      <w:r>
        <w:tab/>
      </w:r>
      <w:r w:rsidRPr="003834FA">
        <w:rPr>
          <w:lang w:val="fr-FR"/>
        </w:rPr>
        <w:t>Kipi iz lesa, voska, mavca ali plastike</w:t>
      </w:r>
    </w:p>
    <w:p w:rsidR="004611C8" w:rsidRDefault="004611C8" w:rsidP="004611C8">
      <w:r>
        <w:t>200188</w:t>
      </w:r>
      <w:r>
        <w:tab/>
        <w:t>Kovinske mize</w:t>
      </w:r>
    </w:p>
    <w:p w:rsidR="004611C8" w:rsidRDefault="004611C8" w:rsidP="004611C8">
      <w:r>
        <w:t>200189</w:t>
      </w:r>
      <w:r>
        <w:tab/>
        <w:t>Toaletne mizice</w:t>
      </w:r>
    </w:p>
    <w:p w:rsidR="004611C8" w:rsidRDefault="004611C8" w:rsidP="004611C8">
      <w:r>
        <w:t>200191</w:t>
      </w:r>
      <w:r>
        <w:tab/>
        <w:t>Police za shranjevanje</w:t>
      </w:r>
    </w:p>
    <w:p w:rsidR="004611C8" w:rsidRDefault="004611C8" w:rsidP="004611C8">
      <w:r>
        <w:t>200192</w:t>
      </w:r>
      <w:r>
        <w:tab/>
        <w:t>Omarice s ključavnico [pohištvo]</w:t>
      </w:r>
    </w:p>
    <w:p w:rsidR="004611C8" w:rsidRDefault="004611C8" w:rsidP="004611C8">
      <w:r>
        <w:t>200193</w:t>
      </w:r>
      <w:r>
        <w:tab/>
        <w:t>Ogledala (posrebreno steklo)</w:t>
      </w:r>
    </w:p>
    <w:p w:rsidR="004611C8" w:rsidRDefault="004611C8" w:rsidP="004611C8">
      <w:r>
        <w:t>200194</w:t>
      </w:r>
      <w:r>
        <w:tab/>
        <w:t>Ležalniki</w:t>
      </w:r>
    </w:p>
    <w:p w:rsidR="004611C8" w:rsidRDefault="004611C8" w:rsidP="004611C8">
      <w:r>
        <w:t>200195</w:t>
      </w:r>
      <w:r>
        <w:tab/>
        <w:t>Vzglavniki</w:t>
      </w:r>
    </w:p>
    <w:p w:rsidR="004611C8" w:rsidRDefault="004611C8" w:rsidP="004611C8">
      <w:r>
        <w:t>200196</w:t>
      </w:r>
      <w:r>
        <w:tab/>
        <w:t>Štirinožna stojala [pohištvo]</w:t>
      </w:r>
    </w:p>
    <w:p w:rsidR="004611C8" w:rsidRDefault="004611C8" w:rsidP="004611C8">
      <w:r>
        <w:t>200197</w:t>
      </w:r>
      <w:r>
        <w:tab/>
        <w:t>Table za obešanje ključev</w:t>
      </w:r>
    </w:p>
    <w:p w:rsidR="004611C8" w:rsidRDefault="004611C8" w:rsidP="004611C8">
      <w:r>
        <w:t>200198</w:t>
      </w:r>
      <w:r>
        <w:tab/>
        <w:t>Odcejalniki za krožnike [pohištvo]</w:t>
      </w:r>
    </w:p>
    <w:p w:rsidR="004611C8" w:rsidRDefault="004611C8" w:rsidP="004611C8">
      <w:r>
        <w:t>200199</w:t>
      </w:r>
      <w:r>
        <w:tab/>
        <w:t>Pletarski izdelki</w:t>
      </w:r>
    </w:p>
    <w:p w:rsidR="004611C8" w:rsidRDefault="004611C8" w:rsidP="004611C8">
      <w:r>
        <w:t>200200</w:t>
      </w:r>
      <w:r>
        <w:tab/>
        <w:t>Razstavna stojala</w:t>
      </w:r>
    </w:p>
    <w:p w:rsidR="004611C8" w:rsidRDefault="004611C8" w:rsidP="004611C8">
      <w:r>
        <w:t>200201</w:t>
      </w:r>
      <w:r>
        <w:tab/>
        <w:t>Zračne blazine, ne za medicinske namene</w:t>
      </w:r>
    </w:p>
    <w:p w:rsidR="004611C8" w:rsidRDefault="004611C8" w:rsidP="004611C8">
      <w:r>
        <w:t>200202</w:t>
      </w:r>
      <w:r>
        <w:tab/>
        <w:t>Zračne blazine, ne za zdravstvene namene</w:t>
      </w:r>
    </w:p>
    <w:p w:rsidR="004611C8" w:rsidRPr="003834FA" w:rsidRDefault="004611C8" w:rsidP="004611C8">
      <w:pPr>
        <w:rPr>
          <w:lang w:val="fr-FR"/>
        </w:rPr>
      </w:pPr>
      <w:r>
        <w:t>200203</w:t>
      </w:r>
      <w:r>
        <w:tab/>
      </w:r>
      <w:r w:rsidRPr="003834FA">
        <w:rPr>
          <w:lang w:val="fr-FR"/>
        </w:rPr>
        <w:t>Ambroidne palice (palice iz koščkov jantarja)</w:t>
      </w:r>
    </w:p>
    <w:p w:rsidR="004611C8" w:rsidRDefault="004611C8" w:rsidP="004611C8">
      <w:r>
        <w:t>200204</w:t>
      </w:r>
      <w:r>
        <w:tab/>
        <w:t>Ambroidne plošče (plošče iz koščkov jantarja)</w:t>
      </w:r>
    </w:p>
    <w:p w:rsidR="004611C8" w:rsidRDefault="004611C8" w:rsidP="004611C8">
      <w:r>
        <w:t>200205</w:t>
      </w:r>
      <w:r>
        <w:tab/>
        <w:t>Umetnine iz lesa, voska, mavca, plastike ali smole</w:t>
      </w:r>
    </w:p>
    <w:p w:rsidR="004611C8" w:rsidRPr="003834FA" w:rsidRDefault="004611C8" w:rsidP="004611C8">
      <w:pPr>
        <w:rPr>
          <w:lang w:val="fr-FR"/>
        </w:rPr>
      </w:pPr>
      <w:r>
        <w:t>200206</w:t>
      </w:r>
      <w:r>
        <w:tab/>
      </w:r>
      <w:r w:rsidRPr="003834FA">
        <w:rPr>
          <w:lang w:val="fr-FR"/>
        </w:rPr>
        <w:t>Korita za mešanje malte, nekovinska</w:t>
      </w:r>
    </w:p>
    <w:p w:rsidR="004611C8" w:rsidRDefault="004611C8" w:rsidP="004611C8">
      <w:r>
        <w:t>200209</w:t>
      </w:r>
      <w:r>
        <w:tab/>
        <w:t>Mize s primeži [pohištvo]</w:t>
      </w:r>
    </w:p>
    <w:p w:rsidR="004611C8" w:rsidRDefault="004611C8" w:rsidP="004611C8">
      <w:r>
        <w:t>200210</w:t>
      </w:r>
      <w:r>
        <w:tab/>
        <w:t>Nekovinski sodi</w:t>
      </w:r>
    </w:p>
    <w:p w:rsidR="004611C8" w:rsidRDefault="004611C8" w:rsidP="004611C8">
      <w:r>
        <w:t>200212</w:t>
      </w:r>
      <w:r>
        <w:tab/>
        <w:t>Stojala za računske stroje</w:t>
      </w:r>
    </w:p>
    <w:p w:rsidR="004611C8" w:rsidRDefault="004611C8" w:rsidP="004611C8">
      <w:r>
        <w:t>200214</w:t>
      </w:r>
      <w:r>
        <w:tab/>
        <w:t>Nekovinski tesnilni zamaški</w:t>
      </w:r>
    </w:p>
    <w:p w:rsidR="004611C8" w:rsidRDefault="004611C8" w:rsidP="004611C8">
      <w:r>
        <w:t>200215</w:t>
      </w:r>
      <w:r>
        <w:tab/>
        <w:t>Vijaki, nekovinski</w:t>
      </w:r>
    </w:p>
    <w:p w:rsidR="004611C8" w:rsidRDefault="004611C8" w:rsidP="004611C8">
      <w:r>
        <w:t>200216</w:t>
      </w:r>
      <w:r>
        <w:tab/>
        <w:t>Zakovice, nekovinske</w:t>
      </w:r>
    </w:p>
    <w:p w:rsidR="004611C8" w:rsidRDefault="004611C8" w:rsidP="004611C8">
      <w:r>
        <w:t>200218</w:t>
      </w:r>
      <w:r>
        <w:tab/>
        <w:t>Sorniki, nekovinski</w:t>
      </w:r>
    </w:p>
    <w:p w:rsidR="004611C8" w:rsidRDefault="004611C8" w:rsidP="004611C8">
      <w:r>
        <w:t>200219</w:t>
      </w:r>
      <w:r>
        <w:tab/>
        <w:t>Čepi za steklenice, razen iz stekla, kovine ali gume</w:t>
      </w:r>
    </w:p>
    <w:p w:rsidR="004611C8" w:rsidRPr="003834FA" w:rsidRDefault="004611C8" w:rsidP="004611C8">
      <w:pPr>
        <w:rPr>
          <w:lang w:val="fr-FR"/>
        </w:rPr>
      </w:pPr>
      <w:r>
        <w:t>200221</w:t>
      </w:r>
      <w:r>
        <w:tab/>
      </w:r>
      <w:r w:rsidRPr="003834FA">
        <w:rPr>
          <w:lang w:val="fr-FR"/>
        </w:rPr>
        <w:t>Identifikacijske zapestnice, ne iz kovine</w:t>
      </w:r>
    </w:p>
    <w:p w:rsidR="004611C8" w:rsidRDefault="004611C8" w:rsidP="004611C8">
      <w:r>
        <w:t>200222</w:t>
      </w:r>
      <w:r>
        <w:tab/>
        <w:t>Vozički za strežbo hrane [pohištvo]</w:t>
      </w:r>
    </w:p>
    <w:p w:rsidR="004611C8" w:rsidRDefault="004611C8" w:rsidP="004611C8">
      <w:r>
        <w:t>200223</w:t>
      </w:r>
      <w:r>
        <w:tab/>
        <w:t>Doprsni kipi iz lesa, voska, mavca ali plastike</w:t>
      </w:r>
    </w:p>
    <w:p w:rsidR="004611C8" w:rsidRDefault="004611C8" w:rsidP="004611C8">
      <w:r>
        <w:t>200224</w:t>
      </w:r>
      <w:r>
        <w:tab/>
        <w:t>Nekovinski vijaki za vezanje kablov</w:t>
      </w:r>
    </w:p>
    <w:p w:rsidR="004611C8" w:rsidRDefault="004611C8" w:rsidP="004611C8">
      <w:r>
        <w:t>200225</w:t>
      </w:r>
      <w:r>
        <w:tab/>
        <w:t>Okvirji za slike</w:t>
      </w:r>
    </w:p>
    <w:p w:rsidR="004611C8" w:rsidRDefault="004611C8" w:rsidP="004611C8">
      <w:r>
        <w:t>200229</w:t>
      </w:r>
      <w:r>
        <w:tab/>
        <w:t>Mize za masažo</w:t>
      </w:r>
    </w:p>
    <w:p w:rsidR="004611C8" w:rsidRDefault="004611C8" w:rsidP="004611C8">
      <w:r>
        <w:t>200230</w:t>
      </w:r>
      <w:r>
        <w:tab/>
        <w:t>Vodne postelje, ne za medicinske namene</w:t>
      </w:r>
    </w:p>
    <w:p w:rsidR="004611C8" w:rsidRDefault="004611C8" w:rsidP="004611C8">
      <w:r>
        <w:t>200231</w:t>
      </w:r>
      <w:r>
        <w:tab/>
        <w:t>Odtoki [ventili] iz plastike</w:t>
      </w:r>
    </w:p>
    <w:p w:rsidR="004611C8" w:rsidRDefault="004611C8" w:rsidP="004611C8">
      <w:r>
        <w:t>200233</w:t>
      </w:r>
      <w:r>
        <w:tab/>
        <w:t>Lupine školjk</w:t>
      </w:r>
    </w:p>
    <w:p w:rsidR="004611C8" w:rsidRDefault="004611C8" w:rsidP="004611C8">
      <w:r>
        <w:t>200235</w:t>
      </w:r>
      <w:r>
        <w:tab/>
        <w:t>Pručke</w:t>
      </w:r>
    </w:p>
    <w:p w:rsidR="004611C8" w:rsidRPr="003834FA" w:rsidRDefault="004611C8" w:rsidP="004611C8">
      <w:pPr>
        <w:rPr>
          <w:lang w:val="fr-FR"/>
        </w:rPr>
      </w:pPr>
      <w:r>
        <w:t>200236</w:t>
      </w:r>
      <w:r>
        <w:tab/>
      </w:r>
      <w:r w:rsidRPr="003834FA">
        <w:rPr>
          <w:lang w:val="fr-FR"/>
        </w:rPr>
        <w:t>Plastični ventili za vodovodne cevi</w:t>
      </w:r>
    </w:p>
    <w:p w:rsidR="004611C8" w:rsidRDefault="004611C8" w:rsidP="004611C8">
      <w:r>
        <w:t>200238</w:t>
      </w:r>
      <w:r>
        <w:tab/>
        <w:t>Embalaža za steklenice, lesena</w:t>
      </w:r>
    </w:p>
    <w:p w:rsidR="004611C8" w:rsidRDefault="004611C8" w:rsidP="004611C8">
      <w:r>
        <w:t>200240</w:t>
      </w:r>
      <w:r>
        <w:tab/>
        <w:t>Ključavnice, neelektrične, nekovinske</w:t>
      </w:r>
    </w:p>
    <w:p w:rsidR="004611C8" w:rsidRDefault="004611C8" w:rsidP="004611C8">
      <w:r>
        <w:t>200241</w:t>
      </w:r>
      <w:r>
        <w:tab/>
        <w:t>Frizerski stoli</w:t>
      </w:r>
    </w:p>
    <w:p w:rsidR="004611C8" w:rsidRDefault="004611C8" w:rsidP="004611C8">
      <w:r>
        <w:t>200242</w:t>
      </w:r>
      <w:r>
        <w:tab/>
        <w:t>Drogovi, nekovinski</w:t>
      </w:r>
    </w:p>
    <w:p w:rsidR="004611C8" w:rsidRDefault="004611C8" w:rsidP="004611C8">
      <w:r>
        <w:t>200243</w:t>
      </w:r>
      <w:r>
        <w:tab/>
        <w:t>Nekovinske košare</w:t>
      </w:r>
    </w:p>
    <w:p w:rsidR="004611C8" w:rsidRDefault="004611C8" w:rsidP="004611C8">
      <w:r>
        <w:t>200244</w:t>
      </w:r>
      <w:r>
        <w:tab/>
        <w:t>Nezidani, nekovinski poštni nabiralniki</w:t>
      </w:r>
    </w:p>
    <w:p w:rsidR="004611C8" w:rsidRDefault="004611C8" w:rsidP="004611C8">
      <w:r>
        <w:t>200251</w:t>
      </w:r>
      <w:r>
        <w:tab/>
        <w:t>Boje za sidranje</w:t>
      </w:r>
    </w:p>
    <w:p w:rsidR="004611C8" w:rsidRDefault="004611C8" w:rsidP="004611C8">
      <w:r>
        <w:t>200252</w:t>
      </w:r>
      <w:r>
        <w:tab/>
        <w:t>Zaščitne prevleke za oblačila (za shranjevanje)</w:t>
      </w:r>
    </w:p>
    <w:p w:rsidR="004611C8" w:rsidRPr="003834FA" w:rsidRDefault="004611C8" w:rsidP="004611C8">
      <w:pPr>
        <w:rPr>
          <w:lang w:val="fr-FR"/>
        </w:rPr>
      </w:pPr>
      <w:r>
        <w:t>200253</w:t>
      </w:r>
      <w:r>
        <w:tab/>
      </w:r>
      <w:r w:rsidRPr="003834FA">
        <w:rPr>
          <w:lang w:val="fr-FR"/>
        </w:rPr>
        <w:t>Označevalne table iz lesa ali plastike</w:t>
      </w:r>
    </w:p>
    <w:p w:rsidR="004611C8" w:rsidRDefault="004611C8" w:rsidP="004611C8">
      <w:r>
        <w:t>200254</w:t>
      </w:r>
      <w:r>
        <w:tab/>
        <w:t>Servirni vozički [pohištvo]</w:t>
      </w:r>
    </w:p>
    <w:p w:rsidR="004611C8" w:rsidRDefault="004611C8" w:rsidP="004611C8">
      <w:r>
        <w:t>200255</w:t>
      </w:r>
      <w:r>
        <w:tab/>
        <w:t>Zavese iz bambusa</w:t>
      </w:r>
    </w:p>
    <w:p w:rsidR="004611C8" w:rsidRDefault="004611C8" w:rsidP="004611C8">
      <w:r>
        <w:t>200256</w:t>
      </w:r>
      <w:r>
        <w:tab/>
        <w:t>Skrinje za igrače</w:t>
      </w:r>
    </w:p>
    <w:p w:rsidR="004611C8" w:rsidRDefault="004611C8" w:rsidP="004611C8">
      <w:r>
        <w:t>200257</w:t>
      </w:r>
      <w:r>
        <w:tab/>
        <w:t>Visoki otroški stoli</w:t>
      </w:r>
    </w:p>
    <w:p w:rsidR="004611C8" w:rsidRDefault="004611C8" w:rsidP="004611C8">
      <w:r>
        <w:t>200258</w:t>
      </w:r>
      <w:r>
        <w:tab/>
        <w:t>Otroške hojice</w:t>
      </w:r>
    </w:p>
    <w:p w:rsidR="004611C8" w:rsidRDefault="004611C8" w:rsidP="004611C8">
      <w:r>
        <w:t>200259</w:t>
      </w:r>
      <w:r>
        <w:tab/>
        <w:t>Napihljivi reklamni predmeti</w:t>
      </w:r>
    </w:p>
    <w:p w:rsidR="004611C8" w:rsidRDefault="004611C8" w:rsidP="004611C8">
      <w:r>
        <w:t>200260</w:t>
      </w:r>
      <w:r>
        <w:tab/>
        <w:t>Plastične kartice, nekodirane in nemagnetne</w:t>
      </w:r>
    </w:p>
    <w:p w:rsidR="004611C8" w:rsidRDefault="004611C8" w:rsidP="004611C8">
      <w:r>
        <w:t>200261</w:t>
      </w:r>
      <w:r>
        <w:tab/>
        <w:t>Ogledalne ploščice</w:t>
      </w:r>
    </w:p>
    <w:p w:rsidR="004611C8" w:rsidRDefault="004611C8" w:rsidP="004611C8">
      <w:r>
        <w:t>200262</w:t>
      </w:r>
      <w:r>
        <w:tab/>
        <w:t>Plastični škripci za senčila</w:t>
      </w:r>
    </w:p>
    <w:p w:rsidR="004611C8" w:rsidRDefault="004611C8" w:rsidP="004611C8">
      <w:r>
        <w:t>200263</w:t>
      </w:r>
      <w:r>
        <w:tab/>
        <w:t>Koze za žaganje</w:t>
      </w:r>
    </w:p>
    <w:p w:rsidR="004611C8" w:rsidRDefault="004611C8" w:rsidP="004611C8">
      <w:r>
        <w:t>200264</w:t>
      </w:r>
      <w:r>
        <w:tab/>
        <w:t>Leseni praskalniki za mačke (stebrički)</w:t>
      </w:r>
    </w:p>
    <w:p w:rsidR="004611C8" w:rsidRPr="003834FA" w:rsidRDefault="004611C8" w:rsidP="004611C8">
      <w:pPr>
        <w:rPr>
          <w:lang w:val="fr-FR"/>
        </w:rPr>
      </w:pPr>
      <w:r>
        <w:t>200265</w:t>
      </w:r>
      <w:r>
        <w:tab/>
      </w:r>
      <w:r w:rsidRPr="003834FA">
        <w:rPr>
          <w:lang w:val="fr-FR"/>
        </w:rPr>
        <w:t>Palice za nošenje bremen na ramenih</w:t>
      </w:r>
    </w:p>
    <w:p w:rsidR="004611C8" w:rsidRDefault="004611C8" w:rsidP="004611C8">
      <w:r>
        <w:t>200267</w:t>
      </w:r>
      <w:r>
        <w:tab/>
        <w:t>Pogrebne žare</w:t>
      </w:r>
    </w:p>
    <w:p w:rsidR="004611C8" w:rsidRDefault="004611C8" w:rsidP="004611C8">
      <w:r>
        <w:t>200268</w:t>
      </w:r>
      <w:r>
        <w:tab/>
        <w:t>Zvonila na veter [dekoracija]</w:t>
      </w:r>
    </w:p>
    <w:p w:rsidR="004611C8" w:rsidRDefault="004611C8" w:rsidP="004611C8">
      <w:r>
        <w:t>200270</w:t>
      </w:r>
      <w:r>
        <w:tab/>
        <w:t>Stojala za knjige</w:t>
      </w:r>
    </w:p>
    <w:p w:rsidR="004611C8" w:rsidRDefault="004611C8" w:rsidP="004611C8">
      <w:r>
        <w:t>200271</w:t>
      </w:r>
      <w:r>
        <w:tab/>
        <w:t>Blazine za hišne ljubljence</w:t>
      </w:r>
    </w:p>
    <w:p w:rsidR="004611C8" w:rsidRDefault="004611C8" w:rsidP="004611C8">
      <w:r>
        <w:t>200273</w:t>
      </w:r>
      <w:r>
        <w:tab/>
        <w:t>Kljuke za vrata, nekovinske</w:t>
      </w:r>
    </w:p>
    <w:p w:rsidR="004611C8" w:rsidRDefault="004611C8" w:rsidP="004611C8">
      <w:r>
        <w:t>200274</w:t>
      </w:r>
      <w:r>
        <w:tab/>
        <w:t>Ogledalca za v roko (toaletno zrcalce)</w:t>
      </w:r>
    </w:p>
    <w:p w:rsidR="004611C8" w:rsidRDefault="004611C8" w:rsidP="004611C8">
      <w:r>
        <w:lastRenderedPageBreak/>
        <w:t>200275</w:t>
      </w:r>
      <w:r>
        <w:tab/>
        <w:t>Podloge za otroške stajice</w:t>
      </w:r>
    </w:p>
    <w:p w:rsidR="004611C8" w:rsidRDefault="004611C8" w:rsidP="004611C8">
      <w:r>
        <w:t>200276</w:t>
      </w:r>
      <w:r>
        <w:tab/>
        <w:t>Stojala za brisače [pohištvo]</w:t>
      </w:r>
    </w:p>
    <w:p w:rsidR="004611C8" w:rsidRDefault="004611C8" w:rsidP="004611C8">
      <w:r>
        <w:t>200277</w:t>
      </w:r>
      <w:r>
        <w:tab/>
        <w:t>Nekovinski okrogli ročaji</w:t>
      </w:r>
    </w:p>
    <w:p w:rsidR="004611C8" w:rsidRDefault="004611C8" w:rsidP="004611C8">
      <w:r>
        <w:t>200278</w:t>
      </w:r>
      <w:r>
        <w:tab/>
        <w:t>Stenska mizica za previjanje</w:t>
      </w:r>
    </w:p>
    <w:p w:rsidR="004611C8" w:rsidRDefault="004611C8" w:rsidP="004611C8">
      <w:r>
        <w:t>200279</w:t>
      </w:r>
      <w:r>
        <w:tab/>
        <w:t>Otroške podloge za previjanje za večkratno uporabo</w:t>
      </w:r>
    </w:p>
    <w:p w:rsidR="004611C8" w:rsidRDefault="004611C8" w:rsidP="004611C8">
      <w:r>
        <w:t>200280</w:t>
      </w:r>
      <w:r>
        <w:tab/>
        <w:t>Zatiči, nekovinski</w:t>
      </w:r>
    </w:p>
    <w:p w:rsidR="004611C8" w:rsidRDefault="004611C8" w:rsidP="004611C8">
      <w:r>
        <w:t>200283</w:t>
      </w:r>
      <w:r>
        <w:tab/>
        <w:t>Neelektrični hišni zvonci, nekovinski</w:t>
      </w:r>
    </w:p>
    <w:p w:rsidR="004611C8" w:rsidRDefault="004611C8" w:rsidP="004611C8">
      <w:r>
        <w:t>200284</w:t>
      </w:r>
      <w:r>
        <w:tab/>
        <w:t>Samostoječe pregrade [pohištvo]</w:t>
      </w:r>
    </w:p>
    <w:p w:rsidR="004611C8" w:rsidRDefault="004611C8" w:rsidP="004611C8">
      <w:r>
        <w:t>200285</w:t>
      </w:r>
      <w:r>
        <w:tab/>
        <w:t>Nekovinski navojni pokrovi za steklenice</w:t>
      </w:r>
    </w:p>
    <w:p w:rsidR="004611C8" w:rsidRDefault="004611C8" w:rsidP="004611C8">
      <w:r>
        <w:t>200286</w:t>
      </w:r>
      <w:r>
        <w:tab/>
        <w:t>Nekovinska vratna tolkala</w:t>
      </w:r>
    </w:p>
    <w:p w:rsidR="004611C8" w:rsidRPr="003834FA" w:rsidRDefault="004611C8" w:rsidP="004611C8">
      <w:pPr>
        <w:rPr>
          <w:lang w:val="fr-FR"/>
        </w:rPr>
      </w:pPr>
      <w:r>
        <w:t>200287</w:t>
      </w:r>
      <w:r>
        <w:tab/>
      </w:r>
      <w:r w:rsidRPr="003834FA">
        <w:rPr>
          <w:lang w:val="fr-FR"/>
        </w:rPr>
        <w:t>Stojala za žaganje, ne kot deli strojev</w:t>
      </w:r>
    </w:p>
    <w:p w:rsidR="004611C8" w:rsidRDefault="004611C8" w:rsidP="004611C8">
      <w:r>
        <w:t>200288</w:t>
      </w:r>
      <w:r>
        <w:tab/>
        <w:t>Napihljivo pohištvo</w:t>
      </w:r>
    </w:p>
    <w:p w:rsidR="004611C8" w:rsidRDefault="004611C8" w:rsidP="004611C8">
      <w:r>
        <w:t>200289</w:t>
      </w:r>
      <w:r>
        <w:tab/>
        <w:t>Pručke [pohištvo]</w:t>
      </w:r>
    </w:p>
    <w:p w:rsidR="004611C8" w:rsidRDefault="004611C8" w:rsidP="004611C8">
      <w:r>
        <w:t>200290</w:t>
      </w:r>
      <w:r>
        <w:tab/>
        <w:t>Oprijemala za kadi, nekovinska</w:t>
      </w:r>
    </w:p>
    <w:p w:rsidR="004611C8" w:rsidRDefault="004611C8" w:rsidP="004611C8">
      <w:r>
        <w:t>200291</w:t>
      </w:r>
      <w:r>
        <w:tab/>
        <w:t>Prirobnice, nekovinske, za pritrditev cevi</w:t>
      </w:r>
    </w:p>
    <w:p w:rsidR="004611C8" w:rsidRDefault="004611C8" w:rsidP="004611C8">
      <w:r>
        <w:t>200294</w:t>
      </w:r>
      <w:r>
        <w:tab/>
        <w:t>Obeski, nekovinski, za ključe</w:t>
      </w:r>
    </w:p>
    <w:p w:rsidR="004611C8" w:rsidRDefault="004611C8" w:rsidP="004611C8">
      <w:r>
        <w:t>200295</w:t>
      </w:r>
      <w:r>
        <w:tab/>
        <w:t>Nekovinski podajalniki za vrečke za pasje iztrebke</w:t>
      </w:r>
    </w:p>
    <w:p w:rsidR="004611C8" w:rsidRPr="003834FA" w:rsidRDefault="004611C8" w:rsidP="004611C8">
      <w:pPr>
        <w:rPr>
          <w:lang w:val="fr-FR"/>
        </w:rPr>
      </w:pPr>
      <w:r>
        <w:t>200296</w:t>
      </w:r>
      <w:r>
        <w:tab/>
      </w:r>
      <w:r w:rsidRPr="003834FA">
        <w:rPr>
          <w:lang w:val="fr-FR"/>
        </w:rPr>
        <w:t>Zaustavljalniki vrat, ne iz kovine ali kavčuka</w:t>
      </w:r>
    </w:p>
    <w:p w:rsidR="004611C8" w:rsidRDefault="004611C8" w:rsidP="004611C8">
      <w:r>
        <w:t>200297</w:t>
      </w:r>
      <w:r>
        <w:tab/>
        <w:t>Zaustavljalniki oken, ne iz kovine ali kavčuka</w:t>
      </w:r>
    </w:p>
    <w:p w:rsidR="004611C8" w:rsidRDefault="004611C8" w:rsidP="004611C8">
      <w:r>
        <w:t>200298</w:t>
      </w:r>
      <w:r>
        <w:tab/>
        <w:t>Nekovinske okenske zapore</w:t>
      </w:r>
    </w:p>
    <w:p w:rsidR="004611C8" w:rsidRDefault="004611C8" w:rsidP="004611C8">
      <w:r>
        <w:t>200299</w:t>
      </w:r>
      <w:r>
        <w:tab/>
        <w:t>Okenska pritrdila, nekovinska</w:t>
      </w:r>
    </w:p>
    <w:p w:rsidR="004611C8" w:rsidRDefault="004611C8" w:rsidP="004611C8">
      <w:r>
        <w:t>200300</w:t>
      </w:r>
      <w:r>
        <w:tab/>
        <w:t>Pritrdila za vrata, nekovinska</w:t>
      </w:r>
    </w:p>
    <w:p w:rsidR="004611C8" w:rsidRDefault="004611C8" w:rsidP="004611C8">
      <w:r>
        <w:t>200301</w:t>
      </w:r>
      <w:r>
        <w:tab/>
        <w:t>Škatle za orodje, nekovinske, prazne</w:t>
      </w:r>
    </w:p>
    <w:p w:rsidR="004611C8" w:rsidRDefault="004611C8" w:rsidP="004611C8">
      <w:r>
        <w:t>200302</w:t>
      </w:r>
      <w:r>
        <w:tab/>
        <w:t>Omarice za orodje, nekovinske, prazne</w:t>
      </w:r>
    </w:p>
    <w:p w:rsidR="004611C8" w:rsidRDefault="004611C8" w:rsidP="004611C8">
      <w:r>
        <w:t>200303</w:t>
      </w:r>
      <w:r>
        <w:tab/>
        <w:t>Police za shranjevanje</w:t>
      </w:r>
    </w:p>
    <w:p w:rsidR="004611C8" w:rsidRDefault="004611C8" w:rsidP="004611C8">
      <w:r>
        <w:t>200304</w:t>
      </w:r>
      <w:r>
        <w:tab/>
        <w:t>Obešalniki za torbice, nekovinski</w:t>
      </w:r>
    </w:p>
    <w:p w:rsidR="004611C8" w:rsidRDefault="004611C8" w:rsidP="004611C8">
      <w:r>
        <w:t>200305</w:t>
      </w:r>
      <w:r>
        <w:tab/>
        <w:t>Plastični ključi</w:t>
      </w:r>
    </w:p>
    <w:p w:rsidR="004611C8" w:rsidRDefault="004611C8" w:rsidP="004611C8">
      <w:r>
        <w:t>200306</w:t>
      </w:r>
      <w:r>
        <w:tab/>
        <w:t>Nosilci, nekovinski, za pohištvo</w:t>
      </w:r>
    </w:p>
    <w:p w:rsidR="004611C8" w:rsidRDefault="004611C8" w:rsidP="004611C8">
      <w:r>
        <w:t>200307</w:t>
      </w:r>
      <w:r>
        <w:tab/>
        <w:t>Plastične etikete</w:t>
      </w:r>
    </w:p>
    <w:p w:rsidR="004611C8" w:rsidRDefault="004611C8" w:rsidP="004611C8">
      <w:r>
        <w:t>200308</w:t>
      </w:r>
      <w:r>
        <w:tab/>
        <w:t>Stenske mize s podstavkom</w:t>
      </w:r>
    </w:p>
    <w:p w:rsidR="004611C8" w:rsidRDefault="004611C8" w:rsidP="004611C8">
      <w:r>
        <w:t>200309</w:t>
      </w:r>
      <w:r>
        <w:tab/>
        <w:t>Knjižne omare</w:t>
      </w:r>
    </w:p>
    <w:p w:rsidR="004611C8" w:rsidRDefault="004611C8" w:rsidP="004611C8">
      <w:r>
        <w:t>200310</w:t>
      </w:r>
      <w:r>
        <w:tab/>
        <w:t>Stojala za obešanje oblačil</w:t>
      </w:r>
    </w:p>
    <w:p w:rsidR="004611C8" w:rsidRDefault="004611C8" w:rsidP="004611C8">
      <w:r>
        <w:t>200311</w:t>
      </w:r>
      <w:r>
        <w:tab/>
        <w:t>Kanistri, nekovinski</w:t>
      </w:r>
    </w:p>
    <w:p w:rsidR="004611C8" w:rsidRDefault="004611C8" w:rsidP="004611C8">
      <w:r>
        <w:t>200312</w:t>
      </w:r>
      <w:r>
        <w:tab/>
        <w:t>Ptičje hišice</w:t>
      </w:r>
    </w:p>
    <w:p w:rsidR="004611C8" w:rsidRPr="003834FA" w:rsidRDefault="004611C8" w:rsidP="004611C8">
      <w:pPr>
        <w:rPr>
          <w:lang w:val="fr-FR"/>
        </w:rPr>
      </w:pPr>
      <w:r>
        <w:t>200313</w:t>
      </w:r>
      <w:r>
        <w:tab/>
      </w:r>
      <w:r w:rsidRPr="003834FA">
        <w:rPr>
          <w:lang w:val="fr-FR"/>
        </w:rPr>
        <w:t>Plastične sponke za zapiranje vrečk</w:t>
      </w:r>
    </w:p>
    <w:p w:rsidR="004611C8" w:rsidRDefault="004611C8" w:rsidP="004611C8">
      <w:r>
        <w:t>200315</w:t>
      </w:r>
      <w:r>
        <w:tab/>
        <w:t>Škatle iz lesa ali plastike</w:t>
      </w:r>
    </w:p>
    <w:p w:rsidR="004611C8" w:rsidRDefault="004611C8" w:rsidP="004611C8">
      <w:r>
        <w:t>200317</w:t>
      </w:r>
      <w:r>
        <w:tab/>
        <w:t>Velike pletene košare za dojenčke</w:t>
      </w:r>
    </w:p>
    <w:p w:rsidR="004611C8" w:rsidRDefault="004611C8" w:rsidP="004611C8">
      <w:r>
        <w:t>200318</w:t>
      </w:r>
      <w:r>
        <w:tab/>
        <w:t>Pohištvene noge</w:t>
      </w:r>
    </w:p>
    <w:p w:rsidR="004611C8" w:rsidRDefault="004611C8" w:rsidP="004611C8">
      <w:r>
        <w:t>200319</w:t>
      </w:r>
      <w:r>
        <w:tab/>
        <w:t>Nogice za pohištvo</w:t>
      </w:r>
    </w:p>
    <w:p w:rsidR="004611C8" w:rsidRDefault="004611C8" w:rsidP="004611C8">
      <w:r>
        <w:t>200320</w:t>
      </w:r>
      <w:r>
        <w:tab/>
        <w:t>Garderobne omarice</w:t>
      </w:r>
    </w:p>
    <w:p w:rsidR="004611C8" w:rsidRDefault="004611C8" w:rsidP="004611C8">
      <w:r>
        <w:t>200321</w:t>
      </w:r>
      <w:r>
        <w:tab/>
        <w:t>Stolčki</w:t>
      </w:r>
    </w:p>
    <w:p w:rsidR="004611C8" w:rsidRDefault="004611C8" w:rsidP="004611C8">
      <w:r>
        <w:t>200322</w:t>
      </w:r>
      <w:r>
        <w:tab/>
        <w:t>Nekovinski klini za čevlje</w:t>
      </w:r>
    </w:p>
    <w:p w:rsidR="004611C8" w:rsidRDefault="004611C8" w:rsidP="004611C8">
      <w:r>
        <w:t>200323</w:t>
      </w:r>
      <w:r>
        <w:tab/>
        <w:t>Nekovinski klini za pete, za čevlje</w:t>
      </w:r>
    </w:p>
    <w:p w:rsidR="004611C8" w:rsidRDefault="004611C8" w:rsidP="004611C8">
      <w:r>
        <w:t>200325</w:t>
      </w:r>
      <w:r>
        <w:tab/>
        <w:t>Posode za odpadno olje [nekovinske]</w:t>
      </w:r>
    </w:p>
    <w:p w:rsidR="004611C8" w:rsidRDefault="004611C8" w:rsidP="004611C8">
      <w:r>
        <w:t>200326</w:t>
      </w:r>
      <w:r>
        <w:tab/>
        <w:t>Zračne postelje, ne za medicinske namene</w:t>
      </w:r>
    </w:p>
    <w:p w:rsidR="004611C8" w:rsidRDefault="004611C8" w:rsidP="004611C8">
      <w:r>
        <w:t>200327</w:t>
      </w:r>
      <w:r>
        <w:tab/>
        <w:t>Blazine za kampiranje</w:t>
      </w:r>
    </w:p>
    <w:p w:rsidR="004611C8" w:rsidRDefault="004611C8" w:rsidP="004611C8">
      <w:r>
        <w:t>200328</w:t>
      </w:r>
      <w:r>
        <w:tab/>
        <w:t>Plastične klančine za uporabo z vozili</w:t>
      </w:r>
    </w:p>
    <w:p w:rsidR="004611C8" w:rsidRDefault="004611C8" w:rsidP="004611C8">
      <w:r>
        <w:t>200329</w:t>
      </w:r>
      <w:r>
        <w:tab/>
        <w:t>Sedeži za prho</w:t>
      </w:r>
    </w:p>
    <w:p w:rsidR="004611C8" w:rsidRDefault="004611C8" w:rsidP="004611C8">
      <w:r>
        <w:t>200330</w:t>
      </w:r>
      <w:r>
        <w:tab/>
        <w:t>Blazine za podporo glave dojenčkov</w:t>
      </w:r>
    </w:p>
    <w:p w:rsidR="004611C8" w:rsidRDefault="004611C8" w:rsidP="004611C8">
      <w:r>
        <w:t>200331</w:t>
      </w:r>
      <w:r>
        <w:tab/>
        <w:t>Oporne blazine za dojenčke</w:t>
      </w:r>
    </w:p>
    <w:p w:rsidR="004611C8" w:rsidRDefault="004611C8" w:rsidP="004611C8">
      <w:r>
        <w:t>200332</w:t>
      </w:r>
      <w:r>
        <w:tab/>
        <w:t>Oporne blazine za dojenčkovo glavico</w:t>
      </w:r>
    </w:p>
    <w:p w:rsidR="004611C8" w:rsidRDefault="004611C8" w:rsidP="004611C8">
      <w:r>
        <w:t>200333</w:t>
      </w:r>
      <w:r>
        <w:tab/>
        <w:t>Ročni nekovinski drogovi za zastave</w:t>
      </w:r>
    </w:p>
    <w:p w:rsidR="004611C8" w:rsidRPr="003834FA" w:rsidRDefault="004611C8" w:rsidP="004611C8">
      <w:pPr>
        <w:rPr>
          <w:lang w:val="fr-FR"/>
        </w:rPr>
      </w:pPr>
      <w:r>
        <w:t>200334</w:t>
      </w:r>
      <w:r>
        <w:tab/>
      </w:r>
      <w:r w:rsidRPr="003834FA">
        <w:rPr>
          <w:lang w:val="fr-FR"/>
        </w:rPr>
        <w:t>Zamaški, ne iz stekla, kovine ali gume</w:t>
      </w:r>
    </w:p>
    <w:p w:rsidR="004611C8" w:rsidRDefault="004611C8" w:rsidP="004611C8">
      <w:r>
        <w:t>200336</w:t>
      </w:r>
      <w:r>
        <w:tab/>
        <w:t>Tekači (nekovinski) za drsna vrata</w:t>
      </w:r>
    </w:p>
    <w:p w:rsidR="004611C8" w:rsidRDefault="004611C8" w:rsidP="004611C8">
      <w:r>
        <w:t>200337</w:t>
      </w:r>
      <w:r>
        <w:tab/>
        <w:t>Sedeži za kopanje za dojenčke</w:t>
      </w:r>
    </w:p>
    <w:p w:rsidR="004611C8" w:rsidRPr="003834FA" w:rsidRDefault="004611C8" w:rsidP="004611C8">
      <w:pPr>
        <w:rPr>
          <w:lang w:val="fr-FR"/>
        </w:rPr>
      </w:pPr>
      <w:r>
        <w:t>200338</w:t>
      </w:r>
      <w:r>
        <w:tab/>
      </w:r>
      <w:r w:rsidRPr="003834FA">
        <w:rPr>
          <w:lang w:val="fr-FR"/>
        </w:rPr>
        <w:t>Prenosne mize (za v naročje)</w:t>
      </w:r>
    </w:p>
    <w:p w:rsidR="004611C8" w:rsidRDefault="004611C8" w:rsidP="004611C8">
      <w:r>
        <w:t>200339</w:t>
      </w:r>
      <w:r>
        <w:tab/>
        <w:t>Prenosne mize</w:t>
      </w:r>
    </w:p>
    <w:p w:rsidR="004611C8" w:rsidRPr="003834FA" w:rsidRDefault="004611C8" w:rsidP="004611C8">
      <w:pPr>
        <w:rPr>
          <w:lang w:val="fr-FR"/>
        </w:rPr>
      </w:pPr>
      <w:r>
        <w:t>200340</w:t>
      </w:r>
      <w:r>
        <w:tab/>
      </w:r>
      <w:r w:rsidRPr="003834FA">
        <w:rPr>
          <w:lang w:val="fr-FR"/>
        </w:rPr>
        <w:t>Neelektrična odpirala vrat, ne iz kovine</w:t>
      </w:r>
    </w:p>
    <w:p w:rsidR="004611C8" w:rsidRDefault="004611C8" w:rsidP="004611C8">
      <w:r>
        <w:t>200341</w:t>
      </w:r>
      <w:r>
        <w:tab/>
        <w:t>Mehanizmi (nekovinski, neelektrični) za odpiranje oken</w:t>
      </w:r>
    </w:p>
    <w:p w:rsidR="004611C8" w:rsidRDefault="004611C8" w:rsidP="004611C8">
      <w:r>
        <w:t>200342</w:t>
      </w:r>
      <w:r>
        <w:tab/>
        <w:t>Neelektrična, nekovinska zapirala za okna</w:t>
      </w:r>
    </w:p>
    <w:p w:rsidR="004611C8" w:rsidRDefault="004611C8" w:rsidP="004611C8">
      <w:r>
        <w:t>200344</w:t>
      </w:r>
      <w:r>
        <w:tab/>
        <w:t>Nekovinske obesne ključavnice</w:t>
      </w:r>
    </w:p>
    <w:p w:rsidR="004611C8" w:rsidRDefault="004611C8" w:rsidP="004611C8">
      <w:r>
        <w:t>200345</w:t>
      </w:r>
      <w:r>
        <w:tab/>
        <w:t>Kopalniški sestavi</w:t>
      </w:r>
    </w:p>
    <w:p w:rsidR="004611C8" w:rsidRDefault="004611C8" w:rsidP="004611C8">
      <w:r>
        <w:t>200346</w:t>
      </w:r>
      <w:r>
        <w:tab/>
        <w:t>Predali</w:t>
      </w:r>
    </w:p>
    <w:p w:rsidR="004611C8" w:rsidRDefault="004611C8" w:rsidP="004611C8">
      <w:r>
        <w:t>200347</w:t>
      </w:r>
      <w:r>
        <w:tab/>
        <w:t>Omarice za prtljago</w:t>
      </w:r>
    </w:p>
    <w:p w:rsidR="004611C8" w:rsidRPr="003834FA" w:rsidRDefault="004611C8" w:rsidP="004611C8">
      <w:pPr>
        <w:rPr>
          <w:lang w:val="fr-FR"/>
        </w:rPr>
      </w:pPr>
      <w:r>
        <w:t>200348</w:t>
      </w:r>
      <w:r>
        <w:tab/>
      </w:r>
      <w:r w:rsidRPr="003834FA">
        <w:rPr>
          <w:lang w:val="fr-FR"/>
        </w:rPr>
        <w:t>Nekovinske posode za stisnjen plin ali tekoči zrak</w:t>
      </w:r>
    </w:p>
    <w:p w:rsidR="004611C8" w:rsidRDefault="004611C8" w:rsidP="004611C8">
      <w:r>
        <w:t>200349</w:t>
      </w:r>
      <w:r>
        <w:tab/>
        <w:t>Nekovinske steklenice [posode] za stisnjen plin ali tekoči zrak</w:t>
      </w:r>
    </w:p>
    <w:p w:rsidR="004611C8" w:rsidRDefault="004611C8" w:rsidP="004611C8">
      <w:r>
        <w:t>200350</w:t>
      </w:r>
      <w:r>
        <w:tab/>
        <w:t>Kopalniški stolčki</w:t>
      </w:r>
    </w:p>
    <w:p w:rsidR="004611C8" w:rsidRDefault="004611C8" w:rsidP="004611C8">
      <w:r>
        <w:t>200351</w:t>
      </w:r>
      <w:r>
        <w:tab/>
        <w:t>Kuhinjske kredence [pohištvo]</w:t>
      </w:r>
    </w:p>
    <w:p w:rsidR="004611C8" w:rsidRDefault="004611C8" w:rsidP="004611C8">
      <w:r>
        <w:t>200352</w:t>
      </w:r>
      <w:r>
        <w:tab/>
        <w:t>Odstranljive podloge za pomivalna korita</w:t>
      </w:r>
    </w:p>
    <w:p w:rsidR="004611C8" w:rsidRDefault="004611C8" w:rsidP="004611C8">
      <w:r>
        <w:t>200353</w:t>
      </w:r>
      <w:r>
        <w:tab/>
        <w:t>Organizatorji za predale</w:t>
      </w:r>
    </w:p>
    <w:p w:rsidR="004611C8" w:rsidRDefault="004611C8" w:rsidP="004611C8">
      <w:r>
        <w:t>200354</w:t>
      </w:r>
      <w:r>
        <w:tab/>
        <w:t>Viseči organizatorji garderobe</w:t>
      </w:r>
    </w:p>
    <w:p w:rsidR="004611C8" w:rsidRDefault="004611C8" w:rsidP="004611C8">
      <w:r>
        <w:t>200355</w:t>
      </w:r>
      <w:r>
        <w:tab/>
        <w:t>Pokrovi, posebej izdelani za rokovanje z in prevoz nekovinskih jeklenk za stisnjen plin</w:t>
      </w:r>
    </w:p>
    <w:p w:rsidR="004611C8" w:rsidRDefault="004611C8" w:rsidP="004611C8">
      <w:r>
        <w:t>200356</w:t>
      </w:r>
      <w:r>
        <w:tab/>
        <w:t>Blazine za oblogo zabojev za hišne ljubljenčke</w:t>
      </w:r>
    </w:p>
    <w:p w:rsidR="004611C8" w:rsidRDefault="004611C8" w:rsidP="004611C8">
      <w:r>
        <w:t>200357</w:t>
      </w:r>
      <w:r>
        <w:tab/>
        <w:t>Zasloni za zaščito pred kihanjem</w:t>
      </w:r>
    </w:p>
    <w:p w:rsidR="004611C8" w:rsidRDefault="004611C8" w:rsidP="004611C8">
      <w:r>
        <w:t>200358</w:t>
      </w:r>
      <w:r>
        <w:tab/>
        <w:t>Nekovinski zabojniki za smeti, razen za medicinsko uporabo</w:t>
      </w:r>
    </w:p>
    <w:p w:rsidR="004611C8" w:rsidRDefault="004611C8" w:rsidP="004611C8">
      <w:r>
        <w:t>200359</w:t>
      </w:r>
      <w:r>
        <w:tab/>
        <w:t>Zabojniki za recikliranje, nekovinski</w:t>
      </w:r>
    </w:p>
    <w:p w:rsidR="004611C8" w:rsidRDefault="004611C8" w:rsidP="004611C8">
      <w:r>
        <w:t>200360</w:t>
      </w:r>
      <w:r>
        <w:tab/>
        <w:t>Plastični našitki za obleke</w:t>
      </w:r>
    </w:p>
    <w:p w:rsidR="004611C8" w:rsidRDefault="004611C8" w:rsidP="004611C8">
      <w:r>
        <w:t>200361</w:t>
      </w:r>
      <w:r>
        <w:tab/>
        <w:t>Nekovinske naprave za izdajanje čakalnih listkov</w:t>
      </w:r>
    </w:p>
    <w:p w:rsidR="004611C8" w:rsidRDefault="004611C8" w:rsidP="004611C8">
      <w:r>
        <w:t>200362</w:t>
      </w:r>
      <w:r>
        <w:tab/>
        <w:t>Nekovinske škatle za podajanje papirnatih brisač</w:t>
      </w:r>
    </w:p>
    <w:p w:rsidR="004611C8" w:rsidRDefault="004611C8" w:rsidP="004611C8">
      <w:r>
        <w:t>200363</w:t>
      </w:r>
      <w:r>
        <w:tab/>
        <w:t>Podajalniki toaletnega papirja, nekovinski</w:t>
      </w:r>
    </w:p>
    <w:p w:rsidR="004611C8" w:rsidRDefault="004611C8" w:rsidP="004611C8">
      <w:r>
        <w:t>200364</w:t>
      </w:r>
      <w:r>
        <w:tab/>
        <w:t>Ergonomski stoli za masažo v sedečem položaju</w:t>
      </w:r>
    </w:p>
    <w:p w:rsidR="004611C8" w:rsidRDefault="004611C8" w:rsidP="004611C8">
      <w:r>
        <w:t>200365</w:t>
      </w:r>
      <w:r>
        <w:tab/>
        <w:t>Spominski pokali v obliki kipov iz lesa, voska, mavca ali plastike</w:t>
      </w:r>
    </w:p>
    <w:p w:rsidR="004611C8" w:rsidRDefault="004611C8" w:rsidP="004611C8">
      <w:r>
        <w:t>200366</w:t>
      </w:r>
      <w:r>
        <w:tab/>
        <w:t>Stojala za shranjevanje kartona</w:t>
      </w:r>
    </w:p>
    <w:p w:rsidR="004611C8" w:rsidRPr="003834FA" w:rsidRDefault="004611C8" w:rsidP="004611C8">
      <w:pPr>
        <w:rPr>
          <w:lang w:val="fr-FR"/>
        </w:rPr>
      </w:pPr>
      <w:r>
        <w:t>200367</w:t>
      </w:r>
      <w:r>
        <w:tab/>
      </w:r>
      <w:r w:rsidRPr="003834FA">
        <w:rPr>
          <w:lang w:val="fr-FR"/>
        </w:rPr>
        <w:t>Pokali iz lesa, voska, mavca ali plastike</w:t>
      </w:r>
    </w:p>
    <w:p w:rsidR="004611C8" w:rsidRDefault="004611C8" w:rsidP="004611C8">
      <w:r>
        <w:t>200368</w:t>
      </w:r>
      <w:r>
        <w:tab/>
        <w:t>Spalne podloge iz bambusa ali slame</w:t>
      </w:r>
    </w:p>
    <w:p w:rsidR="004611C8" w:rsidRDefault="004611C8" w:rsidP="004611C8">
      <w:r>
        <w:t>200369</w:t>
      </w:r>
      <w:r>
        <w:tab/>
        <w:t>Nekovinski žeblji</w:t>
      </w:r>
    </w:p>
    <w:p w:rsidR="004611C8" w:rsidRDefault="004611C8" w:rsidP="004611C8">
      <w:r>
        <w:t>200371</w:t>
      </w:r>
      <w:r>
        <w:tab/>
        <w:t>Praskalniki za mačke</w:t>
      </w:r>
    </w:p>
    <w:p w:rsidR="004611C8" w:rsidRDefault="004611C8" w:rsidP="004611C8">
      <w:r>
        <w:t>200372</w:t>
      </w:r>
      <w:r>
        <w:tab/>
        <w:t>Nekovinske nakupovalne košarice za supermarkete, ki se nosijo v roki</w:t>
      </w:r>
    </w:p>
    <w:p w:rsidR="004611C8" w:rsidRDefault="004611C8" w:rsidP="004611C8">
      <w:r>
        <w:t>200373</w:t>
      </w:r>
      <w:r>
        <w:tab/>
        <w:t>Stojala za sončnike za teraso</w:t>
      </w:r>
    </w:p>
    <w:p w:rsidR="004611C8" w:rsidRDefault="004611C8" w:rsidP="004611C8">
      <w:r>
        <w:lastRenderedPageBreak/>
        <w:t>200374</w:t>
      </w:r>
      <w:r>
        <w:tab/>
        <w:t>Vzglavniki za kad</w:t>
      </w:r>
    </w:p>
    <w:p w:rsidR="004611C8" w:rsidRDefault="004611C8" w:rsidP="004611C8">
      <w:r>
        <w:t>200375</w:t>
      </w:r>
      <w:r>
        <w:tab/>
        <w:t>Predali za računalniško tipkovnico</w:t>
      </w:r>
    </w:p>
    <w:p w:rsidR="004611C8" w:rsidRDefault="004611C8" w:rsidP="004611C8">
      <w:r>
        <w:t>200377</w:t>
      </w:r>
      <w:r>
        <w:tab/>
        <w:t>Blazine za dojenje</w:t>
      </w:r>
    </w:p>
    <w:p w:rsidR="004611C8" w:rsidRDefault="004611C8" w:rsidP="004611C8">
      <w:r>
        <w:t>200378</w:t>
      </w:r>
      <w:r>
        <w:tab/>
        <w:t>Podajalniki za milo, nekovinski</w:t>
      </w:r>
    </w:p>
    <w:p w:rsidR="004611C8" w:rsidRDefault="004611C8" w:rsidP="004611C8">
      <w:r>
        <w:t>200379</w:t>
      </w:r>
      <w:r>
        <w:tab/>
        <w:t>Šobe, nekovinske</w:t>
      </w:r>
    </w:p>
    <w:p w:rsidR="004611C8" w:rsidRDefault="004611C8" w:rsidP="004611C8">
      <w:r>
        <w:t>200380</w:t>
      </w:r>
      <w:r>
        <w:tab/>
        <w:t>Vlečne plošče za izvleko vozil, nekovinske</w:t>
      </w:r>
    </w:p>
    <w:p w:rsidR="004611C8" w:rsidRDefault="004611C8" w:rsidP="004611C8">
      <w:r>
        <w:t>200381</w:t>
      </w:r>
      <w:r>
        <w:tab/>
        <w:t>Blazine za meditacijo</w:t>
      </w:r>
    </w:p>
    <w:p w:rsidR="004611C8" w:rsidRDefault="004611C8" w:rsidP="004611C8">
      <w:r>
        <w:t>200383</w:t>
      </w:r>
      <w:r>
        <w:tab/>
        <w:t>Klopi za meditacijo</w:t>
      </w:r>
    </w:p>
    <w:p w:rsidR="004611C8" w:rsidRDefault="004611C8" w:rsidP="004611C8">
      <w:r>
        <w:t>200384</w:t>
      </w:r>
      <w:r>
        <w:tab/>
        <w:t>Blazine za jogo</w:t>
      </w:r>
    </w:p>
    <w:p w:rsidR="004611C8" w:rsidRDefault="004611C8" w:rsidP="004611C8">
      <w:r>
        <w:t>200385</w:t>
      </w:r>
      <w:r>
        <w:tab/>
        <w:t>Oltarji [pohištvo]</w:t>
      </w:r>
    </w:p>
    <w:p w:rsidR="004611C8" w:rsidRDefault="004611C8" w:rsidP="004611C8">
      <w:r>
        <w:t>200386</w:t>
      </w:r>
      <w:r>
        <w:tab/>
        <w:t>Figurice iz semen</w:t>
      </w:r>
    </w:p>
    <w:p w:rsidR="003A4D34" w:rsidRDefault="003A4D34">
      <w:pPr>
        <w:pStyle w:val="Naslov1"/>
        <w:sectPr w:rsidR="003A4D34" w:rsidSect="00E00425">
          <w:type w:val="continuous"/>
          <w:pgSz w:w="11907" w:h="16840" w:code="9"/>
          <w:pgMar w:top="1418" w:right="1418" w:bottom="1418" w:left="1418" w:header="720" w:footer="720" w:gutter="0"/>
          <w:cols w:num="2" w:space="720"/>
          <w:docGrid w:linePitch="360"/>
        </w:sectPr>
      </w:pPr>
    </w:p>
    <w:p w:rsidR="003A4D34" w:rsidRPr="003A4D34" w:rsidRDefault="003A4D34" w:rsidP="00024920">
      <w:pPr>
        <w:pStyle w:val="Naslov1"/>
        <w:rPr>
          <w:lang w:val="sl-SI" w:eastAsia="sl-SI"/>
        </w:rPr>
      </w:pPr>
      <w:r w:rsidRPr="003A4D34">
        <w:rPr>
          <w:lang w:val="sl-SI" w:eastAsia="sl-SI"/>
        </w:rPr>
        <w:t xml:space="preserve">Razred 21 </w:t>
      </w:r>
    </w:p>
    <w:p w:rsidR="003A4D34" w:rsidRDefault="003A4D34" w:rsidP="0087064C">
      <w:pPr>
        <w:pStyle w:val="Naslov2"/>
        <w:rPr>
          <w:lang w:val="sl-SI" w:eastAsia="sl-SI"/>
        </w:rPr>
      </w:pPr>
      <w:r w:rsidRPr="003A4D34">
        <w:rPr>
          <w:lang w:val="sl-SI" w:eastAsia="sl-SI"/>
        </w:rPr>
        <w:t>Gospodinjski ali kuhinjski pripomočki in posode; posoda in namizni pribor, razen vilic, nožev in žlic; glavniki in gobe; ščetke [razen čopičev]; materiali za ščetkarstvo; pripomočki za čiščenje; neobdelano in delno obdelano steklo, razen stavbnega stekla; steklenina, porcelan in lončenina</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87064C" w:rsidRPr="00D85EAF" w:rsidTr="00CF2B9C">
        <w:trPr>
          <w:trHeight w:val="143"/>
          <w:tblHeader/>
        </w:trPr>
        <w:tc>
          <w:tcPr>
            <w:tcW w:w="9493" w:type="dxa"/>
            <w:gridSpan w:val="2"/>
            <w:shd w:val="clear" w:color="auto" w:fill="F2F2F2" w:themeFill="background1" w:themeFillShade="F2"/>
            <w:vAlign w:val="center"/>
          </w:tcPr>
          <w:p w:rsidR="0087064C" w:rsidRPr="0087064C" w:rsidRDefault="0087064C" w:rsidP="00CF2B9C">
            <w:pPr>
              <w:pStyle w:val="opomba"/>
              <w:rPr>
                <w:b/>
              </w:rPr>
            </w:pPr>
            <w:r w:rsidRPr="0087064C">
              <w:rPr>
                <w:b/>
              </w:rPr>
              <w:t xml:space="preserve">RAZRED </w:t>
            </w:r>
            <w:r>
              <w:rPr>
                <w:b/>
              </w:rPr>
              <w:t>21</w:t>
            </w:r>
            <w:r w:rsidRPr="0087064C">
              <w:rPr>
                <w:b/>
              </w:rPr>
              <w:t xml:space="preserve"> - pojasnjevalne opombe</w:t>
            </w:r>
          </w:p>
        </w:tc>
      </w:tr>
      <w:tr w:rsidR="0087064C" w:rsidRPr="00D85EAF" w:rsidTr="00CF2B9C">
        <w:trPr>
          <w:trHeight w:val="390"/>
        </w:trPr>
        <w:tc>
          <w:tcPr>
            <w:tcW w:w="9493" w:type="dxa"/>
            <w:gridSpan w:val="2"/>
            <w:shd w:val="clear" w:color="auto" w:fill="F2F2F2" w:themeFill="background1" w:themeFillShade="F2"/>
            <w:vAlign w:val="center"/>
          </w:tcPr>
          <w:p w:rsidR="0087064C" w:rsidRPr="00993A45" w:rsidRDefault="0035353A" w:rsidP="00CF2B9C">
            <w:pPr>
              <w:pStyle w:val="opomba"/>
            </w:pPr>
            <w:r w:rsidRPr="00703549">
              <w:t>Razred 21 vključuje predvsem majhne, ročne pripomočke in aparate za gospodinjsko in kuhinjsko uporabo, pa tudi kozmetične pripomočke, steklovino in nekatere izdelke iz porcelana, keramike, lončevine, terakote, gline ali stekla.</w:t>
            </w:r>
          </w:p>
        </w:tc>
      </w:tr>
      <w:tr w:rsidR="0087064C" w:rsidRPr="00D85EAF" w:rsidTr="00CF2B9C">
        <w:trPr>
          <w:trHeight w:val="3742"/>
        </w:trPr>
        <w:tc>
          <w:tcPr>
            <w:tcW w:w="4746" w:type="dxa"/>
            <w:shd w:val="clear" w:color="auto" w:fill="F2F2F2" w:themeFill="background1" w:themeFillShade="F2"/>
          </w:tcPr>
          <w:p w:rsidR="0087064C" w:rsidRPr="00993A45" w:rsidRDefault="0087064C" w:rsidP="00CF2B9C">
            <w:pPr>
              <w:pStyle w:val="opomba"/>
            </w:pPr>
            <w:r w:rsidRPr="00D85EAF">
              <w:t>V ta razred so vključeni zlasti:</w:t>
            </w:r>
          </w:p>
          <w:p w:rsidR="0035353A" w:rsidRPr="00703549" w:rsidRDefault="0035353A" w:rsidP="008C16D9">
            <w:pPr>
              <w:pStyle w:val="opombapika"/>
            </w:pPr>
            <w:r w:rsidRPr="00703549">
              <w:t>pripomočki in posode za gospodinjsko in kuhinjsko uporabo, na primer muhalniki, deske za kruh, odpirači za steklenice, posodice za mešanje koktajlov, hranilniki, vedra, kuhinjske lonci in ponve;</w:t>
            </w:r>
          </w:p>
          <w:p w:rsidR="0035353A" w:rsidRPr="00703549" w:rsidRDefault="0035353A" w:rsidP="008C16D9">
            <w:pPr>
              <w:pStyle w:val="opombapika"/>
            </w:pPr>
            <w:r w:rsidRPr="00703549">
              <w:t>pripomočki in posode za gospodinjsko in kuhinjsko uporabo, na primer vaze, steklenice, hranilniki, vedra, posode za mešanje koktajlov in neelektrični kotlički, lonci na pritisk, kuhinjski lonci in ponve.</w:t>
            </w:r>
          </w:p>
          <w:p w:rsidR="0035353A" w:rsidRPr="00703549" w:rsidRDefault="0035353A" w:rsidP="008C16D9">
            <w:pPr>
              <w:pStyle w:val="opombapika"/>
            </w:pPr>
            <w:r w:rsidRPr="00703549">
              <w:t>majhne ročne kuhinjske naprave za mletje, drobljenje, stiskanje ali tolčenje, na primer stiskalnice za česen, klešče za trenje orehov, tolkači in možnarji;</w:t>
            </w:r>
          </w:p>
          <w:p w:rsidR="0035353A" w:rsidRPr="00703549" w:rsidRDefault="0035353A" w:rsidP="008C16D9">
            <w:pPr>
              <w:pStyle w:val="opombapika"/>
            </w:pPr>
            <w:r w:rsidRPr="00703549">
              <w:t>podstavki za kozarce in namizni prti, ne iz papirja ali tekstila</w:t>
            </w:r>
          </w:p>
          <w:p w:rsidR="0035353A" w:rsidRPr="00703549" w:rsidRDefault="0035353A" w:rsidP="008C16D9">
            <w:pPr>
              <w:pStyle w:val="opombapika"/>
            </w:pPr>
            <w:r w:rsidRPr="00703549">
              <w:t>podstavki</w:t>
            </w:r>
          </w:p>
          <w:p w:rsidR="0035353A" w:rsidRPr="00703549" w:rsidRDefault="0035353A" w:rsidP="008C16D9">
            <w:pPr>
              <w:pStyle w:val="opombapika"/>
            </w:pPr>
            <w:r w:rsidRPr="00703549">
              <w:t>kozmetični pripomočki, na primer električni in neelektrični glavniki in zobne ščetke, zobne nitke, nastavki iz penaste gume za razmikanje nožnih prstov pri pedikuri, blazinice za nanašanje pudra, kozmetični neseserji</w:t>
            </w:r>
          </w:p>
          <w:p w:rsidR="0035353A" w:rsidRPr="00703549" w:rsidRDefault="0035353A" w:rsidP="008C16D9">
            <w:pPr>
              <w:pStyle w:val="opombapika"/>
            </w:pPr>
            <w:r w:rsidRPr="00703549">
              <w:t>vrtnarski izdelki, na primer vrtnarske rokavice, okenska korita, zalivalke</w:t>
            </w:r>
          </w:p>
          <w:p w:rsidR="0087064C" w:rsidRPr="00993A45" w:rsidRDefault="0035353A" w:rsidP="008C16D9">
            <w:pPr>
              <w:pStyle w:val="opombapika"/>
            </w:pPr>
            <w:r w:rsidRPr="00703549">
              <w:t>notranji akvariji, terariji in vivariji</w:t>
            </w:r>
          </w:p>
        </w:tc>
        <w:tc>
          <w:tcPr>
            <w:tcW w:w="4747" w:type="dxa"/>
            <w:shd w:val="clear" w:color="auto" w:fill="F2F2F2" w:themeFill="background1" w:themeFillShade="F2"/>
          </w:tcPr>
          <w:p w:rsidR="0087064C" w:rsidRPr="00993A45" w:rsidRDefault="0087064C" w:rsidP="00CF2B9C">
            <w:pPr>
              <w:pStyle w:val="opomba"/>
            </w:pPr>
            <w:r w:rsidRPr="00D85EAF">
              <w:t>V ta razred niso vključeni zlasti:</w:t>
            </w:r>
          </w:p>
          <w:p w:rsidR="0035353A" w:rsidRPr="00703549" w:rsidRDefault="0035353A" w:rsidP="008C16D9">
            <w:pPr>
              <w:pStyle w:val="opombapika"/>
            </w:pPr>
            <w:r w:rsidRPr="00703549">
              <w:t>čistilni pripravki (razred 3)</w:t>
            </w:r>
          </w:p>
          <w:p w:rsidR="0035353A" w:rsidRPr="00703549" w:rsidRDefault="0035353A" w:rsidP="008C16D9">
            <w:pPr>
              <w:pStyle w:val="opombapika"/>
            </w:pPr>
            <w:r w:rsidRPr="00703549">
              <w:t>nekateri izdelki iz stekla, porcelana in fajanse, ki so razvrščeni glede na njihovo funkcijo ali namen, na primer porcelan za zobne proteze (razred 5), leče za očala (razred 10), steklena volna za izolacijo, akrilno ali organsko steklo, delno obdelano (razred 17), lončene ploščice (razred 19), stavbno steklo (razred 19), steklena vlakna za tekstilno uporabo (razred 22)</w:t>
            </w:r>
          </w:p>
          <w:p w:rsidR="0035353A" w:rsidRPr="00703549" w:rsidRDefault="0035353A" w:rsidP="008C16D9">
            <w:pPr>
              <w:pStyle w:val="opombapika"/>
            </w:pPr>
            <w:r w:rsidRPr="00703549">
              <w:t>zabojniki za shranjevanje in prevoz blaga, kovinski (razred 6), nekovinski (razred 20)</w:t>
            </w:r>
          </w:p>
          <w:p w:rsidR="0035353A" w:rsidRPr="00703549" w:rsidRDefault="0035353A" w:rsidP="008C16D9">
            <w:pPr>
              <w:pStyle w:val="opombapika"/>
            </w:pPr>
            <w:r w:rsidRPr="00703549">
              <w:t>majhne naprave za mletje, stiskanje ali drobljenje, ki jih poganja elektrika (razred 7)</w:t>
            </w:r>
          </w:p>
          <w:p w:rsidR="0035353A" w:rsidRPr="00703549" w:rsidRDefault="0035353A" w:rsidP="008C16D9">
            <w:pPr>
              <w:pStyle w:val="opombapika"/>
            </w:pPr>
            <w:r w:rsidRPr="00703549">
              <w:t>britvice in aparati za britje, ščipalke za lase in nohte, električni in neelektrični pripomočki za manikuro in pedikuro, na primer seti za manikuro, pilica za nohte, ščipalke za obnohtno kožico (razred 8)</w:t>
            </w:r>
          </w:p>
          <w:p w:rsidR="0035353A" w:rsidRPr="00703549" w:rsidRDefault="0035353A" w:rsidP="008C16D9">
            <w:pPr>
              <w:pStyle w:val="opombapika"/>
            </w:pPr>
            <w:r w:rsidRPr="00703549">
              <w:t>namizni pribor (razred 8) in ročno orodje za rezanje za kuhinjsko uporabo, na primer drobilniki zelenjave, rezalniki za pico, rezalniki za sir (razred 8)</w:t>
            </w:r>
          </w:p>
          <w:p w:rsidR="0035353A" w:rsidRPr="00703549" w:rsidRDefault="0035353A" w:rsidP="008C16D9">
            <w:pPr>
              <w:pStyle w:val="opombapika"/>
            </w:pPr>
            <w:r w:rsidRPr="00703549">
              <w:t>glavniki za uši (razred 10)</w:t>
            </w:r>
          </w:p>
          <w:p w:rsidR="0035353A" w:rsidRPr="00703549" w:rsidRDefault="0035353A" w:rsidP="008C16D9">
            <w:pPr>
              <w:pStyle w:val="opombapika"/>
            </w:pPr>
            <w:r w:rsidRPr="00703549">
              <w:t>električni kuhinjski pripomočki (razred 11)</w:t>
            </w:r>
          </w:p>
          <w:p w:rsidR="0087064C" w:rsidRPr="00993A45" w:rsidRDefault="0035353A" w:rsidP="008C16D9">
            <w:pPr>
              <w:pStyle w:val="opombapika"/>
            </w:pPr>
            <w:r w:rsidRPr="00703549">
              <w:t>toaletna ogledala (razred 20);</w:t>
            </w:r>
          </w:p>
        </w:tc>
      </w:tr>
    </w:tbl>
    <w:p w:rsidR="00F875A9" w:rsidRDefault="00F875A9" w:rsidP="0035353A">
      <w:pPr>
        <w:spacing w:after="360"/>
        <w:ind w:left="0" w:firstLine="0"/>
      </w:pPr>
    </w:p>
    <w:p w:rsidR="003A4D34" w:rsidRDefault="003A4D34">
      <w:pPr>
        <w:sectPr w:rsidR="003A4D34" w:rsidSect="00E00425">
          <w:type w:val="continuous"/>
          <w:pgSz w:w="11907" w:h="16840" w:code="9"/>
          <w:pgMar w:top="1418" w:right="1418" w:bottom="1418" w:left="1418" w:header="720" w:footer="720" w:gutter="0"/>
          <w:cols w:space="720"/>
          <w:docGrid w:linePitch="360"/>
        </w:sectPr>
      </w:pPr>
    </w:p>
    <w:p w:rsidR="004611C8" w:rsidRDefault="004611C8" w:rsidP="004611C8">
      <w:r>
        <w:t>210001</w:t>
      </w:r>
      <w:r>
        <w:tab/>
        <w:t>Napajališča (korita za vodo)</w:t>
      </w:r>
    </w:p>
    <w:p w:rsidR="004611C8" w:rsidRDefault="004611C8" w:rsidP="004611C8">
      <w:r>
        <w:t>210002</w:t>
      </w:r>
      <w:r>
        <w:tab/>
        <w:t>Korita za hrano</w:t>
      </w:r>
    </w:p>
    <w:p w:rsidR="004611C8" w:rsidRDefault="004611C8" w:rsidP="004611C8">
      <w:r>
        <w:t>210005</w:t>
      </w:r>
      <w:r>
        <w:tab/>
        <w:t>Jeklena volna za čiščenje</w:t>
      </w:r>
    </w:p>
    <w:p w:rsidR="004611C8" w:rsidRDefault="004611C8" w:rsidP="004611C8">
      <w:r>
        <w:t>210006</w:t>
      </w:r>
      <w:r>
        <w:tab/>
        <w:t>Perilniki (ribežni za perilo)</w:t>
      </w:r>
    </w:p>
    <w:p w:rsidR="004611C8" w:rsidRDefault="004611C8" w:rsidP="004611C8">
      <w:r>
        <w:lastRenderedPageBreak/>
        <w:t>210007</w:t>
      </w:r>
      <w:r>
        <w:tab/>
        <w:t>Toplotno izolirane posode za hrano</w:t>
      </w:r>
    </w:p>
    <w:p w:rsidR="004611C8" w:rsidRDefault="004611C8" w:rsidP="004611C8">
      <w:r>
        <w:t>210008</w:t>
      </w:r>
      <w:r>
        <w:tab/>
        <w:t>Iztepači za preproge</w:t>
      </w:r>
    </w:p>
    <w:p w:rsidR="004611C8" w:rsidRDefault="004611C8" w:rsidP="004611C8">
      <w:r>
        <w:t>210010</w:t>
      </w:r>
      <w:r>
        <w:tab/>
        <w:t>Živalske ščetine [ščetkarstvo in čopičarstvo]</w:t>
      </w:r>
    </w:p>
    <w:p w:rsidR="004611C8" w:rsidRDefault="004611C8" w:rsidP="004611C8">
      <w:r>
        <w:t>210011</w:t>
      </w:r>
      <w:r>
        <w:tab/>
        <w:t>Obročki za perutnino</w:t>
      </w:r>
    </w:p>
    <w:p w:rsidR="004611C8" w:rsidRDefault="004611C8" w:rsidP="004611C8">
      <w:r>
        <w:t>210014</w:t>
      </w:r>
      <w:r>
        <w:tab/>
        <w:t>Krtače</w:t>
      </w:r>
    </w:p>
    <w:p w:rsidR="004611C8" w:rsidRDefault="004611C8" w:rsidP="004611C8">
      <w:r>
        <w:t>210015</w:t>
      </w:r>
      <w:r>
        <w:tab/>
        <w:t>Razpršilniki</w:t>
      </w:r>
    </w:p>
    <w:p w:rsidR="004611C8" w:rsidRDefault="004611C8" w:rsidP="004611C8">
      <w:r>
        <w:t>210016</w:t>
      </w:r>
      <w:r>
        <w:tab/>
        <w:t>Kangle za zalivanje</w:t>
      </w:r>
    </w:p>
    <w:p w:rsidR="004611C8" w:rsidRDefault="004611C8" w:rsidP="004611C8">
      <w:r>
        <w:t>210017</w:t>
      </w:r>
      <w:r>
        <w:tab/>
        <w:t>Košarice za kruh za gospodinjske namene</w:t>
      </w:r>
    </w:p>
    <w:p w:rsidR="004611C8" w:rsidRDefault="004611C8" w:rsidP="004611C8">
      <w:r>
        <w:t>210018</w:t>
      </w:r>
      <w:r>
        <w:tab/>
        <w:t>Obročki za ptice</w:t>
      </w:r>
    </w:p>
    <w:p w:rsidR="004611C8" w:rsidRDefault="004611C8" w:rsidP="004611C8">
      <w:r>
        <w:t>210019</w:t>
      </w:r>
      <w:r>
        <w:tab/>
        <w:t>Ptičje banjice</w:t>
      </w:r>
    </w:p>
    <w:p w:rsidR="004611C8" w:rsidRDefault="004611C8" w:rsidP="004611C8">
      <w:r>
        <w:t>210020</w:t>
      </w:r>
      <w:r>
        <w:tab/>
        <w:t>Metle</w:t>
      </w:r>
    </w:p>
    <w:p w:rsidR="004611C8" w:rsidRDefault="004611C8" w:rsidP="004611C8">
      <w:r>
        <w:t>210021</w:t>
      </w:r>
      <w:r>
        <w:tab/>
        <w:t>Pometači za preproge</w:t>
      </w:r>
    </w:p>
    <w:p w:rsidR="004611C8" w:rsidRDefault="004611C8" w:rsidP="004611C8">
      <w:r>
        <w:t>210022</w:t>
      </w:r>
      <w:r>
        <w:tab/>
        <w:t>Trebušaste steklenice [posode]</w:t>
      </w:r>
    </w:p>
    <w:p w:rsidR="004611C8" w:rsidRDefault="004611C8" w:rsidP="004611C8">
      <w:r>
        <w:t>210025</w:t>
      </w:r>
      <w:r>
        <w:tab/>
        <w:t>Umivalniki (posode)</w:t>
      </w:r>
    </w:p>
    <w:p w:rsidR="004611C8" w:rsidRDefault="004611C8" w:rsidP="004611C8">
      <w:r>
        <w:t>210027</w:t>
      </w:r>
      <w:r>
        <w:tab/>
        <w:t>Izlivniki za nalivanje</w:t>
      </w:r>
    </w:p>
    <w:p w:rsidR="004611C8" w:rsidRDefault="004611C8" w:rsidP="004611C8">
      <w:r>
        <w:t>210028</w:t>
      </w:r>
      <w:r>
        <w:tab/>
        <w:t>Česalniki, čohalniki za živali</w:t>
      </w:r>
    </w:p>
    <w:p w:rsidR="004611C8" w:rsidRDefault="004611C8" w:rsidP="004611C8">
      <w:r>
        <w:t>210030</w:t>
      </w:r>
      <w:r>
        <w:tab/>
        <w:t>Posode za maslo</w:t>
      </w:r>
    </w:p>
    <w:p w:rsidR="004611C8" w:rsidRDefault="004611C8" w:rsidP="004611C8">
      <w:r>
        <w:t>210031</w:t>
      </w:r>
      <w:r>
        <w:tab/>
        <w:t>Pokrovi za posode za maslo</w:t>
      </w:r>
    </w:p>
    <w:p w:rsidR="004611C8" w:rsidRDefault="004611C8" w:rsidP="004611C8">
      <w:r>
        <w:t>210032</w:t>
      </w:r>
      <w:r>
        <w:tab/>
        <w:t>Vrčki za pivo</w:t>
      </w:r>
    </w:p>
    <w:p w:rsidR="004611C8" w:rsidRDefault="004611C8" w:rsidP="004611C8">
      <w:r>
        <w:t>210033</w:t>
      </w:r>
      <w:r>
        <w:tab/>
        <w:t>Stekleni bokali</w:t>
      </w:r>
    </w:p>
    <w:p w:rsidR="004611C8" w:rsidRDefault="004611C8" w:rsidP="004611C8">
      <w:r>
        <w:t>210034</w:t>
      </w:r>
      <w:r>
        <w:tab/>
        <w:t>Posode za pitje</w:t>
      </w:r>
    </w:p>
    <w:p w:rsidR="004611C8" w:rsidRDefault="004611C8" w:rsidP="004611C8">
      <w:r>
        <w:t>210035</w:t>
      </w:r>
      <w:r>
        <w:tab/>
        <w:t>Toplotno izolirane posode za pijače</w:t>
      </w:r>
    </w:p>
    <w:p w:rsidR="004611C8" w:rsidRDefault="004611C8" w:rsidP="004611C8">
      <w:r>
        <w:t>210037</w:t>
      </w:r>
      <w:r>
        <w:tab/>
        <w:t>Posodice za milo</w:t>
      </w:r>
    </w:p>
    <w:p w:rsidR="004611C8" w:rsidRDefault="004611C8" w:rsidP="004611C8">
      <w:r>
        <w:t>210038</w:t>
      </w:r>
      <w:r>
        <w:tab/>
        <w:t>Škatle za čaj</w:t>
      </w:r>
    </w:p>
    <w:p w:rsidR="004611C8" w:rsidRDefault="004611C8" w:rsidP="004611C8">
      <w:r>
        <w:t>210041</w:t>
      </w:r>
      <w:r>
        <w:tab/>
        <w:t>Priprava za sezuvanje škornjev</w:t>
      </w:r>
    </w:p>
    <w:p w:rsidR="004611C8" w:rsidRDefault="004611C8" w:rsidP="004611C8">
      <w:r>
        <w:t>210042</w:t>
      </w:r>
      <w:r>
        <w:tab/>
        <w:t>Stekleni pokrovčki</w:t>
      </w:r>
    </w:p>
    <w:p w:rsidR="004611C8" w:rsidRDefault="004611C8" w:rsidP="004611C8">
      <w:r>
        <w:t>210043</w:t>
      </w:r>
      <w:r>
        <w:tab/>
        <w:t>Odpirači za steklenice (za plutovinaste zamaške), električni in neelektrični</w:t>
      </w:r>
    </w:p>
    <w:p w:rsidR="004611C8" w:rsidRDefault="004611C8" w:rsidP="004611C8">
      <w:r>
        <w:t>210044</w:t>
      </w:r>
      <w:r>
        <w:tab/>
        <w:t>Okrasne steklene krogle</w:t>
      </w:r>
    </w:p>
    <w:p w:rsidR="004611C8" w:rsidRDefault="004611C8" w:rsidP="004611C8">
      <w:r>
        <w:t>210045</w:t>
      </w:r>
      <w:r>
        <w:tab/>
        <w:t>Steklenice</w:t>
      </w:r>
    </w:p>
    <w:p w:rsidR="004611C8" w:rsidRDefault="004611C8" w:rsidP="004611C8">
      <w:r>
        <w:t>210047</w:t>
      </w:r>
      <w:r>
        <w:tab/>
        <w:t>Hladilne steklenice</w:t>
      </w:r>
    </w:p>
    <w:p w:rsidR="004611C8" w:rsidRDefault="004611C8" w:rsidP="004611C8">
      <w:r>
        <w:t>210048</w:t>
      </w:r>
      <w:r>
        <w:tab/>
        <w:t>Odpirači za steklenice, električni in neelektrični</w:t>
      </w:r>
    </w:p>
    <w:p w:rsidR="004611C8" w:rsidRDefault="004611C8" w:rsidP="004611C8">
      <w:r>
        <w:t>210050</w:t>
      </w:r>
      <w:r>
        <w:tab/>
        <w:t>Krtačke za nohte</w:t>
      </w:r>
    </w:p>
    <w:p w:rsidR="004611C8" w:rsidRDefault="004611C8" w:rsidP="004611C8">
      <w:r>
        <w:t>210051</w:t>
      </w:r>
      <w:r>
        <w:tab/>
        <w:t>Krtače za telesno nego</w:t>
      </w:r>
    </w:p>
    <w:p w:rsidR="004611C8" w:rsidRDefault="004611C8" w:rsidP="004611C8">
      <w:r>
        <w:t>210052</w:t>
      </w:r>
      <w:r>
        <w:tab/>
        <w:t>Krtače za steklene svetilke</w:t>
      </w:r>
    </w:p>
    <w:p w:rsidR="004611C8" w:rsidRDefault="004611C8" w:rsidP="004611C8">
      <w:r>
        <w:t>210054</w:t>
      </w:r>
      <w:r>
        <w:tab/>
        <w:t>Materiali za izdelavo krtač</w:t>
      </w:r>
    </w:p>
    <w:p w:rsidR="004611C8" w:rsidRDefault="004611C8" w:rsidP="004611C8">
      <w:r>
        <w:t>210055</w:t>
      </w:r>
      <w:r>
        <w:tab/>
        <w:t>Dlaka za krtače</w:t>
      </w:r>
    </w:p>
    <w:p w:rsidR="004611C8" w:rsidRDefault="004611C8" w:rsidP="004611C8">
      <w:r>
        <w:t>210056</w:t>
      </w:r>
      <w:r>
        <w:tab/>
        <w:t>Izparilniki parfuma</w:t>
      </w:r>
    </w:p>
    <w:p w:rsidR="004611C8" w:rsidRDefault="004611C8" w:rsidP="004611C8">
      <w:r>
        <w:t>210057</w:t>
      </w:r>
      <w:r>
        <w:tab/>
        <w:t>Stekleničke za kis in olje</w:t>
      </w:r>
    </w:p>
    <w:p w:rsidR="004611C8" w:rsidRDefault="004611C8" w:rsidP="004611C8">
      <w:r>
        <w:t>210058</w:t>
      </w:r>
      <w:r>
        <w:tab/>
        <w:t>Servirni pladnji</w:t>
      </w:r>
    </w:p>
    <w:p w:rsidR="004611C8" w:rsidRDefault="004611C8" w:rsidP="004611C8">
      <w:r>
        <w:t>210059</w:t>
      </w:r>
      <w:r>
        <w:tab/>
        <w:t>Ptičje kletke</w:t>
      </w:r>
    </w:p>
    <w:p w:rsidR="004611C8" w:rsidRDefault="004611C8" w:rsidP="004611C8">
      <w:r>
        <w:t>210061</w:t>
      </w:r>
      <w:r>
        <w:tab/>
        <w:t>Sita [gospodinjske potrebščine]</w:t>
      </w:r>
    </w:p>
    <w:p w:rsidR="004611C8" w:rsidRDefault="004611C8" w:rsidP="004611C8">
      <w:r>
        <w:t>210062</w:t>
      </w:r>
      <w:r>
        <w:tab/>
        <w:t>Toplotno izolirane posode</w:t>
      </w:r>
    </w:p>
    <w:p w:rsidR="004611C8" w:rsidRDefault="004611C8" w:rsidP="004611C8">
      <w:r>
        <w:t>210063</w:t>
      </w:r>
      <w:r>
        <w:tab/>
        <w:t>Karafe</w:t>
      </w:r>
    </w:p>
    <w:p w:rsidR="004611C8" w:rsidRDefault="004611C8" w:rsidP="004611C8">
      <w:r>
        <w:t>210064</w:t>
      </w:r>
      <w:r>
        <w:tab/>
        <w:t>Držala za jedilne liste</w:t>
      </w:r>
    </w:p>
    <w:p w:rsidR="004611C8" w:rsidRDefault="004611C8" w:rsidP="004611C8">
      <w:r>
        <w:t>210065</w:t>
      </w:r>
      <w:r>
        <w:tab/>
        <w:t>Ponve</w:t>
      </w:r>
    </w:p>
    <w:p w:rsidR="004611C8" w:rsidRDefault="004611C8" w:rsidP="004611C8">
      <w:r>
        <w:t>210066</w:t>
      </w:r>
      <w:r>
        <w:tab/>
        <w:t>Žičnate (kovinske) gobice za čiščenje</w:t>
      </w:r>
    </w:p>
    <w:p w:rsidR="004611C8" w:rsidRDefault="004611C8" w:rsidP="004611C8">
      <w:r>
        <w:t>210067</w:t>
      </w:r>
      <w:r>
        <w:tab/>
        <w:t>Rešeta za pepel za gospodinjske namene</w:t>
      </w:r>
    </w:p>
    <w:p w:rsidR="004611C8" w:rsidRDefault="004611C8" w:rsidP="004611C8">
      <w:r>
        <w:t>210068</w:t>
      </w:r>
      <w:r>
        <w:tab/>
        <w:t>Keramični izdelki za gospodinjstvo</w:t>
      </w:r>
    </w:p>
    <w:p w:rsidR="004611C8" w:rsidRDefault="004611C8" w:rsidP="004611C8">
      <w:r>
        <w:t>210069</w:t>
      </w:r>
      <w:r>
        <w:tab/>
        <w:t>Muhalniki</w:t>
      </w:r>
    </w:p>
    <w:p w:rsidR="004611C8" w:rsidRDefault="004611C8" w:rsidP="004611C8">
      <w:r>
        <w:t>210070</w:t>
      </w:r>
      <w:r>
        <w:tab/>
        <w:t>Kotlički za kuhanje</w:t>
      </w:r>
    </w:p>
    <w:p w:rsidR="004611C8" w:rsidRDefault="004611C8" w:rsidP="004611C8">
      <w:r>
        <w:t>210071</w:t>
      </w:r>
      <w:r>
        <w:tab/>
        <w:t>Ščetke za škornje</w:t>
      </w:r>
    </w:p>
    <w:p w:rsidR="004611C8" w:rsidRDefault="004611C8" w:rsidP="004611C8">
      <w:r>
        <w:t>210073</w:t>
      </w:r>
      <w:r>
        <w:tab/>
        <w:t>Krtače za konje</w:t>
      </w:r>
    </w:p>
    <w:p w:rsidR="004611C8" w:rsidRDefault="004611C8" w:rsidP="004611C8">
      <w:r>
        <w:t>210074</w:t>
      </w:r>
      <w:r>
        <w:tab/>
        <w:t>Krmilna korita za živali</w:t>
      </w:r>
    </w:p>
    <w:p w:rsidR="004611C8" w:rsidRDefault="004611C8" w:rsidP="004611C8">
      <w:r>
        <w:t>210075</w:t>
      </w:r>
      <w:r>
        <w:tab/>
        <w:t>Glavniki za živali</w:t>
      </w:r>
    </w:p>
    <w:p w:rsidR="004611C8" w:rsidRDefault="004611C8" w:rsidP="004611C8">
      <w:r>
        <w:t>210076</w:t>
      </w:r>
      <w:r>
        <w:tab/>
        <w:t>Glavniki</w:t>
      </w:r>
    </w:p>
    <w:p w:rsidR="004611C8" w:rsidRDefault="004611C8" w:rsidP="004611C8">
      <w:r>
        <w:t>210078</w:t>
      </w:r>
      <w:r>
        <w:tab/>
        <w:t>Okraski iz porcelana</w:t>
      </w:r>
    </w:p>
    <w:p w:rsidR="004611C8" w:rsidRDefault="004611C8" w:rsidP="004611C8">
      <w:r>
        <w:t>210080</w:t>
      </w:r>
      <w:r>
        <w:tab/>
        <w:t>Loščilniki, neelektrični</w:t>
      </w:r>
    </w:p>
    <w:p w:rsidR="004611C8" w:rsidRDefault="004611C8" w:rsidP="004611C8">
      <w:r>
        <w:t>210082</w:t>
      </w:r>
      <w:r>
        <w:tab/>
        <w:t>Posodice za mešanje koktajlov</w:t>
      </w:r>
    </w:p>
    <w:p w:rsidR="004611C8" w:rsidRDefault="004611C8" w:rsidP="004611C8">
      <w:r>
        <w:t>210084</w:t>
      </w:r>
      <w:r>
        <w:tab/>
        <w:t>Posode za lepilo, neelektrične</w:t>
      </w:r>
    </w:p>
    <w:p w:rsidR="004611C8" w:rsidRDefault="004611C8" w:rsidP="004611C8">
      <w:r>
        <w:t>210085</w:t>
      </w:r>
      <w:r>
        <w:tab/>
        <w:t>Kozarci</w:t>
      </w:r>
    </w:p>
    <w:p w:rsidR="004611C8" w:rsidRDefault="004611C8" w:rsidP="004611C8">
      <w:r>
        <w:t>210086</w:t>
      </w:r>
      <w:r>
        <w:tab/>
        <w:t>Rogovi za pitje</w:t>
      </w:r>
    </w:p>
    <w:p w:rsidR="004611C8" w:rsidRDefault="004611C8" w:rsidP="004611C8">
      <w:r>
        <w:t>210087</w:t>
      </w:r>
      <w:r>
        <w:tab/>
        <w:t>Kozmetični pripomočki</w:t>
      </w:r>
    </w:p>
    <w:p w:rsidR="004611C8" w:rsidRDefault="004611C8" w:rsidP="004611C8">
      <w:r>
        <w:t>210088</w:t>
      </w:r>
      <w:r>
        <w:tab/>
        <w:t>Cedila za gospodinjstva</w:t>
      </w:r>
    </w:p>
    <w:p w:rsidR="004611C8" w:rsidRDefault="004611C8" w:rsidP="004611C8">
      <w:r>
        <w:t>210089</w:t>
      </w:r>
      <w:r>
        <w:tab/>
        <w:t>Sklede za sadje</w:t>
      </w:r>
    </w:p>
    <w:p w:rsidR="004611C8" w:rsidRDefault="004611C8" w:rsidP="004611C8">
      <w:r>
        <w:t>210090</w:t>
      </w:r>
      <w:r>
        <w:tab/>
        <w:t>Namizna stojala za nože</w:t>
      </w:r>
    </w:p>
    <w:p w:rsidR="004611C8" w:rsidRDefault="004611C8" w:rsidP="004611C8">
      <w:r>
        <w:t>210091</w:t>
      </w:r>
      <w:r>
        <w:tab/>
        <w:t>Zapirala za pokrovke za lonce</w:t>
      </w:r>
    </w:p>
    <w:p w:rsidR="004611C8" w:rsidRDefault="004611C8" w:rsidP="004611C8">
      <w:r>
        <w:t>210092</w:t>
      </w:r>
      <w:r>
        <w:tab/>
        <w:t>Pokrovke za lonce</w:t>
      </w:r>
    </w:p>
    <w:p w:rsidR="004611C8" w:rsidRDefault="004611C8" w:rsidP="004611C8">
      <w:r>
        <w:t>210093</w:t>
      </w:r>
      <w:r>
        <w:tab/>
        <w:t>Prevleke za likalne mize</w:t>
      </w:r>
    </w:p>
    <w:p w:rsidR="004611C8" w:rsidRDefault="004611C8" w:rsidP="004611C8">
      <w:r>
        <w:t>210094</w:t>
      </w:r>
      <w:r>
        <w:tab/>
        <w:t>Napenjalniki za kravate</w:t>
      </w:r>
    </w:p>
    <w:p w:rsidR="004611C8" w:rsidRDefault="004611C8" w:rsidP="004611C8">
      <w:r>
        <w:t>210096</w:t>
      </w:r>
      <w:r>
        <w:tab/>
        <w:t>Mešalniki, ne električni, za gospodinjstva</w:t>
      </w:r>
    </w:p>
    <w:p w:rsidR="004611C8" w:rsidRDefault="004611C8" w:rsidP="004611C8">
      <w:r>
        <w:t>210097</w:t>
      </w:r>
      <w:r>
        <w:tab/>
        <w:t>Rešeta [gospodinjske potrebščine]</w:t>
      </w:r>
    </w:p>
    <w:p w:rsidR="004611C8" w:rsidRDefault="004611C8" w:rsidP="004611C8">
      <w:r>
        <w:t>210098</w:t>
      </w:r>
      <w:r>
        <w:tab/>
        <w:t>Kristal [steklenina]</w:t>
      </w:r>
    </w:p>
    <w:p w:rsidR="004611C8" w:rsidRDefault="004611C8" w:rsidP="004611C8">
      <w:r>
        <w:t>210100</w:t>
      </w:r>
      <w:r>
        <w:tab/>
        <w:t>Usnje za poliranje</w:t>
      </w:r>
    </w:p>
    <w:p w:rsidR="004611C8" w:rsidRDefault="004611C8" w:rsidP="004611C8">
      <w:r>
        <w:t>210101</w:t>
      </w:r>
      <w:r>
        <w:tab/>
        <w:t>Veliki lonci</w:t>
      </w:r>
    </w:p>
    <w:p w:rsidR="004611C8" w:rsidRDefault="004611C8" w:rsidP="004611C8">
      <w:r>
        <w:t>210102</w:t>
      </w:r>
      <w:r>
        <w:tab/>
        <w:t>Zajemalke za gospodinjske namene</w:t>
      </w:r>
    </w:p>
    <w:p w:rsidR="004611C8" w:rsidRDefault="004611C8" w:rsidP="004611C8">
      <w:r>
        <w:t>210104</w:t>
      </w:r>
      <w:r>
        <w:tab/>
        <w:t>Čistilne priprave, ročne</w:t>
      </w:r>
    </w:p>
    <w:p w:rsidR="004611C8" w:rsidRDefault="004611C8" w:rsidP="004611C8">
      <w:r>
        <w:t>210105</w:t>
      </w:r>
      <w:r>
        <w:tab/>
        <w:t>Zobotrebci</w:t>
      </w:r>
    </w:p>
    <w:p w:rsidR="004611C8" w:rsidRDefault="004611C8" w:rsidP="004611C8">
      <w:r>
        <w:t>210106</w:t>
      </w:r>
      <w:r>
        <w:tab/>
        <w:t>Kadi za pranje perila</w:t>
      </w:r>
    </w:p>
    <w:p w:rsidR="004611C8" w:rsidRDefault="004611C8" w:rsidP="004611C8">
      <w:r>
        <w:t>210107</w:t>
      </w:r>
      <w:r>
        <w:tab/>
        <w:t>Plošče, ki preprečujejo kipenje mleka</w:t>
      </w:r>
    </w:p>
    <w:p w:rsidR="004611C8" w:rsidRDefault="004611C8" w:rsidP="004611C8">
      <w:r>
        <w:t>210108</w:t>
      </w:r>
      <w:r>
        <w:tab/>
        <w:t>Kuhinjske deske za rezanje</w:t>
      </w:r>
    </w:p>
    <w:p w:rsidR="004611C8" w:rsidRDefault="004611C8" w:rsidP="004611C8">
      <w:r>
        <w:t>210110</w:t>
      </w:r>
      <w:r>
        <w:tab/>
        <w:t>Glavniki z dolgimi zobci, za lase</w:t>
      </w:r>
    </w:p>
    <w:p w:rsidR="004611C8" w:rsidRDefault="004611C8" w:rsidP="004611C8">
      <w:r>
        <w:t>210111</w:t>
      </w:r>
      <w:r>
        <w:tab/>
        <w:t>Sesalci za prah, neelektrični</w:t>
      </w:r>
    </w:p>
    <w:p w:rsidR="004611C8" w:rsidRDefault="004611C8" w:rsidP="004611C8">
      <w:r>
        <w:t>210112</w:t>
      </w:r>
      <w:r>
        <w:tab/>
        <w:t>Podstavki za likalnike</w:t>
      </w:r>
    </w:p>
    <w:p w:rsidR="004611C8" w:rsidRDefault="004611C8" w:rsidP="004611C8">
      <w:r>
        <w:t>210114</w:t>
      </w:r>
      <w:r>
        <w:tab/>
        <w:t>Stekleni prah za dekoracijo</w:t>
      </w:r>
    </w:p>
    <w:p w:rsidR="004611C8" w:rsidRDefault="004611C8" w:rsidP="004611C8">
      <w:r>
        <w:t>210117</w:t>
      </w:r>
      <w:r>
        <w:tab/>
        <w:t>Stekleničke za doziranje mila</w:t>
      </w:r>
    </w:p>
    <w:p w:rsidR="004611C8" w:rsidRDefault="004611C8" w:rsidP="004611C8">
      <w:r>
        <w:t>210119</w:t>
      </w:r>
      <w:r>
        <w:tab/>
        <w:t>Emajlirano steklo, ne za gradbeništvo</w:t>
      </w:r>
    </w:p>
    <w:p w:rsidR="004611C8" w:rsidRDefault="004611C8" w:rsidP="004611C8">
      <w:r>
        <w:t>210120</w:t>
      </w:r>
      <w:r>
        <w:tab/>
        <w:t>Napenjalci za čevlje</w:t>
      </w:r>
    </w:p>
    <w:p w:rsidR="004611C8" w:rsidRDefault="004611C8" w:rsidP="004611C8">
      <w:r>
        <w:t>210121</w:t>
      </w:r>
      <w:r>
        <w:tab/>
        <w:t>Lijaki za natakanje</w:t>
      </w:r>
    </w:p>
    <w:p w:rsidR="004611C8" w:rsidRDefault="004611C8" w:rsidP="004611C8">
      <w:r>
        <w:t>210122</w:t>
      </w:r>
      <w:r>
        <w:tab/>
        <w:t>Garniture za shranjevanje začimb</w:t>
      </w:r>
    </w:p>
    <w:p w:rsidR="004611C8" w:rsidRDefault="004611C8" w:rsidP="004611C8">
      <w:r>
        <w:t>210123</w:t>
      </w:r>
      <w:r>
        <w:tab/>
        <w:t>Gobice za kopanje</w:t>
      </w:r>
    </w:p>
    <w:p w:rsidR="004611C8" w:rsidRDefault="004611C8" w:rsidP="004611C8">
      <w:r>
        <w:t>210124</w:t>
      </w:r>
      <w:r>
        <w:tab/>
        <w:t>Podstavki za gobice</w:t>
      </w:r>
    </w:p>
    <w:p w:rsidR="004611C8" w:rsidRPr="003834FA" w:rsidRDefault="004611C8" w:rsidP="004611C8">
      <w:pPr>
        <w:rPr>
          <w:lang w:val="fr-FR"/>
        </w:rPr>
      </w:pPr>
      <w:r>
        <w:t>210125</w:t>
      </w:r>
      <w:r>
        <w:tab/>
      </w:r>
      <w:r w:rsidRPr="003834FA">
        <w:rPr>
          <w:lang w:val="fr-FR"/>
        </w:rPr>
        <w:t>Krpe za brisanje prahu s pohištva</w:t>
      </w:r>
    </w:p>
    <w:p w:rsidR="004611C8" w:rsidRDefault="004611C8" w:rsidP="004611C8">
      <w:r>
        <w:t>210126</w:t>
      </w:r>
      <w:r>
        <w:tab/>
        <w:t>Stojala za sušenje perila</w:t>
      </w:r>
    </w:p>
    <w:p w:rsidR="004611C8" w:rsidRDefault="004611C8" w:rsidP="004611C8">
      <w:r>
        <w:t>210127</w:t>
      </w:r>
      <w:r>
        <w:tab/>
        <w:t>Vedra iz tkanih materialov</w:t>
      </w:r>
    </w:p>
    <w:p w:rsidR="004611C8" w:rsidRDefault="004611C8" w:rsidP="004611C8">
      <w:r>
        <w:t>210128</w:t>
      </w:r>
      <w:r>
        <w:tab/>
        <w:t>Etuiji za glavnike</w:t>
      </w:r>
    </w:p>
    <w:p w:rsidR="004611C8" w:rsidRDefault="004611C8" w:rsidP="004611C8">
      <w:r>
        <w:t>210132</w:t>
      </w:r>
      <w:r>
        <w:tab/>
        <w:t>Stojala za rože</w:t>
      </w:r>
    </w:p>
    <w:p w:rsidR="004611C8" w:rsidRDefault="004611C8" w:rsidP="004611C8">
      <w:r>
        <w:t>210133</w:t>
      </w:r>
      <w:r>
        <w:tab/>
        <w:t>Lončki za rože</w:t>
      </w:r>
    </w:p>
    <w:p w:rsidR="004611C8" w:rsidRDefault="004611C8" w:rsidP="004611C8">
      <w:r>
        <w:t>210134</w:t>
      </w:r>
      <w:r>
        <w:tab/>
        <w:t>Neelektrične metlice za stepanje, za gospodinjsko uporabo</w:t>
      </w:r>
    </w:p>
    <w:p w:rsidR="004611C8" w:rsidRPr="003834FA" w:rsidRDefault="004611C8" w:rsidP="004611C8">
      <w:pPr>
        <w:rPr>
          <w:lang w:val="fr-FR"/>
        </w:rPr>
      </w:pPr>
      <w:r>
        <w:t>210135</w:t>
      </w:r>
      <w:r>
        <w:tab/>
      </w:r>
      <w:r w:rsidRPr="003834FA">
        <w:rPr>
          <w:lang w:val="fr-FR"/>
        </w:rPr>
        <w:t>Mopi (omela z resami za brisanje tal)</w:t>
      </w:r>
    </w:p>
    <w:p w:rsidR="004611C8" w:rsidRDefault="004611C8" w:rsidP="004611C8">
      <w:r>
        <w:lastRenderedPageBreak/>
        <w:t>210136</w:t>
      </w:r>
      <w:r>
        <w:tab/>
        <w:t>Neelektrične ponve</w:t>
      </w:r>
    </w:p>
    <w:p w:rsidR="004611C8" w:rsidRDefault="004611C8" w:rsidP="004611C8">
      <w:r>
        <w:t>210137</w:t>
      </w:r>
      <w:r>
        <w:tab/>
        <w:t>Krtače za ribanje</w:t>
      </w:r>
    </w:p>
    <w:p w:rsidR="004611C8" w:rsidRDefault="004611C8" w:rsidP="004611C8">
      <w:r>
        <w:t>210138</w:t>
      </w:r>
      <w:r>
        <w:tab/>
        <w:t>Stiskalnice za sadje za gospodinjstva, ne električne</w:t>
      </w:r>
    </w:p>
    <w:p w:rsidR="004611C8" w:rsidRDefault="004611C8" w:rsidP="004611C8">
      <w:r>
        <w:t>210139</w:t>
      </w:r>
      <w:r>
        <w:tab/>
        <w:t>Naprave za absorbiranje dima, ki se uporabljajo v namene gospodinjstva</w:t>
      </w:r>
    </w:p>
    <w:p w:rsidR="004611C8" w:rsidRDefault="004611C8" w:rsidP="004611C8">
      <w:r>
        <w:t>210140</w:t>
      </w:r>
      <w:r>
        <w:tab/>
        <w:t>Menažke</w:t>
      </w:r>
    </w:p>
    <w:p w:rsidR="004611C8" w:rsidRDefault="004611C8" w:rsidP="004611C8">
      <w:r>
        <w:t>210141</w:t>
      </w:r>
      <w:r>
        <w:tab/>
        <w:t>Raztegovalniki za rokavice</w:t>
      </w:r>
    </w:p>
    <w:p w:rsidR="004611C8" w:rsidRDefault="004611C8" w:rsidP="004611C8">
      <w:r>
        <w:t>210143</w:t>
      </w:r>
      <w:r>
        <w:tab/>
        <w:t>Ploščato steklo (surov material)</w:t>
      </w:r>
    </w:p>
    <w:p w:rsidR="004611C8" w:rsidRDefault="004611C8" w:rsidP="004611C8">
      <w:r>
        <w:t>210144</w:t>
      </w:r>
      <w:r>
        <w:tab/>
        <w:t>Plastenke za pitje med vadbo</w:t>
      </w:r>
    </w:p>
    <w:p w:rsidR="004611C8" w:rsidRDefault="004611C8" w:rsidP="004611C8">
      <w:r>
        <w:t>210147</w:t>
      </w:r>
      <w:r>
        <w:tab/>
        <w:t>Čopiči za smolo, z dolgim ročajem</w:t>
      </w:r>
    </w:p>
    <w:p w:rsidR="004611C8" w:rsidRDefault="004611C8" w:rsidP="004611C8">
      <w:r>
        <w:t>210148</w:t>
      </w:r>
      <w:r>
        <w:tab/>
        <w:t>Pudrne blazinice</w:t>
      </w:r>
    </w:p>
    <w:p w:rsidR="004611C8" w:rsidRDefault="004611C8" w:rsidP="004611C8">
      <w:r>
        <w:t>210149</w:t>
      </w:r>
      <w:r>
        <w:tab/>
        <w:t>Steklo, neobdelano ali delno obdelano, razen za gradbeništvo</w:t>
      </w:r>
    </w:p>
    <w:p w:rsidR="004611C8" w:rsidRDefault="004611C8" w:rsidP="004611C8">
      <w:r>
        <w:t>210150</w:t>
      </w:r>
      <w:r>
        <w:tab/>
        <w:t>Pasti za insekte</w:t>
      </w:r>
    </w:p>
    <w:p w:rsidR="004611C8" w:rsidRDefault="004611C8" w:rsidP="004611C8">
      <w:r>
        <w:t>210152</w:t>
      </w:r>
      <w:r>
        <w:tab/>
        <w:t>Steklena volna, razen za izolacijo</w:t>
      </w:r>
    </w:p>
    <w:p w:rsidR="004611C8" w:rsidRDefault="004611C8" w:rsidP="004611C8">
      <w:r>
        <w:t>210153</w:t>
      </w:r>
      <w:r>
        <w:tab/>
        <w:t>Lonci</w:t>
      </w:r>
    </w:p>
    <w:p w:rsidR="004611C8" w:rsidRDefault="004611C8" w:rsidP="004611C8">
      <w:r>
        <w:t>210154</w:t>
      </w:r>
      <w:r>
        <w:tab/>
        <w:t>Sklede za zelenjavo</w:t>
      </w:r>
    </w:p>
    <w:p w:rsidR="004611C8" w:rsidRDefault="004611C8" w:rsidP="004611C8">
      <w:r>
        <w:t>210155</w:t>
      </w:r>
      <w:r>
        <w:tab/>
        <w:t>Servisi za liker</w:t>
      </w:r>
    </w:p>
    <w:p w:rsidR="004611C8" w:rsidRDefault="004611C8" w:rsidP="004611C8">
      <w:r>
        <w:t>210156</w:t>
      </w:r>
      <w:r>
        <w:tab/>
        <w:t>Žlice za zalivanje [kuhinjski pripomočki]</w:t>
      </w:r>
    </w:p>
    <w:p w:rsidR="004611C8" w:rsidRDefault="004611C8" w:rsidP="004611C8">
      <w:r>
        <w:t>210157</w:t>
      </w:r>
      <w:r>
        <w:tab/>
        <w:t>Majolke</w:t>
      </w:r>
    </w:p>
    <w:p w:rsidR="004611C8" w:rsidRDefault="004611C8" w:rsidP="004611C8">
      <w:r>
        <w:t>210158</w:t>
      </w:r>
      <w:r>
        <w:tab/>
        <w:t>Gospodinjski mlinčki, neelektrični</w:t>
      </w:r>
    </w:p>
    <w:p w:rsidR="004611C8" w:rsidRDefault="004611C8" w:rsidP="004611C8">
      <w:r>
        <w:t>210159</w:t>
      </w:r>
      <w:r>
        <w:tab/>
        <w:t>Gospodinjski pripomočki</w:t>
      </w:r>
    </w:p>
    <w:p w:rsidR="004611C8" w:rsidRDefault="004611C8" w:rsidP="004611C8">
      <w:r>
        <w:t>210160</w:t>
      </w:r>
      <w:r>
        <w:tab/>
        <w:t>Pribor za pobiranje drobtin z mize (metlice in lopatke)</w:t>
      </w:r>
    </w:p>
    <w:p w:rsidR="004611C8" w:rsidRDefault="004611C8" w:rsidP="004611C8">
      <w:r>
        <w:t>210161</w:t>
      </w:r>
      <w:r>
        <w:tab/>
        <w:t>Stekleni mozaiki, ne za gradbeništvo</w:t>
      </w:r>
    </w:p>
    <w:p w:rsidR="004611C8" w:rsidRDefault="004611C8" w:rsidP="004611C8">
      <w:r>
        <w:t>210162</w:t>
      </w:r>
      <w:r>
        <w:tab/>
        <w:t>Mlinčki za gospodinjske namene, ročni</w:t>
      </w:r>
    </w:p>
    <w:p w:rsidR="004611C8" w:rsidRDefault="004611C8" w:rsidP="004611C8">
      <w:r>
        <w:t>210163</w:t>
      </w:r>
      <w:r>
        <w:tab/>
        <w:t>Volneni odpadki za čiščenje</w:t>
      </w:r>
    </w:p>
    <w:p w:rsidR="004611C8" w:rsidRDefault="004611C8" w:rsidP="004611C8">
      <w:r>
        <w:t>210164</w:t>
      </w:r>
      <w:r>
        <w:tab/>
        <w:t>Umetna jajca za gnezda</w:t>
      </w:r>
    </w:p>
    <w:p w:rsidR="004611C8" w:rsidRDefault="004611C8" w:rsidP="004611C8">
      <w:r>
        <w:t>210165</w:t>
      </w:r>
      <w:r>
        <w:tab/>
        <w:t>Podstavki za jajca</w:t>
      </w:r>
    </w:p>
    <w:p w:rsidR="004611C8" w:rsidRDefault="004611C8" w:rsidP="004611C8">
      <w:r>
        <w:t>210166</w:t>
      </w:r>
      <w:r>
        <w:tab/>
        <w:t>Steklenina iz opalnega stekla</w:t>
      </w:r>
    </w:p>
    <w:p w:rsidR="004611C8" w:rsidRDefault="004611C8" w:rsidP="004611C8">
      <w:r>
        <w:t>210167</w:t>
      </w:r>
      <w:r>
        <w:tab/>
        <w:t>Steklenina iz mlečnega stekla</w:t>
      </w:r>
    </w:p>
    <w:p w:rsidR="004611C8" w:rsidRDefault="004611C8" w:rsidP="004611C8">
      <w:r>
        <w:t>210168</w:t>
      </w:r>
      <w:r>
        <w:tab/>
        <w:t>Čistilne krpice</w:t>
      </w:r>
    </w:p>
    <w:p w:rsidR="004611C8" w:rsidRDefault="004611C8" w:rsidP="004611C8">
      <w:r>
        <w:t>210169</w:t>
      </w:r>
      <w:r>
        <w:tab/>
        <w:t>Deske za kruh</w:t>
      </w:r>
    </w:p>
    <w:p w:rsidR="004611C8" w:rsidRDefault="004611C8" w:rsidP="004611C8">
      <w:r>
        <w:t>210170</w:t>
      </w:r>
      <w:r>
        <w:tab/>
        <w:t>Košare za piknik, s priborom</w:t>
      </w:r>
    </w:p>
    <w:p w:rsidR="004611C8" w:rsidRDefault="004611C8" w:rsidP="004611C8">
      <w:r>
        <w:t>210171</w:t>
      </w:r>
      <w:r>
        <w:tab/>
        <w:t>Gladilec za hlače</w:t>
      </w:r>
    </w:p>
    <w:p w:rsidR="004611C8" w:rsidRDefault="004611C8" w:rsidP="004611C8">
      <w:r>
        <w:t>210173</w:t>
      </w:r>
      <w:r>
        <w:tab/>
        <w:t>Papirnati krožniki</w:t>
      </w:r>
    </w:p>
    <w:p w:rsidR="004611C8" w:rsidRDefault="004611C8" w:rsidP="004611C8">
      <w:r>
        <w:t>210175</w:t>
      </w:r>
      <w:r>
        <w:tab/>
        <w:t>Valjarji za gospodinjstva</w:t>
      </w:r>
    </w:p>
    <w:p w:rsidR="004611C8" w:rsidRDefault="004611C8" w:rsidP="004611C8">
      <w:r>
        <w:t>210176</w:t>
      </w:r>
      <w:r>
        <w:tab/>
        <w:t>Glavniki, električni</w:t>
      </w:r>
    </w:p>
    <w:p w:rsidR="004611C8" w:rsidRDefault="004611C8" w:rsidP="004611C8">
      <w:r>
        <w:t>210179</w:t>
      </w:r>
      <w:r>
        <w:tab/>
        <w:t>Likalne mize</w:t>
      </w:r>
    </w:p>
    <w:p w:rsidR="004611C8" w:rsidRDefault="004611C8" w:rsidP="004611C8">
      <w:r>
        <w:t>210180</w:t>
      </w:r>
      <w:r>
        <w:tab/>
        <w:t>Papirnati pladnji, za gospodinjske namene</w:t>
      </w:r>
    </w:p>
    <w:p w:rsidR="004611C8" w:rsidRDefault="004611C8" w:rsidP="004611C8">
      <w:r>
        <w:t>210181</w:t>
      </w:r>
      <w:r>
        <w:tab/>
        <w:t>Lončene kozice</w:t>
      </w:r>
    </w:p>
    <w:p w:rsidR="004611C8" w:rsidRDefault="004611C8" w:rsidP="004611C8">
      <w:r>
        <w:t>210184</w:t>
      </w:r>
      <w:r>
        <w:tab/>
        <w:t>Mlinčki za poper, ročni</w:t>
      </w:r>
    </w:p>
    <w:p w:rsidR="004611C8" w:rsidRDefault="004611C8" w:rsidP="004611C8">
      <w:r>
        <w:t>210185</w:t>
      </w:r>
      <w:r>
        <w:tab/>
        <w:t>Poprnice</w:t>
      </w:r>
    </w:p>
    <w:p w:rsidR="004611C8" w:rsidRDefault="004611C8" w:rsidP="004611C8">
      <w:r>
        <w:t>210186</w:t>
      </w:r>
      <w:r>
        <w:tab/>
        <w:t>Neelektrične naprave in stroji za poliranje, za gospodinjske namene</w:t>
      </w:r>
    </w:p>
    <w:p w:rsidR="004611C8" w:rsidRDefault="004611C8" w:rsidP="004611C8">
      <w:r>
        <w:t>210187</w:t>
      </w:r>
      <w:r>
        <w:tab/>
        <w:t>Pripomočki za poliranje, razen preparatov, papirja in kamna</w:t>
      </w:r>
    </w:p>
    <w:p w:rsidR="004611C8" w:rsidRDefault="004611C8" w:rsidP="004611C8">
      <w:r>
        <w:t>210189</w:t>
      </w:r>
      <w:r>
        <w:tab/>
        <w:t>Posoda iz porcelana</w:t>
      </w:r>
    </w:p>
    <w:p w:rsidR="004611C8" w:rsidRDefault="004611C8" w:rsidP="004611C8">
      <w:r>
        <w:t>210190</w:t>
      </w:r>
      <w:r>
        <w:tab/>
        <w:t>Vaze</w:t>
      </w:r>
    </w:p>
    <w:p w:rsidR="004611C8" w:rsidRDefault="004611C8" w:rsidP="004611C8">
      <w:r>
        <w:t>210191</w:t>
      </w:r>
      <w:r>
        <w:tab/>
        <w:t>Držala za milo</w:t>
      </w:r>
    </w:p>
    <w:p w:rsidR="004611C8" w:rsidRDefault="004611C8" w:rsidP="004611C8">
      <w:r>
        <w:t>210192</w:t>
      </w:r>
      <w:r>
        <w:tab/>
        <w:t>Nočne posode</w:t>
      </w:r>
    </w:p>
    <w:p w:rsidR="004611C8" w:rsidRDefault="004611C8" w:rsidP="004611C8">
      <w:r>
        <w:t>210193</w:t>
      </w:r>
      <w:r>
        <w:tab/>
        <w:t>Lončene posode</w:t>
      </w:r>
    </w:p>
    <w:p w:rsidR="004611C8" w:rsidRDefault="004611C8" w:rsidP="004611C8">
      <w:r>
        <w:t>210195</w:t>
      </w:r>
      <w:r>
        <w:tab/>
        <w:t>Pudrnice [prazne]</w:t>
      </w:r>
    </w:p>
    <w:p w:rsidR="004611C8" w:rsidRDefault="004611C8" w:rsidP="004611C8">
      <w:r>
        <w:t>210197</w:t>
      </w:r>
      <w:r>
        <w:tab/>
        <w:t>Kuhinjski strgalniki</w:t>
      </w:r>
    </w:p>
    <w:p w:rsidR="004611C8" w:rsidRDefault="004611C8" w:rsidP="004611C8">
      <w:r>
        <w:t>210198</w:t>
      </w:r>
      <w:r>
        <w:tab/>
        <w:t>Pasti za podgane</w:t>
      </w:r>
    </w:p>
    <w:p w:rsidR="004611C8" w:rsidRDefault="004611C8" w:rsidP="004611C8">
      <w:r>
        <w:t>210199</w:t>
      </w:r>
      <w:r>
        <w:tab/>
        <w:t>Posode za gospodinjstvo ali kuhinjo</w:t>
      </w:r>
    </w:p>
    <w:p w:rsidR="004611C8" w:rsidRDefault="004611C8" w:rsidP="004611C8">
      <w:r>
        <w:t>210200</w:t>
      </w:r>
      <w:r>
        <w:tab/>
        <w:t>Držala za prtičke</w:t>
      </w:r>
    </w:p>
    <w:p w:rsidR="004611C8" w:rsidRDefault="004611C8" w:rsidP="004611C8">
      <w:r>
        <w:t>210203</w:t>
      </w:r>
      <w:r>
        <w:tab/>
        <w:t>Sklede za solato</w:t>
      </w:r>
    </w:p>
    <w:p w:rsidR="004611C8" w:rsidRDefault="004611C8" w:rsidP="004611C8">
      <w:r>
        <w:t>210206</w:t>
      </w:r>
      <w:r>
        <w:tab/>
        <w:t>Razpršilniki za vrt</w:t>
      </w:r>
    </w:p>
    <w:p w:rsidR="004611C8" w:rsidRDefault="004611C8" w:rsidP="004611C8">
      <w:r>
        <w:t>210208</w:t>
      </w:r>
      <w:r>
        <w:tab/>
        <w:t>Posoda</w:t>
      </w:r>
    </w:p>
    <w:p w:rsidR="004611C8" w:rsidRDefault="004611C8" w:rsidP="004611C8">
      <w:r>
        <w:t>210209</w:t>
      </w:r>
      <w:r>
        <w:tab/>
        <w:t>Čajni servisi</w:t>
      </w:r>
    </w:p>
    <w:p w:rsidR="004611C8" w:rsidRDefault="004611C8" w:rsidP="004611C8">
      <w:r>
        <w:t>210210</w:t>
      </w:r>
      <w:r>
        <w:tab/>
        <w:t>Stojala za serviete</w:t>
      </w:r>
    </w:p>
    <w:p w:rsidR="004611C8" w:rsidRDefault="004611C8" w:rsidP="004611C8">
      <w:r>
        <w:t>210211</w:t>
      </w:r>
      <w:r>
        <w:tab/>
        <w:t>Posode za izdelavo ledu in sladoleda, neelektrične</w:t>
      </w:r>
    </w:p>
    <w:p w:rsidR="004611C8" w:rsidRDefault="004611C8" w:rsidP="004611C8">
      <w:r>
        <w:t>210212</w:t>
      </w:r>
      <w:r>
        <w:tab/>
        <w:t>Krožnički za pod skodelice</w:t>
      </w:r>
    </w:p>
    <w:p w:rsidR="004611C8" w:rsidRDefault="004611C8" w:rsidP="004611C8">
      <w:r>
        <w:t>210213</w:t>
      </w:r>
      <w:r>
        <w:tab/>
        <w:t>Žlice za obuvanje</w:t>
      </w:r>
    </w:p>
    <w:p w:rsidR="004611C8" w:rsidRDefault="004611C8" w:rsidP="004611C8">
      <w:r>
        <w:t>210214</w:t>
      </w:r>
      <w:r>
        <w:tab/>
        <w:t>Jušniki</w:t>
      </w:r>
    </w:p>
    <w:p w:rsidR="004611C8" w:rsidRDefault="004611C8" w:rsidP="004611C8">
      <w:r>
        <w:t>210215</w:t>
      </w:r>
      <w:r>
        <w:tab/>
        <w:t>Krtačke za obrvi</w:t>
      </w:r>
    </w:p>
    <w:p w:rsidR="004611C8" w:rsidRDefault="004611C8" w:rsidP="004611C8">
      <w:r>
        <w:t>210216</w:t>
      </w:r>
      <w:r>
        <w:tab/>
        <w:t>Mišolovke</w:t>
      </w:r>
    </w:p>
    <w:p w:rsidR="004611C8" w:rsidRDefault="004611C8" w:rsidP="004611C8">
      <w:r>
        <w:t>210217</w:t>
      </w:r>
      <w:r>
        <w:tab/>
        <w:t>Kipi iz porcelana, keramike, fajanse, terakote, gline ali stekla</w:t>
      </w:r>
    </w:p>
    <w:p w:rsidR="004611C8" w:rsidRDefault="004611C8" w:rsidP="004611C8">
      <w:r>
        <w:t>210218</w:t>
      </w:r>
      <w:r>
        <w:tab/>
        <w:t>Sladkornice</w:t>
      </w:r>
    </w:p>
    <w:p w:rsidR="004611C8" w:rsidRDefault="004611C8" w:rsidP="004611C8">
      <w:r>
        <w:t>210219</w:t>
      </w:r>
      <w:r>
        <w:tab/>
        <w:t>Namizni podstavki</w:t>
      </w:r>
    </w:p>
    <w:p w:rsidR="004611C8" w:rsidRDefault="004611C8" w:rsidP="004611C8">
      <w:r>
        <w:t>210220</w:t>
      </w:r>
      <w:r>
        <w:tab/>
        <w:t>Skodelice</w:t>
      </w:r>
    </w:p>
    <w:p w:rsidR="004611C8" w:rsidRDefault="004611C8" w:rsidP="004611C8">
      <w:r>
        <w:t>210222</w:t>
      </w:r>
      <w:r>
        <w:tab/>
        <w:t>Čajniki</w:t>
      </w:r>
    </w:p>
    <w:p w:rsidR="004611C8" w:rsidRDefault="004611C8" w:rsidP="004611C8">
      <w:r>
        <w:t>210223</w:t>
      </w:r>
      <w:r>
        <w:tab/>
        <w:t>Kavlji za zapenjanje gumbov</w:t>
      </w:r>
    </w:p>
    <w:p w:rsidR="004611C8" w:rsidRDefault="004611C8" w:rsidP="004611C8">
      <w:r>
        <w:t>210224</w:t>
      </w:r>
      <w:r>
        <w:tab/>
        <w:t>Varčevalniki</w:t>
      </w:r>
    </w:p>
    <w:p w:rsidR="004611C8" w:rsidRDefault="004611C8" w:rsidP="004611C8">
      <w:r>
        <w:t>210226</w:t>
      </w:r>
      <w:r>
        <w:tab/>
        <w:t>Posode za pijače, neelektrične</w:t>
      </w:r>
    </w:p>
    <w:p w:rsidR="004611C8" w:rsidRDefault="004611C8" w:rsidP="004611C8">
      <w:r>
        <w:t>210227</w:t>
      </w:r>
      <w:r>
        <w:tab/>
        <w:t>Namizna posoda (razen nožev, vilic in žlic)</w:t>
      </w:r>
    </w:p>
    <w:p w:rsidR="004611C8" w:rsidRDefault="004611C8" w:rsidP="004611C8">
      <w:r>
        <w:t>210229</w:t>
      </w:r>
      <w:r>
        <w:tab/>
        <w:t>Steklo z vgrajenimi električnimi prevodniki</w:t>
      </w:r>
    </w:p>
    <w:p w:rsidR="004611C8" w:rsidRDefault="004611C8" w:rsidP="004611C8">
      <w:r>
        <w:t>210230</w:t>
      </w:r>
      <w:r>
        <w:tab/>
        <w:t>Poslikana steklenina</w:t>
      </w:r>
    </w:p>
    <w:p w:rsidR="004611C8" w:rsidRDefault="004611C8" w:rsidP="004611C8">
      <w:r>
        <w:t>210231</w:t>
      </w:r>
      <w:r>
        <w:tab/>
        <w:t>Steklo za okna vozil (neobdelano)</w:t>
      </w:r>
    </w:p>
    <w:p w:rsidR="004611C8" w:rsidRDefault="004611C8" w:rsidP="004611C8">
      <w:r>
        <w:t>210232</w:t>
      </w:r>
      <w:r>
        <w:tab/>
        <w:t>Vrčki</w:t>
      </w:r>
    </w:p>
    <w:p w:rsidR="004611C8" w:rsidRDefault="004611C8" w:rsidP="004611C8">
      <w:r>
        <w:t>210234</w:t>
      </w:r>
      <w:r>
        <w:tab/>
        <w:t>Umetnine iz porcelana, keramike, fajanse, terakote, gline ali stekla</w:t>
      </w:r>
    </w:p>
    <w:p w:rsidR="004611C8" w:rsidRDefault="004611C8" w:rsidP="004611C8">
      <w:r>
        <w:t>210235</w:t>
      </w:r>
      <w:r>
        <w:tab/>
        <w:t>Namizni krožniki</w:t>
      </w:r>
    </w:p>
    <w:p w:rsidR="004611C8" w:rsidRDefault="004611C8" w:rsidP="004611C8">
      <w:r>
        <w:t>210238</w:t>
      </w:r>
      <w:r>
        <w:tab/>
        <w:t>Stepalniki (neelektrični)</w:t>
      </w:r>
    </w:p>
    <w:p w:rsidR="004611C8" w:rsidRDefault="004611C8" w:rsidP="004611C8">
      <w:r>
        <w:t>210239</w:t>
      </w:r>
      <w:r>
        <w:tab/>
        <w:t>Grelci za stekleničke za dojenčke, ne električni</w:t>
      </w:r>
    </w:p>
    <w:p w:rsidR="004611C8" w:rsidRDefault="004611C8" w:rsidP="004611C8">
      <w:r>
        <w:t>210240</w:t>
      </w:r>
      <w:r>
        <w:tab/>
        <w:t>Čopiči za britje</w:t>
      </w:r>
    </w:p>
    <w:p w:rsidR="004611C8" w:rsidRDefault="004611C8" w:rsidP="004611C8">
      <w:r>
        <w:t>210243</w:t>
      </w:r>
      <w:r>
        <w:tab/>
        <w:t>Steklene posode (s pokrovom)</w:t>
      </w:r>
    </w:p>
    <w:p w:rsidR="004611C8" w:rsidRDefault="004611C8" w:rsidP="004611C8">
      <w:r>
        <w:t>210246</w:t>
      </w:r>
      <w:r>
        <w:tab/>
        <w:t>Kotlički, neelektrični</w:t>
      </w:r>
    </w:p>
    <w:p w:rsidR="004611C8" w:rsidRDefault="004611C8" w:rsidP="004611C8">
      <w:r>
        <w:t>210250</w:t>
      </w:r>
      <w:r>
        <w:tab/>
        <w:t>Zobne ščetke</w:t>
      </w:r>
    </w:p>
    <w:p w:rsidR="004611C8" w:rsidRDefault="004611C8" w:rsidP="004611C8">
      <w:r>
        <w:t>210251</w:t>
      </w:r>
      <w:r>
        <w:tab/>
        <w:t>Električne krtače, ki se ne uporabljajo kot deli strojev</w:t>
      </w:r>
    </w:p>
    <w:p w:rsidR="004611C8" w:rsidRDefault="004611C8" w:rsidP="004611C8">
      <w:r>
        <w:t>210252</w:t>
      </w:r>
      <w:r>
        <w:tab/>
        <w:t>Doprsni kipi iz porcelana, keramike, lončenine, terakote, gline ali stekla</w:t>
      </w:r>
    </w:p>
    <w:p w:rsidR="004611C8" w:rsidRDefault="004611C8" w:rsidP="004611C8">
      <w:r>
        <w:t>210254</w:t>
      </w:r>
      <w:r>
        <w:tab/>
        <w:t>Mlinčki za kavo, ročni</w:t>
      </w:r>
    </w:p>
    <w:p w:rsidR="004611C8" w:rsidRDefault="004611C8" w:rsidP="004611C8">
      <w:r>
        <w:t>210255</w:t>
      </w:r>
      <w:r>
        <w:tab/>
        <w:t>Kavni servisi</w:t>
      </w:r>
    </w:p>
    <w:p w:rsidR="004611C8" w:rsidRDefault="004611C8" w:rsidP="004611C8">
      <w:r>
        <w:t>210256</w:t>
      </w:r>
      <w:r>
        <w:tab/>
        <w:t>Kavni filtri, ne električni</w:t>
      </w:r>
    </w:p>
    <w:p w:rsidR="004611C8" w:rsidRDefault="004611C8" w:rsidP="004611C8">
      <w:r>
        <w:t>210257</w:t>
      </w:r>
      <w:r>
        <w:tab/>
        <w:t>Aparati za filtriranje kave, neelektrični</w:t>
      </w:r>
    </w:p>
    <w:p w:rsidR="004611C8" w:rsidRPr="003834FA" w:rsidRDefault="004611C8" w:rsidP="004611C8">
      <w:pPr>
        <w:rPr>
          <w:lang w:val="fr-FR"/>
        </w:rPr>
      </w:pPr>
      <w:r>
        <w:t>210258</w:t>
      </w:r>
      <w:r>
        <w:tab/>
      </w:r>
      <w:r w:rsidRPr="003834FA">
        <w:rPr>
          <w:lang w:val="fr-FR"/>
        </w:rPr>
        <w:t>Podstavki, ne iz papirja ali blaga</w:t>
      </w:r>
    </w:p>
    <w:p w:rsidR="004611C8" w:rsidRDefault="004611C8" w:rsidP="004611C8">
      <w:r>
        <w:t>210259</w:t>
      </w:r>
      <w:r>
        <w:tab/>
        <w:t>Grobe kuhinjske krpice (strgalniki)</w:t>
      </w:r>
    </w:p>
    <w:p w:rsidR="004611C8" w:rsidRDefault="004611C8" w:rsidP="004611C8">
      <w:r>
        <w:t>210260</w:t>
      </w:r>
      <w:r>
        <w:tab/>
        <w:t>Friteze, ne električne</w:t>
      </w:r>
    </w:p>
    <w:p w:rsidR="004611C8" w:rsidRDefault="004611C8" w:rsidP="004611C8">
      <w:r>
        <w:lastRenderedPageBreak/>
        <w:t>210262</w:t>
      </w:r>
      <w:r>
        <w:tab/>
        <w:t>Ustne prhe za čiščenje zob</w:t>
      </w:r>
    </w:p>
    <w:p w:rsidR="004611C8" w:rsidRDefault="004611C8" w:rsidP="004611C8">
      <w:r>
        <w:t>210264</w:t>
      </w:r>
      <w:r>
        <w:tab/>
        <w:t>Loščilniki za čevlje, ne električni</w:t>
      </w:r>
    </w:p>
    <w:p w:rsidR="004611C8" w:rsidRDefault="004611C8" w:rsidP="004611C8">
      <w:r>
        <w:t>210265</w:t>
      </w:r>
      <w:r>
        <w:tab/>
        <w:t>Pokrovi za sir</w:t>
      </w:r>
    </w:p>
    <w:p w:rsidR="004611C8" w:rsidRDefault="004611C8" w:rsidP="004611C8">
      <w:r>
        <w:t>210266</w:t>
      </w:r>
      <w:r>
        <w:tab/>
        <w:t>Košare za gospodinjske namene</w:t>
      </w:r>
    </w:p>
    <w:p w:rsidR="004611C8" w:rsidRDefault="004611C8" w:rsidP="004611C8">
      <w:r>
        <w:t>210267</w:t>
      </w:r>
      <w:r>
        <w:tab/>
        <w:t>Pladnji za gospodinjske namene</w:t>
      </w:r>
    </w:p>
    <w:p w:rsidR="004611C8" w:rsidRDefault="004611C8" w:rsidP="004611C8">
      <w:r>
        <w:t>210268</w:t>
      </w:r>
      <w:r>
        <w:tab/>
        <w:t>Bombažni odpadki za čiščenje</w:t>
      </w:r>
    </w:p>
    <w:p w:rsidR="004611C8" w:rsidRDefault="004611C8" w:rsidP="004611C8">
      <w:r>
        <w:t>210270</w:t>
      </w:r>
      <w:r>
        <w:tab/>
        <w:t>Namizni podstavki za posodo</w:t>
      </w:r>
    </w:p>
    <w:p w:rsidR="004611C8" w:rsidRDefault="004611C8" w:rsidP="004611C8">
      <w:r>
        <w:t>210272</w:t>
      </w:r>
      <w:r>
        <w:tab/>
        <w:t>Kuhinjske posode</w:t>
      </w:r>
    </w:p>
    <w:p w:rsidR="004611C8" w:rsidRDefault="004611C8" w:rsidP="004611C8">
      <w:r>
        <w:t>210273</w:t>
      </w:r>
      <w:r>
        <w:tab/>
        <w:t>Kuharski pripomočki</w:t>
      </w:r>
    </w:p>
    <w:p w:rsidR="004611C8" w:rsidRDefault="004611C8" w:rsidP="004611C8">
      <w:r>
        <w:t>210274</w:t>
      </w:r>
      <w:r>
        <w:tab/>
        <w:t>Neelektrični pripomočki za kuhanje</w:t>
      </w:r>
    </w:p>
    <w:p w:rsidR="004611C8" w:rsidRDefault="004611C8" w:rsidP="004611C8">
      <w:r>
        <w:t>210275</w:t>
      </w:r>
      <w:r>
        <w:tab/>
        <w:t>Stojala za zobotrebce</w:t>
      </w:r>
    </w:p>
    <w:p w:rsidR="004611C8" w:rsidRDefault="004611C8" w:rsidP="004611C8">
      <w:r>
        <w:t>210276</w:t>
      </w:r>
      <w:r>
        <w:tab/>
        <w:t>Zobne ščetke, električne</w:t>
      </w:r>
    </w:p>
    <w:p w:rsidR="004611C8" w:rsidRDefault="004611C8" w:rsidP="004611C8">
      <w:r>
        <w:t>210278</w:t>
      </w:r>
      <w:r>
        <w:tab/>
        <w:t>Krtače za čiščenje rezervoarjev in kontejnerjev</w:t>
      </w:r>
    </w:p>
    <w:p w:rsidR="004611C8" w:rsidRDefault="004611C8" w:rsidP="004611C8">
      <w:r>
        <w:t>210279</w:t>
      </w:r>
      <w:r>
        <w:tab/>
        <w:t>Označevalne table iz porcelana ali stekla</w:t>
      </w:r>
    </w:p>
    <w:p w:rsidR="004611C8" w:rsidRDefault="004611C8" w:rsidP="004611C8">
      <w:r>
        <w:t>210280</w:t>
      </w:r>
      <w:r>
        <w:tab/>
        <w:t>Gobe za gospodinjske namene</w:t>
      </w:r>
    </w:p>
    <w:p w:rsidR="004611C8" w:rsidRDefault="004611C8" w:rsidP="004611C8">
      <w:r>
        <w:t>210281</w:t>
      </w:r>
      <w:r>
        <w:tab/>
        <w:t>Omela iz perja</w:t>
      </w:r>
    </w:p>
    <w:p w:rsidR="004611C8" w:rsidRDefault="004611C8" w:rsidP="004611C8">
      <w:r>
        <w:t>210282</w:t>
      </w:r>
      <w:r>
        <w:tab/>
        <w:t>Cunje za brisanje prahu</w:t>
      </w:r>
    </w:p>
    <w:p w:rsidR="004611C8" w:rsidRDefault="004611C8" w:rsidP="004611C8">
      <w:r>
        <w:t>210287</w:t>
      </w:r>
      <w:r>
        <w:tab/>
        <w:t>Aparati za kavo (neelektrični)</w:t>
      </w:r>
    </w:p>
    <w:p w:rsidR="004611C8" w:rsidRDefault="004611C8" w:rsidP="004611C8">
      <w:r>
        <w:t>210288</w:t>
      </w:r>
      <w:r>
        <w:tab/>
        <w:t>Cedila za čaj</w:t>
      </w:r>
    </w:p>
    <w:p w:rsidR="004611C8" w:rsidRDefault="004611C8" w:rsidP="004611C8">
      <w:r>
        <w:t>210289</w:t>
      </w:r>
      <w:r>
        <w:tab/>
        <w:t>Stekleničke</w:t>
      </w:r>
    </w:p>
    <w:p w:rsidR="004611C8" w:rsidRDefault="004611C8" w:rsidP="004611C8">
      <w:r>
        <w:t>210290</w:t>
      </w:r>
      <w:r>
        <w:tab/>
        <w:t>Rokavice za gospodinjske namene</w:t>
      </w:r>
    </w:p>
    <w:p w:rsidR="004611C8" w:rsidRDefault="004611C8" w:rsidP="004611C8">
      <w:r>
        <w:t>210291</w:t>
      </w:r>
      <w:r>
        <w:tab/>
        <w:t>Vrči s pokrovom</w:t>
      </w:r>
    </w:p>
    <w:p w:rsidR="004611C8" w:rsidRDefault="004611C8" w:rsidP="004611C8">
      <w:r>
        <w:t>210292</w:t>
      </w:r>
      <w:r>
        <w:tab/>
        <w:t>Seti posodic za olje in kis</w:t>
      </w:r>
    </w:p>
    <w:p w:rsidR="004611C8" w:rsidRDefault="004611C8" w:rsidP="004611C8">
      <w:r>
        <w:t>210294</w:t>
      </w:r>
      <w:r>
        <w:tab/>
        <w:t>Rokavice za poliranje</w:t>
      </w:r>
    </w:p>
    <w:p w:rsidR="004611C8" w:rsidRDefault="004611C8" w:rsidP="004611C8">
      <w:r>
        <w:t>210295</w:t>
      </w:r>
      <w:r>
        <w:tab/>
        <w:t>Ugaševalniki za sveče</w:t>
      </w:r>
    </w:p>
    <w:p w:rsidR="004611C8" w:rsidRDefault="004611C8" w:rsidP="004611C8">
      <w:r>
        <w:t>210301</w:t>
      </w:r>
      <w:r>
        <w:tab/>
        <w:t>Banjice za dojenčke, prenosne</w:t>
      </w:r>
    </w:p>
    <w:p w:rsidR="004611C8" w:rsidRDefault="004611C8" w:rsidP="004611C8">
      <w:r>
        <w:t>210302</w:t>
      </w:r>
      <w:r>
        <w:tab/>
        <w:t>Kletke za hišne ljubljenčke</w:t>
      </w:r>
    </w:p>
    <w:p w:rsidR="004611C8" w:rsidRDefault="004611C8" w:rsidP="004611C8">
      <w:r>
        <w:t>210303</w:t>
      </w:r>
      <w:r>
        <w:tab/>
        <w:t>Krpe za pomivanje tal</w:t>
      </w:r>
    </w:p>
    <w:p w:rsidR="004611C8" w:rsidRDefault="004611C8" w:rsidP="004611C8">
      <w:r>
        <w:t>210304</w:t>
      </w:r>
      <w:r>
        <w:tab/>
        <w:t>Krtače za pomivanje posode</w:t>
      </w:r>
    </w:p>
    <w:p w:rsidR="004611C8" w:rsidRDefault="004611C8" w:rsidP="004611C8">
      <w:r>
        <w:t>210305</w:t>
      </w:r>
      <w:r>
        <w:tab/>
        <w:t>Notranji terariji [gojenje rastlin]</w:t>
      </w:r>
    </w:p>
    <w:p w:rsidR="004611C8" w:rsidRDefault="004611C8" w:rsidP="004611C8">
      <w:r>
        <w:t>210308</w:t>
      </w:r>
      <w:r>
        <w:tab/>
        <w:t>Taljeno kremenovo steklo [polproizvod], razen za gradbeništvo</w:t>
      </w:r>
    </w:p>
    <w:p w:rsidR="004611C8" w:rsidRDefault="004611C8" w:rsidP="004611C8">
      <w:r>
        <w:t>210309</w:t>
      </w:r>
      <w:r>
        <w:tab/>
        <w:t>Neelektrični pekači za vaflje</w:t>
      </w:r>
    </w:p>
    <w:p w:rsidR="004611C8" w:rsidRDefault="004611C8" w:rsidP="004611C8">
      <w:r>
        <w:t>210310</w:t>
      </w:r>
      <w:r>
        <w:tab/>
        <w:t>Posode za shranjevanje kruha</w:t>
      </w:r>
    </w:p>
    <w:p w:rsidR="004611C8" w:rsidRDefault="004611C8" w:rsidP="004611C8">
      <w:r>
        <w:t>210311</w:t>
      </w:r>
      <w:r>
        <w:tab/>
        <w:t>Jedilne palčke</w:t>
      </w:r>
    </w:p>
    <w:p w:rsidR="004611C8" w:rsidRDefault="004611C8" w:rsidP="004611C8">
      <w:r>
        <w:t>210312</w:t>
      </w:r>
      <w:r>
        <w:tab/>
        <w:t>Tulje za čiščenje</w:t>
      </w:r>
    </w:p>
    <w:p w:rsidR="004611C8" w:rsidRDefault="004611C8" w:rsidP="004611C8">
      <w:r>
        <w:t>210314</w:t>
      </w:r>
      <w:r>
        <w:tab/>
        <w:t>Mešalne paličice za koktajle</w:t>
      </w:r>
    </w:p>
    <w:p w:rsidR="004611C8" w:rsidRDefault="004611C8" w:rsidP="004611C8">
      <w:r>
        <w:t>210316</w:t>
      </w:r>
      <w:r>
        <w:tab/>
        <w:t>Modelčki za piškote</w:t>
      </w:r>
    </w:p>
    <w:p w:rsidR="004611C8" w:rsidRDefault="004611C8" w:rsidP="004611C8">
      <w:r>
        <w:t>210317</w:t>
      </w:r>
      <w:r>
        <w:tab/>
        <w:t>Posode za kekse</w:t>
      </w:r>
    </w:p>
    <w:p w:rsidR="004611C8" w:rsidRPr="003834FA" w:rsidRDefault="004611C8" w:rsidP="004611C8">
      <w:pPr>
        <w:rPr>
          <w:lang w:val="fr-FR"/>
        </w:rPr>
      </w:pPr>
      <w:r>
        <w:t>210318</w:t>
      </w:r>
      <w:r>
        <w:tab/>
      </w:r>
      <w:r w:rsidRPr="003834FA">
        <w:rPr>
          <w:lang w:val="fr-FR"/>
        </w:rPr>
        <w:t>Kozarci iz papirja ali plastike</w:t>
      </w:r>
    </w:p>
    <w:p w:rsidR="004611C8" w:rsidRDefault="004611C8" w:rsidP="004611C8">
      <w:r>
        <w:t>210319</w:t>
      </w:r>
      <w:r>
        <w:tab/>
        <w:t>Kozarci za pijačo</w:t>
      </w:r>
    </w:p>
    <w:p w:rsidR="004611C8" w:rsidRDefault="004611C8" w:rsidP="004611C8">
      <w:r>
        <w:t>210320</w:t>
      </w:r>
      <w:r>
        <w:tab/>
        <w:t>Zobna nitka</w:t>
      </w:r>
    </w:p>
    <w:p w:rsidR="004611C8" w:rsidRDefault="004611C8" w:rsidP="004611C8">
      <w:r>
        <w:t>210321</w:t>
      </w:r>
      <w:r>
        <w:tab/>
        <w:t>Vrtnarske rokavice</w:t>
      </w:r>
    </w:p>
    <w:p w:rsidR="004611C8" w:rsidRPr="003834FA" w:rsidRDefault="004611C8" w:rsidP="004611C8">
      <w:pPr>
        <w:rPr>
          <w:lang w:val="fr-FR"/>
        </w:rPr>
      </w:pPr>
      <w:r>
        <w:t>210322</w:t>
      </w:r>
      <w:r>
        <w:tab/>
      </w:r>
      <w:r w:rsidRPr="003834FA">
        <w:rPr>
          <w:lang w:val="fr-FR"/>
        </w:rPr>
        <w:t>Neelektrični lonci za kuhanje na pari</w:t>
      </w:r>
    </w:p>
    <w:p w:rsidR="004611C8" w:rsidRDefault="004611C8" w:rsidP="004611C8">
      <w:r>
        <w:t>210323</w:t>
      </w:r>
      <w:r>
        <w:tab/>
        <w:t>Termične izolacijske vrečke</w:t>
      </w:r>
    </w:p>
    <w:p w:rsidR="004611C8" w:rsidRPr="003834FA" w:rsidRDefault="004611C8" w:rsidP="004611C8">
      <w:pPr>
        <w:rPr>
          <w:lang w:val="fr-FR"/>
        </w:rPr>
      </w:pPr>
      <w:r>
        <w:t>210324</w:t>
      </w:r>
      <w:r>
        <w:tab/>
      </w:r>
      <w:r w:rsidRPr="003834FA">
        <w:rPr>
          <w:lang w:val="fr-FR"/>
        </w:rPr>
        <w:t>Vrtljivi namizni pladnji za hrano</w:t>
      </w:r>
    </w:p>
    <w:p w:rsidR="004611C8" w:rsidRDefault="004611C8" w:rsidP="004611C8">
      <w:r>
        <w:t>210325</w:t>
      </w:r>
      <w:r>
        <w:tab/>
        <w:t>Škatle za prenašanje hrane</w:t>
      </w:r>
    </w:p>
    <w:p w:rsidR="004611C8" w:rsidRDefault="004611C8" w:rsidP="004611C8">
      <w:r>
        <w:t>210326</w:t>
      </w:r>
      <w:r>
        <w:tab/>
        <w:t>Kuhalnice za mešanje [kuhinjski pripomoček]</w:t>
      </w:r>
    </w:p>
    <w:p w:rsidR="004611C8" w:rsidRDefault="004611C8" w:rsidP="004611C8">
      <w:r>
        <w:t>210327</w:t>
      </w:r>
      <w:r>
        <w:tab/>
        <w:t>Strojčki za pripravo rezancev (ročni)</w:t>
      </w:r>
    </w:p>
    <w:p w:rsidR="004611C8" w:rsidRPr="003834FA" w:rsidRDefault="004611C8" w:rsidP="004611C8">
      <w:pPr>
        <w:rPr>
          <w:lang w:val="fr-FR"/>
        </w:rPr>
      </w:pPr>
      <w:r>
        <w:t>210328</w:t>
      </w:r>
      <w:r>
        <w:tab/>
      </w:r>
      <w:r w:rsidRPr="003834FA">
        <w:rPr>
          <w:lang w:val="fr-FR"/>
        </w:rPr>
        <w:t>Noži (rezila) za pecivo, torte</w:t>
      </w:r>
    </w:p>
    <w:p w:rsidR="004611C8" w:rsidRDefault="004611C8" w:rsidP="004611C8">
      <w:r>
        <w:t>210329</w:t>
      </w:r>
      <w:r>
        <w:tab/>
        <w:t>Odmaševalniki za čiščenje zablokiranih odtokov</w:t>
      </w:r>
    </w:p>
    <w:p w:rsidR="004611C8" w:rsidRDefault="004611C8" w:rsidP="004611C8">
      <w:r>
        <w:t>210330</w:t>
      </w:r>
      <w:r>
        <w:tab/>
        <w:t>Lopatke za kuhinjsko uporabo</w:t>
      </w:r>
    </w:p>
    <w:p w:rsidR="004611C8" w:rsidRDefault="004611C8" w:rsidP="004611C8">
      <w:r>
        <w:t>210331</w:t>
      </w:r>
      <w:r>
        <w:tab/>
        <w:t>Abrazivne gobe za kožo</w:t>
      </w:r>
    </w:p>
    <w:p w:rsidR="004611C8" w:rsidRDefault="004611C8" w:rsidP="004611C8">
      <w:r>
        <w:t>210332</w:t>
      </w:r>
      <w:r>
        <w:tab/>
        <w:t>Stiskalnice za česen [kuhinjski pripomočki]</w:t>
      </w:r>
    </w:p>
    <w:p w:rsidR="004611C8" w:rsidRDefault="004611C8" w:rsidP="004611C8">
      <w:r>
        <w:t>210333</w:t>
      </w:r>
      <w:r>
        <w:tab/>
        <w:t>Namizni krožniki za enkratno uporabo</w:t>
      </w:r>
    </w:p>
    <w:p w:rsidR="004611C8" w:rsidRDefault="004611C8" w:rsidP="004611C8">
      <w:r>
        <w:t>210334</w:t>
      </w:r>
      <w:r>
        <w:tab/>
        <w:t>Nosilci za brisače v obliki prečk in obročev</w:t>
      </w:r>
    </w:p>
    <w:p w:rsidR="004611C8" w:rsidRDefault="004611C8" w:rsidP="004611C8">
      <w:r>
        <w:t>210335</w:t>
      </w:r>
      <w:r>
        <w:tab/>
        <w:t>Nosilci za WC papir</w:t>
      </w:r>
    </w:p>
    <w:p w:rsidR="004611C8" w:rsidRDefault="004611C8" w:rsidP="004611C8">
      <w:r>
        <w:t>210337</w:t>
      </w:r>
      <w:r>
        <w:tab/>
        <w:t>Pokrovi za akvarije</w:t>
      </w:r>
    </w:p>
    <w:p w:rsidR="004611C8" w:rsidRDefault="004611C8" w:rsidP="004611C8">
      <w:r>
        <w:t>210338</w:t>
      </w:r>
      <w:r>
        <w:tab/>
        <w:t>Sobni terariji [vivariji]</w:t>
      </w:r>
    </w:p>
    <w:p w:rsidR="004611C8" w:rsidRDefault="004611C8" w:rsidP="004611C8">
      <w:r>
        <w:t>210339</w:t>
      </w:r>
      <w:r>
        <w:tab/>
        <w:t>Ožemalniki za mope</w:t>
      </w:r>
    </w:p>
    <w:p w:rsidR="004611C8" w:rsidRDefault="004611C8" w:rsidP="004611C8">
      <w:r>
        <w:t>210340</w:t>
      </w:r>
      <w:r>
        <w:tab/>
        <w:t>Koši za odpadni papir</w:t>
      </w:r>
    </w:p>
    <w:p w:rsidR="004611C8" w:rsidRDefault="004611C8" w:rsidP="004611C8">
      <w:r>
        <w:t>210341</w:t>
      </w:r>
      <w:r>
        <w:tab/>
        <w:t>Okenska korita za rože</w:t>
      </w:r>
    </w:p>
    <w:p w:rsidR="004611C8" w:rsidRDefault="004611C8" w:rsidP="004611C8">
      <w:r>
        <w:t>210343</w:t>
      </w:r>
      <w:r>
        <w:tab/>
        <w:t>Grelci iz blaga za čajnike</w:t>
      </w:r>
    </w:p>
    <w:p w:rsidR="004611C8" w:rsidRDefault="004611C8" w:rsidP="004611C8">
      <w:r>
        <w:t>210344</w:t>
      </w:r>
      <w:r>
        <w:tab/>
        <w:t>Aparati za odstranjevanje ličil</w:t>
      </w:r>
    </w:p>
    <w:p w:rsidR="004611C8" w:rsidRDefault="004611C8" w:rsidP="004611C8">
      <w:r>
        <w:t>210345</w:t>
      </w:r>
      <w:r>
        <w:tab/>
        <w:t>Električne naprave, ki privlačijo in uničujejo mrčes</w:t>
      </w:r>
    </w:p>
    <w:p w:rsidR="004611C8" w:rsidRDefault="004611C8" w:rsidP="004611C8">
      <w:r>
        <w:t>210346</w:t>
      </w:r>
      <w:r>
        <w:tab/>
        <w:t>Podloge za peko</w:t>
      </w:r>
    </w:p>
    <w:p w:rsidR="004611C8" w:rsidRDefault="004611C8" w:rsidP="004611C8">
      <w:r>
        <w:t>210347</w:t>
      </w:r>
      <w:r>
        <w:tab/>
        <w:t>Napenjalci za škornje</w:t>
      </w:r>
    </w:p>
    <w:p w:rsidR="004611C8" w:rsidRDefault="004611C8" w:rsidP="004611C8">
      <w:r>
        <w:t>210348</w:t>
      </w:r>
      <w:r>
        <w:tab/>
        <w:t>Prisrčnice</w:t>
      </w:r>
    </w:p>
    <w:p w:rsidR="004611C8" w:rsidRDefault="004611C8" w:rsidP="004611C8">
      <w:r>
        <w:t>210349</w:t>
      </w:r>
      <w:r>
        <w:tab/>
        <w:t>Kozmetične lopatice</w:t>
      </w:r>
    </w:p>
    <w:p w:rsidR="004611C8" w:rsidRDefault="004611C8" w:rsidP="004611C8">
      <w:r>
        <w:t>210350</w:t>
      </w:r>
      <w:r>
        <w:tab/>
        <w:t>Pekači, v katere se izteka sok</w:t>
      </w:r>
    </w:p>
    <w:p w:rsidR="004611C8" w:rsidRDefault="004611C8" w:rsidP="004611C8">
      <w:r>
        <w:t>210351</w:t>
      </w:r>
      <w:r>
        <w:tab/>
        <w:t>Muholovci</w:t>
      </w:r>
    </w:p>
    <w:p w:rsidR="004611C8" w:rsidRDefault="004611C8" w:rsidP="004611C8">
      <w:r>
        <w:t>210352</w:t>
      </w:r>
      <w:r>
        <w:tab/>
        <w:t>Posode za sveče [svečniki]</w:t>
      </w:r>
    </w:p>
    <w:p w:rsidR="004611C8" w:rsidRDefault="004611C8" w:rsidP="004611C8">
      <w:r>
        <w:t>210353</w:t>
      </w:r>
      <w:r>
        <w:tab/>
        <w:t>Soparniki, neelektrični</w:t>
      </w:r>
    </w:p>
    <w:p w:rsidR="004611C8" w:rsidRDefault="004611C8" w:rsidP="004611C8">
      <w:r>
        <w:t>210354</w:t>
      </w:r>
      <w:r>
        <w:tab/>
        <w:t>Gobice za nanašanje ličil</w:t>
      </w:r>
    </w:p>
    <w:p w:rsidR="004611C8" w:rsidRDefault="004611C8" w:rsidP="004611C8">
      <w:r>
        <w:t>210355</w:t>
      </w:r>
      <w:r>
        <w:tab/>
        <w:t>Drobilci za kuhinjsko uporabo, neelektrični</w:t>
      </w:r>
    </w:p>
    <w:p w:rsidR="004611C8" w:rsidRDefault="004611C8" w:rsidP="004611C8">
      <w:r>
        <w:t>210356</w:t>
      </w:r>
      <w:r>
        <w:tab/>
        <w:t>Držala za lonce</w:t>
      </w:r>
    </w:p>
    <w:p w:rsidR="004611C8" w:rsidRDefault="004611C8" w:rsidP="004611C8">
      <w:r>
        <w:t>210358</w:t>
      </w:r>
      <w:r>
        <w:tab/>
        <w:t>Čopiči za peko</w:t>
      </w:r>
    </w:p>
    <w:p w:rsidR="004611C8" w:rsidRDefault="004611C8" w:rsidP="004611C8">
      <w:r>
        <w:t>210359</w:t>
      </w:r>
      <w:r>
        <w:tab/>
        <w:t>Kapalke</w:t>
      </w:r>
    </w:p>
    <w:p w:rsidR="004611C8" w:rsidRDefault="004611C8" w:rsidP="004611C8">
      <w:r>
        <w:t>210360</w:t>
      </w:r>
      <w:r>
        <w:tab/>
        <w:t>Rokavice za pranje avtomobila</w:t>
      </w:r>
    </w:p>
    <w:p w:rsidR="004611C8" w:rsidRDefault="004611C8" w:rsidP="004611C8">
      <w:r>
        <w:t>210361</w:t>
      </w:r>
      <w:r>
        <w:tab/>
        <w:t>Čopiči za kozmetične namene</w:t>
      </w:r>
    </w:p>
    <w:p w:rsidR="004611C8" w:rsidRDefault="004611C8" w:rsidP="004611C8">
      <w:r>
        <w:t>210362</w:t>
      </w:r>
      <w:r>
        <w:tab/>
        <w:t>Vedra za ožemanje mopov</w:t>
      </w:r>
    </w:p>
    <w:p w:rsidR="004611C8" w:rsidRDefault="004611C8" w:rsidP="004611C8">
      <w:r>
        <w:t>210363</w:t>
      </w:r>
      <w:r>
        <w:tab/>
        <w:t>Neelektrične stiskalnice za tortilije [kuhinjski pripomočki]</w:t>
      </w:r>
    </w:p>
    <w:p w:rsidR="004611C8" w:rsidRDefault="004611C8" w:rsidP="004611C8">
      <w:r>
        <w:t>210364</w:t>
      </w:r>
      <w:r>
        <w:tab/>
        <w:t>Ščetke za vosek za smuči</w:t>
      </w:r>
    </w:p>
    <w:p w:rsidR="004611C8" w:rsidRDefault="004611C8" w:rsidP="004611C8">
      <w:r>
        <w:t>210365</w:t>
      </w:r>
      <w:r>
        <w:tab/>
        <w:t>Ščetke za trepalnice</w:t>
      </w:r>
    </w:p>
    <w:p w:rsidR="004611C8" w:rsidRDefault="004611C8" w:rsidP="004611C8">
      <w:r>
        <w:t>210366</w:t>
      </w:r>
      <w:r>
        <w:tab/>
        <w:t>Ločevalniki jajčnega rumenjaka, neelektrični, za gospodinjske namene</w:t>
      </w:r>
    </w:p>
    <w:p w:rsidR="004611C8" w:rsidRDefault="004611C8" w:rsidP="004611C8">
      <w:r>
        <w:t>210367</w:t>
      </w:r>
      <w:r>
        <w:tab/>
        <w:t>Razdelilci iz penaste gume za uporabo v pedikuri</w:t>
      </w:r>
    </w:p>
    <w:p w:rsidR="004611C8" w:rsidRDefault="004611C8" w:rsidP="004611C8">
      <w:r>
        <w:t>210368</w:t>
      </w:r>
      <w:r>
        <w:tab/>
        <w:t>Električni uparjalniki za repelente za komarje</w:t>
      </w:r>
    </w:p>
    <w:p w:rsidR="004611C8" w:rsidRDefault="004611C8" w:rsidP="004611C8">
      <w:r>
        <w:t>210369</w:t>
      </w:r>
      <w:r>
        <w:tab/>
        <w:t>Hladilne vrečke za hlajenje hrane in pijače</w:t>
      </w:r>
    </w:p>
    <w:p w:rsidR="004611C8" w:rsidRDefault="004611C8" w:rsidP="004611C8">
      <w:r>
        <w:t>210370</w:t>
      </w:r>
      <w:r>
        <w:tab/>
        <w:t>Kocke za led za večkratno uporabo</w:t>
      </w:r>
    </w:p>
    <w:p w:rsidR="004611C8" w:rsidRPr="003834FA" w:rsidRDefault="004611C8" w:rsidP="004611C8">
      <w:pPr>
        <w:rPr>
          <w:lang w:val="fr-FR"/>
        </w:rPr>
      </w:pPr>
      <w:r>
        <w:t>210371</w:t>
      </w:r>
      <w:r>
        <w:tab/>
      </w:r>
      <w:r w:rsidRPr="003834FA">
        <w:rPr>
          <w:lang w:val="fr-FR"/>
        </w:rPr>
        <w:t>Namizni pogrinjki, ne iz papirja ali blaga</w:t>
      </w:r>
    </w:p>
    <w:p w:rsidR="004611C8" w:rsidRPr="003834FA" w:rsidRDefault="004611C8" w:rsidP="004611C8">
      <w:pPr>
        <w:rPr>
          <w:lang w:val="fr-FR"/>
        </w:rPr>
      </w:pPr>
      <w:r>
        <w:t>210372</w:t>
      </w:r>
      <w:r>
        <w:tab/>
      </w:r>
      <w:r w:rsidRPr="003834FA">
        <w:rPr>
          <w:lang w:val="fr-FR"/>
        </w:rPr>
        <w:t>Pogrinjki, ne iz papirja ali blaga</w:t>
      </w:r>
    </w:p>
    <w:p w:rsidR="004611C8" w:rsidRDefault="004611C8" w:rsidP="004611C8">
      <w:r>
        <w:t>210373</w:t>
      </w:r>
      <w:r>
        <w:tab/>
        <w:t>Oznake za karafe</w:t>
      </w:r>
    </w:p>
    <w:p w:rsidR="004611C8" w:rsidRDefault="004611C8" w:rsidP="004611C8">
      <w:r>
        <w:t>210374</w:t>
      </w:r>
      <w:r>
        <w:tab/>
        <w:t>Priprave za prepojitev vina s plinom</w:t>
      </w:r>
    </w:p>
    <w:p w:rsidR="004611C8" w:rsidRDefault="004611C8" w:rsidP="004611C8">
      <w:r>
        <w:t>210375</w:t>
      </w:r>
      <w:r>
        <w:tab/>
        <w:t>Glave za električne zobne ščetke</w:t>
      </w:r>
    </w:p>
    <w:p w:rsidR="004611C8" w:rsidRDefault="004611C8" w:rsidP="004611C8">
      <w:r>
        <w:lastRenderedPageBreak/>
        <w:t>210376</w:t>
      </w:r>
      <w:r>
        <w:tab/>
        <w:t>Hranilniki</w:t>
      </w:r>
    </w:p>
    <w:p w:rsidR="004611C8" w:rsidRDefault="004611C8" w:rsidP="004611C8">
      <w:r>
        <w:t>210377</w:t>
      </w:r>
      <w:r>
        <w:tab/>
        <w:t>Odstranjevalci vlaken, električni ali neelektrični</w:t>
      </w:r>
    </w:p>
    <w:p w:rsidR="004611C8" w:rsidRPr="003834FA" w:rsidRDefault="004611C8" w:rsidP="004611C8">
      <w:pPr>
        <w:rPr>
          <w:lang w:val="fr-FR"/>
        </w:rPr>
      </w:pPr>
      <w:r>
        <w:t>210378</w:t>
      </w:r>
      <w:r>
        <w:tab/>
      </w:r>
      <w:r w:rsidRPr="003834FA">
        <w:rPr>
          <w:lang w:val="fr-FR"/>
        </w:rPr>
        <w:t>Krpe iz tkanin za poliranje</w:t>
      </w:r>
    </w:p>
    <w:p w:rsidR="004611C8" w:rsidRDefault="004611C8" w:rsidP="004611C8">
      <w:r>
        <w:t>210379</w:t>
      </w:r>
      <w:r>
        <w:tab/>
        <w:t>Svinjske ščetine za izdelavo ščetk</w:t>
      </w:r>
    </w:p>
    <w:p w:rsidR="004611C8" w:rsidRDefault="004611C8" w:rsidP="004611C8">
      <w:r>
        <w:t>210380</w:t>
      </w:r>
      <w:r>
        <w:tab/>
        <w:t>Žima za izdelavo ščetk</w:t>
      </w:r>
    </w:p>
    <w:p w:rsidR="004611C8" w:rsidRDefault="004611C8" w:rsidP="004611C8">
      <w:r>
        <w:t>210381</w:t>
      </w:r>
      <w:r>
        <w:tab/>
        <w:t>Prijemalke za led</w:t>
      </w:r>
    </w:p>
    <w:p w:rsidR="004611C8" w:rsidRDefault="004611C8" w:rsidP="004611C8">
      <w:r>
        <w:t>210382</w:t>
      </w:r>
      <w:r>
        <w:tab/>
        <w:t>Klešče za solato</w:t>
      </w:r>
    </w:p>
    <w:p w:rsidR="004611C8" w:rsidRDefault="004611C8" w:rsidP="004611C8">
      <w:r>
        <w:t>210383</w:t>
      </w:r>
      <w:r>
        <w:tab/>
        <w:t>Servirne zajemalke</w:t>
      </w:r>
    </w:p>
    <w:p w:rsidR="004611C8" w:rsidRDefault="004611C8" w:rsidP="004611C8">
      <w:r>
        <w:t>210384</w:t>
      </w:r>
      <w:r>
        <w:tab/>
        <w:t>Tolkala za kuhinjsko uporabo</w:t>
      </w:r>
    </w:p>
    <w:p w:rsidR="004611C8" w:rsidRDefault="004611C8" w:rsidP="004611C8">
      <w:r>
        <w:t>210385</w:t>
      </w:r>
      <w:r>
        <w:tab/>
        <w:t>Terilniki za kuhinjsko uporabo</w:t>
      </w:r>
    </w:p>
    <w:p w:rsidR="004611C8" w:rsidRDefault="004611C8" w:rsidP="004611C8">
      <w:r>
        <w:t>210386</w:t>
      </w:r>
      <w:r>
        <w:tab/>
        <w:t>Zajemalke za sladoled</w:t>
      </w:r>
    </w:p>
    <w:p w:rsidR="004611C8" w:rsidRDefault="004611C8" w:rsidP="004611C8">
      <w:r>
        <w:t>210387</w:t>
      </w:r>
      <w:r>
        <w:tab/>
        <w:t>Klešče za trenje orehov</w:t>
      </w:r>
    </w:p>
    <w:p w:rsidR="004611C8" w:rsidRDefault="004611C8" w:rsidP="004611C8">
      <w:r>
        <w:t>210388</w:t>
      </w:r>
      <w:r>
        <w:tab/>
        <w:t>Prijemalke za sladkorne kocke</w:t>
      </w:r>
    </w:p>
    <w:p w:rsidR="004611C8" w:rsidRDefault="004611C8" w:rsidP="004611C8">
      <w:r>
        <w:t>210389</w:t>
      </w:r>
      <w:r>
        <w:tab/>
        <w:t>Ročaji za metle</w:t>
      </w:r>
    </w:p>
    <w:p w:rsidR="004611C8" w:rsidRDefault="004611C8" w:rsidP="004611C8">
      <w:r>
        <w:t>210390</w:t>
      </w:r>
      <w:r>
        <w:tab/>
        <w:t>Zajemalke za serviranje vina</w:t>
      </w:r>
    </w:p>
    <w:p w:rsidR="004611C8" w:rsidRDefault="004611C8" w:rsidP="004611C8">
      <w:r>
        <w:t>210391</w:t>
      </w:r>
      <w:r>
        <w:tab/>
        <w:t>Napihljive banjice za dojenčke</w:t>
      </w:r>
    </w:p>
    <w:p w:rsidR="004611C8" w:rsidRDefault="004611C8" w:rsidP="004611C8">
      <w:r>
        <w:t>210392</w:t>
      </w:r>
      <w:r>
        <w:tab/>
        <w:t>Stojala za prenosne banjice za dojenčke</w:t>
      </w:r>
    </w:p>
    <w:p w:rsidR="004611C8" w:rsidRDefault="004611C8" w:rsidP="004611C8">
      <w:r>
        <w:t>210393</w:t>
      </w:r>
      <w:r>
        <w:tab/>
        <w:t>Držala za čajne vrečke</w:t>
      </w:r>
    </w:p>
    <w:p w:rsidR="004611C8" w:rsidRDefault="004611C8" w:rsidP="004611C8">
      <w:r>
        <w:t>210394</w:t>
      </w:r>
      <w:r>
        <w:tab/>
        <w:t>Nastavki in vrečke za okraševanje tort</w:t>
      </w:r>
    </w:p>
    <w:p w:rsidR="004611C8" w:rsidRDefault="004611C8" w:rsidP="004611C8">
      <w:r>
        <w:t>210395</w:t>
      </w:r>
      <w:r>
        <w:tab/>
        <w:t>Rotacijske pralne linije</w:t>
      </w:r>
    </w:p>
    <w:p w:rsidR="004611C8" w:rsidRDefault="004611C8" w:rsidP="004611C8">
      <w:r>
        <w:t>210396</w:t>
      </w:r>
      <w:r>
        <w:tab/>
        <w:t>Mrežaste vrečke za kuhanje</w:t>
      </w:r>
    </w:p>
    <w:p w:rsidR="004611C8" w:rsidRDefault="004611C8" w:rsidP="004611C8">
      <w:r>
        <w:t>210397</w:t>
      </w:r>
      <w:r>
        <w:tab/>
        <w:t>Kapalke za kozmetične namene, v prodaji prazne</w:t>
      </w:r>
    </w:p>
    <w:p w:rsidR="004611C8" w:rsidRDefault="004611C8" w:rsidP="004611C8">
      <w:r>
        <w:t>210398</w:t>
      </w:r>
      <w:r>
        <w:tab/>
        <w:t>Kapalke za gospodinjske namene</w:t>
      </w:r>
    </w:p>
    <w:p w:rsidR="004611C8" w:rsidRDefault="004611C8" w:rsidP="004611C8">
      <w:r>
        <w:t>210399</w:t>
      </w:r>
      <w:r>
        <w:tab/>
        <w:t>Neelektrične posode za kuhanje kuskusa</w:t>
      </w:r>
    </w:p>
    <w:p w:rsidR="004611C8" w:rsidRDefault="004611C8" w:rsidP="004611C8">
      <w:r>
        <w:t>210401</w:t>
      </w:r>
      <w:r>
        <w:tab/>
        <w:t>Ločevalniki jajčnega rumenjaka</w:t>
      </w:r>
    </w:p>
    <w:p w:rsidR="004611C8" w:rsidRDefault="004611C8" w:rsidP="004611C8">
      <w:r>
        <w:t>210402</w:t>
      </w:r>
      <w:r>
        <w:tab/>
        <w:t>Silikonski pokrovi za živila, za večkratno uporabo</w:t>
      </w:r>
    </w:p>
    <w:p w:rsidR="004611C8" w:rsidRDefault="004611C8" w:rsidP="004611C8">
      <w:r>
        <w:t>210403</w:t>
      </w:r>
      <w:r>
        <w:tab/>
        <w:t>Rokavice za nego živali</w:t>
      </w:r>
    </w:p>
    <w:p w:rsidR="004611C8" w:rsidRDefault="004611C8" w:rsidP="004611C8">
      <w:r>
        <w:t>210404</w:t>
      </w:r>
      <w:r>
        <w:tab/>
        <w:t>Gumijasta strgala za čiščenje [ročna]</w:t>
      </w:r>
    </w:p>
    <w:p w:rsidR="004611C8" w:rsidRDefault="004611C8" w:rsidP="004611C8">
      <w:r>
        <w:t>210405</w:t>
      </w:r>
      <w:r>
        <w:tab/>
        <w:t>Posode za poširanje jajc</w:t>
      </w:r>
    </w:p>
    <w:p w:rsidR="004611C8" w:rsidRDefault="004611C8" w:rsidP="004611C8">
      <w:r>
        <w:t>210406</w:t>
      </w:r>
      <w:r>
        <w:tab/>
        <w:t>Difuzorji eteričnih olj, razen difuzorjev s palčkami</w:t>
      </w:r>
    </w:p>
    <w:p w:rsidR="004611C8" w:rsidRDefault="004611C8" w:rsidP="004611C8">
      <w:r>
        <w:t>210407</w:t>
      </w:r>
      <w:r>
        <w:tab/>
        <w:t>Krožniki za izhlapevanje eteričnega olja</w:t>
      </w:r>
    </w:p>
    <w:p w:rsidR="004611C8" w:rsidRDefault="004611C8" w:rsidP="004611C8">
      <w:r>
        <w:t>210408</w:t>
      </w:r>
      <w:r>
        <w:tab/>
        <w:t>Neelektrične naprave za izdelovanje testenin, za domačo uporabo</w:t>
      </w:r>
    </w:p>
    <w:p w:rsidR="004611C8" w:rsidRDefault="004611C8" w:rsidP="004611C8">
      <w:r>
        <w:t>210411</w:t>
      </w:r>
      <w:r>
        <w:tab/>
        <w:t>Votli valjčki za lupljenje česna</w:t>
      </w:r>
    </w:p>
    <w:p w:rsidR="004611C8" w:rsidRDefault="004611C8" w:rsidP="004611C8">
      <w:r>
        <w:t>210413</w:t>
      </w:r>
      <w:r>
        <w:tab/>
        <w:t>Nastavki za nalivanje vina</w:t>
      </w:r>
    </w:p>
    <w:p w:rsidR="004611C8" w:rsidRDefault="004611C8" w:rsidP="004611C8">
      <w:r>
        <w:t>210414</w:t>
      </w:r>
      <w:r>
        <w:tab/>
        <w:t>Posode za hrano za hišne ljubljenčke</w:t>
      </w:r>
    </w:p>
    <w:p w:rsidR="004611C8" w:rsidRDefault="004611C8" w:rsidP="004611C8">
      <w:r>
        <w:t>210415</w:t>
      </w:r>
      <w:r>
        <w:tab/>
        <w:t>Sklede za samodejno hranjenje hišnih ljubljenčkov</w:t>
      </w:r>
    </w:p>
    <w:p w:rsidR="004611C8" w:rsidRDefault="004611C8" w:rsidP="004611C8">
      <w:r>
        <w:t>210416</w:t>
      </w:r>
      <w:r>
        <w:tab/>
        <w:t>Grelniki za sveče, električni in neelektrični</w:t>
      </w:r>
    </w:p>
    <w:p w:rsidR="004611C8" w:rsidRDefault="004611C8" w:rsidP="004611C8">
      <w:r>
        <w:t>210417</w:t>
      </w:r>
      <w:r>
        <w:tab/>
        <w:t>Krpe za posodo</w:t>
      </w:r>
    </w:p>
    <w:p w:rsidR="004611C8" w:rsidRDefault="004611C8" w:rsidP="004611C8">
      <w:r>
        <w:t>210418</w:t>
      </w:r>
      <w:r>
        <w:tab/>
        <w:t>Abrazivne rokavice za piling kože</w:t>
      </w:r>
    </w:p>
    <w:p w:rsidR="004611C8" w:rsidRDefault="004611C8" w:rsidP="004611C8">
      <w:r>
        <w:t>210419</w:t>
      </w:r>
      <w:r>
        <w:tab/>
        <w:t>Papirnate skodelice za peko</w:t>
      </w:r>
    </w:p>
    <w:p w:rsidR="004611C8" w:rsidRDefault="004611C8" w:rsidP="004611C8">
      <w:r>
        <w:t>210420</w:t>
      </w:r>
      <w:r>
        <w:tab/>
        <w:t>Silikonske posodice za peko</w:t>
      </w:r>
    </w:p>
    <w:p w:rsidR="004611C8" w:rsidRDefault="004611C8" w:rsidP="004611C8">
      <w:r>
        <w:t>210421</w:t>
      </w:r>
      <w:r>
        <w:tab/>
        <w:t>Jušne sklede</w:t>
      </w:r>
    </w:p>
    <w:p w:rsidR="004611C8" w:rsidRDefault="004611C8" w:rsidP="004611C8">
      <w:r>
        <w:t>210422</w:t>
      </w:r>
      <w:r>
        <w:tab/>
        <w:t>Ultrazvočne naprave za odganjanje škodljivcev</w:t>
      </w:r>
    </w:p>
    <w:p w:rsidR="004611C8" w:rsidRDefault="004611C8" w:rsidP="004611C8">
      <w:r>
        <w:t>210423</w:t>
      </w:r>
      <w:r>
        <w:tab/>
        <w:t>Ustne prhe</w:t>
      </w:r>
    </w:p>
    <w:p w:rsidR="004611C8" w:rsidRDefault="004611C8" w:rsidP="004611C8">
      <w:r>
        <w:t>210424</w:t>
      </w:r>
      <w:r>
        <w:tab/>
        <w:t>Pametne medicinske stekleničke, v prodaji prazne</w:t>
      </w:r>
    </w:p>
    <w:p w:rsidR="004611C8" w:rsidRDefault="004611C8" w:rsidP="004611C8">
      <w:r>
        <w:t>210425</w:t>
      </w:r>
      <w:r>
        <w:tab/>
        <w:t>Pladnji za spraznjevanje žepov [za male predmete] za gospodinjsko uporabo</w:t>
      </w:r>
    </w:p>
    <w:p w:rsidR="004611C8" w:rsidRDefault="004611C8" w:rsidP="004611C8">
      <w:r>
        <w:t>210426</w:t>
      </w:r>
      <w:r>
        <w:tab/>
        <w:t>Stiskalci za tube za gospodinjsko uporabo</w:t>
      </w:r>
    </w:p>
    <w:p w:rsidR="004611C8" w:rsidRDefault="004611C8" w:rsidP="004611C8">
      <w:r>
        <w:t>210427</w:t>
      </w:r>
      <w:r>
        <w:tab/>
        <w:t>Figurice iz porcelana, keramike, gline, terakote ali stekla za torte</w:t>
      </w:r>
    </w:p>
    <w:p w:rsidR="004611C8" w:rsidRDefault="004611C8" w:rsidP="004611C8">
      <w:r>
        <w:t>210429</w:t>
      </w:r>
      <w:r>
        <w:tab/>
        <w:t>Neelektrične naprave za mletje mesa</w:t>
      </w:r>
    </w:p>
    <w:p w:rsidR="004611C8" w:rsidRDefault="004611C8" w:rsidP="004611C8">
      <w:r>
        <w:t>210430</w:t>
      </w:r>
      <w:r>
        <w:tab/>
        <w:t>Kozmetični žigi, prazni</w:t>
      </w:r>
    </w:p>
    <w:p w:rsidR="004611C8" w:rsidRPr="003834FA" w:rsidRDefault="004611C8" w:rsidP="004611C8">
      <w:pPr>
        <w:rPr>
          <w:lang w:val="fr-FR"/>
        </w:rPr>
      </w:pPr>
      <w:r>
        <w:t>210431</w:t>
      </w:r>
      <w:r>
        <w:tab/>
      </w:r>
      <w:r w:rsidRPr="003834FA">
        <w:rPr>
          <w:lang w:val="fr-FR"/>
        </w:rPr>
        <w:t>Podstavki za pivo, ne iz papirja ali blaga</w:t>
      </w:r>
    </w:p>
    <w:p w:rsidR="004611C8" w:rsidRDefault="004611C8" w:rsidP="004611C8">
      <w:r>
        <w:t>210432</w:t>
      </w:r>
      <w:r>
        <w:tab/>
        <w:t>Koši za smeti na samodejno odpiranje in zapiranje za gospodinjske namene</w:t>
      </w:r>
    </w:p>
    <w:p w:rsidR="004611C8" w:rsidRDefault="004611C8" w:rsidP="004611C8">
      <w:r>
        <w:t>210433</w:t>
      </w:r>
      <w:r>
        <w:tab/>
        <w:t>Krtače za lase z vibriranjem zvočnih valov</w:t>
      </w:r>
    </w:p>
    <w:p w:rsidR="004611C8" w:rsidRPr="003834FA" w:rsidRDefault="004611C8" w:rsidP="004611C8">
      <w:pPr>
        <w:rPr>
          <w:lang w:val="fr-FR"/>
        </w:rPr>
      </w:pPr>
      <w:r>
        <w:t>210434</w:t>
      </w:r>
      <w:r>
        <w:tab/>
      </w:r>
      <w:r w:rsidRPr="003834FA">
        <w:rPr>
          <w:lang w:val="fr-FR"/>
        </w:rPr>
        <w:t>Pripomočki za odvajanje pare iz testa</w:t>
      </w:r>
    </w:p>
    <w:p w:rsidR="004611C8" w:rsidRDefault="004611C8" w:rsidP="004611C8">
      <w:r>
        <w:t>210435</w:t>
      </w:r>
      <w:r>
        <w:tab/>
        <w:t>Klešče za žar</w:t>
      </w:r>
    </w:p>
    <w:p w:rsidR="004611C8" w:rsidRDefault="004611C8" w:rsidP="004611C8">
      <w:r>
        <w:t>210436</w:t>
      </w:r>
      <w:r>
        <w:tab/>
        <w:t>Servirne vilice</w:t>
      </w:r>
    </w:p>
    <w:p w:rsidR="004611C8" w:rsidRDefault="004611C8" w:rsidP="004611C8">
      <w:r>
        <w:t>210437</w:t>
      </w:r>
      <w:r>
        <w:tab/>
        <w:t>Servirne žlice</w:t>
      </w:r>
    </w:p>
    <w:p w:rsidR="004611C8" w:rsidRDefault="004611C8" w:rsidP="004611C8">
      <w:r>
        <w:t>210438</w:t>
      </w:r>
      <w:r>
        <w:tab/>
        <w:t>Vilice za žar</w:t>
      </w:r>
    </w:p>
    <w:p w:rsidR="004611C8" w:rsidRDefault="004611C8" w:rsidP="004611C8">
      <w:r>
        <w:t>210440</w:t>
      </w:r>
      <w:r>
        <w:tab/>
        <w:t>Škatle za zbiralce žuželk</w:t>
      </w:r>
    </w:p>
    <w:p w:rsidR="004611C8" w:rsidRDefault="004611C8" w:rsidP="004611C8">
      <w:r>
        <w:t>210441</w:t>
      </w:r>
      <w:r>
        <w:tab/>
        <w:t>Kozmetične naprave za mikrodermabrazijo</w:t>
      </w:r>
    </w:p>
    <w:p w:rsidR="004611C8" w:rsidRDefault="004611C8" w:rsidP="004611C8">
      <w:r>
        <w:t>210442</w:t>
      </w:r>
      <w:r>
        <w:tab/>
        <w:t>Pokrovi za škatle s papirnatimi robčki</w:t>
      </w:r>
    </w:p>
    <w:p w:rsidR="004611C8" w:rsidRDefault="004611C8" w:rsidP="004611C8">
      <w:r>
        <w:t>210443</w:t>
      </w:r>
      <w:r>
        <w:tab/>
        <w:t>Vrečke za uporabo pri kuhanju</w:t>
      </w:r>
    </w:p>
    <w:p w:rsidR="004611C8" w:rsidRDefault="004611C8" w:rsidP="004611C8">
      <w:r>
        <w:t>210444</w:t>
      </w:r>
      <w:r>
        <w:tab/>
        <w:t>Palčke za zamrznjene slaščice</w:t>
      </w:r>
    </w:p>
    <w:p w:rsidR="004611C8" w:rsidRDefault="004611C8" w:rsidP="004611C8">
      <w:r>
        <w:t>210447</w:t>
      </w:r>
      <w:r>
        <w:tab/>
        <w:t>Spominski pokali v oblikii kipov iz porcelana, keramike, lončenine, terakote ali stekla</w:t>
      </w:r>
    </w:p>
    <w:p w:rsidR="004611C8" w:rsidRDefault="004611C8" w:rsidP="004611C8">
      <w:r>
        <w:t>210448</w:t>
      </w:r>
      <w:r>
        <w:tab/>
        <w:t>Prenosne kahlice za enkratno uporabo za odrasle in otroke</w:t>
      </w:r>
    </w:p>
    <w:p w:rsidR="004611C8" w:rsidRDefault="004611C8" w:rsidP="004611C8">
      <w:r>
        <w:t>210449</w:t>
      </w:r>
      <w:r>
        <w:tab/>
        <w:t>Strgalniki lupine citrusov</w:t>
      </w:r>
    </w:p>
    <w:p w:rsidR="004611C8" w:rsidRDefault="004611C8" w:rsidP="004611C8">
      <w:r>
        <w:t>210450</w:t>
      </w:r>
      <w:r>
        <w:tab/>
        <w:t>Pokali iz porcelana, keramike, lončenine, terakote ali stekla</w:t>
      </w:r>
    </w:p>
    <w:p w:rsidR="004611C8" w:rsidRDefault="004611C8" w:rsidP="004611C8">
      <w:r>
        <w:t>210451</w:t>
      </w:r>
      <w:r>
        <w:tab/>
        <w:t>Alabastrsko steklo, ne za gradnjo</w:t>
      </w:r>
    </w:p>
    <w:p w:rsidR="004611C8" w:rsidRDefault="004611C8" w:rsidP="004611C8">
      <w:r>
        <w:t>210452</w:t>
      </w:r>
      <w:r>
        <w:tab/>
        <w:t>Milo iz nerjavečega jekla</w:t>
      </w:r>
    </w:p>
    <w:p w:rsidR="004611C8" w:rsidRDefault="004611C8" w:rsidP="004611C8">
      <w:r>
        <w:t>210453</w:t>
      </w:r>
      <w:r>
        <w:tab/>
        <w:t>Kahlice za otroke</w:t>
      </w:r>
    </w:p>
    <w:p w:rsidR="004611C8" w:rsidRDefault="004611C8" w:rsidP="004611C8">
      <w:r>
        <w:t>210454</w:t>
      </w:r>
      <w:r>
        <w:tab/>
        <w:t>Sušilne kroglice</w:t>
      </w:r>
    </w:p>
    <w:p w:rsidR="004611C8" w:rsidRDefault="004611C8" w:rsidP="004611C8">
      <w:r>
        <w:t>210455</w:t>
      </w:r>
      <w:r>
        <w:tab/>
        <w:t>Stojala za sušenje posode</w:t>
      </w:r>
    </w:p>
    <w:p w:rsidR="004611C8" w:rsidRDefault="004611C8" w:rsidP="004611C8">
      <w:r>
        <w:t>210456</w:t>
      </w:r>
      <w:r>
        <w:tab/>
        <w:t>Smetišnice</w:t>
      </w:r>
    </w:p>
    <w:p w:rsidR="004611C8" w:rsidRDefault="004611C8" w:rsidP="004611C8">
      <w:r>
        <w:t>210457</w:t>
      </w:r>
      <w:r>
        <w:tab/>
        <w:t>Lepilni valjčki za čiščenje</w:t>
      </w:r>
    </w:p>
    <w:p w:rsidR="004611C8" w:rsidRDefault="004611C8" w:rsidP="004611C8">
      <w:r>
        <w:t>210458</w:t>
      </w:r>
      <w:r>
        <w:tab/>
        <w:t>Lepilni listi za ponovno polnjenje za valjčke za čiščenje</w:t>
      </w:r>
    </w:p>
    <w:p w:rsidR="004611C8" w:rsidRDefault="004611C8" w:rsidP="004611C8">
      <w:r>
        <w:t>210459</w:t>
      </w:r>
      <w:r>
        <w:tab/>
        <w:t>Ščetke za čiščenje obraza, električne in neelektrične</w:t>
      </w:r>
    </w:p>
    <w:p w:rsidR="004611C8" w:rsidRDefault="004611C8" w:rsidP="004611C8">
      <w:r>
        <w:t>210460</w:t>
      </w:r>
      <w:r>
        <w:tab/>
        <w:t>Ščitniki za pranje las</w:t>
      </w:r>
    </w:p>
    <w:p w:rsidR="004611C8" w:rsidRDefault="004611C8" w:rsidP="004611C8">
      <w:r>
        <w:t>210461</w:t>
      </w:r>
      <w:r>
        <w:tab/>
        <w:t>Organizatorji tablet za osebno uporabo</w:t>
      </w:r>
    </w:p>
    <w:p w:rsidR="004611C8" w:rsidRDefault="004611C8" w:rsidP="004611C8">
      <w:r>
        <w:t>210462</w:t>
      </w:r>
      <w:r>
        <w:tab/>
        <w:t>Elektronski odmerniki tablet za osebno uporabo</w:t>
      </w:r>
    </w:p>
    <w:p w:rsidR="004611C8" w:rsidRDefault="004611C8" w:rsidP="004611C8">
      <w:r>
        <w:t>210463</w:t>
      </w:r>
      <w:r>
        <w:tab/>
        <w:t>Osebni mehovi za hidracijo, sestavljeni iz rezervoarja za tekočino in cevi za pitje</w:t>
      </w:r>
    </w:p>
    <w:p w:rsidR="004611C8" w:rsidRDefault="004611C8" w:rsidP="004611C8">
      <w:r>
        <w:t>210464</w:t>
      </w:r>
      <w:r>
        <w:tab/>
        <w:t>Niti za obrvi</w:t>
      </w:r>
    </w:p>
    <w:p w:rsidR="004611C8" w:rsidRDefault="004611C8" w:rsidP="004611C8">
      <w:r>
        <w:t>210465</w:t>
      </w:r>
      <w:r>
        <w:tab/>
        <w:t>Priprave za ločevanje trepalnic</w:t>
      </w:r>
    </w:p>
    <w:p w:rsidR="004611C8" w:rsidRDefault="004611C8" w:rsidP="004611C8">
      <w:r>
        <w:t>210466</w:t>
      </w:r>
      <w:r>
        <w:tab/>
        <w:t>Toplotno izolirane torbe za malico</w:t>
      </w:r>
    </w:p>
    <w:p w:rsidR="004611C8" w:rsidRDefault="004611C8" w:rsidP="004611C8">
      <w:r>
        <w:t>210467</w:t>
      </w:r>
      <w:r>
        <w:tab/>
        <w:t>Žlice za džem</w:t>
      </w:r>
    </w:p>
    <w:p w:rsidR="004611C8" w:rsidRDefault="004611C8" w:rsidP="004611C8">
      <w:r>
        <w:lastRenderedPageBreak/>
        <w:t>210468</w:t>
      </w:r>
      <w:r>
        <w:tab/>
        <w:t>Obroči za difuzijo toplote [pripomočki za kuhanje]</w:t>
      </w:r>
    </w:p>
    <w:p w:rsidR="004611C8" w:rsidRDefault="004611C8" w:rsidP="004611C8">
      <w:r>
        <w:t>210469</w:t>
      </w:r>
      <w:r>
        <w:tab/>
        <w:t>Stojala za torte</w:t>
      </w:r>
    </w:p>
    <w:p w:rsidR="004611C8" w:rsidRDefault="004611C8" w:rsidP="004611C8">
      <w:r>
        <w:t>210470</w:t>
      </w:r>
      <w:r>
        <w:tab/>
        <w:t>Zajemalke za kopalnice</w:t>
      </w:r>
    </w:p>
    <w:p w:rsidR="004611C8" w:rsidRPr="003834FA" w:rsidRDefault="004611C8" w:rsidP="004611C8">
      <w:pPr>
        <w:rPr>
          <w:lang w:val="fr-FR"/>
        </w:rPr>
      </w:pPr>
      <w:r>
        <w:t>210471</w:t>
      </w:r>
      <w:r>
        <w:tab/>
      </w:r>
      <w:r w:rsidRPr="003834FA">
        <w:rPr>
          <w:lang w:val="fr-FR"/>
        </w:rPr>
        <w:t>Mešalne palice za vroče kopeli</w:t>
      </w:r>
    </w:p>
    <w:p w:rsidR="004611C8" w:rsidRDefault="004611C8" w:rsidP="004611C8">
      <w:r>
        <w:t>210472</w:t>
      </w:r>
      <w:r>
        <w:tab/>
        <w:t>Ribiške mreže za akvarije</w:t>
      </w:r>
    </w:p>
    <w:p w:rsidR="004611C8" w:rsidRDefault="004611C8" w:rsidP="004611C8">
      <w:r>
        <w:t>210473</w:t>
      </w:r>
      <w:r>
        <w:tab/>
        <w:t>Podloge za lizanje za hišne ljubljenčke</w:t>
      </w:r>
    </w:p>
    <w:p w:rsidR="004611C8" w:rsidRDefault="004611C8" w:rsidP="004611C8">
      <w:r>
        <w:t>210474</w:t>
      </w:r>
      <w:r>
        <w:tab/>
        <w:t>Svečniki</w:t>
      </w:r>
    </w:p>
    <w:p w:rsidR="004611C8" w:rsidRDefault="004611C8" w:rsidP="004611C8">
      <w:r>
        <w:t>210475</w:t>
      </w:r>
      <w:r>
        <w:tab/>
        <w:t>Pribor za serviranje medu</w:t>
      </w:r>
    </w:p>
    <w:p w:rsidR="004611C8" w:rsidRDefault="004611C8" w:rsidP="004611C8">
      <w:r>
        <w:t>210476</w:t>
      </w:r>
      <w:r>
        <w:tab/>
        <w:t>Držala za papirnate brisačke</w:t>
      </w:r>
    </w:p>
    <w:p w:rsidR="004611C8" w:rsidRDefault="004611C8" w:rsidP="004611C8">
      <w:r>
        <w:t>210477</w:t>
      </w:r>
      <w:r>
        <w:tab/>
        <w:t>Električne naprave za čiščenje obraza</w:t>
      </w:r>
    </w:p>
    <w:p w:rsidR="004611C8" w:rsidRDefault="004611C8" w:rsidP="004611C8">
      <w:r>
        <w:t>210478</w:t>
      </w:r>
      <w:r>
        <w:tab/>
        <w:t>Grelne vrečke za pripravljanje hrane in pijač</w:t>
      </w:r>
    </w:p>
    <w:p w:rsidR="004611C8" w:rsidRDefault="004611C8" w:rsidP="004611C8">
      <w:r>
        <w:t>210479</w:t>
      </w:r>
      <w:r>
        <w:tab/>
        <w:t>Strgala za jezik</w:t>
      </w:r>
    </w:p>
    <w:p w:rsidR="004611C8" w:rsidRDefault="004611C8" w:rsidP="004611C8">
      <w:r>
        <w:t>210480</w:t>
      </w:r>
      <w:r>
        <w:tab/>
        <w:t>Deske za testenine</w:t>
      </w:r>
    </w:p>
    <w:p w:rsidR="004611C8" w:rsidRDefault="004611C8" w:rsidP="004611C8">
      <w:r>
        <w:t>210481</w:t>
      </w:r>
      <w:r>
        <w:tab/>
        <w:t>Obtežila za namizne prte</w:t>
      </w:r>
    </w:p>
    <w:p w:rsidR="004611C8" w:rsidRDefault="004611C8" w:rsidP="004611C8">
      <w:r>
        <w:t>210485</w:t>
      </w:r>
      <w:r>
        <w:tab/>
        <w:t>Hidroponske posode za gojenje za gospodinjske namene</w:t>
      </w:r>
    </w:p>
    <w:p w:rsidR="003A4D34" w:rsidRDefault="003A4D34">
      <w:pPr>
        <w:pStyle w:val="Naslov1"/>
        <w:sectPr w:rsidR="003A4D34" w:rsidSect="00E00425">
          <w:type w:val="continuous"/>
          <w:pgSz w:w="11907" w:h="16840" w:code="9"/>
          <w:pgMar w:top="1418" w:right="1418" w:bottom="1418" w:left="1418" w:header="720" w:footer="720" w:gutter="0"/>
          <w:cols w:num="2" w:space="720"/>
          <w:docGrid w:linePitch="360"/>
        </w:sectPr>
      </w:pPr>
    </w:p>
    <w:p w:rsidR="003A4D34" w:rsidRPr="008D3FBC" w:rsidRDefault="003A4D34" w:rsidP="0087064C">
      <w:pPr>
        <w:pStyle w:val="Naslov1"/>
        <w:rPr>
          <w:lang w:val="sl-SI" w:eastAsia="sl-SI"/>
        </w:rPr>
      </w:pPr>
      <w:r w:rsidRPr="008D3FBC">
        <w:rPr>
          <w:lang w:val="sl-SI" w:eastAsia="sl-SI"/>
        </w:rPr>
        <w:t xml:space="preserve">Razred 22 </w:t>
      </w:r>
    </w:p>
    <w:p w:rsidR="003A4D34" w:rsidRDefault="003A4D34" w:rsidP="0087064C">
      <w:pPr>
        <w:pStyle w:val="Naslov2"/>
        <w:rPr>
          <w:lang w:val="sl-SI" w:eastAsia="sl-SI"/>
        </w:rPr>
      </w:pPr>
      <w:r w:rsidRPr="008D3FBC">
        <w:rPr>
          <w:lang w:val="sl-SI" w:eastAsia="sl-SI"/>
        </w:rPr>
        <w:t>Vrvi in vrvice; mreže; šotori in ponjave; platnene strehe iz tekstila ali sintetičnih materialov; jadra; vreče za prevoz in shranjevanje materialov v razsutem stanju; tapetniški materiali za tapeciranje, blazinjenje in polnjenje, razen papirja, lepenke, gume ali umetnih snovi; tekstilni materiali iz surovih vlaken in njihovi nadomestki</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87064C" w:rsidRPr="00D85EAF" w:rsidTr="00CF2B9C">
        <w:trPr>
          <w:trHeight w:val="143"/>
          <w:tblHeader/>
        </w:trPr>
        <w:tc>
          <w:tcPr>
            <w:tcW w:w="9493" w:type="dxa"/>
            <w:gridSpan w:val="2"/>
            <w:shd w:val="clear" w:color="auto" w:fill="F2F2F2" w:themeFill="background1" w:themeFillShade="F2"/>
            <w:vAlign w:val="center"/>
          </w:tcPr>
          <w:p w:rsidR="0087064C" w:rsidRPr="0087064C" w:rsidRDefault="0087064C" w:rsidP="00CF2B9C">
            <w:pPr>
              <w:pStyle w:val="opomba"/>
              <w:rPr>
                <w:b/>
              </w:rPr>
            </w:pPr>
            <w:r w:rsidRPr="0087064C">
              <w:rPr>
                <w:b/>
              </w:rPr>
              <w:t>RAZRED 22 - pojasnjevalne opombe</w:t>
            </w:r>
          </w:p>
        </w:tc>
      </w:tr>
      <w:tr w:rsidR="0087064C" w:rsidRPr="00D85EAF" w:rsidTr="00CF2B9C">
        <w:trPr>
          <w:trHeight w:val="390"/>
        </w:trPr>
        <w:tc>
          <w:tcPr>
            <w:tcW w:w="9493" w:type="dxa"/>
            <w:gridSpan w:val="2"/>
            <w:shd w:val="clear" w:color="auto" w:fill="F2F2F2" w:themeFill="background1" w:themeFillShade="F2"/>
            <w:vAlign w:val="center"/>
          </w:tcPr>
          <w:p w:rsidR="0087064C" w:rsidRPr="00993A45" w:rsidRDefault="0035353A" w:rsidP="00CF2B9C">
            <w:pPr>
              <w:pStyle w:val="opomba"/>
            </w:pPr>
            <w:r w:rsidRPr="00703549">
              <w:t>Razred 22 vključuje zlasti platna in druge materiale za proizvodnjo vrvi in jader, tapetniške materiale za polnjenje in surove tekstilne vlaknene materiale.</w:t>
            </w:r>
          </w:p>
        </w:tc>
      </w:tr>
      <w:tr w:rsidR="0087064C" w:rsidRPr="00D85EAF" w:rsidTr="00024920">
        <w:trPr>
          <w:trHeight w:val="4658"/>
        </w:trPr>
        <w:tc>
          <w:tcPr>
            <w:tcW w:w="4746" w:type="dxa"/>
            <w:shd w:val="clear" w:color="auto" w:fill="F2F2F2" w:themeFill="background1" w:themeFillShade="F2"/>
          </w:tcPr>
          <w:p w:rsidR="0087064C" w:rsidRPr="00993A45" w:rsidRDefault="0087064C" w:rsidP="00CF2B9C">
            <w:pPr>
              <w:pStyle w:val="opomba"/>
            </w:pPr>
            <w:r w:rsidRPr="00D85EAF">
              <w:t>V ta razred so vključeni zlasti:</w:t>
            </w:r>
          </w:p>
          <w:p w:rsidR="0035353A" w:rsidRPr="00703549" w:rsidRDefault="0035353A" w:rsidP="008C16D9">
            <w:pPr>
              <w:pStyle w:val="opombapika"/>
            </w:pPr>
            <w:r w:rsidRPr="00703549">
              <w:t>vrvi in vrvice iz naravnih ali umetnih tekstilnih vlaken, papirja ali plastike;</w:t>
            </w:r>
          </w:p>
          <w:p w:rsidR="0035353A" w:rsidRPr="00703549" w:rsidRDefault="0035353A" w:rsidP="008C16D9">
            <w:pPr>
              <w:pStyle w:val="opombapika"/>
            </w:pPr>
            <w:r w:rsidRPr="00703549">
              <w:t>komercialne ribiške mreže, viseče mreže, lestve iz vrvi;</w:t>
            </w:r>
          </w:p>
          <w:p w:rsidR="0035353A" w:rsidRPr="00703549" w:rsidRDefault="0035353A" w:rsidP="008C16D9">
            <w:pPr>
              <w:pStyle w:val="opombapika"/>
            </w:pPr>
            <w:r w:rsidRPr="00703549">
              <w:t>ponjave za vozila, neprilagojene;</w:t>
            </w:r>
          </w:p>
          <w:p w:rsidR="0035353A" w:rsidRPr="00703549" w:rsidRDefault="0035353A" w:rsidP="008C16D9">
            <w:pPr>
              <w:pStyle w:val="opombapika"/>
            </w:pPr>
            <w:r w:rsidRPr="00703549">
              <w:t>nekatere vreče in torbe, ki sicer niso razvrščene po funkciji ali namenu, na primer vrečke za pranje nogavic, vreče za trupla, poštne vreče;</w:t>
            </w:r>
          </w:p>
          <w:p w:rsidR="0035353A" w:rsidRPr="00703549" w:rsidRDefault="0035353A" w:rsidP="008C16D9">
            <w:pPr>
              <w:pStyle w:val="opombapika"/>
            </w:pPr>
            <w:r w:rsidRPr="00703549">
              <w:t>omoti in vreče iz tekstilij za embaliranje;</w:t>
            </w:r>
          </w:p>
          <w:p w:rsidR="0087064C" w:rsidRPr="00993A45" w:rsidRDefault="0035353A" w:rsidP="008C16D9">
            <w:pPr>
              <w:pStyle w:val="opombapika"/>
            </w:pPr>
            <w:r w:rsidRPr="00703549">
              <w:t>živalska vlakna in surova tekstilna vlakna, na primer živalska dlaka, kokoni, juta, surova ali obdelana volna, surova svila</w:t>
            </w:r>
          </w:p>
        </w:tc>
        <w:tc>
          <w:tcPr>
            <w:tcW w:w="4747" w:type="dxa"/>
            <w:shd w:val="clear" w:color="auto" w:fill="F2F2F2" w:themeFill="background1" w:themeFillShade="F2"/>
          </w:tcPr>
          <w:p w:rsidR="0087064C" w:rsidRPr="00993A45" w:rsidRDefault="0087064C" w:rsidP="00CF2B9C">
            <w:pPr>
              <w:pStyle w:val="opomba"/>
            </w:pPr>
            <w:r w:rsidRPr="00D85EAF">
              <w:t>V ta razred niso vključeni zlasti:</w:t>
            </w:r>
          </w:p>
          <w:p w:rsidR="0035353A" w:rsidRPr="00703549" w:rsidRDefault="0035353A" w:rsidP="008C16D9">
            <w:pPr>
              <w:pStyle w:val="opombapika"/>
            </w:pPr>
            <w:r w:rsidRPr="00703549">
              <w:t>vrvi iz kovine (razred 6);</w:t>
            </w:r>
          </w:p>
          <w:p w:rsidR="0035353A" w:rsidRPr="00703549" w:rsidRDefault="0035353A" w:rsidP="008C16D9">
            <w:pPr>
              <w:pStyle w:val="opombapika"/>
            </w:pPr>
            <w:r w:rsidRPr="00703549">
              <w:t>nekatere mreže in torbe, razvrščene po funkciji ali namenu, na primer varnostne mreže (razred 9), mreže za prtljago za vozila (razred 12), potovalne torbe za oblačila (razred 18), mrežice za lase (razred 26), torbe za palice za golf (razred 28), mreže za šport (razred 28);</w:t>
            </w:r>
          </w:p>
          <w:p w:rsidR="0035353A" w:rsidRPr="00703549" w:rsidRDefault="0035353A" w:rsidP="008C16D9">
            <w:pPr>
              <w:pStyle w:val="opombapika"/>
            </w:pPr>
            <w:r w:rsidRPr="00703549">
              <w:t>strune za glasbene inštrumente (razred 15) in strune za športne loparje (razred 28);</w:t>
            </w:r>
          </w:p>
          <w:p w:rsidR="0035353A" w:rsidRPr="00703549" w:rsidRDefault="0035353A" w:rsidP="008C16D9">
            <w:pPr>
              <w:pStyle w:val="opombapika"/>
            </w:pPr>
            <w:r w:rsidRPr="00703549">
              <w:t>embalažne vrečke, netekstilne, ki so razvrščene glede na material, iz katerega so izdelane, na primer, embalažne vrečke iz papirja ali plastike (razred 16), gume (razred 17), usnja (razred 18)</w:t>
            </w:r>
          </w:p>
          <w:p w:rsidR="0087064C" w:rsidRPr="00993A45" w:rsidRDefault="0035353A" w:rsidP="008C16D9">
            <w:pPr>
              <w:pStyle w:val="opombapika"/>
            </w:pPr>
            <w:r w:rsidRPr="00703549">
              <w:t>materiali za oblazinjenje in polnjenje iz papirja ali kartona (razred 16), gume ali plastike (razred 17);</w:t>
            </w:r>
          </w:p>
        </w:tc>
      </w:tr>
    </w:tbl>
    <w:p w:rsidR="0087064C" w:rsidRPr="001C05F7" w:rsidRDefault="0087064C" w:rsidP="0035353A">
      <w:pPr>
        <w:spacing w:after="360"/>
        <w:ind w:left="0" w:firstLine="0"/>
        <w:rPr>
          <w:lang w:val="sl-SI"/>
        </w:rPr>
      </w:pPr>
    </w:p>
    <w:p w:rsidR="00581523" w:rsidRPr="008D3FBC" w:rsidRDefault="00581523" w:rsidP="0035353A">
      <w:pPr>
        <w:spacing w:after="360"/>
        <w:rPr>
          <w:lang w:val="sl-SI"/>
        </w:rPr>
        <w:sectPr w:rsidR="00581523" w:rsidRPr="008D3FBC" w:rsidSect="00E00425">
          <w:type w:val="continuous"/>
          <w:pgSz w:w="11907" w:h="16840" w:code="9"/>
          <w:pgMar w:top="1418" w:right="1418" w:bottom="1418" w:left="1418" w:header="720" w:footer="720" w:gutter="0"/>
          <w:cols w:space="720"/>
          <w:docGrid w:linePitch="360"/>
        </w:sectPr>
      </w:pPr>
    </w:p>
    <w:p w:rsidR="004611C8" w:rsidRDefault="004611C8" w:rsidP="004611C8">
      <w:r>
        <w:t>220001</w:t>
      </w:r>
      <w:r>
        <w:tab/>
        <w:t>Jadrovina za opaž v premogovnikih</w:t>
      </w:r>
    </w:p>
    <w:p w:rsidR="004611C8" w:rsidRDefault="004611C8" w:rsidP="004611C8">
      <w:r>
        <w:t>220002</w:t>
      </w:r>
      <w:r>
        <w:tab/>
        <w:t>Ponjave, cerade</w:t>
      </w:r>
    </w:p>
    <w:p w:rsidR="004611C8" w:rsidRPr="003834FA" w:rsidRDefault="004611C8" w:rsidP="004611C8">
      <w:pPr>
        <w:rPr>
          <w:lang w:val="fr-FR"/>
        </w:rPr>
      </w:pPr>
      <w:r>
        <w:t>220003</w:t>
      </w:r>
      <w:r>
        <w:tab/>
      </w:r>
      <w:r w:rsidRPr="003834FA">
        <w:rPr>
          <w:lang w:val="fr-FR"/>
        </w:rPr>
        <w:t>Trakovi za vezanje vinske trte</w:t>
      </w:r>
    </w:p>
    <w:p w:rsidR="004611C8" w:rsidRDefault="004611C8" w:rsidP="004611C8">
      <w:r>
        <w:t>220004</w:t>
      </w:r>
      <w:r>
        <w:tab/>
        <w:t>Lesni ostružki za polnjenje</w:t>
      </w:r>
    </w:p>
    <w:p w:rsidR="004611C8" w:rsidRDefault="004611C8" w:rsidP="004611C8">
      <w:r>
        <w:t>220005</w:t>
      </w:r>
      <w:r>
        <w:tab/>
        <w:t>Lesna volna</w:t>
      </w:r>
    </w:p>
    <w:p w:rsidR="004611C8" w:rsidRDefault="004611C8" w:rsidP="004611C8">
      <w:r>
        <w:t>220006</w:t>
      </w:r>
      <w:r>
        <w:tab/>
        <w:t>Žaganje</w:t>
      </w:r>
    </w:p>
    <w:p w:rsidR="004611C8" w:rsidRDefault="004611C8" w:rsidP="004611C8">
      <w:r>
        <w:t>220007</w:t>
      </w:r>
      <w:r>
        <w:tab/>
        <w:t>Materiali za polnjenje in tapeciranje</w:t>
      </w:r>
    </w:p>
    <w:p w:rsidR="004611C8" w:rsidRDefault="004611C8" w:rsidP="004611C8">
      <w:r>
        <w:t>220008</w:t>
      </w:r>
      <w:r>
        <w:tab/>
        <w:t>Surova svila</w:t>
      </w:r>
    </w:p>
    <w:p w:rsidR="004611C8" w:rsidRDefault="004611C8" w:rsidP="004611C8">
      <w:r>
        <w:t>220009</w:t>
      </w:r>
      <w:r>
        <w:tab/>
        <w:t>Maskirne mreže</w:t>
      </w:r>
    </w:p>
    <w:p w:rsidR="004611C8" w:rsidRDefault="004611C8" w:rsidP="004611C8">
      <w:r>
        <w:t>220010</w:t>
      </w:r>
      <w:r>
        <w:tab/>
        <w:t>Tekstilni materiali iz surovih vlaken</w:t>
      </w:r>
    </w:p>
    <w:p w:rsidR="004611C8" w:rsidRDefault="004611C8" w:rsidP="004611C8">
      <w:r>
        <w:t>220011</w:t>
      </w:r>
      <w:r>
        <w:tab/>
        <w:t>Komercialne ribiške mreže</w:t>
      </w:r>
    </w:p>
    <w:p w:rsidR="004611C8" w:rsidRDefault="004611C8" w:rsidP="004611C8">
      <w:r>
        <w:t>220012</w:t>
      </w:r>
      <w:r>
        <w:tab/>
        <w:t>Kamelja dlaka</w:t>
      </w:r>
    </w:p>
    <w:p w:rsidR="004611C8" w:rsidRDefault="004611C8" w:rsidP="004611C8">
      <w:r>
        <w:t>220014</w:t>
      </w:r>
      <w:r>
        <w:tab/>
        <w:t>Kodelja</w:t>
      </w:r>
    </w:p>
    <w:p w:rsidR="004611C8" w:rsidRDefault="004611C8" w:rsidP="004611C8">
      <w:r>
        <w:t>220015</w:t>
      </w:r>
      <w:r>
        <w:tab/>
        <w:t>Trakovi iz konoplje</w:t>
      </w:r>
    </w:p>
    <w:p w:rsidR="004611C8" w:rsidRDefault="004611C8" w:rsidP="004611C8">
      <w:r>
        <w:t>220019</w:t>
      </w:r>
      <w:r>
        <w:tab/>
        <w:t>Kokoni</w:t>
      </w:r>
    </w:p>
    <w:p w:rsidR="004611C8" w:rsidRDefault="004611C8" w:rsidP="004611C8">
      <w:r>
        <w:t>220020</w:t>
      </w:r>
      <w:r>
        <w:tab/>
        <w:t>Vrvi, nekovinske</w:t>
      </w:r>
    </w:p>
    <w:p w:rsidR="004611C8" w:rsidRDefault="004611C8" w:rsidP="004611C8">
      <w:r>
        <w:t>220021</w:t>
      </w:r>
      <w:r>
        <w:tab/>
        <w:t>Vrvi</w:t>
      </w:r>
    </w:p>
    <w:p w:rsidR="004611C8" w:rsidRDefault="004611C8" w:rsidP="004611C8">
      <w:r>
        <w:t>220022</w:t>
      </w:r>
      <w:r>
        <w:tab/>
        <w:t>Vrvice za biče</w:t>
      </w:r>
    </w:p>
    <w:p w:rsidR="004611C8" w:rsidRDefault="004611C8" w:rsidP="004611C8">
      <w:r>
        <w:lastRenderedPageBreak/>
        <w:t>220023</w:t>
      </w:r>
      <w:r>
        <w:tab/>
        <w:t>Lestve iz vrvi</w:t>
      </w:r>
    </w:p>
    <w:p w:rsidR="004611C8" w:rsidRDefault="004611C8" w:rsidP="004611C8">
      <w:r>
        <w:t>220025</w:t>
      </w:r>
      <w:r>
        <w:tab/>
        <w:t>Neobdelani bombaž</w:t>
      </w:r>
    </w:p>
    <w:p w:rsidR="004611C8" w:rsidRDefault="004611C8" w:rsidP="004611C8">
      <w:r>
        <w:t>220026</w:t>
      </w:r>
      <w:r>
        <w:tab/>
        <w:t>Bombažno predivo</w:t>
      </w:r>
    </w:p>
    <w:p w:rsidR="004611C8" w:rsidRDefault="004611C8" w:rsidP="004611C8">
      <w:r>
        <w:t>220027</w:t>
      </w:r>
      <w:r>
        <w:tab/>
        <w:t>Žima</w:t>
      </w:r>
    </w:p>
    <w:p w:rsidR="004611C8" w:rsidRDefault="004611C8" w:rsidP="004611C8">
      <w:r>
        <w:t>220028</w:t>
      </w:r>
      <w:r>
        <w:tab/>
        <w:t>Perje</w:t>
      </w:r>
    </w:p>
    <w:p w:rsidR="004611C8" w:rsidRDefault="004611C8" w:rsidP="004611C8">
      <w:r>
        <w:t>220029</w:t>
      </w:r>
      <w:r>
        <w:tab/>
        <w:t>Puh</w:t>
      </w:r>
    </w:p>
    <w:p w:rsidR="004611C8" w:rsidRPr="003834FA" w:rsidRDefault="004611C8" w:rsidP="004611C8">
      <w:pPr>
        <w:rPr>
          <w:lang w:val="fr-FR"/>
        </w:rPr>
      </w:pPr>
      <w:r>
        <w:t>220031</w:t>
      </w:r>
      <w:r>
        <w:tab/>
      </w:r>
      <w:r w:rsidRPr="003834FA">
        <w:rPr>
          <w:lang w:val="fr-FR"/>
        </w:rPr>
        <w:t>Embalažni material [za oblaganje, polnjenje], ne iz gume, umetnih snovi, papirja ali lepenke</w:t>
      </w:r>
    </w:p>
    <w:p w:rsidR="004611C8" w:rsidRDefault="004611C8" w:rsidP="004611C8">
      <w:r>
        <w:t>220032</w:t>
      </w:r>
      <w:r>
        <w:tab/>
        <w:t>Vrvice za pakiranje</w:t>
      </w:r>
    </w:p>
    <w:p w:rsidR="004611C8" w:rsidRDefault="004611C8" w:rsidP="004611C8">
      <w:r>
        <w:t>220033</w:t>
      </w:r>
      <w:r>
        <w:tab/>
        <w:t>Volna za tapetništvo [polnilo]</w:t>
      </w:r>
    </w:p>
    <w:p w:rsidR="004611C8" w:rsidRDefault="004611C8" w:rsidP="004611C8">
      <w:r>
        <w:t>220035</w:t>
      </w:r>
      <w:r>
        <w:tab/>
        <w:t>Vrvice</w:t>
      </w:r>
    </w:p>
    <w:p w:rsidR="004611C8" w:rsidRDefault="004611C8" w:rsidP="004611C8">
      <w:r>
        <w:t>220036</w:t>
      </w:r>
      <w:r>
        <w:tab/>
        <w:t>Kratke vrvi za zavezovanje jader</w:t>
      </w:r>
    </w:p>
    <w:p w:rsidR="004611C8" w:rsidRDefault="004611C8" w:rsidP="004611C8">
      <w:r>
        <w:t>220038</w:t>
      </w:r>
      <w:r>
        <w:tab/>
        <w:t>Papirnate vrvice</w:t>
      </w:r>
    </w:p>
    <w:p w:rsidR="004611C8" w:rsidRDefault="004611C8" w:rsidP="004611C8">
      <w:r>
        <w:t>220039</w:t>
      </w:r>
      <w:r>
        <w:tab/>
        <w:t>Vrvice za mreže</w:t>
      </w:r>
    </w:p>
    <w:p w:rsidR="004611C8" w:rsidRDefault="004611C8" w:rsidP="004611C8">
      <w:r>
        <w:t>220040</w:t>
      </w:r>
      <w:r>
        <w:tab/>
        <w:t>Svileni odpadki</w:t>
      </w:r>
    </w:p>
    <w:p w:rsidR="004611C8" w:rsidRDefault="004611C8" w:rsidP="004611C8">
      <w:r>
        <w:t>220041</w:t>
      </w:r>
      <w:r>
        <w:tab/>
        <w:t>Volneni odpadki</w:t>
      </w:r>
    </w:p>
    <w:p w:rsidR="004611C8" w:rsidRDefault="004611C8" w:rsidP="004611C8">
      <w:r>
        <w:t>220042</w:t>
      </w:r>
      <w:r>
        <w:tab/>
        <w:t>Preje za vezanje snopov</w:t>
      </w:r>
    </w:p>
    <w:p w:rsidR="004611C8" w:rsidRDefault="004611C8" w:rsidP="004611C8">
      <w:r>
        <w:t>220043</w:t>
      </w:r>
      <w:r>
        <w:tab/>
        <w:t>Viseče mreže</w:t>
      </w:r>
    </w:p>
    <w:p w:rsidR="004611C8" w:rsidRDefault="004611C8" w:rsidP="004611C8">
      <w:r>
        <w:t>220044</w:t>
      </w:r>
      <w:r>
        <w:tab/>
        <w:t>Trave kot polnilo pri tapetništvu</w:t>
      </w:r>
    </w:p>
    <w:p w:rsidR="004611C8" w:rsidRDefault="004611C8" w:rsidP="004611C8">
      <w:r>
        <w:t>220046</w:t>
      </w:r>
      <w:r>
        <w:tab/>
        <w:t>Juta</w:t>
      </w:r>
    </w:p>
    <w:p w:rsidR="004611C8" w:rsidRDefault="004611C8" w:rsidP="004611C8">
      <w:r>
        <w:t>220047</w:t>
      </w:r>
      <w:r>
        <w:tab/>
        <w:t>Kapok</w:t>
      </w:r>
    </w:p>
    <w:p w:rsidR="004611C8" w:rsidRDefault="004611C8" w:rsidP="004611C8">
      <w:r>
        <w:t>220048</w:t>
      </w:r>
      <w:r>
        <w:tab/>
        <w:t>Zanke [pasti]</w:t>
      </w:r>
    </w:p>
    <w:p w:rsidR="004611C8" w:rsidRDefault="004611C8" w:rsidP="004611C8">
      <w:r>
        <w:t>220050</w:t>
      </w:r>
      <w:r>
        <w:tab/>
        <w:t>Volna, surova ali obdelana</w:t>
      </w:r>
    </w:p>
    <w:p w:rsidR="004611C8" w:rsidRDefault="004611C8" w:rsidP="004611C8">
      <w:r>
        <w:t>220051</w:t>
      </w:r>
      <w:r>
        <w:tab/>
        <w:t>Mikana volna</w:t>
      </w:r>
    </w:p>
    <w:p w:rsidR="004611C8" w:rsidRDefault="004611C8" w:rsidP="004611C8">
      <w:r>
        <w:t>220052</w:t>
      </w:r>
      <w:r>
        <w:tab/>
        <w:t>Česana volna</w:t>
      </w:r>
    </w:p>
    <w:p w:rsidR="004611C8" w:rsidRDefault="004611C8" w:rsidP="004611C8">
      <w:r>
        <w:t>220054</w:t>
      </w:r>
      <w:r>
        <w:tab/>
        <w:t>Ličje</w:t>
      </w:r>
    </w:p>
    <w:p w:rsidR="004611C8" w:rsidRDefault="004611C8" w:rsidP="004611C8">
      <w:r>
        <w:t>220055</w:t>
      </w:r>
      <w:r>
        <w:tab/>
        <w:t>Dreta (čevljarska)</w:t>
      </w:r>
    </w:p>
    <w:p w:rsidR="004611C8" w:rsidRDefault="004611C8" w:rsidP="004611C8">
      <w:r>
        <w:t>220056</w:t>
      </w:r>
      <w:r>
        <w:tab/>
        <w:t>Surovo laneno platno</w:t>
      </w:r>
    </w:p>
    <w:p w:rsidR="004611C8" w:rsidRDefault="004611C8" w:rsidP="004611C8">
      <w:r>
        <w:t>220057</w:t>
      </w:r>
      <w:r>
        <w:tab/>
        <w:t>Perje za posteljnino</w:t>
      </w:r>
    </w:p>
    <w:p w:rsidR="004611C8" w:rsidRDefault="004611C8" w:rsidP="004611C8">
      <w:r>
        <w:t>220058</w:t>
      </w:r>
      <w:r>
        <w:tab/>
        <w:t>Platnene strehe iz tekstila</w:t>
      </w:r>
    </w:p>
    <w:p w:rsidR="004611C8" w:rsidRDefault="004611C8" w:rsidP="004611C8">
      <w:r>
        <w:t>220059</w:t>
      </w:r>
      <w:r>
        <w:tab/>
        <w:t>Jadra</w:t>
      </w:r>
    </w:p>
    <w:p w:rsidR="004611C8" w:rsidRDefault="004611C8" w:rsidP="004611C8">
      <w:r>
        <w:t>220060</w:t>
      </w:r>
      <w:r>
        <w:tab/>
        <w:t>Vata za filtriranje</w:t>
      </w:r>
    </w:p>
    <w:p w:rsidR="004611C8" w:rsidRDefault="004611C8" w:rsidP="004611C8">
      <w:r>
        <w:t>220061</w:t>
      </w:r>
      <w:r>
        <w:tab/>
        <w:t>Vata za oblazinjenje in polnjenje, za tapetništvo</w:t>
      </w:r>
    </w:p>
    <w:p w:rsidR="004611C8" w:rsidRDefault="004611C8" w:rsidP="004611C8">
      <w:r>
        <w:t>220062</w:t>
      </w:r>
      <w:r>
        <w:tab/>
        <w:t>Slama kot polnilo pri tapetništvu</w:t>
      </w:r>
    </w:p>
    <w:p w:rsidR="004611C8" w:rsidRDefault="004611C8" w:rsidP="004611C8">
      <w:r>
        <w:t>220064</w:t>
      </w:r>
      <w:r>
        <w:tab/>
        <w:t>Perje kot polnilo pri tapetništvu</w:t>
      </w:r>
    </w:p>
    <w:p w:rsidR="004611C8" w:rsidRDefault="004611C8" w:rsidP="004611C8">
      <w:r>
        <w:t>220065</w:t>
      </w:r>
      <w:r>
        <w:tab/>
        <w:t>Živalska dlaka</w:t>
      </w:r>
    </w:p>
    <w:p w:rsidR="004611C8" w:rsidRDefault="004611C8" w:rsidP="004611C8">
      <w:r>
        <w:t>220067</w:t>
      </w:r>
      <w:r>
        <w:tab/>
        <w:t>Rafija</w:t>
      </w:r>
    </w:p>
    <w:p w:rsidR="004611C8" w:rsidRDefault="004611C8" w:rsidP="004611C8">
      <w:r>
        <w:t>220068</w:t>
      </w:r>
      <w:r>
        <w:tab/>
        <w:t>Vreče za prevoz in shranjevanje materialov v razsutem stanju</w:t>
      </w:r>
    </w:p>
    <w:p w:rsidR="004611C8" w:rsidRPr="003834FA" w:rsidRDefault="004611C8" w:rsidP="004611C8">
      <w:pPr>
        <w:rPr>
          <w:lang w:val="fr-FR"/>
        </w:rPr>
      </w:pPr>
      <w:r>
        <w:t>220069</w:t>
      </w:r>
      <w:r>
        <w:tab/>
      </w:r>
      <w:r w:rsidRPr="003834FA">
        <w:rPr>
          <w:lang w:val="fr-FR"/>
        </w:rPr>
        <w:t>Omoti in vreče iz tekstilij za embaliranje</w:t>
      </w:r>
    </w:p>
    <w:p w:rsidR="004611C8" w:rsidRDefault="004611C8" w:rsidP="004611C8">
      <w:r>
        <w:t>220070</w:t>
      </w:r>
      <w:r>
        <w:tab/>
        <w:t>Esparto trava</w:t>
      </w:r>
    </w:p>
    <w:p w:rsidR="004611C8" w:rsidRDefault="004611C8" w:rsidP="004611C8">
      <w:r>
        <w:t>220071</w:t>
      </w:r>
      <w:r>
        <w:tab/>
        <w:t>Šotori</w:t>
      </w:r>
    </w:p>
    <w:p w:rsidR="004611C8" w:rsidRDefault="004611C8" w:rsidP="004611C8">
      <w:r>
        <w:t>220072</w:t>
      </w:r>
      <w:r>
        <w:tab/>
        <w:t>Ovčje runo</w:t>
      </w:r>
    </w:p>
    <w:p w:rsidR="004611C8" w:rsidRDefault="004611C8" w:rsidP="004611C8">
      <w:r>
        <w:t>220073</w:t>
      </w:r>
      <w:r>
        <w:tab/>
        <w:t>Ostrižena volna</w:t>
      </w:r>
    </w:p>
    <w:p w:rsidR="004611C8" w:rsidRDefault="004611C8" w:rsidP="004611C8">
      <w:r>
        <w:t>220074</w:t>
      </w:r>
      <w:r>
        <w:tab/>
        <w:t>Morske alge kot polnilo</w:t>
      </w:r>
    </w:p>
    <w:p w:rsidR="004611C8" w:rsidRPr="003834FA" w:rsidRDefault="004611C8" w:rsidP="004611C8">
      <w:pPr>
        <w:rPr>
          <w:lang w:val="fr-FR"/>
        </w:rPr>
      </w:pPr>
      <w:r>
        <w:t>220075</w:t>
      </w:r>
      <w:r>
        <w:tab/>
      </w:r>
      <w:r w:rsidRPr="003834FA">
        <w:rPr>
          <w:lang w:val="fr-FR"/>
        </w:rPr>
        <w:t>Pregrinjala za vozila, ne prilagojena</w:t>
      </w:r>
    </w:p>
    <w:p w:rsidR="004611C8" w:rsidRDefault="004611C8" w:rsidP="004611C8">
      <w:r>
        <w:t>220077</w:t>
      </w:r>
      <w:r>
        <w:tab/>
        <w:t>Sisal</w:t>
      </w:r>
    </w:p>
    <w:p w:rsidR="004611C8" w:rsidRDefault="004611C8" w:rsidP="004611C8">
      <w:r>
        <w:t>220078</w:t>
      </w:r>
      <w:r>
        <w:tab/>
        <w:t>Trakovi za zavijanje in vezanje, nekovinski</w:t>
      </w:r>
    </w:p>
    <w:p w:rsidR="004611C8" w:rsidRDefault="004611C8" w:rsidP="004611C8">
      <w:r>
        <w:t>220079</w:t>
      </w:r>
      <w:r>
        <w:tab/>
        <w:t>Nekovinski sukanci za zavijanje in vezanje</w:t>
      </w:r>
    </w:p>
    <w:p w:rsidR="004611C8" w:rsidRDefault="004611C8" w:rsidP="004611C8">
      <w:r>
        <w:t>220083</w:t>
      </w:r>
      <w:r>
        <w:tab/>
        <w:t>Zanke za rokovanje z bremeni, nekovinske</w:t>
      </w:r>
    </w:p>
    <w:p w:rsidR="004611C8" w:rsidRDefault="004611C8" w:rsidP="004611C8">
      <w:r>
        <w:t>220084</w:t>
      </w:r>
      <w:r>
        <w:tab/>
        <w:t>Kabli, nekovinski</w:t>
      </w:r>
    </w:p>
    <w:p w:rsidR="004611C8" w:rsidRDefault="004611C8" w:rsidP="004611C8">
      <w:r>
        <w:t>220085</w:t>
      </w:r>
      <w:r>
        <w:tab/>
        <w:t>Maskirne ponjave</w:t>
      </w:r>
    </w:p>
    <w:p w:rsidR="004611C8" w:rsidRDefault="004611C8" w:rsidP="004611C8">
      <w:r>
        <w:t>220086</w:t>
      </w:r>
      <w:r>
        <w:tab/>
        <w:t>Nekovinski sukanci za vezanje, za poljedelske namene</w:t>
      </w:r>
    </w:p>
    <w:p w:rsidR="004611C8" w:rsidRDefault="004611C8" w:rsidP="004611C8">
      <w:r>
        <w:t>220088</w:t>
      </w:r>
      <w:r>
        <w:tab/>
        <w:t>Vrvi za okna (močne vrvi za pričvrstitev uteži na angleška okna)</w:t>
      </w:r>
    </w:p>
    <w:p w:rsidR="004611C8" w:rsidRDefault="004611C8" w:rsidP="004611C8">
      <w:r>
        <w:t>220089</w:t>
      </w:r>
      <w:r>
        <w:tab/>
        <w:t>Vrvice za obešanje slik</w:t>
      </w:r>
    </w:p>
    <w:p w:rsidR="004611C8" w:rsidRPr="003834FA" w:rsidRDefault="004611C8" w:rsidP="004611C8">
      <w:pPr>
        <w:rPr>
          <w:lang w:val="fr-FR"/>
        </w:rPr>
      </w:pPr>
      <w:r>
        <w:t>220090</w:t>
      </w:r>
      <w:r>
        <w:tab/>
      </w:r>
      <w:r w:rsidRPr="003834FA">
        <w:rPr>
          <w:lang w:val="fr-FR"/>
        </w:rPr>
        <w:t>Bombažni odpadki za oblazinjenje in polnjenje</w:t>
      </w:r>
    </w:p>
    <w:p w:rsidR="004611C8" w:rsidRDefault="004611C8" w:rsidP="004611C8">
      <w:r>
        <w:t>220091</w:t>
      </w:r>
      <w:r>
        <w:tab/>
        <w:t>Vrvi za embaliranje</w:t>
      </w:r>
    </w:p>
    <w:p w:rsidR="004611C8" w:rsidRDefault="004611C8" w:rsidP="004611C8">
      <w:r>
        <w:t>220094</w:t>
      </w:r>
      <w:r>
        <w:tab/>
        <w:t>Mreže</w:t>
      </w:r>
    </w:p>
    <w:p w:rsidR="004611C8" w:rsidRDefault="004611C8" w:rsidP="004611C8">
      <w:r>
        <w:t>220101</w:t>
      </w:r>
      <w:r>
        <w:tab/>
        <w:t>Bombažna vlakna</w:t>
      </w:r>
    </w:p>
    <w:p w:rsidR="004611C8" w:rsidRDefault="004611C8" w:rsidP="004611C8">
      <w:r>
        <w:t>220102</w:t>
      </w:r>
      <w:r>
        <w:tab/>
        <w:t>Platnene strehe iz sintetičnih materialov</w:t>
      </w:r>
    </w:p>
    <w:p w:rsidR="004611C8" w:rsidRDefault="004611C8" w:rsidP="004611C8">
      <w:r>
        <w:t>220103</w:t>
      </w:r>
      <w:r>
        <w:tab/>
        <w:t>Vlečne vrvi za avtomobile</w:t>
      </w:r>
    </w:p>
    <w:p w:rsidR="004611C8" w:rsidRDefault="004611C8" w:rsidP="004611C8">
      <w:r>
        <w:t>220104</w:t>
      </w:r>
      <w:r>
        <w:tab/>
        <w:t>Poštne vreče</w:t>
      </w:r>
    </w:p>
    <w:p w:rsidR="004611C8" w:rsidRDefault="004611C8" w:rsidP="004611C8">
      <w:r>
        <w:t>220106</w:t>
      </w:r>
      <w:r>
        <w:tab/>
        <w:t>Vrečke za pranje nogavic</w:t>
      </w:r>
    </w:p>
    <w:p w:rsidR="004611C8" w:rsidRDefault="004611C8" w:rsidP="004611C8">
      <w:r>
        <w:t>220107</w:t>
      </w:r>
      <w:r>
        <w:tab/>
        <w:t>Vreče za trupla</w:t>
      </w:r>
    </w:p>
    <w:p w:rsidR="004611C8" w:rsidRDefault="004611C8" w:rsidP="004611C8">
      <w:r>
        <w:t>220108</w:t>
      </w:r>
      <w:r>
        <w:tab/>
        <w:t>Zaporne plavarice</w:t>
      </w:r>
    </w:p>
    <w:p w:rsidR="004611C8" w:rsidRDefault="004611C8" w:rsidP="004611C8">
      <w:r>
        <w:t>220109</w:t>
      </w:r>
      <w:r>
        <w:tab/>
        <w:t>Mrežne ograde za ribogojstvo</w:t>
      </w:r>
    </w:p>
    <w:p w:rsidR="004611C8" w:rsidRDefault="004611C8" w:rsidP="004611C8">
      <w:r>
        <w:t>220110</w:t>
      </w:r>
      <w:r>
        <w:tab/>
        <w:t>Platna za jadra</w:t>
      </w:r>
    </w:p>
    <w:p w:rsidR="004611C8" w:rsidRDefault="004611C8" w:rsidP="004611C8">
      <w:r>
        <w:t>220111</w:t>
      </w:r>
      <w:r>
        <w:tab/>
        <w:t>Zunanje rolete iz tekstila</w:t>
      </w:r>
    </w:p>
    <w:p w:rsidR="004611C8" w:rsidRDefault="004611C8" w:rsidP="004611C8">
      <w:r>
        <w:t>220112</w:t>
      </w:r>
      <w:r>
        <w:tab/>
        <w:t>Vezi, ne iz kovine</w:t>
      </w:r>
    </w:p>
    <w:p w:rsidR="004611C8" w:rsidRDefault="004611C8" w:rsidP="004611C8">
      <w:r>
        <w:t>220113</w:t>
      </w:r>
      <w:r>
        <w:tab/>
        <w:t>Mreže za hranjenje živali</w:t>
      </w:r>
    </w:p>
    <w:p w:rsidR="004611C8" w:rsidRDefault="004611C8" w:rsidP="004611C8">
      <w:r>
        <w:t>220114</w:t>
      </w:r>
      <w:r>
        <w:tab/>
        <w:t>Svinjske ščetine</w:t>
      </w:r>
    </w:p>
    <w:p w:rsidR="004611C8" w:rsidRDefault="004611C8" w:rsidP="004611C8">
      <w:r>
        <w:t>220116</w:t>
      </w:r>
      <w:r>
        <w:tab/>
        <w:t>Vreče iz blaga, prilagojene za shranjevanje plenic</w:t>
      </w:r>
    </w:p>
    <w:p w:rsidR="004611C8" w:rsidRDefault="004611C8" w:rsidP="004611C8">
      <w:r>
        <w:t>220117</w:t>
      </w:r>
      <w:r>
        <w:tab/>
        <w:t>Bivak vreče, ki služijo kot zatočišče</w:t>
      </w:r>
    </w:p>
    <w:p w:rsidR="004611C8" w:rsidRDefault="004611C8" w:rsidP="004611C8">
      <w:r>
        <w:t>220118</w:t>
      </w:r>
      <w:r>
        <w:tab/>
        <w:t>Vreče za umazano perilo</w:t>
      </w:r>
    </w:p>
    <w:p w:rsidR="004611C8" w:rsidRDefault="004611C8" w:rsidP="004611C8">
      <w:r>
        <w:t>220120</w:t>
      </w:r>
      <w:r>
        <w:tab/>
        <w:t>Sojina pena za oblazinjenje in polnjenje</w:t>
      </w:r>
    </w:p>
    <w:p w:rsidR="004611C8" w:rsidRDefault="004611C8" w:rsidP="004611C8">
      <w:r>
        <w:t>220121</w:t>
      </w:r>
      <w:r>
        <w:tab/>
        <w:t>Mreže za zaščito pred pticami in mrčesom</w:t>
      </w:r>
    </w:p>
    <w:p w:rsidR="004611C8" w:rsidRDefault="004611C8" w:rsidP="004611C8">
      <w:r>
        <w:t>220122</w:t>
      </w:r>
      <w:r>
        <w:tab/>
        <w:t>Bivaki šotori</w:t>
      </w:r>
    </w:p>
    <w:p w:rsidR="004611C8" w:rsidRDefault="004611C8" w:rsidP="004611C8">
      <w:r>
        <w:t>220123</w:t>
      </w:r>
      <w:r>
        <w:tab/>
        <w:t>Mreže za zaščito pred padajočim kamenjem, ne iz kovine</w:t>
      </w:r>
    </w:p>
    <w:p w:rsidR="004611C8" w:rsidRDefault="004611C8" w:rsidP="004611C8">
      <w:r>
        <w:t>220125</w:t>
      </w:r>
      <w:r>
        <w:tab/>
        <w:t>Dvoriščni senčniki</w:t>
      </w:r>
    </w:p>
    <w:p w:rsidR="00581523" w:rsidRDefault="00581523">
      <w:pPr>
        <w:pStyle w:val="Naslov1"/>
        <w:sectPr w:rsidR="00581523" w:rsidSect="00E00425">
          <w:type w:val="continuous"/>
          <w:pgSz w:w="11907" w:h="16840" w:code="9"/>
          <w:pgMar w:top="1418" w:right="1418" w:bottom="1418" w:left="1418" w:header="720" w:footer="720" w:gutter="0"/>
          <w:cols w:num="2" w:space="720"/>
          <w:docGrid w:linePitch="360"/>
        </w:sectPr>
      </w:pPr>
    </w:p>
    <w:p w:rsidR="00024920" w:rsidRDefault="00024920">
      <w:pPr>
        <w:tabs>
          <w:tab w:val="clear" w:pos="907"/>
        </w:tabs>
        <w:spacing w:after="200" w:line="276" w:lineRule="auto"/>
        <w:ind w:left="0" w:firstLine="0"/>
        <w:rPr>
          <w:rFonts w:eastAsiaTheme="majorEastAsia" w:cstheme="majorBidi"/>
          <w:b/>
          <w:bCs/>
          <w:color w:val="000000" w:themeColor="text1"/>
          <w:sz w:val="22"/>
          <w:szCs w:val="28"/>
          <w:lang w:val="sl-SI" w:eastAsia="sl-SI"/>
        </w:rPr>
      </w:pPr>
      <w:r>
        <w:rPr>
          <w:lang w:val="sl-SI" w:eastAsia="sl-SI"/>
        </w:rPr>
        <w:br w:type="page"/>
      </w:r>
    </w:p>
    <w:p w:rsidR="008D3FBC" w:rsidRPr="008D3FBC" w:rsidRDefault="008D3FBC" w:rsidP="0035353A">
      <w:pPr>
        <w:pStyle w:val="Naslov1"/>
        <w:spacing w:before="0"/>
        <w:rPr>
          <w:lang w:val="sl-SI" w:eastAsia="sl-SI"/>
        </w:rPr>
      </w:pPr>
      <w:r w:rsidRPr="008D3FBC">
        <w:rPr>
          <w:lang w:val="sl-SI" w:eastAsia="sl-SI"/>
        </w:rPr>
        <w:lastRenderedPageBreak/>
        <w:t xml:space="preserve">Razred 23 </w:t>
      </w:r>
    </w:p>
    <w:p w:rsidR="008D3FBC" w:rsidRDefault="008D3FBC" w:rsidP="0087064C">
      <w:pPr>
        <w:pStyle w:val="Naslov2"/>
      </w:pPr>
      <w:r w:rsidRPr="0087064C">
        <w:t>Preja in niti za tekstilno uporabo</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87064C" w:rsidRPr="00D85EAF" w:rsidTr="00CF2B9C">
        <w:trPr>
          <w:trHeight w:val="143"/>
          <w:tblHeader/>
        </w:trPr>
        <w:tc>
          <w:tcPr>
            <w:tcW w:w="9493" w:type="dxa"/>
            <w:gridSpan w:val="2"/>
            <w:shd w:val="clear" w:color="auto" w:fill="F2F2F2" w:themeFill="background1" w:themeFillShade="F2"/>
            <w:vAlign w:val="center"/>
          </w:tcPr>
          <w:p w:rsidR="0087064C" w:rsidRPr="0087064C" w:rsidRDefault="0087064C" w:rsidP="00CF2B9C">
            <w:pPr>
              <w:pStyle w:val="opomba"/>
              <w:rPr>
                <w:b/>
              </w:rPr>
            </w:pPr>
            <w:r w:rsidRPr="0087064C">
              <w:rPr>
                <w:b/>
              </w:rPr>
              <w:t>RAZRED 2</w:t>
            </w:r>
            <w:r w:rsidR="0035353A">
              <w:rPr>
                <w:b/>
              </w:rPr>
              <w:t>3</w:t>
            </w:r>
            <w:r w:rsidRPr="0087064C">
              <w:rPr>
                <w:b/>
              </w:rPr>
              <w:t xml:space="preserve"> - pojasnjevalne opombe</w:t>
            </w:r>
          </w:p>
        </w:tc>
      </w:tr>
      <w:tr w:rsidR="0087064C" w:rsidRPr="00D85EAF" w:rsidTr="00CF2B9C">
        <w:trPr>
          <w:trHeight w:val="390"/>
        </w:trPr>
        <w:tc>
          <w:tcPr>
            <w:tcW w:w="9493" w:type="dxa"/>
            <w:gridSpan w:val="2"/>
            <w:shd w:val="clear" w:color="auto" w:fill="F2F2F2" w:themeFill="background1" w:themeFillShade="F2"/>
            <w:vAlign w:val="center"/>
          </w:tcPr>
          <w:p w:rsidR="0087064C" w:rsidRPr="00993A45" w:rsidRDefault="002928C0" w:rsidP="00CF2B9C">
            <w:pPr>
              <w:pStyle w:val="opomba"/>
            </w:pPr>
            <w:r>
              <w:t>Razred 23 vključuje predvsem naravno ali sintetično prejo in niti za tekstilno uporabo.</w:t>
            </w:r>
          </w:p>
        </w:tc>
      </w:tr>
      <w:tr w:rsidR="0087064C" w:rsidRPr="00D85EAF" w:rsidTr="002928C0">
        <w:trPr>
          <w:trHeight w:val="3161"/>
        </w:trPr>
        <w:tc>
          <w:tcPr>
            <w:tcW w:w="4746" w:type="dxa"/>
            <w:shd w:val="clear" w:color="auto" w:fill="F2F2F2" w:themeFill="background1" w:themeFillShade="F2"/>
          </w:tcPr>
          <w:p w:rsidR="0087064C" w:rsidRPr="00993A45" w:rsidRDefault="0087064C" w:rsidP="00CF2B9C">
            <w:pPr>
              <w:pStyle w:val="opomba"/>
            </w:pPr>
            <w:r w:rsidRPr="00D85EAF">
              <w:t>V ta razred so vključeni zlasti:</w:t>
            </w:r>
          </w:p>
          <w:p w:rsidR="002928C0" w:rsidRDefault="002928C0" w:rsidP="008C16D9">
            <w:pPr>
              <w:pStyle w:val="opombapika"/>
            </w:pPr>
            <w:r>
              <w:t>niti iz steklenih vlaken, elastike, gume in plastike za tekstilno uporabo</w:t>
            </w:r>
          </w:p>
          <w:p w:rsidR="002928C0" w:rsidRDefault="002928C0" w:rsidP="008C16D9">
            <w:pPr>
              <w:pStyle w:val="opombapika"/>
            </w:pPr>
            <w:r>
              <w:t>niti za vezenje, krpanje in šivanje, vključno s kovinskimi</w:t>
            </w:r>
          </w:p>
          <w:p w:rsidR="0087064C" w:rsidRPr="00993A45" w:rsidRDefault="002928C0" w:rsidP="008C16D9">
            <w:pPr>
              <w:pStyle w:val="opombapika"/>
            </w:pPr>
            <w:r>
              <w:t>predena svila, predeni bombaž, predena volna</w:t>
            </w:r>
          </w:p>
        </w:tc>
        <w:tc>
          <w:tcPr>
            <w:tcW w:w="4747" w:type="dxa"/>
            <w:shd w:val="clear" w:color="auto" w:fill="F2F2F2" w:themeFill="background1" w:themeFillShade="F2"/>
          </w:tcPr>
          <w:p w:rsidR="0087064C" w:rsidRPr="00993A45" w:rsidRDefault="0087064C" w:rsidP="00CF2B9C">
            <w:pPr>
              <w:pStyle w:val="opomba"/>
            </w:pPr>
            <w:r w:rsidRPr="00D85EAF">
              <w:t>V ta razred niso vključeni zlasti:</w:t>
            </w:r>
          </w:p>
          <w:p w:rsidR="002928C0" w:rsidRDefault="002928C0" w:rsidP="008C16D9">
            <w:pPr>
              <w:pStyle w:val="opombapika"/>
            </w:pPr>
            <w:r>
              <w:t>niti, razen za tekstilno uporabo, ki so razvrščene glede na material, iz katerega so izdelane, na primer niti za vezanje iz kovine (razred 6) in ne iz kovine (razred 22), elastične niti, niti iz gume ali plastike (razred 17), niti iz steklenih vlaken (razred 21)</w:t>
            </w:r>
          </w:p>
          <w:p w:rsidR="0087064C" w:rsidRPr="00993A45" w:rsidRDefault="002928C0" w:rsidP="008C16D9">
            <w:pPr>
              <w:pStyle w:val="opombapika"/>
            </w:pPr>
            <w:r>
              <w:t>nekatere niti za posebne namene, na primer identifikacijske niti za električne žice (razred 9), kirurške niti (razred 10), niti iz plemenitih kovin za nakit (razred 14)</w:t>
            </w:r>
          </w:p>
        </w:tc>
      </w:tr>
    </w:tbl>
    <w:p w:rsidR="00F875A9" w:rsidRPr="008D3FBC" w:rsidRDefault="00F875A9" w:rsidP="002928C0">
      <w:pPr>
        <w:spacing w:after="360"/>
        <w:rPr>
          <w:lang w:val="sl-SI"/>
        </w:rPr>
      </w:pPr>
    </w:p>
    <w:p w:rsidR="00581523" w:rsidRPr="008D3FBC" w:rsidRDefault="00581523">
      <w:pPr>
        <w:rPr>
          <w:lang w:val="sl-SI"/>
        </w:rPr>
        <w:sectPr w:rsidR="00581523" w:rsidRPr="008D3FBC" w:rsidSect="00E00425">
          <w:type w:val="continuous"/>
          <w:pgSz w:w="11907" w:h="16840" w:code="9"/>
          <w:pgMar w:top="1418" w:right="1418" w:bottom="1418" w:left="1418" w:header="720" w:footer="720" w:gutter="0"/>
          <w:cols w:space="720"/>
          <w:docGrid w:linePitch="360"/>
        </w:sectPr>
      </w:pPr>
    </w:p>
    <w:p w:rsidR="004611C8" w:rsidRDefault="004611C8" w:rsidP="004611C8">
      <w:r>
        <w:t>230002</w:t>
      </w:r>
      <w:r>
        <w:tab/>
        <w:t>Bombažni sukanci in garni</w:t>
      </w:r>
    </w:p>
    <w:p w:rsidR="004611C8" w:rsidRDefault="004611C8" w:rsidP="004611C8">
      <w:r>
        <w:t>230003</w:t>
      </w:r>
      <w:r>
        <w:tab/>
        <w:t>Sukanec in preja za vezenje</w:t>
      </w:r>
    </w:p>
    <w:p w:rsidR="004611C8" w:rsidRDefault="004611C8" w:rsidP="004611C8">
      <w:r>
        <w:t>230004</w:t>
      </w:r>
      <w:r>
        <w:tab/>
        <w:t>Volneni sukanci in preja</w:t>
      </w:r>
    </w:p>
    <w:p w:rsidR="004611C8" w:rsidRDefault="004611C8" w:rsidP="004611C8">
      <w:r>
        <w:t>230005</w:t>
      </w:r>
      <w:r>
        <w:tab/>
        <w:t>Sukanec in preja iz prave konoplje</w:t>
      </w:r>
    </w:p>
    <w:p w:rsidR="004611C8" w:rsidRDefault="004611C8" w:rsidP="004611C8">
      <w:r>
        <w:t>230006</w:t>
      </w:r>
      <w:r>
        <w:tab/>
        <w:t>Sukanci in preje iz kokosovih vlaken</w:t>
      </w:r>
    </w:p>
    <w:p w:rsidR="004611C8" w:rsidRDefault="004611C8" w:rsidP="004611C8">
      <w:r>
        <w:t>230007</w:t>
      </w:r>
      <w:r>
        <w:tab/>
        <w:t>Svileni sukanci in garni</w:t>
      </w:r>
    </w:p>
    <w:p w:rsidR="004611C8" w:rsidRDefault="004611C8" w:rsidP="004611C8">
      <w:r>
        <w:t>230008</w:t>
      </w:r>
      <w:r>
        <w:tab/>
        <w:t>Bombažni sukanci in preje</w:t>
      </w:r>
    </w:p>
    <w:p w:rsidR="004611C8" w:rsidRDefault="004611C8" w:rsidP="004611C8">
      <w:r>
        <w:t>230009</w:t>
      </w:r>
      <w:r>
        <w:tab/>
        <w:t>Sukanci in preje za šivanje</w:t>
      </w:r>
    </w:p>
    <w:p w:rsidR="004611C8" w:rsidRDefault="004611C8" w:rsidP="004611C8">
      <w:r>
        <w:t>230010</w:t>
      </w:r>
      <w:r>
        <w:tab/>
        <w:t>Predeni sukanec in preja</w:t>
      </w:r>
    </w:p>
    <w:p w:rsidR="004611C8" w:rsidRDefault="004611C8" w:rsidP="004611C8">
      <w:r>
        <w:t>230011</w:t>
      </w:r>
      <w:r>
        <w:tab/>
        <w:t>Sukanci in preje iz jute</w:t>
      </w:r>
    </w:p>
    <w:p w:rsidR="004611C8" w:rsidRDefault="004611C8" w:rsidP="004611C8">
      <w:r>
        <w:t>230013</w:t>
      </w:r>
      <w:r>
        <w:tab/>
        <w:t>Laneni sukanci in preje</w:t>
      </w:r>
    </w:p>
    <w:p w:rsidR="004611C8" w:rsidRDefault="004611C8" w:rsidP="004611C8">
      <w:r>
        <w:t>230014</w:t>
      </w:r>
      <w:r>
        <w:tab/>
        <w:t>Sukanci in preje umetne svile</w:t>
      </w:r>
    </w:p>
    <w:p w:rsidR="004611C8" w:rsidRDefault="004611C8" w:rsidP="004611C8">
      <w:r>
        <w:t>230015</w:t>
      </w:r>
      <w:r>
        <w:tab/>
        <w:t>Sukanci in preje za krpanje</w:t>
      </w:r>
    </w:p>
    <w:p w:rsidR="004611C8" w:rsidRDefault="004611C8" w:rsidP="004611C8">
      <w:r>
        <w:t>230016</w:t>
      </w:r>
      <w:r>
        <w:tab/>
        <w:t>Svileni sukanci in preje</w:t>
      </w:r>
    </w:p>
    <w:p w:rsidR="004611C8" w:rsidRDefault="004611C8" w:rsidP="004611C8">
      <w:r>
        <w:t>230018</w:t>
      </w:r>
      <w:r>
        <w:tab/>
        <w:t>Gumijasta nit za tekstilno uporabo</w:t>
      </w:r>
    </w:p>
    <w:p w:rsidR="004611C8" w:rsidRDefault="004611C8" w:rsidP="004611C8">
      <w:r>
        <w:t>230019</w:t>
      </w:r>
      <w:r>
        <w:tab/>
        <w:t>Elastični sukanci in preje za tekstilno uporabo</w:t>
      </w:r>
    </w:p>
    <w:p w:rsidR="004611C8" w:rsidRDefault="004611C8" w:rsidP="004611C8">
      <w:r>
        <w:t>230020</w:t>
      </w:r>
      <w:r>
        <w:tab/>
        <w:t>Niti iz plastičnih materialov, za tekstilno uporabo</w:t>
      </w:r>
    </w:p>
    <w:p w:rsidR="004611C8" w:rsidRDefault="004611C8" w:rsidP="004611C8">
      <w:r>
        <w:t>230031</w:t>
      </w:r>
      <w:r>
        <w:tab/>
        <w:t>Prejica za vezenje</w:t>
      </w:r>
    </w:p>
    <w:p w:rsidR="004611C8" w:rsidRDefault="004611C8" w:rsidP="004611C8">
      <w:r>
        <w:t>230032</w:t>
      </w:r>
      <w:r>
        <w:tab/>
        <w:t>Kovinski sukanec za vezenje</w:t>
      </w:r>
    </w:p>
    <w:p w:rsidR="00581523" w:rsidRDefault="00581523">
      <w:pPr>
        <w:pStyle w:val="Naslov1"/>
        <w:sectPr w:rsidR="00581523" w:rsidSect="00E00425">
          <w:type w:val="continuous"/>
          <w:pgSz w:w="11907" w:h="16840" w:code="9"/>
          <w:pgMar w:top="1418" w:right="1418" w:bottom="1418" w:left="1418" w:header="720" w:footer="720" w:gutter="0"/>
          <w:cols w:num="2" w:space="720"/>
          <w:docGrid w:linePitch="360"/>
        </w:sectPr>
      </w:pPr>
    </w:p>
    <w:p w:rsidR="002928C0" w:rsidRDefault="002928C0">
      <w:pPr>
        <w:tabs>
          <w:tab w:val="clear" w:pos="907"/>
        </w:tabs>
        <w:spacing w:after="200" w:line="276" w:lineRule="auto"/>
        <w:ind w:left="0" w:firstLine="0"/>
        <w:rPr>
          <w:rFonts w:eastAsiaTheme="majorEastAsia" w:cstheme="majorBidi"/>
          <w:b/>
          <w:bCs/>
          <w:color w:val="000000" w:themeColor="text1"/>
          <w:sz w:val="22"/>
          <w:szCs w:val="28"/>
          <w:lang w:val="sl-SI" w:eastAsia="sl-SI"/>
        </w:rPr>
      </w:pPr>
      <w:r>
        <w:rPr>
          <w:lang w:val="sl-SI" w:eastAsia="sl-SI"/>
        </w:rPr>
        <w:br w:type="page"/>
      </w:r>
    </w:p>
    <w:p w:rsidR="00E42338" w:rsidRPr="00E42338" w:rsidRDefault="00E42338" w:rsidP="0087064C">
      <w:pPr>
        <w:pStyle w:val="Naslov1"/>
        <w:rPr>
          <w:lang w:val="sl-SI" w:eastAsia="sl-SI"/>
        </w:rPr>
      </w:pPr>
      <w:r w:rsidRPr="00E42338">
        <w:rPr>
          <w:lang w:val="sl-SI" w:eastAsia="sl-SI"/>
        </w:rPr>
        <w:lastRenderedPageBreak/>
        <w:t xml:space="preserve">Razred 24 </w:t>
      </w:r>
    </w:p>
    <w:p w:rsidR="00E42338" w:rsidRDefault="00E42338" w:rsidP="0087064C">
      <w:pPr>
        <w:pStyle w:val="Naslov2"/>
        <w:rPr>
          <w:lang w:val="sl-SI" w:eastAsia="sl-SI"/>
        </w:rPr>
      </w:pPr>
      <w:r w:rsidRPr="00E42338">
        <w:rPr>
          <w:lang w:val="sl-SI" w:eastAsia="sl-SI"/>
        </w:rPr>
        <w:t>Tekstil in nadomestki za tekstil; gospodinjsko perilo; tekstilne ali plastične zavese</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87064C" w:rsidRPr="00D85EAF" w:rsidTr="00CF2B9C">
        <w:trPr>
          <w:trHeight w:val="143"/>
          <w:tblHeader/>
        </w:trPr>
        <w:tc>
          <w:tcPr>
            <w:tcW w:w="9493" w:type="dxa"/>
            <w:gridSpan w:val="2"/>
            <w:shd w:val="clear" w:color="auto" w:fill="F2F2F2" w:themeFill="background1" w:themeFillShade="F2"/>
            <w:vAlign w:val="center"/>
          </w:tcPr>
          <w:p w:rsidR="0087064C" w:rsidRPr="0087064C" w:rsidRDefault="0087064C" w:rsidP="00CF2B9C">
            <w:pPr>
              <w:pStyle w:val="opomba"/>
              <w:rPr>
                <w:b/>
              </w:rPr>
            </w:pPr>
            <w:r w:rsidRPr="0087064C">
              <w:rPr>
                <w:b/>
              </w:rPr>
              <w:t>RAZRED 2</w:t>
            </w:r>
            <w:r w:rsidR="002928C0">
              <w:rPr>
                <w:b/>
              </w:rPr>
              <w:t>4</w:t>
            </w:r>
            <w:r w:rsidRPr="0087064C">
              <w:rPr>
                <w:b/>
              </w:rPr>
              <w:t xml:space="preserve"> - pojasnjevalne opombe</w:t>
            </w:r>
          </w:p>
        </w:tc>
      </w:tr>
      <w:tr w:rsidR="0087064C" w:rsidRPr="00D85EAF" w:rsidTr="00CF2B9C">
        <w:trPr>
          <w:trHeight w:val="390"/>
        </w:trPr>
        <w:tc>
          <w:tcPr>
            <w:tcW w:w="9493" w:type="dxa"/>
            <w:gridSpan w:val="2"/>
            <w:shd w:val="clear" w:color="auto" w:fill="F2F2F2" w:themeFill="background1" w:themeFillShade="F2"/>
            <w:vAlign w:val="center"/>
          </w:tcPr>
          <w:p w:rsidR="0087064C" w:rsidRPr="00993A45" w:rsidRDefault="002928C0" w:rsidP="00CF2B9C">
            <w:pPr>
              <w:pStyle w:val="opomba"/>
            </w:pPr>
            <w:r>
              <w:t>Razred 24 vključuje zlasti tekstil in pregrinjala iz tkanine za gospodinjsko rabo.</w:t>
            </w:r>
          </w:p>
        </w:tc>
      </w:tr>
      <w:tr w:rsidR="0087064C" w:rsidRPr="00D85EAF" w:rsidTr="002928C0">
        <w:trPr>
          <w:trHeight w:val="3728"/>
        </w:trPr>
        <w:tc>
          <w:tcPr>
            <w:tcW w:w="4746" w:type="dxa"/>
            <w:shd w:val="clear" w:color="auto" w:fill="F2F2F2" w:themeFill="background1" w:themeFillShade="F2"/>
          </w:tcPr>
          <w:p w:rsidR="0087064C" w:rsidRPr="00993A45" w:rsidRDefault="0087064C" w:rsidP="00CF2B9C">
            <w:pPr>
              <w:pStyle w:val="opomba"/>
            </w:pPr>
            <w:r w:rsidRPr="00D85EAF">
              <w:t>V ta razred so vključeni zlasti:</w:t>
            </w:r>
          </w:p>
          <w:p w:rsidR="002928C0" w:rsidRDefault="002928C0" w:rsidP="008C16D9">
            <w:pPr>
              <w:pStyle w:val="opombapika"/>
            </w:pPr>
            <w:r>
              <w:t>tekstilni proizvodi za gospodinjsko rabo, na primer posteljna pregrinjala, okrasne prevleke za vzglavnik, brisače;</w:t>
            </w:r>
          </w:p>
          <w:p w:rsidR="002928C0" w:rsidRDefault="002928C0" w:rsidP="008C16D9">
            <w:pPr>
              <w:pStyle w:val="opombapika"/>
            </w:pPr>
            <w:r>
              <w:t>posteljnina iz papirja;</w:t>
            </w:r>
          </w:p>
          <w:p w:rsidR="002928C0" w:rsidRDefault="002928C0" w:rsidP="008C16D9">
            <w:pPr>
              <w:pStyle w:val="opombapika"/>
            </w:pPr>
            <w:r>
              <w:t>spalne vreče, vložki za spalne vreče;</w:t>
            </w:r>
          </w:p>
          <w:p w:rsidR="0087064C" w:rsidRPr="00993A45" w:rsidRDefault="002928C0" w:rsidP="008C16D9">
            <w:pPr>
              <w:pStyle w:val="opombapika"/>
            </w:pPr>
            <w:r>
              <w:t>mreže proti komarjem</w:t>
            </w:r>
          </w:p>
        </w:tc>
        <w:tc>
          <w:tcPr>
            <w:tcW w:w="4747" w:type="dxa"/>
            <w:shd w:val="clear" w:color="auto" w:fill="F2F2F2" w:themeFill="background1" w:themeFillShade="F2"/>
          </w:tcPr>
          <w:p w:rsidR="0087064C" w:rsidRPr="00993A45" w:rsidRDefault="0087064C" w:rsidP="00CF2B9C">
            <w:pPr>
              <w:pStyle w:val="opomba"/>
            </w:pPr>
            <w:r w:rsidRPr="00D85EAF">
              <w:t>V ta razred niso vključeni zlasti:</w:t>
            </w:r>
          </w:p>
          <w:p w:rsidR="002928C0" w:rsidRDefault="002928C0" w:rsidP="008C16D9">
            <w:pPr>
              <w:pStyle w:val="opombapika"/>
            </w:pPr>
            <w:r>
              <w:t>električno ogrevane odeje za medicinske namene (razred 10) in ne za medicinske namene (razred 11);</w:t>
            </w:r>
          </w:p>
          <w:p w:rsidR="002928C0" w:rsidRDefault="002928C0" w:rsidP="008C16D9">
            <w:pPr>
              <w:pStyle w:val="opombapika"/>
            </w:pPr>
            <w:r>
              <w:t>nekatere tekstilije in tkanine za posebne namene, na primer tkanine za vezavo knjig (razred 16), izolacijske tkanine (razred 17), geotekstilije (razred 19)</w:t>
            </w:r>
          </w:p>
          <w:p w:rsidR="002928C0" w:rsidRDefault="002928C0" w:rsidP="008C16D9">
            <w:pPr>
              <w:pStyle w:val="opombapika"/>
            </w:pPr>
            <w:r>
              <w:t>namizni prti iz papirja (razred 16);</w:t>
            </w:r>
          </w:p>
          <w:p w:rsidR="002928C0" w:rsidRDefault="002928C0" w:rsidP="008C16D9">
            <w:pPr>
              <w:pStyle w:val="opombapika"/>
            </w:pPr>
            <w:r>
              <w:t>azbestne varnostne zavese (razred 17), bambusove zavese in okrasne zavese iz perlic (razred 20)</w:t>
            </w:r>
          </w:p>
          <w:p w:rsidR="0087064C" w:rsidRPr="00993A45" w:rsidRDefault="002928C0" w:rsidP="008C16D9">
            <w:pPr>
              <w:pStyle w:val="opombapika"/>
            </w:pPr>
            <w:r>
              <w:t>odeje za konje (razred 18)</w:t>
            </w:r>
          </w:p>
        </w:tc>
      </w:tr>
    </w:tbl>
    <w:p w:rsidR="00F875A9" w:rsidRDefault="00F875A9" w:rsidP="002928C0">
      <w:pPr>
        <w:spacing w:after="360"/>
        <w:ind w:left="0" w:firstLine="0"/>
      </w:pPr>
    </w:p>
    <w:p w:rsidR="00581523" w:rsidRDefault="00581523">
      <w:pPr>
        <w:sectPr w:rsidR="00581523" w:rsidSect="00E00425">
          <w:type w:val="continuous"/>
          <w:pgSz w:w="11907" w:h="16840" w:code="9"/>
          <w:pgMar w:top="1418" w:right="1418" w:bottom="1418" w:left="1418" w:header="720" w:footer="720" w:gutter="0"/>
          <w:cols w:space="720"/>
          <w:docGrid w:linePitch="360"/>
        </w:sectPr>
      </w:pPr>
    </w:p>
    <w:p w:rsidR="004611C8" w:rsidRDefault="004611C8" w:rsidP="004611C8">
      <w:r>
        <w:t>240001</w:t>
      </w:r>
      <w:r>
        <w:tab/>
        <w:t>Lepljiva tkanina, ki se pritrdi z likanjem</w:t>
      </w:r>
    </w:p>
    <w:p w:rsidR="004611C8" w:rsidRDefault="004611C8" w:rsidP="004611C8">
      <w:r>
        <w:t>240002</w:t>
      </w:r>
      <w:r>
        <w:tab/>
        <w:t>Tkanine za balone, nepropustne za pline</w:t>
      </w:r>
    </w:p>
    <w:p w:rsidR="004611C8" w:rsidRDefault="004611C8" w:rsidP="004611C8">
      <w:r>
        <w:t>240003</w:t>
      </w:r>
      <w:r>
        <w:tab/>
        <w:t>Tkanina iz imitacije živalskih kož</w:t>
      </w:r>
    </w:p>
    <w:p w:rsidR="004611C8" w:rsidRDefault="004611C8" w:rsidP="004611C8">
      <w:r>
        <w:t>240004</w:t>
      </w:r>
      <w:r>
        <w:tab/>
        <w:t>Tkanine za tapetništvo</w:t>
      </w:r>
    </w:p>
    <w:p w:rsidR="004611C8" w:rsidRDefault="004611C8" w:rsidP="004611C8">
      <w:r>
        <w:t>240005</w:t>
      </w:r>
      <w:r>
        <w:tab/>
        <w:t>Kopalniško perilo, razen oblačila</w:t>
      </w:r>
    </w:p>
    <w:p w:rsidR="004611C8" w:rsidRPr="003834FA" w:rsidRDefault="004611C8" w:rsidP="004611C8">
      <w:pPr>
        <w:rPr>
          <w:lang w:val="fr-FR"/>
        </w:rPr>
      </w:pPr>
      <w:r>
        <w:t>240006</w:t>
      </w:r>
      <w:r>
        <w:tab/>
      </w:r>
      <w:r w:rsidRPr="003834FA">
        <w:rPr>
          <w:lang w:val="fr-FR"/>
        </w:rPr>
        <w:t>Prapori iz blaga ali plastike</w:t>
      </w:r>
    </w:p>
    <w:p w:rsidR="004611C8" w:rsidRDefault="004611C8" w:rsidP="004611C8">
      <w:r>
        <w:t>240007</w:t>
      </w:r>
      <w:r>
        <w:tab/>
        <w:t>Blago za biljardne mize</w:t>
      </w:r>
    </w:p>
    <w:p w:rsidR="004611C8" w:rsidRDefault="004611C8" w:rsidP="004611C8">
      <w:r>
        <w:t>240008</w:t>
      </w:r>
      <w:r>
        <w:tab/>
        <w:t>Tkanine</w:t>
      </w:r>
    </w:p>
    <w:p w:rsidR="004611C8" w:rsidRDefault="004611C8" w:rsidP="004611C8">
      <w:r>
        <w:t>240009</w:t>
      </w:r>
      <w:r>
        <w:tab/>
        <w:t>Tkanine za sita</w:t>
      </w:r>
    </w:p>
    <w:p w:rsidR="004611C8" w:rsidRDefault="004611C8" w:rsidP="004611C8">
      <w:r>
        <w:t>240010</w:t>
      </w:r>
      <w:r>
        <w:tab/>
        <w:t>Škrobljeno platno</w:t>
      </w:r>
    </w:p>
    <w:p w:rsidR="004611C8" w:rsidRDefault="004611C8" w:rsidP="004611C8">
      <w:r>
        <w:t>240011</w:t>
      </w:r>
      <w:r>
        <w:tab/>
        <w:t>Brokat</w:t>
      </w:r>
    </w:p>
    <w:p w:rsidR="004611C8" w:rsidRDefault="004611C8" w:rsidP="004611C8">
      <w:r>
        <w:t>240012</w:t>
      </w:r>
      <w:r>
        <w:tab/>
        <w:t>Blago</w:t>
      </w:r>
    </w:p>
    <w:p w:rsidR="004611C8" w:rsidRDefault="004611C8" w:rsidP="004611C8">
      <w:r>
        <w:t>240013</w:t>
      </w:r>
      <w:r>
        <w:tab/>
        <w:t>Platno</w:t>
      </w:r>
    </w:p>
    <w:p w:rsidR="004611C8" w:rsidRDefault="004611C8" w:rsidP="004611C8">
      <w:r>
        <w:t>240015</w:t>
      </w:r>
      <w:r>
        <w:tab/>
        <w:t>Platno za tapiserije in vezenje</w:t>
      </w:r>
    </w:p>
    <w:p w:rsidR="004611C8" w:rsidRDefault="004611C8" w:rsidP="004611C8">
      <w:r>
        <w:t>240016</w:t>
      </w:r>
      <w:r>
        <w:tab/>
        <w:t>Groba platna iz konoplje</w:t>
      </w:r>
    </w:p>
    <w:p w:rsidR="004611C8" w:rsidRDefault="004611C8" w:rsidP="004611C8">
      <w:r>
        <w:t>240017</w:t>
      </w:r>
      <w:r>
        <w:tab/>
        <w:t>Tkanine iz konoplje</w:t>
      </w:r>
    </w:p>
    <w:p w:rsidR="004611C8" w:rsidRDefault="004611C8" w:rsidP="004611C8">
      <w:r>
        <w:t>240018</w:t>
      </w:r>
      <w:r>
        <w:tab/>
        <w:t>Platno iz konoplje</w:t>
      </w:r>
    </w:p>
    <w:p w:rsidR="004611C8" w:rsidRDefault="004611C8" w:rsidP="004611C8">
      <w:r>
        <w:t>240019</w:t>
      </w:r>
      <w:r>
        <w:tab/>
        <w:t>Podloge za klobuke iz tekstila, v kosu</w:t>
      </w:r>
    </w:p>
    <w:p w:rsidR="004611C8" w:rsidRDefault="004611C8" w:rsidP="004611C8">
      <w:r>
        <w:t>240020</w:t>
      </w:r>
      <w:r>
        <w:tab/>
        <w:t>Tekstilne podloge za obutev</w:t>
      </w:r>
    </w:p>
    <w:p w:rsidR="004611C8" w:rsidRDefault="004611C8" w:rsidP="004611C8">
      <w:r>
        <w:t>240021</w:t>
      </w:r>
      <w:r>
        <w:tab/>
        <w:t>Tkanine za obutev</w:t>
      </w:r>
    </w:p>
    <w:p w:rsidR="004611C8" w:rsidRDefault="004611C8" w:rsidP="004611C8">
      <w:r>
        <w:t>240022</w:t>
      </w:r>
      <w:r>
        <w:tab/>
        <w:t>Namizni tekači iz blaga</w:t>
      </w:r>
    </w:p>
    <w:p w:rsidR="004611C8" w:rsidRDefault="004611C8" w:rsidP="004611C8">
      <w:r>
        <w:t>240023</w:t>
      </w:r>
      <w:r>
        <w:tab/>
        <w:t>Ševiot (blago)</w:t>
      </w:r>
    </w:p>
    <w:p w:rsidR="004611C8" w:rsidRPr="003834FA" w:rsidRDefault="004611C8" w:rsidP="004611C8">
      <w:pPr>
        <w:rPr>
          <w:lang w:val="fr-FR"/>
        </w:rPr>
      </w:pPr>
      <w:r>
        <w:t>240025</w:t>
      </w:r>
      <w:r>
        <w:tab/>
      </w:r>
      <w:r w:rsidRPr="003834FA">
        <w:rPr>
          <w:lang w:val="fr-FR"/>
        </w:rPr>
        <w:t>Povoščena platna za namizne prte</w:t>
      </w:r>
    </w:p>
    <w:p w:rsidR="004611C8" w:rsidRDefault="004611C8" w:rsidP="004611C8">
      <w:r>
        <w:t>240026</w:t>
      </w:r>
      <w:r>
        <w:tab/>
        <w:t>Žamet</w:t>
      </w:r>
    </w:p>
    <w:p w:rsidR="004611C8" w:rsidRDefault="004611C8" w:rsidP="004611C8">
      <w:r>
        <w:t>240027</w:t>
      </w:r>
      <w:r>
        <w:tab/>
        <w:t>Filc</w:t>
      </w:r>
    </w:p>
    <w:p w:rsidR="004611C8" w:rsidRDefault="004611C8" w:rsidP="004611C8">
      <w:r>
        <w:t>240028</w:t>
      </w:r>
      <w:r>
        <w:tab/>
        <w:t>Bombažne tkanine</w:t>
      </w:r>
    </w:p>
    <w:p w:rsidR="004611C8" w:rsidRDefault="004611C8" w:rsidP="004611C8">
      <w:r>
        <w:t>240030</w:t>
      </w:r>
      <w:r>
        <w:tab/>
        <w:t>Prevleke za žimnice</w:t>
      </w:r>
    </w:p>
    <w:p w:rsidR="004611C8" w:rsidRDefault="004611C8" w:rsidP="004611C8">
      <w:r>
        <w:t>240031</w:t>
      </w:r>
      <w:r>
        <w:tab/>
        <w:t>Platnene posteljne prevleke (za blazine in vzmetnice)</w:t>
      </w:r>
    </w:p>
    <w:p w:rsidR="004611C8" w:rsidRDefault="004611C8" w:rsidP="004611C8">
      <w:r>
        <w:t>240032</w:t>
      </w:r>
      <w:r>
        <w:tab/>
        <w:t>Posteljne prevleke iz papirja</w:t>
      </w:r>
    </w:p>
    <w:p w:rsidR="004611C8" w:rsidRDefault="004611C8" w:rsidP="004611C8">
      <w:r>
        <w:t>240033</w:t>
      </w:r>
      <w:r>
        <w:tab/>
        <w:t>Namizni prti, ne papirnati</w:t>
      </w:r>
    </w:p>
    <w:p w:rsidR="004611C8" w:rsidRDefault="004611C8" w:rsidP="004611C8">
      <w:r>
        <w:t>240034</w:t>
      </w:r>
      <w:r>
        <w:tab/>
        <w:t>Debele, volnene odeje za potovanja</w:t>
      </w:r>
    </w:p>
    <w:p w:rsidR="004611C8" w:rsidRDefault="004611C8" w:rsidP="004611C8">
      <w:r>
        <w:t>240035</w:t>
      </w:r>
      <w:r>
        <w:tab/>
        <w:t>Krep [tkanina]</w:t>
      </w:r>
    </w:p>
    <w:p w:rsidR="004611C8" w:rsidRDefault="004611C8" w:rsidP="004611C8">
      <w:r>
        <w:t>240036</w:t>
      </w:r>
      <w:r>
        <w:tab/>
        <w:t>Krepon (grob krep, tkanina)</w:t>
      </w:r>
    </w:p>
    <w:p w:rsidR="004611C8" w:rsidRDefault="004611C8" w:rsidP="004611C8">
      <w:r>
        <w:t>240037</w:t>
      </w:r>
      <w:r>
        <w:tab/>
        <w:t>Damast</w:t>
      </w:r>
    </w:p>
    <w:p w:rsidR="004611C8" w:rsidRDefault="004611C8" w:rsidP="004611C8">
      <w:r>
        <w:t>240038</w:t>
      </w:r>
      <w:r>
        <w:tab/>
        <w:t>Tkanina za spodnje perilo</w:t>
      </w:r>
    </w:p>
    <w:p w:rsidR="004611C8" w:rsidRDefault="004611C8" w:rsidP="004611C8">
      <w:r>
        <w:t>240039</w:t>
      </w:r>
      <w:r>
        <w:tab/>
        <w:t>Podloge iz tkanine</w:t>
      </w:r>
    </w:p>
    <w:p w:rsidR="004611C8" w:rsidRDefault="004611C8" w:rsidP="004611C8">
      <w:r>
        <w:t>240040</w:t>
      </w:r>
      <w:r>
        <w:tab/>
        <w:t>Posteljne rjuhe</w:t>
      </w:r>
    </w:p>
    <w:p w:rsidR="004611C8" w:rsidRDefault="004611C8" w:rsidP="004611C8">
      <w:r>
        <w:t>240041</w:t>
      </w:r>
      <w:r>
        <w:tab/>
        <w:t>Mrtvaški prti</w:t>
      </w:r>
    </w:p>
    <w:p w:rsidR="004611C8" w:rsidRDefault="004611C8" w:rsidP="004611C8">
      <w:r>
        <w:t>240042</w:t>
      </w:r>
      <w:r>
        <w:tab/>
        <w:t>Zastave iz blaga ali plastike</w:t>
      </w:r>
    </w:p>
    <w:p w:rsidR="004611C8" w:rsidRDefault="004611C8" w:rsidP="004611C8">
      <w:r>
        <w:t>240043</w:t>
      </w:r>
      <w:r>
        <w:tab/>
        <w:t>Tkanine za zastave iz plastike ali blaga</w:t>
      </w:r>
    </w:p>
    <w:p w:rsidR="004611C8" w:rsidRDefault="004611C8" w:rsidP="004611C8">
      <w:r>
        <w:t>240044</w:t>
      </w:r>
      <w:r>
        <w:tab/>
        <w:t>Droget (vrsta debelega volnenega blaga za pokrivala)</w:t>
      </w:r>
    </w:p>
    <w:p w:rsidR="004611C8" w:rsidRDefault="004611C8" w:rsidP="004611C8">
      <w:r>
        <w:t>240045</w:t>
      </w:r>
      <w:r>
        <w:tab/>
        <w:t>Mehke prešite odeje</w:t>
      </w:r>
    </w:p>
    <w:p w:rsidR="004611C8" w:rsidRDefault="004611C8" w:rsidP="004611C8">
      <w:r>
        <w:t>240046</w:t>
      </w:r>
      <w:r>
        <w:tab/>
        <w:t>Elastične tkanine</w:t>
      </w:r>
    </w:p>
    <w:p w:rsidR="004611C8" w:rsidRPr="003834FA" w:rsidRDefault="004611C8" w:rsidP="004611C8">
      <w:pPr>
        <w:rPr>
          <w:lang w:val="fr-FR"/>
        </w:rPr>
      </w:pPr>
      <w:r>
        <w:t>240048</w:t>
      </w:r>
      <w:r>
        <w:tab/>
      </w:r>
      <w:r w:rsidRPr="003834FA">
        <w:rPr>
          <w:lang w:val="fr-FR"/>
        </w:rPr>
        <w:t>Krpe za brisanje kozarcev (brisačke)</w:t>
      </w:r>
    </w:p>
    <w:p w:rsidR="004611C8" w:rsidRDefault="004611C8" w:rsidP="004611C8">
      <w:r>
        <w:t>240050</w:t>
      </w:r>
      <w:r>
        <w:tab/>
        <w:t>Flanela (tkanina)</w:t>
      </w:r>
    </w:p>
    <w:p w:rsidR="004611C8" w:rsidRDefault="004611C8" w:rsidP="004611C8">
      <w:r>
        <w:t>240052</w:t>
      </w:r>
      <w:r>
        <w:tab/>
        <w:t>Friz [debela kosmata tkanina]</w:t>
      </w:r>
    </w:p>
    <w:p w:rsidR="004611C8" w:rsidRDefault="004611C8" w:rsidP="004611C8">
      <w:r>
        <w:t>240053</w:t>
      </w:r>
      <w:r>
        <w:tab/>
        <w:t>Platno za sir</w:t>
      </w:r>
    </w:p>
    <w:p w:rsidR="004611C8" w:rsidRDefault="004611C8" w:rsidP="004611C8">
      <w:r>
        <w:t>240054</w:t>
      </w:r>
      <w:r>
        <w:tab/>
        <w:t>Keper tkanina</w:t>
      </w:r>
    </w:p>
    <w:p w:rsidR="004611C8" w:rsidRDefault="004611C8" w:rsidP="004611C8">
      <w:r>
        <w:t>240055</w:t>
      </w:r>
      <w:r>
        <w:tab/>
        <w:t>Rokavice za umivanje</w:t>
      </w:r>
    </w:p>
    <w:p w:rsidR="004611C8" w:rsidRDefault="004611C8" w:rsidP="004611C8">
      <w:r>
        <w:t>240056</w:t>
      </w:r>
      <w:r>
        <w:tab/>
        <w:t>Gaza</w:t>
      </w:r>
    </w:p>
    <w:p w:rsidR="004611C8" w:rsidRDefault="004611C8" w:rsidP="004611C8">
      <w:r>
        <w:t>240057</w:t>
      </w:r>
      <w:r>
        <w:tab/>
        <w:t>Gumirano blago, razen za pisarniške namene</w:t>
      </w:r>
    </w:p>
    <w:p w:rsidR="004611C8" w:rsidRDefault="004611C8" w:rsidP="004611C8">
      <w:r>
        <w:t>240058</w:t>
      </w:r>
      <w:r>
        <w:tab/>
        <w:t>Žimnato platno [tkanina za vreče]</w:t>
      </w:r>
    </w:p>
    <w:p w:rsidR="004611C8" w:rsidRDefault="004611C8" w:rsidP="004611C8">
      <w:r>
        <w:lastRenderedPageBreak/>
        <w:t>240060</w:t>
      </w:r>
      <w:r>
        <w:tab/>
        <w:t>Svilene tkanine za tiskanje vzorcev</w:t>
      </w:r>
    </w:p>
    <w:p w:rsidR="004611C8" w:rsidRDefault="004611C8" w:rsidP="004611C8">
      <w:r>
        <w:t>240061</w:t>
      </w:r>
      <w:r>
        <w:tab/>
        <w:t>Kaliko</w:t>
      </w:r>
    </w:p>
    <w:p w:rsidR="004611C8" w:rsidRDefault="004611C8" w:rsidP="004611C8">
      <w:r>
        <w:t>240062</w:t>
      </w:r>
      <w:r>
        <w:tab/>
        <w:t>Jersey tkanina</w:t>
      </w:r>
    </w:p>
    <w:p w:rsidR="004611C8" w:rsidRDefault="004611C8" w:rsidP="004611C8">
      <w:r>
        <w:t>240063</w:t>
      </w:r>
      <w:r>
        <w:tab/>
        <w:t>Tkanine iz jute</w:t>
      </w:r>
    </w:p>
    <w:p w:rsidR="004611C8" w:rsidRDefault="004611C8" w:rsidP="004611C8">
      <w:r>
        <w:t>240067</w:t>
      </w:r>
      <w:r>
        <w:tab/>
        <w:t>Lanena tkanina</w:t>
      </w:r>
    </w:p>
    <w:p w:rsidR="004611C8" w:rsidRDefault="004611C8" w:rsidP="004611C8">
      <w:r>
        <w:t>240068</w:t>
      </w:r>
      <w:r>
        <w:tab/>
        <w:t>Posteljno perilo in odeje</w:t>
      </w:r>
    </w:p>
    <w:p w:rsidR="004611C8" w:rsidRDefault="004611C8" w:rsidP="004611C8">
      <w:r>
        <w:t>240069</w:t>
      </w:r>
      <w:r>
        <w:tab/>
        <w:t>Laneno platno z vzorcem</w:t>
      </w:r>
    </w:p>
    <w:p w:rsidR="004611C8" w:rsidRDefault="004611C8" w:rsidP="004611C8">
      <w:r>
        <w:t>240070</w:t>
      </w:r>
      <w:r>
        <w:tab/>
        <w:t>Prti, ne iz papirja</w:t>
      </w:r>
    </w:p>
    <w:p w:rsidR="004611C8" w:rsidRDefault="004611C8" w:rsidP="004611C8">
      <w:r>
        <w:t>240071</w:t>
      </w:r>
      <w:r>
        <w:tab/>
        <w:t>Tekstilni proizvodi za gospodinjsko rabo</w:t>
      </w:r>
    </w:p>
    <w:p w:rsidR="004611C8" w:rsidRDefault="004611C8" w:rsidP="004611C8">
      <w:r>
        <w:t>240072</w:t>
      </w:r>
      <w:r>
        <w:tab/>
        <w:t>Brisače</w:t>
      </w:r>
    </w:p>
    <w:p w:rsidR="004611C8" w:rsidRDefault="004611C8" w:rsidP="004611C8">
      <w:r>
        <w:t>240073</w:t>
      </w:r>
      <w:r>
        <w:tab/>
        <w:t>Marabu [tkanina]</w:t>
      </w:r>
    </w:p>
    <w:p w:rsidR="004611C8" w:rsidRDefault="004611C8" w:rsidP="004611C8">
      <w:r>
        <w:t>240074</w:t>
      </w:r>
      <w:r>
        <w:tab/>
        <w:t>Platnene rjuhe za vzmetnice</w:t>
      </w:r>
    </w:p>
    <w:p w:rsidR="004611C8" w:rsidRDefault="004611C8" w:rsidP="004611C8">
      <w:r>
        <w:t>240077</w:t>
      </w:r>
      <w:r>
        <w:tab/>
        <w:t>Moleskin (tkanina)</w:t>
      </w:r>
    </w:p>
    <w:p w:rsidR="004611C8" w:rsidRDefault="004611C8" w:rsidP="004611C8">
      <w:r>
        <w:t>240078</w:t>
      </w:r>
      <w:r>
        <w:tab/>
        <w:t>Robčki iz blaga</w:t>
      </w:r>
    </w:p>
    <w:p w:rsidR="004611C8" w:rsidRDefault="004611C8" w:rsidP="004611C8">
      <w:r>
        <w:t>240079</w:t>
      </w:r>
      <w:r>
        <w:tab/>
        <w:t>Mreže proti komarjem</w:t>
      </w:r>
    </w:p>
    <w:p w:rsidR="004611C8" w:rsidRDefault="004611C8" w:rsidP="004611C8">
      <w:r>
        <w:t>240080</w:t>
      </w:r>
      <w:r>
        <w:tab/>
        <w:t>Prevleke za vzglavnike [prevleke za blazine]</w:t>
      </w:r>
    </w:p>
    <w:p w:rsidR="004611C8" w:rsidRDefault="004611C8" w:rsidP="004611C8">
      <w:r>
        <w:t>240081</w:t>
      </w:r>
      <w:r>
        <w:tab/>
        <w:t>Plastični material [nadomestek za tkanine]</w:t>
      </w:r>
    </w:p>
    <w:p w:rsidR="004611C8" w:rsidRDefault="004611C8" w:rsidP="004611C8">
      <w:r>
        <w:t>240082</w:t>
      </w:r>
      <w:r>
        <w:tab/>
        <w:t>Zavese za vrata</w:t>
      </w:r>
    </w:p>
    <w:p w:rsidR="004611C8" w:rsidRDefault="004611C8" w:rsidP="004611C8">
      <w:r>
        <w:t>240083</w:t>
      </w:r>
      <w:r>
        <w:tab/>
        <w:t>Tkanina iz ramije</w:t>
      </w:r>
    </w:p>
    <w:p w:rsidR="004611C8" w:rsidRDefault="004611C8" w:rsidP="004611C8">
      <w:r>
        <w:t>240084</w:t>
      </w:r>
      <w:r>
        <w:tab/>
        <w:t>Rayon (blago)</w:t>
      </w:r>
    </w:p>
    <w:p w:rsidR="004611C8" w:rsidRPr="003834FA" w:rsidRDefault="004611C8" w:rsidP="004611C8">
      <w:pPr>
        <w:rPr>
          <w:lang w:val="fr-FR"/>
        </w:rPr>
      </w:pPr>
      <w:r>
        <w:t>240085</w:t>
      </w:r>
      <w:r>
        <w:tab/>
      </w:r>
      <w:r w:rsidRPr="003834FA">
        <w:rPr>
          <w:lang w:val="fr-FR"/>
        </w:rPr>
        <w:t>Zavese iz tekstila ali plastike</w:t>
      </w:r>
    </w:p>
    <w:p w:rsidR="004611C8" w:rsidRDefault="004611C8" w:rsidP="004611C8">
      <w:r>
        <w:t>240087</w:t>
      </w:r>
      <w:r>
        <w:tab/>
        <w:t>Brisače za obraz [narejene iz tekstilnih materialov]</w:t>
      </w:r>
    </w:p>
    <w:p w:rsidR="004611C8" w:rsidRDefault="004611C8" w:rsidP="004611C8">
      <w:r>
        <w:t>240088</w:t>
      </w:r>
      <w:r>
        <w:tab/>
        <w:t>Svila [blago]</w:t>
      </w:r>
    </w:p>
    <w:p w:rsidR="004611C8" w:rsidRDefault="004611C8" w:rsidP="004611C8">
      <w:r>
        <w:t>240089</w:t>
      </w:r>
      <w:r>
        <w:tab/>
        <w:t>Til</w:t>
      </w:r>
    </w:p>
    <w:p w:rsidR="004611C8" w:rsidRDefault="004611C8" w:rsidP="004611C8">
      <w:r>
        <w:t>240090</w:t>
      </w:r>
      <w:r>
        <w:tab/>
        <w:t>Esparto (tekstil)</w:t>
      </w:r>
    </w:p>
    <w:p w:rsidR="004611C8" w:rsidRDefault="004611C8" w:rsidP="004611C8">
      <w:r>
        <w:t>240091</w:t>
      </w:r>
      <w:r>
        <w:tab/>
        <w:t>Taft [blago]</w:t>
      </w:r>
    </w:p>
    <w:p w:rsidR="004611C8" w:rsidRDefault="004611C8" w:rsidP="004611C8">
      <w:r>
        <w:t>240092</w:t>
      </w:r>
      <w:r>
        <w:tab/>
        <w:t>Pleteno blago</w:t>
      </w:r>
    </w:p>
    <w:p w:rsidR="004611C8" w:rsidRDefault="004611C8" w:rsidP="004611C8">
      <w:r>
        <w:t>240093</w:t>
      </w:r>
      <w:r>
        <w:tab/>
        <w:t>Zavese</w:t>
      </w:r>
    </w:p>
    <w:p w:rsidR="004611C8" w:rsidRDefault="004611C8" w:rsidP="004611C8">
      <w:r>
        <w:t>240094</w:t>
      </w:r>
      <w:r>
        <w:tab/>
        <w:t>Zefir, cefir [blago]</w:t>
      </w:r>
    </w:p>
    <w:p w:rsidR="004611C8" w:rsidRDefault="004611C8" w:rsidP="004611C8">
      <w:r>
        <w:t>240095</w:t>
      </w:r>
      <w:r>
        <w:tab/>
        <w:t>Kaliko tkanine</w:t>
      </w:r>
    </w:p>
    <w:p w:rsidR="004611C8" w:rsidRDefault="004611C8" w:rsidP="004611C8">
      <w:r>
        <w:t>240096</w:t>
      </w:r>
      <w:r>
        <w:tab/>
        <w:t>Podstavki iz blaga</w:t>
      </w:r>
    </w:p>
    <w:p w:rsidR="004611C8" w:rsidRDefault="004611C8" w:rsidP="004611C8">
      <w:r>
        <w:t>240097</w:t>
      </w:r>
      <w:r>
        <w:tab/>
        <w:t>Namizni pogrinjki iz blaga</w:t>
      </w:r>
    </w:p>
    <w:p w:rsidR="004611C8" w:rsidRDefault="004611C8" w:rsidP="004611C8">
      <w:r>
        <w:t>240098</w:t>
      </w:r>
      <w:r>
        <w:tab/>
        <w:t>Netkane tkanine</w:t>
      </w:r>
    </w:p>
    <w:p w:rsidR="004611C8" w:rsidRDefault="004611C8" w:rsidP="004611C8">
      <w:r>
        <w:t>240100</w:t>
      </w:r>
      <w:r>
        <w:tab/>
        <w:t>Spalne rjuhe</w:t>
      </w:r>
    </w:p>
    <w:p w:rsidR="004611C8" w:rsidRDefault="004611C8" w:rsidP="004611C8">
      <w:r>
        <w:t>240101</w:t>
      </w:r>
      <w:r>
        <w:tab/>
        <w:t>Krpice za odstranjevanje ličil</w:t>
      </w:r>
    </w:p>
    <w:p w:rsidR="004611C8" w:rsidRDefault="004611C8" w:rsidP="004611C8">
      <w:r>
        <w:t>240102</w:t>
      </w:r>
      <w:r>
        <w:tab/>
        <w:t>Etikete iz tekstila</w:t>
      </w:r>
    </w:p>
    <w:p w:rsidR="004611C8" w:rsidRDefault="004611C8" w:rsidP="004611C8">
      <w:r>
        <w:t>240105</w:t>
      </w:r>
      <w:r>
        <w:tab/>
        <w:t>Tekstilije za filtriranje</w:t>
      </w:r>
    </w:p>
    <w:p w:rsidR="004611C8" w:rsidRDefault="004611C8" w:rsidP="004611C8">
      <w:r>
        <w:t>240106</w:t>
      </w:r>
      <w:r>
        <w:tab/>
        <w:t>Odeje iz blaga za tiskarstvo</w:t>
      </w:r>
    </w:p>
    <w:p w:rsidR="004611C8" w:rsidRDefault="004611C8" w:rsidP="004611C8">
      <w:r>
        <w:t>240111</w:t>
      </w:r>
      <w:r>
        <w:tab/>
        <w:t>Šanil tkanina</w:t>
      </w:r>
    </w:p>
    <w:p w:rsidR="004611C8" w:rsidRDefault="004611C8" w:rsidP="004611C8">
      <w:r>
        <w:t>240112</w:t>
      </w:r>
      <w:r>
        <w:tab/>
        <w:t>Okrasne prevleke za blazine</w:t>
      </w:r>
    </w:p>
    <w:p w:rsidR="004611C8" w:rsidRDefault="004611C8" w:rsidP="004611C8">
      <w:r>
        <w:t>240113</w:t>
      </w:r>
      <w:r>
        <w:tab/>
        <w:t>Pogrinjki iz blaga</w:t>
      </w:r>
    </w:p>
    <w:p w:rsidR="004611C8" w:rsidRDefault="004611C8" w:rsidP="004611C8">
      <w:r>
        <w:t>240114</w:t>
      </w:r>
      <w:r>
        <w:tab/>
        <w:t>Posteljne odeje</w:t>
      </w:r>
    </w:p>
    <w:p w:rsidR="004611C8" w:rsidRDefault="004611C8" w:rsidP="004611C8">
      <w:r>
        <w:t>240115</w:t>
      </w:r>
      <w:r>
        <w:tab/>
        <w:t>Prevleke za blazine</w:t>
      </w:r>
    </w:p>
    <w:p w:rsidR="004611C8" w:rsidRDefault="004611C8" w:rsidP="004611C8">
      <w:r>
        <w:t>240117</w:t>
      </w:r>
      <w:r>
        <w:tab/>
        <w:t>Pohištvena prekrivala iz tekstila</w:t>
      </w:r>
    </w:p>
    <w:p w:rsidR="004611C8" w:rsidRDefault="004611C8" w:rsidP="004611C8">
      <w:r>
        <w:t>240118</w:t>
      </w:r>
      <w:r>
        <w:tab/>
        <w:t>Prilagojene prevleke za straniščne deske iz tekstila</w:t>
      </w:r>
    </w:p>
    <w:p w:rsidR="004611C8" w:rsidRDefault="004611C8" w:rsidP="004611C8">
      <w:r>
        <w:t>240119</w:t>
      </w:r>
      <w:r>
        <w:tab/>
        <w:t>Zavese za tuš iz tekstila ali plastike</w:t>
      </w:r>
    </w:p>
    <w:p w:rsidR="004611C8" w:rsidRDefault="004611C8" w:rsidP="004611C8">
      <w:r>
        <w:t>240120</w:t>
      </w:r>
      <w:r>
        <w:tab/>
        <w:t>Podloge za previjanje dojenčkov</w:t>
      </w:r>
    </w:p>
    <w:p w:rsidR="004611C8" w:rsidRDefault="004611C8" w:rsidP="004611C8">
      <w:r>
        <w:t>240121</w:t>
      </w:r>
      <w:r>
        <w:tab/>
        <w:t>Odeje za hišne ljubljenčke</w:t>
      </w:r>
    </w:p>
    <w:p w:rsidR="004611C8" w:rsidRDefault="004611C8" w:rsidP="004611C8">
      <w:r>
        <w:t>240122</w:t>
      </w:r>
      <w:r>
        <w:tab/>
        <w:t>Spalne vreče za dojenčke</w:t>
      </w:r>
    </w:p>
    <w:p w:rsidR="004611C8" w:rsidRDefault="004611C8" w:rsidP="004611C8">
      <w:r>
        <w:t>240123</w:t>
      </w:r>
      <w:r>
        <w:tab/>
        <w:t>Obleke - vreče za dojenčke</w:t>
      </w:r>
    </w:p>
    <w:p w:rsidR="004611C8" w:rsidRDefault="004611C8" w:rsidP="004611C8">
      <w:r>
        <w:t>240124</w:t>
      </w:r>
      <w:r>
        <w:tab/>
        <w:t>Spalne vreče</w:t>
      </w:r>
    </w:p>
    <w:p w:rsidR="004611C8" w:rsidRDefault="004611C8" w:rsidP="004611C8">
      <w:r>
        <w:t>240125</w:t>
      </w:r>
      <w:r>
        <w:tab/>
        <w:t>Posteljne obrobe</w:t>
      </w:r>
    </w:p>
    <w:p w:rsidR="004611C8" w:rsidRDefault="004611C8" w:rsidP="004611C8">
      <w:r>
        <w:t>240127</w:t>
      </w:r>
      <w:r>
        <w:tab/>
        <w:t>Muslin</w:t>
      </w:r>
    </w:p>
    <w:p w:rsidR="004611C8" w:rsidRDefault="004611C8" w:rsidP="004611C8">
      <w:r>
        <w:t>240128</w:t>
      </w:r>
      <w:r>
        <w:tab/>
        <w:t>Bivak vreče, ki so prevleke za spalne vreče</w:t>
      </w:r>
    </w:p>
    <w:p w:rsidR="004611C8" w:rsidRDefault="004611C8" w:rsidP="004611C8">
      <w:r>
        <w:t>240129</w:t>
      </w:r>
      <w:r>
        <w:tab/>
        <w:t>Odeje za piknik</w:t>
      </w:r>
    </w:p>
    <w:p w:rsidR="004611C8" w:rsidRDefault="004611C8" w:rsidP="004611C8">
      <w:r>
        <w:t>240131</w:t>
      </w:r>
      <w:r>
        <w:tab/>
        <w:t>Keper</w:t>
      </w:r>
    </w:p>
    <w:p w:rsidR="004611C8" w:rsidRDefault="004611C8" w:rsidP="004611C8">
      <w:r>
        <w:t>240132</w:t>
      </w:r>
      <w:r>
        <w:tab/>
        <w:t>Povoskane tkanine za večkratno uporabo za zavijanje hrane</w:t>
      </w:r>
    </w:p>
    <w:p w:rsidR="004611C8" w:rsidRDefault="004611C8" w:rsidP="004611C8">
      <w:r>
        <w:t>240133</w:t>
      </w:r>
      <w:r>
        <w:tab/>
        <w:t>Tekstilni podstavki za kozarce za pivo</w:t>
      </w:r>
    </w:p>
    <w:p w:rsidR="004611C8" w:rsidRPr="003834FA" w:rsidRDefault="004611C8" w:rsidP="004611C8">
      <w:pPr>
        <w:rPr>
          <w:lang w:val="fr-FR"/>
        </w:rPr>
      </w:pPr>
      <w:r>
        <w:t>240134</w:t>
      </w:r>
      <w:r>
        <w:tab/>
      </w:r>
      <w:r w:rsidRPr="003834FA">
        <w:rPr>
          <w:lang w:val="fr-FR"/>
        </w:rPr>
        <w:t>Testilne etikete za šivanje na oblačila</w:t>
      </w:r>
    </w:p>
    <w:p w:rsidR="004611C8" w:rsidRDefault="004611C8" w:rsidP="004611C8">
      <w:r>
        <w:t>240135</w:t>
      </w:r>
      <w:r>
        <w:tab/>
        <w:t>Tekstilne samolepilne etikete za torbe</w:t>
      </w:r>
    </w:p>
    <w:p w:rsidR="004611C8" w:rsidRDefault="004611C8" w:rsidP="004611C8">
      <w:r>
        <w:t>240136</w:t>
      </w:r>
      <w:r>
        <w:tab/>
        <w:t>Odeje za jogo</w:t>
      </w:r>
    </w:p>
    <w:p w:rsidR="004611C8" w:rsidRDefault="004611C8" w:rsidP="004611C8">
      <w:r>
        <w:t>240137</w:t>
      </w:r>
      <w:r>
        <w:tab/>
        <w:t>Brisače za jogo</w:t>
      </w:r>
    </w:p>
    <w:p w:rsidR="004611C8" w:rsidRDefault="004611C8" w:rsidP="004611C8">
      <w:r>
        <w:t>240138</w:t>
      </w:r>
      <w:r>
        <w:tab/>
        <w:t>Posteljnina iz usnja</w:t>
      </w:r>
    </w:p>
    <w:p w:rsidR="004611C8" w:rsidRDefault="004611C8" w:rsidP="004611C8">
      <w:r>
        <w:t>240139</w:t>
      </w:r>
      <w:r>
        <w:tab/>
        <w:t>Tkanine v tehniki batik</w:t>
      </w:r>
    </w:p>
    <w:p w:rsidR="004611C8" w:rsidRDefault="004611C8" w:rsidP="004611C8">
      <w:r>
        <w:t>240140</w:t>
      </w:r>
      <w:r>
        <w:tab/>
        <w:t>Poliestrske tkanine</w:t>
      </w:r>
    </w:p>
    <w:p w:rsidR="004611C8" w:rsidRDefault="004611C8" w:rsidP="004611C8">
      <w:r>
        <w:t>240141</w:t>
      </w:r>
      <w:r>
        <w:tab/>
        <w:t>Čipkaste tkanine</w:t>
      </w:r>
    </w:p>
    <w:p w:rsidR="00581523" w:rsidRDefault="00581523">
      <w:pPr>
        <w:pStyle w:val="Naslov1"/>
        <w:sectPr w:rsidR="00581523" w:rsidSect="00E00425">
          <w:type w:val="continuous"/>
          <w:pgSz w:w="11907" w:h="16840" w:code="9"/>
          <w:pgMar w:top="1418" w:right="1418" w:bottom="1418" w:left="1418" w:header="720" w:footer="720" w:gutter="0"/>
          <w:cols w:num="2" w:space="720"/>
          <w:docGrid w:linePitch="360"/>
        </w:sectPr>
      </w:pPr>
    </w:p>
    <w:p w:rsidR="002928C0" w:rsidRDefault="002928C0">
      <w:pPr>
        <w:tabs>
          <w:tab w:val="clear" w:pos="907"/>
        </w:tabs>
        <w:spacing w:after="200" w:line="276" w:lineRule="auto"/>
        <w:ind w:left="0" w:firstLine="0"/>
        <w:rPr>
          <w:rFonts w:eastAsiaTheme="majorEastAsia" w:cstheme="majorBidi"/>
          <w:b/>
          <w:bCs/>
          <w:color w:val="000000" w:themeColor="text1"/>
          <w:sz w:val="22"/>
          <w:szCs w:val="28"/>
          <w:lang w:val="sl-SI" w:eastAsia="sl-SI"/>
        </w:rPr>
      </w:pPr>
      <w:r>
        <w:rPr>
          <w:lang w:val="sl-SI" w:eastAsia="sl-SI"/>
        </w:rPr>
        <w:br w:type="page"/>
      </w:r>
    </w:p>
    <w:p w:rsidR="00E42338" w:rsidRPr="00E42338" w:rsidRDefault="00E42338" w:rsidP="002928C0">
      <w:pPr>
        <w:pStyle w:val="Naslov1"/>
        <w:spacing w:before="0"/>
        <w:rPr>
          <w:lang w:val="sl-SI" w:eastAsia="sl-SI"/>
        </w:rPr>
      </w:pPr>
      <w:r w:rsidRPr="00E42338">
        <w:rPr>
          <w:lang w:val="sl-SI" w:eastAsia="sl-SI"/>
        </w:rPr>
        <w:lastRenderedPageBreak/>
        <w:t xml:space="preserve">Razred 25 </w:t>
      </w:r>
    </w:p>
    <w:p w:rsidR="00E42338" w:rsidRDefault="00E42338" w:rsidP="0087064C">
      <w:pPr>
        <w:pStyle w:val="Naslov2"/>
        <w:rPr>
          <w:lang w:val="sl-SI" w:eastAsia="sl-SI"/>
        </w:rPr>
      </w:pPr>
      <w:r w:rsidRPr="00E42338">
        <w:rPr>
          <w:lang w:val="sl-SI" w:eastAsia="sl-SI"/>
        </w:rPr>
        <w:t>Oblačila, obutev, pokrivala</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87064C" w:rsidRPr="00D85EAF" w:rsidTr="00024920">
        <w:trPr>
          <w:trHeight w:val="297"/>
          <w:tblHeader/>
        </w:trPr>
        <w:tc>
          <w:tcPr>
            <w:tcW w:w="9493" w:type="dxa"/>
            <w:gridSpan w:val="2"/>
            <w:shd w:val="clear" w:color="auto" w:fill="F2F2F2" w:themeFill="background1" w:themeFillShade="F2"/>
            <w:vAlign w:val="center"/>
          </w:tcPr>
          <w:p w:rsidR="0087064C" w:rsidRPr="0087064C" w:rsidRDefault="0087064C" w:rsidP="00024920">
            <w:pPr>
              <w:pStyle w:val="opomba"/>
              <w:spacing w:after="60"/>
              <w:rPr>
                <w:b/>
              </w:rPr>
            </w:pPr>
            <w:r w:rsidRPr="0087064C">
              <w:rPr>
                <w:b/>
              </w:rPr>
              <w:t>RAZRED 2</w:t>
            </w:r>
            <w:r w:rsidR="002928C0">
              <w:rPr>
                <w:b/>
              </w:rPr>
              <w:t>5</w:t>
            </w:r>
            <w:r w:rsidRPr="0087064C">
              <w:rPr>
                <w:b/>
              </w:rPr>
              <w:t xml:space="preserve"> - pojasnjevalne opombe</w:t>
            </w:r>
          </w:p>
        </w:tc>
      </w:tr>
      <w:tr w:rsidR="0087064C" w:rsidRPr="00D85EAF" w:rsidTr="00024920">
        <w:trPr>
          <w:trHeight w:val="374"/>
        </w:trPr>
        <w:tc>
          <w:tcPr>
            <w:tcW w:w="9493" w:type="dxa"/>
            <w:gridSpan w:val="2"/>
            <w:shd w:val="clear" w:color="auto" w:fill="F2F2F2" w:themeFill="background1" w:themeFillShade="F2"/>
            <w:vAlign w:val="center"/>
          </w:tcPr>
          <w:p w:rsidR="0087064C" w:rsidRPr="00993A45" w:rsidRDefault="002928C0" w:rsidP="00024920">
            <w:pPr>
              <w:pStyle w:val="opomba"/>
              <w:spacing w:after="60"/>
            </w:pPr>
            <w:r>
              <w:t>Razred 25 vključuje predvsem oblačila, obutev in pokrivala za ljudi.</w:t>
            </w:r>
          </w:p>
        </w:tc>
      </w:tr>
      <w:tr w:rsidR="0087064C" w:rsidRPr="00D85EAF" w:rsidTr="00024920">
        <w:trPr>
          <w:trHeight w:val="6391"/>
        </w:trPr>
        <w:tc>
          <w:tcPr>
            <w:tcW w:w="4746" w:type="dxa"/>
            <w:shd w:val="clear" w:color="auto" w:fill="F2F2F2" w:themeFill="background1" w:themeFillShade="F2"/>
          </w:tcPr>
          <w:p w:rsidR="0087064C" w:rsidRPr="00993A45" w:rsidRDefault="0087064C" w:rsidP="00CF2B9C">
            <w:pPr>
              <w:pStyle w:val="opomba"/>
            </w:pPr>
            <w:r w:rsidRPr="00D85EAF">
              <w:t>V ta razred so vključeni zlasti:</w:t>
            </w:r>
          </w:p>
          <w:p w:rsidR="002928C0" w:rsidRDefault="002928C0" w:rsidP="008C16D9">
            <w:pPr>
              <w:pStyle w:val="opombapika"/>
            </w:pPr>
            <w:r>
              <w:t>deli oblačil, obutve in pokrival, na primer manšete, žepi, konfekcijske podloge, pete in pete, šilti za kape, okvirji za klobuke (skeleti)</w:t>
            </w:r>
          </w:p>
          <w:p w:rsidR="002928C0" w:rsidRDefault="002928C0" w:rsidP="008C16D9">
            <w:pPr>
              <w:pStyle w:val="opombapika"/>
            </w:pPr>
            <w:r>
              <w:t>oblačila in obutev za šport, na primer, smučarske rokavice, športne majice, kolesarska oblačila, uniforme za borilne veščine, nogometni copati, gimnastični copati, smučarski čevlji</w:t>
            </w:r>
          </w:p>
          <w:p w:rsidR="002928C0" w:rsidRDefault="002928C0" w:rsidP="008C16D9">
            <w:pPr>
              <w:pStyle w:val="opombapika"/>
            </w:pPr>
            <w:r>
              <w:t>kostumi za maškare</w:t>
            </w:r>
          </w:p>
          <w:p w:rsidR="002928C0" w:rsidRDefault="002928C0" w:rsidP="008C16D9">
            <w:pPr>
              <w:pStyle w:val="opombapika"/>
            </w:pPr>
            <w:r>
              <w:t>papirnata oblačila, papirnati klobuki za uporabo kot oblačila</w:t>
            </w:r>
          </w:p>
          <w:p w:rsidR="002928C0" w:rsidRDefault="002928C0" w:rsidP="008C16D9">
            <w:pPr>
              <w:pStyle w:val="opombapika"/>
            </w:pPr>
            <w:r>
              <w:t>slinčki, ne iz papirja</w:t>
            </w:r>
          </w:p>
          <w:p w:rsidR="0087064C" w:rsidRPr="00993A45" w:rsidRDefault="002928C0" w:rsidP="008C16D9">
            <w:pPr>
              <w:pStyle w:val="opombapika"/>
            </w:pPr>
            <w:r>
              <w:t>žepni kvadratki</w:t>
            </w:r>
          </w:p>
        </w:tc>
        <w:tc>
          <w:tcPr>
            <w:tcW w:w="4747" w:type="dxa"/>
            <w:shd w:val="clear" w:color="auto" w:fill="F2F2F2" w:themeFill="background1" w:themeFillShade="F2"/>
          </w:tcPr>
          <w:p w:rsidR="0087064C" w:rsidRPr="00993A45" w:rsidRDefault="0087064C" w:rsidP="00CF2B9C">
            <w:pPr>
              <w:pStyle w:val="opomba"/>
            </w:pPr>
            <w:r w:rsidRPr="00D85EAF">
              <w:t>V ta razred niso vključeni zlasti:</w:t>
            </w:r>
          </w:p>
          <w:p w:rsidR="002928C0" w:rsidRDefault="002928C0" w:rsidP="00024920">
            <w:pPr>
              <w:pStyle w:val="opombapika"/>
              <w:spacing w:after="40"/>
            </w:pPr>
            <w:r>
              <w:t>majhni predmeti železnine, ki se uporabljajo pri izdelavi čevljev, na primer kljukice za čevlje in mozniki za čevlje iz kovine (razred 6) in ne iz kovine (razred 20), kot tudi galanterijski dodatki in sponke za oblačila, obutev in pokrivala, na primer, zaponke, sponke, zadrge, trakovi, trakovi za klobuke, okraski za klobuke in čevlje (razred 26)</w:t>
            </w:r>
          </w:p>
          <w:p w:rsidR="002928C0" w:rsidRDefault="002928C0" w:rsidP="00024920">
            <w:pPr>
              <w:pStyle w:val="opombapika"/>
              <w:spacing w:after="40"/>
            </w:pPr>
            <w:r>
              <w:t>nekatera oblačila, obutev in pokrivala za posebne namene, na primer zaščitne čelade, tudi za šport, oblačila za zaščito pred ognjem (razred 9), posebna oblačila za operacijske prostore (razred 10), ortopedska obutev (razred 10), kot tudi oblačila in obutev, ki so bistvena za vadbo določenih športov, na primer rokavice za bejzbol, boksarske rokavice, drsalke (razred 28)</w:t>
            </w:r>
          </w:p>
          <w:p w:rsidR="002928C0" w:rsidRDefault="002928C0" w:rsidP="00024920">
            <w:pPr>
              <w:pStyle w:val="opombapika"/>
              <w:spacing w:after="40"/>
            </w:pPr>
            <w:r>
              <w:t>vgrajene vreče za noge za otroške vozičke (razred 12)</w:t>
            </w:r>
          </w:p>
          <w:p w:rsidR="002928C0" w:rsidRDefault="002928C0" w:rsidP="00024920">
            <w:pPr>
              <w:pStyle w:val="opombapika"/>
              <w:spacing w:after="40"/>
            </w:pPr>
            <w:r>
              <w:t>slinčki iz papirja (razred 16)</w:t>
            </w:r>
          </w:p>
          <w:p w:rsidR="002928C0" w:rsidRDefault="002928C0" w:rsidP="00024920">
            <w:pPr>
              <w:pStyle w:val="opombapika"/>
              <w:spacing w:after="40"/>
            </w:pPr>
            <w:r>
              <w:t>robčki iz papirja (razred 16) in tekstila (razred 24)</w:t>
            </w:r>
          </w:p>
          <w:p w:rsidR="002928C0" w:rsidRDefault="002928C0" w:rsidP="00024920">
            <w:pPr>
              <w:pStyle w:val="opombapika"/>
              <w:spacing w:after="40"/>
            </w:pPr>
            <w:r>
              <w:t>oblačila za živali (razred 18)</w:t>
            </w:r>
          </w:p>
          <w:p w:rsidR="002928C0" w:rsidRDefault="002928C0" w:rsidP="00024920">
            <w:pPr>
              <w:pStyle w:val="opombapika"/>
              <w:spacing w:after="40"/>
            </w:pPr>
            <w:r>
              <w:t>pustne maske (razred 28)</w:t>
            </w:r>
          </w:p>
          <w:p w:rsidR="002928C0" w:rsidRDefault="002928C0" w:rsidP="00024920">
            <w:pPr>
              <w:pStyle w:val="opombapika"/>
              <w:spacing w:after="40"/>
            </w:pPr>
            <w:r>
              <w:t>oblačila za punčke (razred 28)</w:t>
            </w:r>
          </w:p>
          <w:p w:rsidR="0087064C" w:rsidRPr="00993A45" w:rsidRDefault="002928C0" w:rsidP="008C16D9">
            <w:pPr>
              <w:pStyle w:val="opombapika"/>
            </w:pPr>
            <w:r>
              <w:t>papirnate kape za zabave (razred 28)</w:t>
            </w:r>
          </w:p>
        </w:tc>
      </w:tr>
    </w:tbl>
    <w:p w:rsidR="00F875A9" w:rsidRDefault="00F875A9" w:rsidP="00024920">
      <w:pPr>
        <w:spacing w:after="240"/>
      </w:pPr>
    </w:p>
    <w:p w:rsidR="00581523" w:rsidRDefault="00581523">
      <w:pPr>
        <w:sectPr w:rsidR="00581523" w:rsidSect="00E00425">
          <w:type w:val="continuous"/>
          <w:pgSz w:w="11907" w:h="16840" w:code="9"/>
          <w:pgMar w:top="1418" w:right="1418" w:bottom="1418" w:left="1418" w:header="720" w:footer="720" w:gutter="0"/>
          <w:cols w:space="720"/>
          <w:docGrid w:linePitch="360"/>
        </w:sectPr>
      </w:pPr>
    </w:p>
    <w:p w:rsidR="004611C8" w:rsidRDefault="004611C8" w:rsidP="00024920">
      <w:pPr>
        <w:spacing w:after="56"/>
      </w:pPr>
      <w:r>
        <w:t>250001</w:t>
      </w:r>
      <w:r>
        <w:tab/>
        <w:t>Protizdrsni pripomočki za obutev</w:t>
      </w:r>
    </w:p>
    <w:p w:rsidR="004611C8" w:rsidRDefault="004611C8" w:rsidP="00024920">
      <w:pPr>
        <w:spacing w:after="56"/>
      </w:pPr>
      <w:r>
        <w:t>250002</w:t>
      </w:r>
      <w:r>
        <w:tab/>
        <w:t>Oblačila za motoriste</w:t>
      </w:r>
    </w:p>
    <w:p w:rsidR="004611C8" w:rsidRDefault="004611C8" w:rsidP="00024920">
      <w:pPr>
        <w:spacing w:after="56"/>
      </w:pPr>
      <w:r>
        <w:t>250003</w:t>
      </w:r>
      <w:r>
        <w:tab/>
        <w:t>Obutev</w:t>
      </w:r>
    </w:p>
    <w:p w:rsidR="004611C8" w:rsidRDefault="004611C8" w:rsidP="00024920">
      <w:pPr>
        <w:spacing w:after="56"/>
      </w:pPr>
      <w:r>
        <w:t>250004</w:t>
      </w:r>
      <w:r>
        <w:tab/>
        <w:t>Natikači za kopanje</w:t>
      </w:r>
    </w:p>
    <w:p w:rsidR="004611C8" w:rsidRDefault="004611C8" w:rsidP="00024920">
      <w:pPr>
        <w:spacing w:after="56"/>
      </w:pPr>
      <w:r>
        <w:t>250005</w:t>
      </w:r>
      <w:r>
        <w:tab/>
        <w:t>Kopalni copati</w:t>
      </w:r>
    </w:p>
    <w:p w:rsidR="004611C8" w:rsidRDefault="004611C8" w:rsidP="00024920">
      <w:pPr>
        <w:spacing w:after="56"/>
      </w:pPr>
      <w:r>
        <w:t>250006</w:t>
      </w:r>
      <w:r>
        <w:tab/>
        <w:t>Dolge nogavice</w:t>
      </w:r>
    </w:p>
    <w:p w:rsidR="004611C8" w:rsidRDefault="004611C8" w:rsidP="00024920">
      <w:pPr>
        <w:spacing w:after="56"/>
      </w:pPr>
      <w:r>
        <w:t>250007</w:t>
      </w:r>
      <w:r>
        <w:tab/>
        <w:t>Dolge nogavice, ki vpijajo znoj</w:t>
      </w:r>
    </w:p>
    <w:p w:rsidR="004611C8" w:rsidRDefault="004611C8" w:rsidP="00024920">
      <w:pPr>
        <w:spacing w:after="56"/>
      </w:pPr>
      <w:r>
        <w:t>250008</w:t>
      </w:r>
      <w:r>
        <w:tab/>
        <w:t>Pete za damske nogavice</w:t>
      </w:r>
    </w:p>
    <w:p w:rsidR="004611C8" w:rsidRDefault="004611C8" w:rsidP="00024920">
      <w:pPr>
        <w:spacing w:after="56"/>
      </w:pPr>
      <w:r>
        <w:t>250009</w:t>
      </w:r>
      <w:r>
        <w:tab/>
        <w:t>Baretke</w:t>
      </w:r>
    </w:p>
    <w:p w:rsidR="004611C8" w:rsidRDefault="004611C8" w:rsidP="00024920">
      <w:pPr>
        <w:spacing w:after="56"/>
      </w:pPr>
      <w:r>
        <w:t>250011</w:t>
      </w:r>
      <w:r>
        <w:tab/>
        <w:t>Boe [za okrog vratu]</w:t>
      </w:r>
    </w:p>
    <w:p w:rsidR="004611C8" w:rsidRDefault="004611C8" w:rsidP="00024920">
      <w:pPr>
        <w:spacing w:after="56"/>
      </w:pPr>
      <w:r>
        <w:t>250012</w:t>
      </w:r>
      <w:r>
        <w:tab/>
        <w:t>Kape [pokrivala]</w:t>
      </w:r>
    </w:p>
    <w:p w:rsidR="004611C8" w:rsidRDefault="004611C8" w:rsidP="00024920">
      <w:pPr>
        <w:spacing w:after="56"/>
      </w:pPr>
      <w:r>
        <w:t>250013</w:t>
      </w:r>
      <w:r>
        <w:tab/>
        <w:t>Nogavice</w:t>
      </w:r>
    </w:p>
    <w:p w:rsidR="004611C8" w:rsidRDefault="004611C8" w:rsidP="00024920">
      <w:pPr>
        <w:spacing w:after="56"/>
      </w:pPr>
      <w:r>
        <w:t>250014</w:t>
      </w:r>
      <w:r>
        <w:tab/>
        <w:t>Škornji</w:t>
      </w:r>
    </w:p>
    <w:p w:rsidR="004611C8" w:rsidRDefault="004611C8" w:rsidP="00024920">
      <w:pPr>
        <w:spacing w:after="56"/>
      </w:pPr>
      <w:r>
        <w:t>250015</w:t>
      </w:r>
      <w:r>
        <w:tab/>
        <w:t>Polškornji</w:t>
      </w:r>
    </w:p>
    <w:p w:rsidR="004611C8" w:rsidRDefault="004611C8" w:rsidP="00024920">
      <w:pPr>
        <w:spacing w:after="56"/>
      </w:pPr>
      <w:r>
        <w:t>250016</w:t>
      </w:r>
      <w:r>
        <w:tab/>
        <w:t>Konice čevljev</w:t>
      </w:r>
    </w:p>
    <w:p w:rsidR="004611C8" w:rsidRDefault="004611C8" w:rsidP="00024920">
      <w:pPr>
        <w:spacing w:after="56"/>
      </w:pPr>
      <w:r>
        <w:t>250017</w:t>
      </w:r>
      <w:r>
        <w:tab/>
        <w:t>Potnice (vložki za znoj)</w:t>
      </w:r>
    </w:p>
    <w:p w:rsidR="004611C8" w:rsidRDefault="004611C8" w:rsidP="00024920">
      <w:pPr>
        <w:spacing w:after="56"/>
      </w:pPr>
      <w:r>
        <w:t>250020</w:t>
      </w:r>
      <w:r>
        <w:tab/>
        <w:t>Ogrinjala za ramena</w:t>
      </w:r>
    </w:p>
    <w:p w:rsidR="004611C8" w:rsidRDefault="004611C8" w:rsidP="00024920">
      <w:pPr>
        <w:spacing w:after="56"/>
      </w:pPr>
      <w:r>
        <w:t>250022</w:t>
      </w:r>
      <w:r>
        <w:tab/>
        <w:t>Ženske spodnje majice</w:t>
      </w:r>
    </w:p>
    <w:p w:rsidR="004611C8" w:rsidRDefault="004611C8" w:rsidP="00024920">
      <w:pPr>
        <w:spacing w:after="56"/>
      </w:pPr>
      <w:r>
        <w:t>250023</w:t>
      </w:r>
      <w:r>
        <w:tab/>
        <w:t>Boksarice</w:t>
      </w:r>
    </w:p>
    <w:p w:rsidR="004611C8" w:rsidRDefault="004611C8" w:rsidP="00024920">
      <w:pPr>
        <w:spacing w:after="56"/>
      </w:pPr>
      <w:r>
        <w:t>250024</w:t>
      </w:r>
      <w:r>
        <w:tab/>
        <w:t>Okrogle čepice</w:t>
      </w:r>
    </w:p>
    <w:p w:rsidR="004611C8" w:rsidRDefault="004611C8" w:rsidP="00024920">
      <w:pPr>
        <w:spacing w:after="56"/>
      </w:pPr>
      <w:r>
        <w:t>250025</w:t>
      </w:r>
      <w:r>
        <w:tab/>
        <w:t>Stezniki [spodnje perilo]</w:t>
      </w:r>
    </w:p>
    <w:p w:rsidR="004611C8" w:rsidRDefault="004611C8" w:rsidP="00024920">
      <w:pPr>
        <w:spacing w:after="56"/>
      </w:pPr>
      <w:r>
        <w:t>250027</w:t>
      </w:r>
      <w:r>
        <w:tab/>
        <w:t>Kapuce [oblačila]</w:t>
      </w:r>
    </w:p>
    <w:p w:rsidR="004611C8" w:rsidRDefault="004611C8" w:rsidP="00024920">
      <w:pPr>
        <w:spacing w:after="56"/>
      </w:pPr>
      <w:r>
        <w:t>250028</w:t>
      </w:r>
      <w:r>
        <w:tab/>
        <w:t>Ogrodja za klobuke</w:t>
      </w:r>
    </w:p>
    <w:p w:rsidR="004611C8" w:rsidRDefault="004611C8" w:rsidP="00024920">
      <w:pPr>
        <w:spacing w:after="56"/>
      </w:pPr>
      <w:r>
        <w:t>250030</w:t>
      </w:r>
      <w:r>
        <w:tab/>
        <w:t>Senčniki za čepice</w:t>
      </w:r>
    </w:p>
    <w:p w:rsidR="004611C8" w:rsidRDefault="004611C8" w:rsidP="00024920">
      <w:pPr>
        <w:spacing w:after="56"/>
      </w:pPr>
      <w:r>
        <w:t>250031</w:t>
      </w:r>
      <w:r>
        <w:tab/>
        <w:t>Pasovi [oblačila]</w:t>
      </w:r>
    </w:p>
    <w:p w:rsidR="004611C8" w:rsidRDefault="004611C8" w:rsidP="00024920">
      <w:pPr>
        <w:spacing w:after="56"/>
      </w:pPr>
      <w:r>
        <w:t>250032</w:t>
      </w:r>
      <w:r>
        <w:tab/>
        <w:t>Šali</w:t>
      </w:r>
    </w:p>
    <w:p w:rsidR="004611C8" w:rsidRDefault="004611C8" w:rsidP="00024920">
      <w:pPr>
        <w:spacing w:after="56"/>
      </w:pPr>
      <w:r>
        <w:t>250033</w:t>
      </w:r>
      <w:r>
        <w:tab/>
        <w:t>Jutranje halje</w:t>
      </w:r>
    </w:p>
    <w:p w:rsidR="004611C8" w:rsidRDefault="004611C8" w:rsidP="00024920">
      <w:pPr>
        <w:spacing w:after="56"/>
      </w:pPr>
      <w:r>
        <w:t>250035</w:t>
      </w:r>
      <w:r>
        <w:tab/>
        <w:t>Mašne obleke</w:t>
      </w:r>
    </w:p>
    <w:p w:rsidR="004611C8" w:rsidRDefault="004611C8" w:rsidP="00024920">
      <w:pPr>
        <w:spacing w:after="56"/>
      </w:pPr>
      <w:r>
        <w:t>250036</w:t>
      </w:r>
      <w:r>
        <w:tab/>
        <w:t>Kratke nogavice</w:t>
      </w:r>
    </w:p>
    <w:p w:rsidR="004611C8" w:rsidRDefault="004611C8" w:rsidP="00024920">
      <w:pPr>
        <w:spacing w:after="56"/>
      </w:pPr>
      <w:r>
        <w:t>250037</w:t>
      </w:r>
      <w:r>
        <w:tab/>
        <w:t>Podveze za kratke nogavice</w:t>
      </w:r>
    </w:p>
    <w:p w:rsidR="004611C8" w:rsidRDefault="004611C8" w:rsidP="00024920">
      <w:pPr>
        <w:spacing w:after="56"/>
      </w:pPr>
      <w:r>
        <w:t>250038</w:t>
      </w:r>
      <w:r>
        <w:tab/>
        <w:t>Podvezice</w:t>
      </w:r>
    </w:p>
    <w:p w:rsidR="004611C8" w:rsidRDefault="004611C8" w:rsidP="00024920">
      <w:pPr>
        <w:spacing w:after="56"/>
      </w:pPr>
      <w:r>
        <w:t>250039</w:t>
      </w:r>
      <w:r>
        <w:tab/>
        <w:t>Držala za nogavice</w:t>
      </w:r>
    </w:p>
    <w:p w:rsidR="004611C8" w:rsidRDefault="004611C8" w:rsidP="00024920">
      <w:pPr>
        <w:spacing w:after="56"/>
      </w:pPr>
      <w:r>
        <w:t>250040</w:t>
      </w:r>
      <w:r>
        <w:tab/>
        <w:t>Zgornji deli škornjev</w:t>
      </w:r>
    </w:p>
    <w:p w:rsidR="004611C8" w:rsidRDefault="004611C8" w:rsidP="00024920">
      <w:pPr>
        <w:spacing w:after="56"/>
      </w:pPr>
      <w:r>
        <w:t>250041</w:t>
      </w:r>
      <w:r>
        <w:tab/>
        <w:t>Vložki za obutev</w:t>
      </w:r>
    </w:p>
    <w:p w:rsidR="004611C8" w:rsidRDefault="004611C8" w:rsidP="00024920">
      <w:pPr>
        <w:spacing w:after="56"/>
      </w:pPr>
      <w:r>
        <w:t>250042</w:t>
      </w:r>
      <w:r>
        <w:tab/>
        <w:t>Moške srajce</w:t>
      </w:r>
    </w:p>
    <w:p w:rsidR="004611C8" w:rsidRDefault="004611C8" w:rsidP="00024920">
      <w:pPr>
        <w:spacing w:after="56"/>
      </w:pPr>
      <w:r>
        <w:t>250043</w:t>
      </w:r>
      <w:r>
        <w:tab/>
        <w:t>Prsniki pri srajcah</w:t>
      </w:r>
    </w:p>
    <w:p w:rsidR="004611C8" w:rsidRDefault="004611C8" w:rsidP="00024920">
      <w:pPr>
        <w:spacing w:after="56"/>
      </w:pPr>
      <w:r>
        <w:lastRenderedPageBreak/>
        <w:t>250044</w:t>
      </w:r>
      <w:r>
        <w:tab/>
        <w:t>Moške srajce s kratkimi rokavi</w:t>
      </w:r>
    </w:p>
    <w:p w:rsidR="004611C8" w:rsidRDefault="004611C8" w:rsidP="00024920">
      <w:pPr>
        <w:spacing w:after="56"/>
      </w:pPr>
      <w:r>
        <w:t>250045</w:t>
      </w:r>
      <w:r>
        <w:tab/>
        <w:t>Oblačila</w:t>
      </w:r>
    </w:p>
    <w:p w:rsidR="004611C8" w:rsidRDefault="004611C8" w:rsidP="00024920">
      <w:pPr>
        <w:spacing w:after="56"/>
      </w:pPr>
      <w:r>
        <w:t>250046</w:t>
      </w:r>
      <w:r>
        <w:tab/>
        <w:t>Kape, klobuki</w:t>
      </w:r>
    </w:p>
    <w:p w:rsidR="004611C8" w:rsidRDefault="004611C8" w:rsidP="00024920">
      <w:pPr>
        <w:spacing w:after="56"/>
      </w:pPr>
      <w:r>
        <w:t>250048</w:t>
      </w:r>
      <w:r>
        <w:tab/>
        <w:t>Kovinski deli za obutev</w:t>
      </w:r>
    </w:p>
    <w:p w:rsidR="004611C8" w:rsidRDefault="004611C8" w:rsidP="00024920">
      <w:pPr>
        <w:spacing w:after="56"/>
      </w:pPr>
      <w:r>
        <w:t>250049</w:t>
      </w:r>
      <w:r>
        <w:tab/>
        <w:t>Krznena oblačila</w:t>
      </w:r>
    </w:p>
    <w:p w:rsidR="004611C8" w:rsidRDefault="004611C8" w:rsidP="00024920">
      <w:pPr>
        <w:spacing w:after="56"/>
      </w:pPr>
      <w:r>
        <w:t>250050</w:t>
      </w:r>
      <w:r>
        <w:tab/>
        <w:t>Ovratniki, ki se odpnejo</w:t>
      </w:r>
    </w:p>
    <w:p w:rsidR="004611C8" w:rsidRDefault="004611C8" w:rsidP="00024920">
      <w:pPr>
        <w:spacing w:after="56"/>
      </w:pPr>
      <w:r>
        <w:t>250051</w:t>
      </w:r>
      <w:r>
        <w:tab/>
        <w:t>Hlačne nogavice</w:t>
      </w:r>
    </w:p>
    <w:p w:rsidR="004611C8" w:rsidRDefault="004611C8" w:rsidP="00024920">
      <w:pPr>
        <w:spacing w:after="56"/>
      </w:pPr>
      <w:r>
        <w:t>250055</w:t>
      </w:r>
      <w:r>
        <w:tab/>
        <w:t>Stezniki</w:t>
      </w:r>
    </w:p>
    <w:p w:rsidR="004611C8" w:rsidRDefault="004611C8" w:rsidP="00024920">
      <w:pPr>
        <w:spacing w:after="56"/>
      </w:pPr>
      <w:r>
        <w:t>250056</w:t>
      </w:r>
      <w:r>
        <w:tab/>
        <w:t>Obleke</w:t>
      </w:r>
    </w:p>
    <w:p w:rsidR="004611C8" w:rsidRDefault="004611C8" w:rsidP="00024920">
      <w:pPr>
        <w:spacing w:after="56"/>
      </w:pPr>
      <w:r>
        <w:t>250057</w:t>
      </w:r>
      <w:r>
        <w:tab/>
        <w:t>Konfekcijska oblačila</w:t>
      </w:r>
    </w:p>
    <w:p w:rsidR="004611C8" w:rsidRDefault="004611C8" w:rsidP="00024920">
      <w:pPr>
        <w:spacing w:after="56"/>
      </w:pPr>
      <w:r>
        <w:t>250058</w:t>
      </w:r>
      <w:r>
        <w:tab/>
        <w:t>Hlačke za dojenčke [oblačila]</w:t>
      </w:r>
    </w:p>
    <w:p w:rsidR="004611C8" w:rsidRDefault="004611C8" w:rsidP="00024920">
      <w:pPr>
        <w:spacing w:after="56"/>
      </w:pPr>
      <w:r>
        <w:t>250059</w:t>
      </w:r>
      <w:r>
        <w:tab/>
        <w:t>Naušniki [oblačila]</w:t>
      </w:r>
    </w:p>
    <w:p w:rsidR="004611C8" w:rsidRDefault="004611C8" w:rsidP="00024920">
      <w:pPr>
        <w:spacing w:after="56"/>
      </w:pPr>
      <w:r>
        <w:t>250060</w:t>
      </w:r>
      <w:r>
        <w:tab/>
        <w:t>Kravate</w:t>
      </w:r>
    </w:p>
    <w:p w:rsidR="004611C8" w:rsidRDefault="004611C8" w:rsidP="00024920">
      <w:pPr>
        <w:spacing w:after="56"/>
      </w:pPr>
      <w:r>
        <w:t>250061</w:t>
      </w:r>
      <w:r>
        <w:tab/>
        <w:t>Zgornji deli obutve</w:t>
      </w:r>
    </w:p>
    <w:p w:rsidR="004611C8" w:rsidRDefault="004611C8" w:rsidP="00024920">
      <w:pPr>
        <w:spacing w:after="56"/>
      </w:pPr>
      <w:r>
        <w:t>250062</w:t>
      </w:r>
      <w:r>
        <w:tab/>
        <w:t>Gamaše</w:t>
      </w:r>
    </w:p>
    <w:p w:rsidR="004611C8" w:rsidRDefault="004611C8" w:rsidP="00024920">
      <w:pPr>
        <w:spacing w:after="56"/>
      </w:pPr>
      <w:r>
        <w:t>250063</w:t>
      </w:r>
      <w:r>
        <w:tab/>
        <w:t>Jahalne hlače</w:t>
      </w:r>
    </w:p>
    <w:p w:rsidR="004611C8" w:rsidRDefault="004611C8" w:rsidP="00024920">
      <w:pPr>
        <w:spacing w:after="56"/>
      </w:pPr>
      <w:r>
        <w:t>250065</w:t>
      </w:r>
      <w:r>
        <w:tab/>
        <w:t>Oblačila za kolesarje</w:t>
      </w:r>
    </w:p>
    <w:p w:rsidR="004611C8" w:rsidRDefault="004611C8" w:rsidP="00024920">
      <w:pPr>
        <w:spacing w:after="56"/>
      </w:pPr>
      <w:r>
        <w:t>250066</w:t>
      </w:r>
      <w:r>
        <w:tab/>
        <w:t>Vrhnja oblačila</w:t>
      </w:r>
    </w:p>
    <w:p w:rsidR="004611C8" w:rsidRDefault="004611C8" w:rsidP="00024920">
      <w:pPr>
        <w:spacing w:after="56"/>
      </w:pPr>
      <w:r>
        <w:t>250067</w:t>
      </w:r>
      <w:r>
        <w:tab/>
        <w:t>Rokavice</w:t>
      </w:r>
    </w:p>
    <w:p w:rsidR="004611C8" w:rsidRDefault="004611C8" w:rsidP="00024920">
      <w:pPr>
        <w:spacing w:after="56"/>
      </w:pPr>
      <w:r>
        <w:t>250068</w:t>
      </w:r>
      <w:r>
        <w:tab/>
        <w:t>Narejene podloge [deli oblačil]</w:t>
      </w:r>
    </w:p>
    <w:p w:rsidR="004611C8" w:rsidRDefault="004611C8" w:rsidP="00024920">
      <w:pPr>
        <w:spacing w:after="56"/>
      </w:pPr>
      <w:r>
        <w:t>250070</w:t>
      </w:r>
      <w:r>
        <w:tab/>
        <w:t>Ešarpe</w:t>
      </w:r>
    </w:p>
    <w:p w:rsidR="004611C8" w:rsidRDefault="004611C8" w:rsidP="00024920">
      <w:pPr>
        <w:spacing w:after="56"/>
      </w:pPr>
      <w:r>
        <w:t>250071</w:t>
      </w:r>
      <w:r>
        <w:tab/>
        <w:t>Pletenine [oblačila]</w:t>
      </w:r>
    </w:p>
    <w:p w:rsidR="004611C8" w:rsidRDefault="004611C8" w:rsidP="00024920">
      <w:pPr>
        <w:spacing w:after="56"/>
      </w:pPr>
      <w:r>
        <w:t>250072</w:t>
      </w:r>
      <w:r>
        <w:tab/>
        <w:t>Vložki pri ženskih bluzah</w:t>
      </w:r>
    </w:p>
    <w:p w:rsidR="004611C8" w:rsidRDefault="004611C8" w:rsidP="00024920">
      <w:pPr>
        <w:spacing w:after="56"/>
      </w:pPr>
      <w:r>
        <w:t>250073</w:t>
      </w:r>
      <w:r>
        <w:tab/>
        <w:t>Espadrile</w:t>
      </w:r>
    </w:p>
    <w:p w:rsidR="004611C8" w:rsidRDefault="004611C8" w:rsidP="00024920">
      <w:pPr>
        <w:spacing w:after="56"/>
      </w:pPr>
      <w:r>
        <w:t>250074</w:t>
      </w:r>
      <w:r>
        <w:tab/>
        <w:t>Krznene štole</w:t>
      </w:r>
    </w:p>
    <w:p w:rsidR="004611C8" w:rsidRDefault="004611C8" w:rsidP="00024920">
      <w:pPr>
        <w:spacing w:after="56"/>
      </w:pPr>
      <w:r>
        <w:t>250076</w:t>
      </w:r>
      <w:r>
        <w:tab/>
        <w:t>Cilindri</w:t>
      </w:r>
    </w:p>
    <w:p w:rsidR="004611C8" w:rsidRDefault="004611C8" w:rsidP="00024920">
      <w:pPr>
        <w:spacing w:after="56"/>
      </w:pPr>
      <w:r>
        <w:t>250077</w:t>
      </w:r>
      <w:r>
        <w:tab/>
        <w:t>Gabardeni [oblačila]</w:t>
      </w:r>
    </w:p>
    <w:p w:rsidR="004611C8" w:rsidRDefault="004611C8" w:rsidP="00024920">
      <w:pPr>
        <w:spacing w:after="56"/>
      </w:pPr>
      <w:r>
        <w:t>250078</w:t>
      </w:r>
      <w:r>
        <w:tab/>
        <w:t>Korzeti (spodnje perilo)</w:t>
      </w:r>
    </w:p>
    <w:p w:rsidR="004611C8" w:rsidRDefault="004611C8" w:rsidP="00024920">
      <w:pPr>
        <w:spacing w:after="56"/>
      </w:pPr>
      <w:r>
        <w:t>250079</w:t>
      </w:r>
      <w:r>
        <w:tab/>
        <w:t>Elastični trakovi (spodnje perilo)</w:t>
      </w:r>
    </w:p>
    <w:p w:rsidR="004611C8" w:rsidRDefault="004611C8" w:rsidP="00024920">
      <w:pPr>
        <w:spacing w:after="56"/>
      </w:pPr>
      <w:r>
        <w:t>250083</w:t>
      </w:r>
      <w:r>
        <w:tab/>
        <w:t>Trakovi za spodnji del hlač</w:t>
      </w:r>
    </w:p>
    <w:p w:rsidR="004611C8" w:rsidRDefault="004611C8" w:rsidP="00024920">
      <w:pPr>
        <w:spacing w:after="56"/>
      </w:pPr>
      <w:r>
        <w:t>250084</w:t>
      </w:r>
      <w:r>
        <w:tab/>
        <w:t>Naprsne rute za nune</w:t>
      </w:r>
    </w:p>
    <w:p w:rsidR="004611C8" w:rsidRDefault="004611C8" w:rsidP="00024920">
      <w:pPr>
        <w:spacing w:after="56"/>
      </w:pPr>
      <w:r>
        <w:t>250085</w:t>
      </w:r>
      <w:r>
        <w:tab/>
        <w:t>Telovadni copati</w:t>
      </w:r>
    </w:p>
    <w:p w:rsidR="004611C8" w:rsidRDefault="004611C8" w:rsidP="00024920">
      <w:pPr>
        <w:spacing w:after="56"/>
      </w:pPr>
      <w:r>
        <w:t>250086</w:t>
      </w:r>
      <w:r>
        <w:tab/>
        <w:t>Plašči</w:t>
      </w:r>
    </w:p>
    <w:p w:rsidR="004611C8" w:rsidRDefault="004611C8" w:rsidP="00024920">
      <w:pPr>
        <w:spacing w:after="56"/>
      </w:pPr>
      <w:r>
        <w:t>250087</w:t>
      </w:r>
      <w:r>
        <w:tab/>
        <w:t>Obleke za dež</w:t>
      </w:r>
    </w:p>
    <w:p w:rsidR="004611C8" w:rsidRDefault="004611C8" w:rsidP="00024920">
      <w:pPr>
        <w:spacing w:after="56"/>
      </w:pPr>
      <w:r>
        <w:t>250089</w:t>
      </w:r>
      <w:r>
        <w:tab/>
        <w:t>Jopice</w:t>
      </w:r>
    </w:p>
    <w:p w:rsidR="004611C8" w:rsidRDefault="004611C8" w:rsidP="00024920">
      <w:pPr>
        <w:spacing w:after="56"/>
      </w:pPr>
      <w:r>
        <w:t>250090</w:t>
      </w:r>
      <w:r>
        <w:tab/>
        <w:t>Ženska krila</w:t>
      </w:r>
    </w:p>
    <w:p w:rsidR="004611C8" w:rsidRDefault="004611C8" w:rsidP="00024920">
      <w:pPr>
        <w:spacing w:after="56"/>
      </w:pPr>
      <w:r>
        <w:t>250092</w:t>
      </w:r>
      <w:r>
        <w:tab/>
        <w:t>Oblačila za novorojenčke</w:t>
      </w:r>
    </w:p>
    <w:p w:rsidR="004611C8" w:rsidRDefault="004611C8" w:rsidP="00024920">
      <w:pPr>
        <w:spacing w:after="56"/>
      </w:pPr>
      <w:r>
        <w:t>250093</w:t>
      </w:r>
      <w:r>
        <w:tab/>
        <w:t>Livreje</w:t>
      </w:r>
    </w:p>
    <w:p w:rsidR="004611C8" w:rsidRDefault="004611C8" w:rsidP="00024920">
      <w:pPr>
        <w:spacing w:after="56"/>
      </w:pPr>
      <w:r>
        <w:t>250094</w:t>
      </w:r>
      <w:r>
        <w:tab/>
        <w:t>Telovadni dresi</w:t>
      </w:r>
    </w:p>
    <w:p w:rsidR="004611C8" w:rsidRDefault="004611C8" w:rsidP="00024920">
      <w:pPr>
        <w:spacing w:after="56"/>
      </w:pPr>
      <w:r>
        <w:t>250096</w:t>
      </w:r>
      <w:r>
        <w:tab/>
        <w:t>Predpasniki [oblačila]</w:t>
      </w:r>
    </w:p>
    <w:p w:rsidR="004611C8" w:rsidRDefault="004611C8" w:rsidP="00024920">
      <w:pPr>
        <w:spacing w:after="56"/>
      </w:pPr>
      <w:r>
        <w:t>250097</w:t>
      </w:r>
      <w:r>
        <w:tab/>
        <w:t>Mufi [oblačila]</w:t>
      </w:r>
    </w:p>
    <w:p w:rsidR="004611C8" w:rsidRDefault="004611C8" w:rsidP="00024920">
      <w:pPr>
        <w:spacing w:after="56"/>
      </w:pPr>
      <w:r>
        <w:t>250098</w:t>
      </w:r>
      <w:r>
        <w:tab/>
        <w:t>Naročnice (cerkvena oblačila)</w:t>
      </w:r>
    </w:p>
    <w:p w:rsidR="004611C8" w:rsidRDefault="004611C8" w:rsidP="00024920">
      <w:pPr>
        <w:spacing w:after="56"/>
      </w:pPr>
      <w:r>
        <w:t>250099</w:t>
      </w:r>
      <w:r>
        <w:tab/>
        <w:t>Rokavice brez prstov</w:t>
      </w:r>
    </w:p>
    <w:p w:rsidR="004611C8" w:rsidRDefault="004611C8" w:rsidP="00024920">
      <w:pPr>
        <w:spacing w:after="56"/>
      </w:pPr>
      <w:r>
        <w:t>250101</w:t>
      </w:r>
      <w:r>
        <w:tab/>
        <w:t>Copati</w:t>
      </w:r>
    </w:p>
    <w:p w:rsidR="004611C8" w:rsidRDefault="004611C8" w:rsidP="00024920">
      <w:pPr>
        <w:spacing w:after="56"/>
      </w:pPr>
      <w:r>
        <w:t>250102</w:t>
      </w:r>
      <w:r>
        <w:tab/>
        <w:t>Pelerine</w:t>
      </w:r>
    </w:p>
    <w:p w:rsidR="004611C8" w:rsidRDefault="004611C8" w:rsidP="00024920">
      <w:pPr>
        <w:spacing w:after="56"/>
      </w:pPr>
      <w:r>
        <w:t>250103</w:t>
      </w:r>
      <w:r>
        <w:tab/>
        <w:t>Krzneni plašči</w:t>
      </w:r>
    </w:p>
    <w:p w:rsidR="004611C8" w:rsidRDefault="004611C8" w:rsidP="00024920">
      <w:pPr>
        <w:spacing w:after="56"/>
      </w:pPr>
      <w:r>
        <w:t>250104</w:t>
      </w:r>
      <w:r>
        <w:tab/>
        <w:t>Oblačila za na plažo</w:t>
      </w:r>
    </w:p>
    <w:p w:rsidR="004611C8" w:rsidRDefault="004611C8" w:rsidP="00024920">
      <w:pPr>
        <w:spacing w:after="56"/>
      </w:pPr>
      <w:r>
        <w:t>250105</w:t>
      </w:r>
      <w:r>
        <w:tab/>
        <w:t>Čevlji za na plažo</w:t>
      </w:r>
    </w:p>
    <w:p w:rsidR="004611C8" w:rsidRDefault="004611C8" w:rsidP="00024920">
      <w:pPr>
        <w:spacing w:after="56"/>
      </w:pPr>
      <w:r>
        <w:t>250106</w:t>
      </w:r>
      <w:r>
        <w:tab/>
        <w:t>Žepi za oblačila</w:t>
      </w:r>
    </w:p>
    <w:p w:rsidR="004611C8" w:rsidRDefault="004611C8" w:rsidP="00024920">
      <w:pPr>
        <w:spacing w:after="56"/>
      </w:pPr>
      <w:r>
        <w:t>250109</w:t>
      </w:r>
      <w:r>
        <w:tab/>
        <w:t>Halje</w:t>
      </w:r>
    </w:p>
    <w:p w:rsidR="004611C8" w:rsidRDefault="004611C8" w:rsidP="00024920">
      <w:pPr>
        <w:spacing w:after="56"/>
      </w:pPr>
      <w:r>
        <w:t>250110</w:t>
      </w:r>
      <w:r>
        <w:tab/>
        <w:t>Čevlji iz lesa</w:t>
      </w:r>
    </w:p>
    <w:p w:rsidR="004611C8" w:rsidRDefault="004611C8" w:rsidP="00024920">
      <w:pPr>
        <w:spacing w:after="56"/>
      </w:pPr>
      <w:r>
        <w:t>250111</w:t>
      </w:r>
      <w:r>
        <w:tab/>
        <w:t>Sandale</w:t>
      </w:r>
    </w:p>
    <w:p w:rsidR="004611C8" w:rsidRDefault="004611C8" w:rsidP="00024920">
      <w:pPr>
        <w:spacing w:after="56"/>
      </w:pPr>
      <w:r>
        <w:t>250112</w:t>
      </w:r>
      <w:r>
        <w:tab/>
        <w:t>Spodnje hlače</w:t>
      </w:r>
    </w:p>
    <w:p w:rsidR="004611C8" w:rsidRDefault="004611C8" w:rsidP="00024920">
      <w:pPr>
        <w:spacing w:after="56"/>
      </w:pPr>
      <w:r>
        <w:t>250114</w:t>
      </w:r>
      <w:r>
        <w:tab/>
        <w:t>Modrčki</w:t>
      </w:r>
    </w:p>
    <w:p w:rsidR="004611C8" w:rsidRDefault="004611C8" w:rsidP="00024920">
      <w:pPr>
        <w:spacing w:after="56"/>
      </w:pPr>
      <w:r>
        <w:t>250116</w:t>
      </w:r>
      <w:r>
        <w:tab/>
        <w:t>Obutvene pete</w:t>
      </w:r>
    </w:p>
    <w:p w:rsidR="004611C8" w:rsidRDefault="004611C8" w:rsidP="00024920">
      <w:pPr>
        <w:spacing w:after="56"/>
      </w:pPr>
      <w:r>
        <w:t>250117</w:t>
      </w:r>
      <w:r>
        <w:tab/>
        <w:t>Toge (oblačila)</w:t>
      </w:r>
    </w:p>
    <w:p w:rsidR="004611C8" w:rsidRDefault="004611C8" w:rsidP="00024920">
      <w:pPr>
        <w:spacing w:after="56"/>
      </w:pPr>
      <w:r>
        <w:t>250118</w:t>
      </w:r>
      <w:r>
        <w:tab/>
        <w:t>Šivani robovi za obutev</w:t>
      </w:r>
    </w:p>
    <w:p w:rsidR="004611C8" w:rsidRDefault="004611C8" w:rsidP="00024920">
      <w:pPr>
        <w:spacing w:after="56"/>
      </w:pPr>
      <w:r>
        <w:t>250119</w:t>
      </w:r>
      <w:r>
        <w:tab/>
        <w:t>Uniforme</w:t>
      </w:r>
    </w:p>
    <w:p w:rsidR="004611C8" w:rsidRDefault="004611C8" w:rsidP="00024920">
      <w:pPr>
        <w:spacing w:after="56"/>
      </w:pPr>
      <w:r>
        <w:t>250120</w:t>
      </w:r>
      <w:r>
        <w:tab/>
        <w:t>Podložene jakne [oblačila]</w:t>
      </w:r>
    </w:p>
    <w:p w:rsidR="004611C8" w:rsidRDefault="004611C8" w:rsidP="00024920">
      <w:pPr>
        <w:spacing w:after="56"/>
      </w:pPr>
      <w:r>
        <w:t>250121</w:t>
      </w:r>
      <w:r>
        <w:tab/>
        <w:t>Jakne (oblačila)</w:t>
      </w:r>
    </w:p>
    <w:p w:rsidR="004611C8" w:rsidRDefault="004611C8" w:rsidP="00024920">
      <w:pPr>
        <w:spacing w:after="56"/>
      </w:pPr>
      <w:r>
        <w:t>250122</w:t>
      </w:r>
      <w:r>
        <w:tab/>
        <w:t>Oblačila iz papirja</w:t>
      </w:r>
    </w:p>
    <w:p w:rsidR="004611C8" w:rsidRDefault="004611C8" w:rsidP="00024920">
      <w:pPr>
        <w:spacing w:after="56"/>
      </w:pPr>
      <w:r>
        <w:t>250123</w:t>
      </w:r>
      <w:r>
        <w:tab/>
        <w:t>Pajčolani [oblačila]</w:t>
      </w:r>
    </w:p>
    <w:p w:rsidR="004611C8" w:rsidRDefault="004611C8" w:rsidP="00024920">
      <w:pPr>
        <w:spacing w:after="56"/>
      </w:pPr>
      <w:r>
        <w:t>250124</w:t>
      </w:r>
      <w:r>
        <w:tab/>
        <w:t>Plavalne kape</w:t>
      </w:r>
    </w:p>
    <w:p w:rsidR="004611C8" w:rsidRDefault="004611C8" w:rsidP="00024920">
      <w:pPr>
        <w:spacing w:after="56"/>
      </w:pPr>
      <w:r>
        <w:t>250127</w:t>
      </w:r>
      <w:r>
        <w:tab/>
        <w:t>Kopalni plašči</w:t>
      </w:r>
    </w:p>
    <w:p w:rsidR="004611C8" w:rsidRDefault="004611C8" w:rsidP="00024920">
      <w:pPr>
        <w:spacing w:after="56"/>
      </w:pPr>
      <w:r>
        <w:t>250128</w:t>
      </w:r>
      <w:r>
        <w:tab/>
        <w:t>Slinčki, ne papirnati</w:t>
      </w:r>
    </w:p>
    <w:p w:rsidR="004611C8" w:rsidRDefault="004611C8" w:rsidP="00024920">
      <w:pPr>
        <w:spacing w:after="56"/>
      </w:pPr>
      <w:r>
        <w:t>250129</w:t>
      </w:r>
      <w:r>
        <w:tab/>
        <w:t>Podplati za obutev</w:t>
      </w:r>
    </w:p>
    <w:p w:rsidR="004611C8" w:rsidRDefault="004611C8" w:rsidP="00024920">
      <w:pPr>
        <w:spacing w:after="56"/>
      </w:pPr>
      <w:r>
        <w:t>250130</w:t>
      </w:r>
      <w:r>
        <w:tab/>
        <w:t>Čevlji</w:t>
      </w:r>
    </w:p>
    <w:p w:rsidR="004611C8" w:rsidRDefault="004611C8" w:rsidP="00024920">
      <w:pPr>
        <w:spacing w:after="56"/>
      </w:pPr>
      <w:r>
        <w:t>250131</w:t>
      </w:r>
      <w:r>
        <w:tab/>
        <w:t>Pete za obutev</w:t>
      </w:r>
    </w:p>
    <w:p w:rsidR="004611C8" w:rsidRDefault="004611C8" w:rsidP="00024920">
      <w:pPr>
        <w:spacing w:after="56"/>
      </w:pPr>
      <w:r>
        <w:t>250132</w:t>
      </w:r>
      <w:r>
        <w:tab/>
        <w:t>Športni čevlji</w:t>
      </w:r>
    </w:p>
    <w:p w:rsidR="004611C8" w:rsidRDefault="004611C8" w:rsidP="00024920">
      <w:pPr>
        <w:spacing w:after="56"/>
      </w:pPr>
      <w:r>
        <w:t>250141</w:t>
      </w:r>
      <w:r>
        <w:tab/>
        <w:t>Škornji za šport</w:t>
      </w:r>
    </w:p>
    <w:p w:rsidR="004611C8" w:rsidRDefault="004611C8" w:rsidP="00024920">
      <w:pPr>
        <w:spacing w:after="56"/>
      </w:pPr>
      <w:r>
        <w:t>250142</w:t>
      </w:r>
      <w:r>
        <w:tab/>
        <w:t>Naglavni trakovi [oblačila]</w:t>
      </w:r>
    </w:p>
    <w:p w:rsidR="004611C8" w:rsidRDefault="004611C8" w:rsidP="00024920">
      <w:pPr>
        <w:spacing w:after="56"/>
      </w:pPr>
      <w:r>
        <w:t>250143</w:t>
      </w:r>
      <w:r>
        <w:tab/>
        <w:t>Parke (daljše jakne s kapuco)</w:t>
      </w:r>
    </w:p>
    <w:p w:rsidR="004611C8" w:rsidRDefault="004611C8" w:rsidP="00024920">
      <w:pPr>
        <w:spacing w:after="56"/>
      </w:pPr>
      <w:r>
        <w:t>250144</w:t>
      </w:r>
      <w:r>
        <w:tab/>
        <w:t>Dolga spodnja krila</w:t>
      </w:r>
    </w:p>
    <w:p w:rsidR="004611C8" w:rsidRDefault="004611C8" w:rsidP="00024920">
      <w:pPr>
        <w:spacing w:after="56"/>
      </w:pPr>
      <w:r>
        <w:t>250145</w:t>
      </w:r>
      <w:r>
        <w:tab/>
        <w:t>Smučarski čevlji</w:t>
      </w:r>
    </w:p>
    <w:p w:rsidR="004611C8" w:rsidRDefault="004611C8" w:rsidP="00024920">
      <w:pPr>
        <w:spacing w:after="56"/>
      </w:pPr>
      <w:r>
        <w:t>250146</w:t>
      </w:r>
      <w:r>
        <w:tab/>
        <w:t>Kombineže [spodnje perilo]</w:t>
      </w:r>
    </w:p>
    <w:p w:rsidR="004611C8" w:rsidRDefault="004611C8" w:rsidP="00024920">
      <w:pPr>
        <w:spacing w:after="56"/>
      </w:pPr>
      <w:r>
        <w:t>250148</w:t>
      </w:r>
      <w:r>
        <w:tab/>
        <w:t>Živo pisane ovratne rute</w:t>
      </w:r>
    </w:p>
    <w:p w:rsidR="004611C8" w:rsidRDefault="004611C8" w:rsidP="00024920">
      <w:pPr>
        <w:spacing w:after="56"/>
      </w:pPr>
      <w:r>
        <w:t>250149</w:t>
      </w:r>
      <w:r>
        <w:tab/>
        <w:t>Oblačila za gimnastiko</w:t>
      </w:r>
    </w:p>
    <w:p w:rsidR="004611C8" w:rsidRDefault="004611C8" w:rsidP="00024920">
      <w:pPr>
        <w:spacing w:after="56"/>
      </w:pPr>
      <w:r>
        <w:t>250150</w:t>
      </w:r>
      <w:r>
        <w:tab/>
        <w:t>Oblačila iz imitacije usnja</w:t>
      </w:r>
    </w:p>
    <w:p w:rsidR="004611C8" w:rsidRDefault="004611C8" w:rsidP="00024920">
      <w:pPr>
        <w:spacing w:after="56"/>
      </w:pPr>
      <w:r>
        <w:t>250151</w:t>
      </w:r>
      <w:r>
        <w:tab/>
        <w:t>Oblačila iz usnja</w:t>
      </w:r>
    </w:p>
    <w:p w:rsidR="004611C8" w:rsidRDefault="004611C8" w:rsidP="00024920">
      <w:pPr>
        <w:spacing w:after="56"/>
      </w:pPr>
      <w:r>
        <w:t>250152</w:t>
      </w:r>
      <w:r>
        <w:tab/>
        <w:t>Mantilije</w:t>
      </w:r>
    </w:p>
    <w:p w:rsidR="004611C8" w:rsidRDefault="004611C8" w:rsidP="00024920">
      <w:pPr>
        <w:spacing w:after="56"/>
      </w:pPr>
      <w:r>
        <w:t>250153</w:t>
      </w:r>
      <w:r>
        <w:tab/>
        <w:t>Kostumi za maškarado</w:t>
      </w:r>
    </w:p>
    <w:p w:rsidR="004611C8" w:rsidRDefault="004611C8" w:rsidP="00024920">
      <w:pPr>
        <w:spacing w:after="56"/>
      </w:pPr>
      <w:r>
        <w:t>250154</w:t>
      </w:r>
      <w:r>
        <w:tab/>
        <w:t>Sariji</w:t>
      </w:r>
    </w:p>
    <w:p w:rsidR="004611C8" w:rsidRDefault="004611C8" w:rsidP="00024920">
      <w:pPr>
        <w:spacing w:after="56"/>
      </w:pPr>
      <w:r>
        <w:t>250155</w:t>
      </w:r>
      <w:r>
        <w:tab/>
        <w:t>Majice s kratkimi rokavi</w:t>
      </w:r>
    </w:p>
    <w:p w:rsidR="004611C8" w:rsidRDefault="004611C8" w:rsidP="00024920">
      <w:pPr>
        <w:spacing w:after="56"/>
      </w:pPr>
      <w:r>
        <w:t>250156</w:t>
      </w:r>
      <w:r>
        <w:tab/>
        <w:t>Turbani</w:t>
      </w:r>
    </w:p>
    <w:p w:rsidR="004611C8" w:rsidRDefault="004611C8" w:rsidP="00024920">
      <w:pPr>
        <w:spacing w:after="56"/>
      </w:pPr>
      <w:r>
        <w:t>250157</w:t>
      </w:r>
      <w:r>
        <w:tab/>
        <w:t>Umetniške kravate (s široko pentljo)</w:t>
      </w:r>
    </w:p>
    <w:p w:rsidR="004611C8" w:rsidRDefault="004611C8" w:rsidP="00024920">
      <w:pPr>
        <w:spacing w:after="56"/>
      </w:pPr>
      <w:r>
        <w:t>250158</w:t>
      </w:r>
      <w:r>
        <w:tab/>
        <w:t>Kape za tuširanje</w:t>
      </w:r>
    </w:p>
    <w:p w:rsidR="004611C8" w:rsidRDefault="004611C8" w:rsidP="00024920">
      <w:pPr>
        <w:spacing w:after="56"/>
      </w:pPr>
      <w:r>
        <w:t>250159</w:t>
      </w:r>
      <w:r>
        <w:tab/>
        <w:t>Ribiški telovniki</w:t>
      </w:r>
    </w:p>
    <w:p w:rsidR="004611C8" w:rsidRDefault="004611C8" w:rsidP="00024920">
      <w:pPr>
        <w:spacing w:after="56"/>
      </w:pPr>
      <w:r>
        <w:t>250160</w:t>
      </w:r>
      <w:r>
        <w:tab/>
        <w:t>Pasovi za denar [oblačilo]</w:t>
      </w:r>
    </w:p>
    <w:p w:rsidR="004611C8" w:rsidRDefault="004611C8" w:rsidP="00024920">
      <w:pPr>
        <w:spacing w:after="56"/>
      </w:pPr>
      <w:r>
        <w:t>250161</w:t>
      </w:r>
      <w:r>
        <w:tab/>
        <w:t>Dekorativni robčki za žepke</w:t>
      </w:r>
    </w:p>
    <w:p w:rsidR="004611C8" w:rsidRDefault="004611C8" w:rsidP="00024920">
      <w:pPr>
        <w:spacing w:after="56"/>
      </w:pPr>
      <w:r>
        <w:t>250162</w:t>
      </w:r>
      <w:r>
        <w:tab/>
        <w:t>Papirnati klobuki [oblačila]</w:t>
      </w:r>
    </w:p>
    <w:p w:rsidR="004611C8" w:rsidRDefault="004611C8" w:rsidP="00024920">
      <w:pPr>
        <w:spacing w:after="56"/>
      </w:pPr>
      <w:r>
        <w:t>250163</w:t>
      </w:r>
      <w:r>
        <w:tab/>
        <w:t>Maske za spanje</w:t>
      </w:r>
    </w:p>
    <w:p w:rsidR="004611C8" w:rsidRDefault="004611C8" w:rsidP="00024920">
      <w:pPr>
        <w:spacing w:after="56"/>
      </w:pPr>
      <w:r>
        <w:t>250164</w:t>
      </w:r>
      <w:r>
        <w:tab/>
        <w:t>Hlačna krila</w:t>
      </w:r>
    </w:p>
    <w:p w:rsidR="004611C8" w:rsidRDefault="004611C8" w:rsidP="00024920">
      <w:pPr>
        <w:spacing w:after="56"/>
      </w:pPr>
      <w:r>
        <w:t>250165</w:t>
      </w:r>
      <w:r>
        <w:tab/>
        <w:t>Ponči</w:t>
      </w:r>
    </w:p>
    <w:p w:rsidR="004611C8" w:rsidRDefault="004611C8" w:rsidP="00024920">
      <w:pPr>
        <w:spacing w:after="56"/>
      </w:pPr>
      <w:r>
        <w:t>250166</w:t>
      </w:r>
      <w:r>
        <w:tab/>
        <w:t>Sarong</w:t>
      </w:r>
    </w:p>
    <w:p w:rsidR="004611C8" w:rsidRDefault="004611C8" w:rsidP="00024920">
      <w:pPr>
        <w:spacing w:after="56"/>
      </w:pPr>
      <w:r>
        <w:t>250167</w:t>
      </w:r>
      <w:r>
        <w:tab/>
        <w:t>Smučarske rokavice</w:t>
      </w:r>
    </w:p>
    <w:p w:rsidR="004611C8" w:rsidRDefault="004611C8" w:rsidP="00024920">
      <w:pPr>
        <w:spacing w:after="56"/>
      </w:pPr>
      <w:r>
        <w:t>250168</w:t>
      </w:r>
      <w:r>
        <w:tab/>
        <w:t>Pajkice [hlače]</w:t>
      </w:r>
    </w:p>
    <w:p w:rsidR="004611C8" w:rsidRDefault="004611C8" w:rsidP="00024920">
      <w:pPr>
        <w:spacing w:after="56"/>
      </w:pPr>
      <w:r>
        <w:t>250170</w:t>
      </w:r>
      <w:r>
        <w:tab/>
        <w:t>Ščitniki [pokrivala]</w:t>
      </w:r>
    </w:p>
    <w:p w:rsidR="004611C8" w:rsidRDefault="004611C8" w:rsidP="00024920">
      <w:pPr>
        <w:spacing w:after="56"/>
      </w:pPr>
      <w:r>
        <w:t>250172</w:t>
      </w:r>
      <w:r>
        <w:tab/>
        <w:t>Športne majice</w:t>
      </w:r>
    </w:p>
    <w:p w:rsidR="004611C8" w:rsidRDefault="004611C8" w:rsidP="00024920">
      <w:pPr>
        <w:spacing w:after="56"/>
      </w:pPr>
      <w:r>
        <w:t>250173</w:t>
      </w:r>
      <w:r>
        <w:tab/>
        <w:t>Valenki [čevlji iz klobučevine]</w:t>
      </w:r>
    </w:p>
    <w:p w:rsidR="004611C8" w:rsidRDefault="004611C8" w:rsidP="00024920">
      <w:pPr>
        <w:spacing w:after="56"/>
      </w:pPr>
      <w:r>
        <w:t>250174</w:t>
      </w:r>
      <w:r>
        <w:tab/>
        <w:t>Albe</w:t>
      </w:r>
    </w:p>
    <w:p w:rsidR="004611C8" w:rsidRDefault="004611C8" w:rsidP="00024920">
      <w:pPr>
        <w:spacing w:after="56"/>
      </w:pPr>
      <w:r>
        <w:t>250175</w:t>
      </w:r>
      <w:r>
        <w:tab/>
        <w:t>Gležnjarji</w:t>
      </w:r>
    </w:p>
    <w:p w:rsidR="004611C8" w:rsidRDefault="004611C8" w:rsidP="00024920">
      <w:pPr>
        <w:spacing w:after="56"/>
      </w:pPr>
      <w:r>
        <w:t>250176</w:t>
      </w:r>
      <w:r>
        <w:tab/>
        <w:t>Nogavice, ki vpijajo znoj</w:t>
      </w:r>
    </w:p>
    <w:p w:rsidR="004611C8" w:rsidRDefault="004611C8" w:rsidP="00024920">
      <w:pPr>
        <w:spacing w:after="56"/>
      </w:pPr>
      <w:r>
        <w:t>250177</w:t>
      </w:r>
      <w:r>
        <w:tab/>
        <w:t>Frizerska ogrinjala</w:t>
      </w:r>
    </w:p>
    <w:p w:rsidR="004611C8" w:rsidRDefault="004611C8" w:rsidP="00024920">
      <w:pPr>
        <w:spacing w:after="56"/>
      </w:pPr>
      <w:r>
        <w:t>250179</w:t>
      </w:r>
      <w:r>
        <w:tab/>
        <w:t>Uniforme za borilne veščine</w:t>
      </w:r>
    </w:p>
    <w:p w:rsidR="004611C8" w:rsidRDefault="004611C8" w:rsidP="00024920">
      <w:pPr>
        <w:spacing w:after="56"/>
      </w:pPr>
      <w:r>
        <w:t>250180</w:t>
      </w:r>
      <w:r>
        <w:tab/>
        <w:t>Trikoji</w:t>
      </w:r>
    </w:p>
    <w:p w:rsidR="004611C8" w:rsidRDefault="004611C8" w:rsidP="00024920">
      <w:pPr>
        <w:spacing w:after="56"/>
      </w:pPr>
      <w:r>
        <w:t>250181</w:t>
      </w:r>
      <w:r>
        <w:tab/>
        <w:t>Kimoni</w:t>
      </w:r>
    </w:p>
    <w:p w:rsidR="004611C8" w:rsidRPr="003834FA" w:rsidRDefault="004611C8" w:rsidP="00024920">
      <w:pPr>
        <w:spacing w:after="56"/>
        <w:rPr>
          <w:lang w:val="fr-FR"/>
        </w:rPr>
      </w:pPr>
      <w:r>
        <w:lastRenderedPageBreak/>
        <w:t>250182</w:t>
      </w:r>
      <w:r>
        <w:tab/>
      </w:r>
      <w:r w:rsidRPr="003834FA">
        <w:rPr>
          <w:lang w:val="fr-FR"/>
        </w:rPr>
        <w:t>Slinčki z rokavi, ne iz papirja</w:t>
      </w:r>
    </w:p>
    <w:p w:rsidR="004611C8" w:rsidRDefault="004611C8" w:rsidP="00024920">
      <w:pPr>
        <w:spacing w:after="56"/>
      </w:pPr>
      <w:r>
        <w:t>250183</w:t>
      </w:r>
      <w:r>
        <w:tab/>
        <w:t>Oblačila, ki vsebujejo shujševalne snovi</w:t>
      </w:r>
    </w:p>
    <w:p w:rsidR="004611C8" w:rsidRDefault="004611C8" w:rsidP="00024920">
      <w:pPr>
        <w:spacing w:after="56"/>
      </w:pPr>
      <w:r>
        <w:t>250184</w:t>
      </w:r>
      <w:r>
        <w:tab/>
        <w:t>Vezena oblačila</w:t>
      </w:r>
    </w:p>
    <w:p w:rsidR="004611C8" w:rsidRDefault="004611C8" w:rsidP="00024920">
      <w:pPr>
        <w:spacing w:after="56"/>
      </w:pPr>
      <w:r>
        <w:t>250185</w:t>
      </w:r>
      <w:r>
        <w:tab/>
        <w:t>Zaščite za pete, za čevlje</w:t>
      </w:r>
    </w:p>
    <w:p w:rsidR="004611C8" w:rsidRDefault="004611C8" w:rsidP="00024920">
      <w:pPr>
        <w:spacing w:after="56"/>
      </w:pPr>
      <w:r>
        <w:t>250186</w:t>
      </w:r>
      <w:r>
        <w:tab/>
        <w:t>Pokrivala</w:t>
      </w:r>
    </w:p>
    <w:p w:rsidR="004611C8" w:rsidRDefault="004611C8" w:rsidP="00024920">
      <w:pPr>
        <w:spacing w:after="56"/>
      </w:pPr>
      <w:r>
        <w:t>250187</w:t>
      </w:r>
      <w:r>
        <w:tab/>
        <w:t>Palčniki (rokavice)</w:t>
      </w:r>
    </w:p>
    <w:p w:rsidR="004611C8" w:rsidRDefault="004611C8" w:rsidP="00024920">
      <w:pPr>
        <w:spacing w:after="56"/>
      </w:pPr>
      <w:r>
        <w:t>250188</w:t>
      </w:r>
      <w:r>
        <w:tab/>
        <w:t>Oblačila iz lateksa</w:t>
      </w:r>
    </w:p>
    <w:p w:rsidR="004611C8" w:rsidRDefault="004611C8" w:rsidP="00024920">
      <w:pPr>
        <w:spacing w:after="56"/>
      </w:pPr>
      <w:r>
        <w:t>250189</w:t>
      </w:r>
      <w:r>
        <w:tab/>
        <w:t>Neoprenske majice</w:t>
      </w:r>
    </w:p>
    <w:p w:rsidR="004611C8" w:rsidRDefault="004611C8" w:rsidP="00024920">
      <w:pPr>
        <w:spacing w:after="56"/>
      </w:pPr>
      <w:r>
        <w:t>250190</w:t>
      </w:r>
      <w:r>
        <w:tab/>
        <w:t>Oblačila z vgrajenimi LED diodami</w:t>
      </w:r>
    </w:p>
    <w:p w:rsidR="004611C8" w:rsidRDefault="004611C8" w:rsidP="00024920">
      <w:pPr>
        <w:spacing w:after="56"/>
      </w:pPr>
      <w:r>
        <w:t>250193</w:t>
      </w:r>
      <w:r>
        <w:tab/>
        <w:t>Modne gamaše</w:t>
      </w:r>
    </w:p>
    <w:p w:rsidR="004611C8" w:rsidRDefault="004611C8" w:rsidP="00024920">
      <w:pPr>
        <w:spacing w:after="56"/>
      </w:pPr>
      <w:r>
        <w:t>250194</w:t>
      </w:r>
      <w:r>
        <w:tab/>
        <w:t>Termalne rokavice za naprave z zaslonom na dotik</w:t>
      </w:r>
    </w:p>
    <w:p w:rsidR="004611C8" w:rsidRDefault="004611C8" w:rsidP="00024920">
      <w:pPr>
        <w:spacing w:after="56"/>
      </w:pPr>
      <w:r>
        <w:t>250196</w:t>
      </w:r>
      <w:r>
        <w:tab/>
        <w:t>Rokavice za kolesarje</w:t>
      </w:r>
    </w:p>
    <w:p w:rsidR="004611C8" w:rsidRDefault="004611C8" w:rsidP="00024920">
      <w:pPr>
        <w:spacing w:after="56"/>
      </w:pPr>
      <w:r>
        <w:t>250197</w:t>
      </w:r>
      <w:r>
        <w:tab/>
        <w:t>Rokavice za vožnjo</w:t>
      </w:r>
    </w:p>
    <w:p w:rsidR="004611C8" w:rsidRPr="003834FA" w:rsidRDefault="004611C8" w:rsidP="00024920">
      <w:pPr>
        <w:spacing w:after="56"/>
        <w:rPr>
          <w:lang w:val="fr-FR"/>
        </w:rPr>
      </w:pPr>
      <w:r>
        <w:t>250198</w:t>
      </w:r>
      <w:r>
        <w:tab/>
      </w:r>
      <w:r w:rsidRPr="003834FA">
        <w:rPr>
          <w:lang w:val="fr-FR"/>
        </w:rPr>
        <w:t>Športna oblačila z vgrajenimi digitalnimi senzorji</w:t>
      </w:r>
    </w:p>
    <w:p w:rsidR="004611C8" w:rsidRDefault="004611C8" w:rsidP="00024920">
      <w:pPr>
        <w:spacing w:after="56"/>
      </w:pPr>
      <w:r>
        <w:t>250199</w:t>
      </w:r>
      <w:r>
        <w:tab/>
        <w:t>Hanbok</w:t>
      </w:r>
    </w:p>
    <w:p w:rsidR="004611C8" w:rsidRDefault="004611C8" w:rsidP="00024920">
      <w:pPr>
        <w:spacing w:after="56"/>
      </w:pPr>
      <w:r>
        <w:t>250200</w:t>
      </w:r>
      <w:r>
        <w:tab/>
        <w:t>Oblačila, preverjena z nezamenljivimi žetoni (NFT)</w:t>
      </w:r>
    </w:p>
    <w:p w:rsidR="004611C8" w:rsidRDefault="004611C8" w:rsidP="00024920">
      <w:pPr>
        <w:spacing w:after="56"/>
      </w:pPr>
      <w:r>
        <w:t>250201</w:t>
      </w:r>
      <w:r>
        <w:tab/>
        <w:t>Okrasna pokrivala za bradavičke kot spodnje perilo</w:t>
      </w:r>
    </w:p>
    <w:p w:rsidR="004611C8" w:rsidRDefault="004611C8" w:rsidP="00024920">
      <w:pPr>
        <w:spacing w:after="56"/>
      </w:pPr>
      <w:r>
        <w:t>250202</w:t>
      </w:r>
      <w:r>
        <w:tab/>
        <w:t>Naramnice za nedrčke</w:t>
      </w:r>
    </w:p>
    <w:p w:rsidR="004611C8" w:rsidRDefault="004611C8" w:rsidP="00024920">
      <w:pPr>
        <w:spacing w:after="56"/>
      </w:pPr>
      <w:r>
        <w:t>250203</w:t>
      </w:r>
      <w:r>
        <w:tab/>
        <w:t>Pametna oblačila</w:t>
      </w:r>
    </w:p>
    <w:p w:rsidR="004611C8" w:rsidRDefault="004611C8" w:rsidP="00024920">
      <w:pPr>
        <w:spacing w:after="56"/>
      </w:pPr>
      <w:r>
        <w:t>250204</w:t>
      </w:r>
      <w:r>
        <w:tab/>
        <w:t>Medicinske uniforme, ki niso za uporabo v operacijskih sobah</w:t>
      </w:r>
    </w:p>
    <w:p w:rsidR="004611C8" w:rsidRDefault="004611C8" w:rsidP="00024920">
      <w:pPr>
        <w:spacing w:after="56"/>
      </w:pPr>
      <w:r>
        <w:t>250205</w:t>
      </w:r>
      <w:r>
        <w:tab/>
        <w:t>Gorniške rokavice</w:t>
      </w:r>
    </w:p>
    <w:p w:rsidR="004611C8" w:rsidRDefault="004611C8" w:rsidP="00024920">
      <w:pPr>
        <w:spacing w:after="56"/>
      </w:pPr>
      <w:r>
        <w:t>250206</w:t>
      </w:r>
      <w:r>
        <w:tab/>
        <w:t>Električno ogrevana oblačila</w:t>
      </w:r>
    </w:p>
    <w:p w:rsidR="004611C8" w:rsidRDefault="004611C8" w:rsidP="00024920">
      <w:pPr>
        <w:spacing w:after="56"/>
      </w:pPr>
      <w:r>
        <w:t>250207</w:t>
      </w:r>
      <w:r>
        <w:tab/>
        <w:t>Električno ogrevane nogavice</w:t>
      </w:r>
    </w:p>
    <w:p w:rsidR="004611C8" w:rsidRDefault="004611C8" w:rsidP="00024920">
      <w:pPr>
        <w:spacing w:after="56"/>
      </w:pPr>
      <w:r>
        <w:t>250208</w:t>
      </w:r>
      <w:r>
        <w:tab/>
        <w:t>Mufi za stopala, z električnim ogrevanjem ali brez njega</w:t>
      </w:r>
    </w:p>
    <w:p w:rsidR="004611C8" w:rsidRDefault="004611C8" w:rsidP="00024920">
      <w:pPr>
        <w:spacing w:after="56"/>
      </w:pPr>
      <w:r>
        <w:t>250209</w:t>
      </w:r>
      <w:r>
        <w:tab/>
        <w:t>Predpasniki za britje brade</w:t>
      </w:r>
    </w:p>
    <w:p w:rsidR="004611C8" w:rsidRDefault="004611C8" w:rsidP="00024920">
      <w:pPr>
        <w:spacing w:after="56"/>
      </w:pPr>
      <w:r>
        <w:t>250210</w:t>
      </w:r>
      <w:r>
        <w:tab/>
        <w:t>Rokavice za jogo</w:t>
      </w:r>
    </w:p>
    <w:p w:rsidR="00581523" w:rsidRDefault="00581523">
      <w:pPr>
        <w:pStyle w:val="Naslov1"/>
        <w:sectPr w:rsidR="00581523" w:rsidSect="00E00425">
          <w:type w:val="continuous"/>
          <w:pgSz w:w="11907" w:h="16840" w:code="9"/>
          <w:pgMar w:top="1418" w:right="1418" w:bottom="1418" w:left="1418" w:header="720" w:footer="720" w:gutter="0"/>
          <w:cols w:num="2" w:space="720"/>
          <w:docGrid w:linePitch="360"/>
        </w:sectPr>
      </w:pPr>
    </w:p>
    <w:p w:rsidR="00E42338" w:rsidRPr="00E42338" w:rsidRDefault="00E42338" w:rsidP="00024920">
      <w:pPr>
        <w:pStyle w:val="Naslov1"/>
        <w:spacing w:before="720"/>
        <w:rPr>
          <w:lang w:val="sl-SI" w:eastAsia="sl-SI"/>
        </w:rPr>
      </w:pPr>
      <w:r w:rsidRPr="00E42338">
        <w:rPr>
          <w:lang w:val="sl-SI" w:eastAsia="sl-SI"/>
        </w:rPr>
        <w:t xml:space="preserve">Razred 26 </w:t>
      </w:r>
    </w:p>
    <w:p w:rsidR="00E42338" w:rsidRDefault="00E42338" w:rsidP="007F7938">
      <w:pPr>
        <w:pStyle w:val="Naslov2"/>
        <w:rPr>
          <w:lang w:val="sl-SI" w:eastAsia="sl-SI"/>
        </w:rPr>
      </w:pPr>
      <w:r w:rsidRPr="00E42338">
        <w:rPr>
          <w:lang w:val="sl-SI" w:eastAsia="sl-SI"/>
        </w:rPr>
        <w:t>Čipke in vezenine ter galanterijski trakovi in pentlje; gumbi, kljuke in ušesa, bucike in igle; umetno cvetje; lasni okraski; umetni lasje</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7F7938" w:rsidRPr="00D85EAF" w:rsidTr="00CF2B9C">
        <w:trPr>
          <w:trHeight w:val="143"/>
          <w:tblHeader/>
        </w:trPr>
        <w:tc>
          <w:tcPr>
            <w:tcW w:w="9493" w:type="dxa"/>
            <w:gridSpan w:val="2"/>
            <w:shd w:val="clear" w:color="auto" w:fill="F2F2F2" w:themeFill="background1" w:themeFillShade="F2"/>
            <w:vAlign w:val="center"/>
          </w:tcPr>
          <w:p w:rsidR="007F7938" w:rsidRPr="0087064C" w:rsidRDefault="007F7938" w:rsidP="00CF2B9C">
            <w:pPr>
              <w:pStyle w:val="opomba"/>
              <w:rPr>
                <w:b/>
              </w:rPr>
            </w:pPr>
            <w:r w:rsidRPr="0087064C">
              <w:rPr>
                <w:b/>
              </w:rPr>
              <w:t>RAZRED 2</w:t>
            </w:r>
            <w:r w:rsidR="008C16D9">
              <w:rPr>
                <w:b/>
              </w:rPr>
              <w:t>6</w:t>
            </w:r>
            <w:r w:rsidRPr="0087064C">
              <w:rPr>
                <w:b/>
              </w:rPr>
              <w:t xml:space="preserve"> - pojasnjevalne opombe</w:t>
            </w:r>
          </w:p>
        </w:tc>
      </w:tr>
      <w:tr w:rsidR="007F7938" w:rsidRPr="00D85EAF" w:rsidTr="00CF2B9C">
        <w:trPr>
          <w:trHeight w:val="390"/>
        </w:trPr>
        <w:tc>
          <w:tcPr>
            <w:tcW w:w="9493" w:type="dxa"/>
            <w:gridSpan w:val="2"/>
            <w:shd w:val="clear" w:color="auto" w:fill="F2F2F2" w:themeFill="background1" w:themeFillShade="F2"/>
            <w:vAlign w:val="center"/>
          </w:tcPr>
          <w:p w:rsidR="007F7938" w:rsidRPr="00993A45" w:rsidRDefault="008C16D9" w:rsidP="00CF2B9C">
            <w:pPr>
              <w:pStyle w:val="opomba"/>
            </w:pPr>
            <w:r>
              <w:t>Razred 26 vključuje zlasti za krojaštvo in šiviljstvo, naravne in sintetične lase, okrasne predmete za lase, in majhne okrasne izdelke za okrasitev najrazličnejših predmetov, ki niso vključeni v druge razrede.</w:t>
            </w:r>
          </w:p>
        </w:tc>
      </w:tr>
      <w:tr w:rsidR="007F7938" w:rsidRPr="00D85EAF" w:rsidTr="00CF2B9C">
        <w:trPr>
          <w:trHeight w:val="3742"/>
        </w:trPr>
        <w:tc>
          <w:tcPr>
            <w:tcW w:w="4746" w:type="dxa"/>
            <w:shd w:val="clear" w:color="auto" w:fill="F2F2F2" w:themeFill="background1" w:themeFillShade="F2"/>
          </w:tcPr>
          <w:p w:rsidR="007F7938" w:rsidRPr="00993A45" w:rsidRDefault="007F7938" w:rsidP="00CF2B9C">
            <w:pPr>
              <w:pStyle w:val="opomba"/>
            </w:pPr>
            <w:r w:rsidRPr="00D85EAF">
              <w:t>V ta razred so vključeni zlasti:</w:t>
            </w:r>
          </w:p>
          <w:p w:rsidR="008C16D9" w:rsidRDefault="008C16D9" w:rsidP="008C16D9">
            <w:pPr>
              <w:pStyle w:val="opombapika"/>
            </w:pPr>
            <w:r>
              <w:t>lasulje, lasni vložki in umetne brade;</w:t>
            </w:r>
          </w:p>
          <w:p w:rsidR="008C16D9" w:rsidRDefault="008C16D9" w:rsidP="008C16D9">
            <w:pPr>
              <w:pStyle w:val="opombapika"/>
            </w:pPr>
            <w:r>
              <w:t>sponke in trakovi za lase;</w:t>
            </w:r>
          </w:p>
          <w:p w:rsidR="008C16D9" w:rsidRDefault="008C16D9" w:rsidP="008C16D9">
            <w:pPr>
              <w:pStyle w:val="opombapika"/>
            </w:pPr>
            <w:r>
              <w:t>trakovi in pentlje, ki so galanterija ali se uporabljajo kot okraski za lase, izdelani iz katerega koli materiala</w:t>
            </w:r>
          </w:p>
          <w:p w:rsidR="008C16D9" w:rsidRDefault="008C16D9" w:rsidP="008C16D9">
            <w:pPr>
              <w:pStyle w:val="opombapika"/>
            </w:pPr>
            <w:r>
              <w:t>trakovi in pentlje za zavijanje daril, ne iz papirja</w:t>
            </w:r>
          </w:p>
          <w:p w:rsidR="008C16D9" w:rsidRDefault="008C16D9" w:rsidP="008C16D9">
            <w:pPr>
              <w:pStyle w:val="opombapika"/>
            </w:pPr>
            <w:r>
              <w:t>mrežice za lase;</w:t>
            </w:r>
          </w:p>
          <w:p w:rsidR="008C16D9" w:rsidRDefault="008C16D9" w:rsidP="008C16D9">
            <w:pPr>
              <w:pStyle w:val="opombapika"/>
            </w:pPr>
            <w:r>
              <w:t>zaponke in zadrge;</w:t>
            </w:r>
          </w:p>
          <w:p w:rsidR="008C16D9" w:rsidRDefault="008C16D9" w:rsidP="008C16D9">
            <w:pPr>
              <w:pStyle w:val="opombapika"/>
            </w:pPr>
            <w:r>
              <w:t>obeski, razen za nakit, obročke za ključe ali verižice za ključe</w:t>
            </w:r>
          </w:p>
          <w:p w:rsidR="008C16D9" w:rsidRDefault="008C16D9" w:rsidP="008C16D9">
            <w:pPr>
              <w:pStyle w:val="opombapika"/>
            </w:pPr>
            <w:r>
              <w:t>umetne girlande in venci, vključno s tistimi z vgrajenimi lučkami</w:t>
            </w:r>
          </w:p>
          <w:p w:rsidR="007F7938" w:rsidRPr="00993A45" w:rsidRDefault="008C16D9" w:rsidP="008C16D9">
            <w:pPr>
              <w:pStyle w:val="opombapika"/>
            </w:pPr>
            <w:r>
              <w:t>nekateri izdelki za kodranje las, na primer električni in neelektrični kodralniki las, razen ročnih pripomočkov, igle za kodranje las, papir za kodranje las</w:t>
            </w:r>
          </w:p>
        </w:tc>
        <w:tc>
          <w:tcPr>
            <w:tcW w:w="4747" w:type="dxa"/>
            <w:shd w:val="clear" w:color="auto" w:fill="F2F2F2" w:themeFill="background1" w:themeFillShade="F2"/>
          </w:tcPr>
          <w:p w:rsidR="007F7938" w:rsidRPr="00993A45" w:rsidRDefault="007F7938" w:rsidP="00CF2B9C">
            <w:pPr>
              <w:pStyle w:val="opomba"/>
            </w:pPr>
            <w:r w:rsidRPr="00D85EAF">
              <w:t>V ta razred niso vključeni zlasti:</w:t>
            </w:r>
          </w:p>
          <w:p w:rsidR="008C16D9" w:rsidRDefault="008C16D9" w:rsidP="008C16D9">
            <w:pPr>
              <w:pStyle w:val="opombapika"/>
              <w:spacing w:after="40"/>
            </w:pPr>
            <w:r>
              <w:t>umetne trepalnice (razred 3);</w:t>
            </w:r>
          </w:p>
          <w:p w:rsidR="008C16D9" w:rsidRDefault="008C16D9" w:rsidP="008C16D9">
            <w:pPr>
              <w:pStyle w:val="opombapika"/>
              <w:spacing w:after="40"/>
            </w:pPr>
            <w:r>
              <w:t>kavlji, ki so majhni predmeti iz kovinskega okovja (razred 6) ali nekovinskega okovja (Kl. 20), kljuke za zavese (razred 20)</w:t>
            </w:r>
          </w:p>
          <w:p w:rsidR="008C16D9" w:rsidRDefault="008C16D9" w:rsidP="008C16D9">
            <w:pPr>
              <w:pStyle w:val="opombapika"/>
              <w:spacing w:after="40"/>
            </w:pPr>
            <w:r>
              <w:t>nekatere posebne vrste igel, na primer igle za tetoviranje (razred 8), igle za kompase (razred 9), igle za medicinske namene (razred 10), igle za tlačilke za napihovanje igralnih žog (razred 28)</w:t>
            </w:r>
          </w:p>
          <w:p w:rsidR="008C16D9" w:rsidRDefault="008C16D9" w:rsidP="008C16D9">
            <w:pPr>
              <w:pStyle w:val="opombapika"/>
              <w:spacing w:after="40"/>
            </w:pPr>
            <w:r>
              <w:t>ročni pripomočki za kodranje las, na primer klešče za kodranje las, klešče za vihanje trepalnic (razred 8)</w:t>
            </w:r>
          </w:p>
          <w:p w:rsidR="008C16D9" w:rsidRDefault="008C16D9" w:rsidP="008C16D9">
            <w:pPr>
              <w:pStyle w:val="opombapika"/>
              <w:spacing w:after="40"/>
            </w:pPr>
            <w:r>
              <w:t>lasni vstavki (razred 10);</w:t>
            </w:r>
          </w:p>
          <w:p w:rsidR="008C16D9" w:rsidRDefault="008C16D9" w:rsidP="008C16D9">
            <w:pPr>
              <w:pStyle w:val="opombapika"/>
              <w:spacing w:after="40"/>
            </w:pPr>
            <w:r>
              <w:t>obeski za nakit, obeski za obročke ali verižice za ključe (razred 14);</w:t>
            </w:r>
          </w:p>
          <w:p w:rsidR="008C16D9" w:rsidRDefault="008C16D9" w:rsidP="008C16D9">
            <w:pPr>
              <w:pStyle w:val="opombapika"/>
              <w:spacing w:after="40"/>
            </w:pPr>
            <w:r>
              <w:t>nekateri trakovi in pentlje, na primer papirnati trakovi in pentlje, razen galanterije ali okraskov za lase (razred 16), trakovi za ritmično gimnastiko (razred 28)</w:t>
            </w:r>
          </w:p>
          <w:p w:rsidR="008C16D9" w:rsidRDefault="008C16D9" w:rsidP="008C16D9">
            <w:pPr>
              <w:pStyle w:val="opombapika"/>
              <w:spacing w:after="40"/>
            </w:pPr>
            <w:r>
              <w:t>sukanci in niti za tekstilno uporabo (razred 23)</w:t>
            </w:r>
          </w:p>
          <w:p w:rsidR="007F7938" w:rsidRPr="00993A45" w:rsidRDefault="008C16D9" w:rsidP="008C16D9">
            <w:pPr>
              <w:pStyle w:val="opombapika"/>
              <w:spacing w:after="40"/>
            </w:pPr>
            <w:r>
              <w:t>Božična drevesca iz sintetičnega materiala (razred 28)</w:t>
            </w:r>
          </w:p>
        </w:tc>
      </w:tr>
    </w:tbl>
    <w:p w:rsidR="00F875A9" w:rsidRDefault="00F875A9" w:rsidP="008C16D9">
      <w:pPr>
        <w:spacing w:after="240"/>
        <w:ind w:left="0" w:firstLine="0"/>
      </w:pPr>
    </w:p>
    <w:p w:rsidR="00581523" w:rsidRDefault="00581523">
      <w:pPr>
        <w:sectPr w:rsidR="00581523" w:rsidSect="00E00425">
          <w:type w:val="continuous"/>
          <w:pgSz w:w="11907" w:h="16840" w:code="9"/>
          <w:pgMar w:top="1418" w:right="1418" w:bottom="1418" w:left="1418" w:header="720" w:footer="720" w:gutter="0"/>
          <w:cols w:space="720"/>
          <w:docGrid w:linePitch="360"/>
        </w:sectPr>
      </w:pPr>
    </w:p>
    <w:p w:rsidR="004611C8" w:rsidRDefault="004611C8" w:rsidP="004611C8">
      <w:r>
        <w:lastRenderedPageBreak/>
        <w:t>260001</w:t>
      </w:r>
      <w:r>
        <w:tab/>
        <w:t>Pripomočki za zapenjanje čevljev</w:t>
      </w:r>
    </w:p>
    <w:p w:rsidR="004611C8" w:rsidRDefault="004611C8" w:rsidP="004611C8">
      <w:r>
        <w:t>260002</w:t>
      </w:r>
      <w:r>
        <w:tab/>
        <w:t>Igle</w:t>
      </w:r>
    </w:p>
    <w:p w:rsidR="004611C8" w:rsidRDefault="004611C8" w:rsidP="004611C8">
      <w:r>
        <w:t>260003</w:t>
      </w:r>
      <w:r>
        <w:tab/>
        <w:t>Čevljarske igle</w:t>
      </w:r>
    </w:p>
    <w:p w:rsidR="004611C8" w:rsidRDefault="004611C8" w:rsidP="004611C8">
      <w:r>
        <w:t>260004</w:t>
      </w:r>
      <w:r>
        <w:tab/>
        <w:t>Igle za šivanje</w:t>
      </w:r>
    </w:p>
    <w:p w:rsidR="004611C8" w:rsidRDefault="004611C8" w:rsidP="004611C8">
      <w:r>
        <w:t>260006</w:t>
      </w:r>
      <w:r>
        <w:tab/>
        <w:t>Igle za vezanje</w:t>
      </w:r>
    </w:p>
    <w:p w:rsidR="004611C8" w:rsidRDefault="004611C8" w:rsidP="004611C8">
      <w:r>
        <w:t>260007</w:t>
      </w:r>
      <w:r>
        <w:tab/>
        <w:t>Igle za krpanje</w:t>
      </w:r>
    </w:p>
    <w:p w:rsidR="004611C8" w:rsidRDefault="004611C8" w:rsidP="004611C8">
      <w:r>
        <w:t>260008</w:t>
      </w:r>
      <w:r>
        <w:tab/>
        <w:t>Sedlarske igle</w:t>
      </w:r>
    </w:p>
    <w:p w:rsidR="004611C8" w:rsidRDefault="004611C8" w:rsidP="004611C8">
      <w:r>
        <w:t>260009</w:t>
      </w:r>
      <w:r>
        <w:tab/>
        <w:t>Igle za pletenje</w:t>
      </w:r>
    </w:p>
    <w:p w:rsidR="004611C8" w:rsidRDefault="004611C8" w:rsidP="004611C8">
      <w:r>
        <w:t>260010</w:t>
      </w:r>
      <w:r>
        <w:tab/>
        <w:t>Pripomočki za zapenjanje oblačil</w:t>
      </w:r>
    </w:p>
    <w:p w:rsidR="004611C8" w:rsidRPr="003834FA" w:rsidRDefault="004611C8" w:rsidP="004611C8">
      <w:pPr>
        <w:rPr>
          <w:lang w:val="fr-FR"/>
        </w:rPr>
      </w:pPr>
      <w:r>
        <w:t>260011</w:t>
      </w:r>
      <w:r>
        <w:tab/>
      </w:r>
      <w:r w:rsidRPr="003834FA">
        <w:rPr>
          <w:lang w:val="fr-FR"/>
        </w:rPr>
        <w:t>Nojeva peresa [dodatki za oblačila]</w:t>
      </w:r>
    </w:p>
    <w:p w:rsidR="004611C8" w:rsidRDefault="004611C8" w:rsidP="004611C8">
      <w:r>
        <w:t>260013</w:t>
      </w:r>
      <w:r>
        <w:tab/>
        <w:t>Trakovi za lase</w:t>
      </w:r>
    </w:p>
    <w:p w:rsidR="004611C8" w:rsidRDefault="004611C8" w:rsidP="004611C8">
      <w:r>
        <w:t>260014</w:t>
      </w:r>
      <w:r>
        <w:tab/>
        <w:t>Umetne brade</w:t>
      </w:r>
    </w:p>
    <w:p w:rsidR="004611C8" w:rsidRDefault="004611C8" w:rsidP="004611C8">
      <w:r>
        <w:t>260016</w:t>
      </w:r>
      <w:r>
        <w:tab/>
        <w:t>Okraski za klobuke</w:t>
      </w:r>
    </w:p>
    <w:p w:rsidR="004611C8" w:rsidRDefault="004611C8" w:rsidP="004611C8">
      <w:r>
        <w:t>260018</w:t>
      </w:r>
      <w:r>
        <w:tab/>
        <w:t>Bordure za oblačila</w:t>
      </w:r>
    </w:p>
    <w:p w:rsidR="004611C8" w:rsidRDefault="004611C8" w:rsidP="004611C8">
      <w:r>
        <w:t>260019</w:t>
      </w:r>
      <w:r>
        <w:tab/>
        <w:t>Čipke za obrobe</w:t>
      </w:r>
    </w:p>
    <w:p w:rsidR="004611C8" w:rsidRDefault="004611C8" w:rsidP="004611C8">
      <w:r>
        <w:t>260020</w:t>
      </w:r>
      <w:r>
        <w:tab/>
        <w:t>Kopita za krpanje</w:t>
      </w:r>
    </w:p>
    <w:p w:rsidR="004611C8" w:rsidRDefault="004611C8" w:rsidP="004611C8">
      <w:r>
        <w:t>260021</w:t>
      </w:r>
      <w:r>
        <w:tab/>
        <w:t>Gumbi</w:t>
      </w:r>
    </w:p>
    <w:p w:rsidR="004611C8" w:rsidRDefault="004611C8" w:rsidP="004611C8">
      <w:r>
        <w:t>260022</w:t>
      </w:r>
      <w:r>
        <w:tab/>
        <w:t>Pritiskači</w:t>
      </w:r>
    </w:p>
    <w:p w:rsidR="004611C8" w:rsidRDefault="004611C8" w:rsidP="004611C8">
      <w:r>
        <w:t>260023</w:t>
      </w:r>
      <w:r>
        <w:tab/>
        <w:t>Trakovi za zavihanje rokavov</w:t>
      </w:r>
    </w:p>
    <w:p w:rsidR="004611C8" w:rsidRDefault="004611C8" w:rsidP="004611C8">
      <w:r>
        <w:t>260027</w:t>
      </w:r>
      <w:r>
        <w:tab/>
        <w:t>Broške [dodatki za oblačila]</w:t>
      </w:r>
    </w:p>
    <w:p w:rsidR="004611C8" w:rsidRDefault="004611C8" w:rsidP="004611C8">
      <w:r>
        <w:t>260031</w:t>
      </w:r>
      <w:r>
        <w:tab/>
        <w:t>Pasne zaponke</w:t>
      </w:r>
    </w:p>
    <w:p w:rsidR="004611C8" w:rsidRDefault="004611C8" w:rsidP="004611C8">
      <w:r>
        <w:t>260033</w:t>
      </w:r>
      <w:r>
        <w:tab/>
        <w:t>Kaveljčki za čevlje</w:t>
      </w:r>
    </w:p>
    <w:p w:rsidR="004611C8" w:rsidRDefault="004611C8" w:rsidP="004611C8">
      <w:r>
        <w:t>260034</w:t>
      </w:r>
      <w:r>
        <w:tab/>
        <w:t>Vezalke</w:t>
      </w:r>
    </w:p>
    <w:p w:rsidR="004611C8" w:rsidRDefault="004611C8" w:rsidP="004611C8">
      <w:r>
        <w:t>260035</w:t>
      </w:r>
      <w:r>
        <w:tab/>
        <w:t>Okraski za čevlje</w:t>
      </w:r>
    </w:p>
    <w:p w:rsidR="004611C8" w:rsidRDefault="004611C8" w:rsidP="004611C8">
      <w:r>
        <w:t>260036</w:t>
      </w:r>
      <w:r>
        <w:tab/>
        <w:t>Obročki za luknjice, za vezalke na čevljih</w:t>
      </w:r>
    </w:p>
    <w:p w:rsidR="004611C8" w:rsidRDefault="004611C8" w:rsidP="004611C8">
      <w:r>
        <w:t>260037</w:t>
      </w:r>
      <w:r>
        <w:tab/>
        <w:t>Šenilija [pozamenterija]</w:t>
      </w:r>
    </w:p>
    <w:p w:rsidR="004611C8" w:rsidRDefault="004611C8" w:rsidP="004611C8">
      <w:r>
        <w:t>260038</w:t>
      </w:r>
      <w:r>
        <w:tab/>
        <w:t>Dekorativni izdelki za lase</w:t>
      </w:r>
    </w:p>
    <w:p w:rsidR="004611C8" w:rsidRDefault="004611C8" w:rsidP="004611C8">
      <w:r>
        <w:t>260039</w:t>
      </w:r>
      <w:r>
        <w:tab/>
        <w:t>Igle za kodranje las</w:t>
      </w:r>
    </w:p>
    <w:p w:rsidR="004611C8" w:rsidRDefault="004611C8" w:rsidP="004611C8">
      <w:r>
        <w:t>260041</w:t>
      </w:r>
      <w:r>
        <w:tab/>
        <w:t>Igle za lase</w:t>
      </w:r>
    </w:p>
    <w:p w:rsidR="004611C8" w:rsidRDefault="004611C8" w:rsidP="004611C8">
      <w:r>
        <w:t>260042</w:t>
      </w:r>
      <w:r>
        <w:tab/>
        <w:t>Mrežice za lase</w:t>
      </w:r>
    </w:p>
    <w:p w:rsidR="004611C8" w:rsidRDefault="004611C8" w:rsidP="004611C8">
      <w:r>
        <w:t>260043</w:t>
      </w:r>
      <w:r>
        <w:tab/>
        <w:t>Lasulje</w:t>
      </w:r>
    </w:p>
    <w:p w:rsidR="004611C8" w:rsidRDefault="004611C8" w:rsidP="004611C8">
      <w:r>
        <w:t>260045</w:t>
      </w:r>
      <w:r>
        <w:tab/>
        <w:t>Okrasne številke za označevanje perila</w:t>
      </w:r>
    </w:p>
    <w:p w:rsidR="004611C8" w:rsidRDefault="004611C8" w:rsidP="004611C8">
      <w:r>
        <w:t>260046</w:t>
      </w:r>
      <w:r>
        <w:tab/>
        <w:t>Podporniki za ovratnike</w:t>
      </w:r>
    </w:p>
    <w:p w:rsidR="004611C8" w:rsidRDefault="004611C8" w:rsidP="004611C8">
      <w:r>
        <w:t>260047</w:t>
      </w:r>
      <w:r>
        <w:tab/>
        <w:t>Vrvice za oblačila</w:t>
      </w:r>
    </w:p>
    <w:p w:rsidR="004611C8" w:rsidRDefault="004611C8" w:rsidP="004611C8">
      <w:r>
        <w:t>260049</w:t>
      </w:r>
      <w:r>
        <w:tab/>
        <w:t>Škatle za šivanje</w:t>
      </w:r>
    </w:p>
    <w:p w:rsidR="004611C8" w:rsidRDefault="004611C8" w:rsidP="004611C8">
      <w:r>
        <w:t>260050</w:t>
      </w:r>
      <w:r>
        <w:tab/>
        <w:t>Naprstniki za šivanje</w:t>
      </w:r>
    </w:p>
    <w:p w:rsidR="004611C8" w:rsidRDefault="004611C8" w:rsidP="004611C8">
      <w:r>
        <w:t>260052</w:t>
      </w:r>
      <w:r>
        <w:tab/>
        <w:t>Kaveljčki [drobna galanterija]</w:t>
      </w:r>
    </w:p>
    <w:p w:rsidR="004611C8" w:rsidRDefault="004611C8" w:rsidP="004611C8">
      <w:r>
        <w:t>260055</w:t>
      </w:r>
      <w:r>
        <w:tab/>
        <w:t>Blazinice za bucike</w:t>
      </w:r>
    </w:p>
    <w:p w:rsidR="004611C8" w:rsidRDefault="004611C8" w:rsidP="004611C8">
      <w:r>
        <w:t>260056</w:t>
      </w:r>
      <w:r>
        <w:tab/>
        <w:t>Obrobe</w:t>
      </w:r>
    </w:p>
    <w:p w:rsidR="004611C8" w:rsidRDefault="004611C8" w:rsidP="004611C8">
      <w:r>
        <w:t>260057</w:t>
      </w:r>
      <w:r>
        <w:tab/>
        <w:t>Girlande (vezenine)</w:t>
      </w:r>
    </w:p>
    <w:p w:rsidR="004611C8" w:rsidRDefault="004611C8" w:rsidP="004611C8">
      <w:r>
        <w:t>260058</w:t>
      </w:r>
      <w:r>
        <w:tab/>
        <w:t>Čolnički za izdelavo ribiških mrež</w:t>
      </w:r>
    </w:p>
    <w:p w:rsidR="004611C8" w:rsidRDefault="004611C8" w:rsidP="004611C8">
      <w:r>
        <w:t>260059</w:t>
      </w:r>
      <w:r>
        <w:tab/>
        <w:t>Umetne rože</w:t>
      </w:r>
    </w:p>
    <w:p w:rsidR="004611C8" w:rsidRDefault="004611C8" w:rsidP="004611C8">
      <w:r>
        <w:t>260060</w:t>
      </w:r>
      <w:r>
        <w:tab/>
        <w:t>Resice</w:t>
      </w:r>
    </w:p>
    <w:p w:rsidR="004611C8" w:rsidRDefault="004611C8" w:rsidP="004611C8">
      <w:r>
        <w:t>260061</w:t>
      </w:r>
      <w:r>
        <w:tab/>
        <w:t>Umetno sadje</w:t>
      </w:r>
    </w:p>
    <w:p w:rsidR="004611C8" w:rsidRDefault="004611C8" w:rsidP="004611C8">
      <w:r>
        <w:t>260063</w:t>
      </w:r>
      <w:r>
        <w:tab/>
        <w:t>Čopki [pozamenterija]</w:t>
      </w:r>
    </w:p>
    <w:p w:rsidR="004611C8" w:rsidRDefault="004611C8" w:rsidP="004611C8">
      <w:r>
        <w:t>260064</w:t>
      </w:r>
      <w:r>
        <w:tab/>
        <w:t>Okrasne obrobe za oblačila</w:t>
      </w:r>
    </w:p>
    <w:p w:rsidR="004611C8" w:rsidRDefault="004611C8" w:rsidP="004611C8">
      <w:r>
        <w:t>260065</w:t>
      </w:r>
      <w:r>
        <w:tab/>
        <w:t>Umetne girlande</w:t>
      </w:r>
    </w:p>
    <w:p w:rsidR="004611C8" w:rsidRDefault="004611C8" w:rsidP="004611C8">
      <w:r>
        <w:t>260066</w:t>
      </w:r>
      <w:r>
        <w:tab/>
        <w:t>Čipkasti naborki</w:t>
      </w:r>
    </w:p>
    <w:p w:rsidR="004611C8" w:rsidRDefault="004611C8" w:rsidP="004611C8">
      <w:r>
        <w:t>260067</w:t>
      </w:r>
      <w:r>
        <w:tab/>
        <w:t>Volnene vrvice</w:t>
      </w:r>
    </w:p>
    <w:p w:rsidR="004611C8" w:rsidRDefault="004611C8" w:rsidP="004611C8">
      <w:r>
        <w:t>260069</w:t>
      </w:r>
      <w:r>
        <w:tab/>
        <w:t>Okrasne črke za označevanje perila</w:t>
      </w:r>
    </w:p>
    <w:p w:rsidR="004611C8" w:rsidRDefault="004611C8" w:rsidP="004611C8">
      <w:r>
        <w:t>260070</w:t>
      </w:r>
      <w:r>
        <w:tab/>
        <w:t>Pozamenterija, razen sukanca</w:t>
      </w:r>
    </w:p>
    <w:p w:rsidR="004611C8" w:rsidRDefault="004611C8" w:rsidP="004611C8">
      <w:r>
        <w:t>260071</w:t>
      </w:r>
      <w:r>
        <w:tab/>
        <w:t>Sljudaste bleščice</w:t>
      </w:r>
    </w:p>
    <w:p w:rsidR="004611C8" w:rsidRDefault="004611C8" w:rsidP="004611C8">
      <w:r>
        <w:t>260072</w:t>
      </w:r>
      <w:r>
        <w:tab/>
        <w:t>Umetni brki</w:t>
      </w:r>
    </w:p>
    <w:p w:rsidR="004611C8" w:rsidRDefault="004611C8" w:rsidP="004611C8">
      <w:r>
        <w:t>260073</w:t>
      </w:r>
      <w:r>
        <w:tab/>
        <w:t>Obročki za oblačila</w:t>
      </w:r>
    </w:p>
    <w:p w:rsidR="004611C8" w:rsidRPr="003834FA" w:rsidRDefault="004611C8" w:rsidP="004611C8">
      <w:pPr>
        <w:rPr>
          <w:lang w:val="fr-FR"/>
        </w:rPr>
      </w:pPr>
      <w:r>
        <w:t>260074</w:t>
      </w:r>
      <w:r>
        <w:tab/>
      </w:r>
      <w:r w:rsidRPr="003834FA">
        <w:rPr>
          <w:lang w:val="fr-FR"/>
        </w:rPr>
        <w:t>Ptičja peresa [dodatki za oblačila]</w:t>
      </w:r>
    </w:p>
    <w:p w:rsidR="004611C8" w:rsidRDefault="004611C8" w:rsidP="004611C8">
      <w:r>
        <w:t>260076</w:t>
      </w:r>
      <w:r>
        <w:tab/>
        <w:t>Trakovi [pozamenterija]</w:t>
      </w:r>
    </w:p>
    <w:p w:rsidR="004611C8" w:rsidRDefault="004611C8" w:rsidP="004611C8">
      <w:r>
        <w:t>260077</w:t>
      </w:r>
      <w:r>
        <w:tab/>
        <w:t>Bleščice za obleke</w:t>
      </w:r>
    </w:p>
    <w:p w:rsidR="004611C8" w:rsidRDefault="004611C8" w:rsidP="004611C8">
      <w:r>
        <w:t>260078</w:t>
      </w:r>
      <w:r>
        <w:tab/>
        <w:t>Blazinice za igle</w:t>
      </w:r>
    </w:p>
    <w:p w:rsidR="004611C8" w:rsidRDefault="004611C8" w:rsidP="004611C8">
      <w:r>
        <w:t>260079</w:t>
      </w:r>
      <w:r>
        <w:tab/>
        <w:t>Lasulje</w:t>
      </w:r>
    </w:p>
    <w:p w:rsidR="004611C8" w:rsidRDefault="004611C8" w:rsidP="004611C8">
      <w:r>
        <w:t>260080</w:t>
      </w:r>
      <w:r>
        <w:tab/>
        <w:t>Pikot (čipka)</w:t>
      </w:r>
    </w:p>
    <w:p w:rsidR="004611C8" w:rsidRDefault="004611C8" w:rsidP="004611C8">
      <w:r>
        <w:t>260081</w:t>
      </w:r>
      <w:r>
        <w:tab/>
        <w:t>Zaplate za vroče lepljenje, za popravilo tekstilnih izdelkov</w:t>
      </w:r>
    </w:p>
    <w:p w:rsidR="004611C8" w:rsidRDefault="004611C8" w:rsidP="004611C8">
      <w:r>
        <w:t>260082</w:t>
      </w:r>
      <w:r>
        <w:tab/>
        <w:t>Peresa [dodatki za oblačila]</w:t>
      </w:r>
    </w:p>
    <w:p w:rsidR="004611C8" w:rsidRDefault="004611C8" w:rsidP="004611C8">
      <w:r>
        <w:t>260083</w:t>
      </w:r>
      <w:r>
        <w:tab/>
        <w:t>Čopi (cofi)</w:t>
      </w:r>
    </w:p>
    <w:p w:rsidR="004611C8" w:rsidRDefault="004611C8" w:rsidP="004611C8">
      <w:r>
        <w:t>260084</w:t>
      </w:r>
      <w:r>
        <w:tab/>
        <w:t>Naborki za krila</w:t>
      </w:r>
    </w:p>
    <w:p w:rsidR="004611C8" w:rsidRDefault="004611C8" w:rsidP="004611C8">
      <w:r>
        <w:t>260085</w:t>
      </w:r>
      <w:r>
        <w:tab/>
        <w:t>Rozete [pozamenterija]</w:t>
      </w:r>
    </w:p>
    <w:p w:rsidR="004611C8" w:rsidRDefault="004611C8" w:rsidP="004611C8">
      <w:r>
        <w:t>260086</w:t>
      </w:r>
      <w:r>
        <w:tab/>
        <w:t>Naborki za oblačila</w:t>
      </w:r>
    </w:p>
    <w:p w:rsidR="004611C8" w:rsidRDefault="004611C8" w:rsidP="004611C8">
      <w:r>
        <w:t>260088</w:t>
      </w:r>
      <w:r>
        <w:tab/>
        <w:t>Zaponke za čevlje</w:t>
      </w:r>
    </w:p>
    <w:p w:rsidR="004611C8" w:rsidRDefault="004611C8" w:rsidP="004611C8">
      <w:r>
        <w:t>260089</w:t>
      </w:r>
      <w:r>
        <w:tab/>
        <w:t>Tupeji</w:t>
      </w:r>
    </w:p>
    <w:p w:rsidR="004611C8" w:rsidRDefault="004611C8" w:rsidP="004611C8">
      <w:r>
        <w:t>260090</w:t>
      </w:r>
      <w:r>
        <w:tab/>
        <w:t>Šila</w:t>
      </w:r>
    </w:p>
    <w:p w:rsidR="004611C8" w:rsidRDefault="004611C8" w:rsidP="004611C8">
      <w:r>
        <w:t>260091</w:t>
      </w:r>
      <w:r>
        <w:tab/>
        <w:t>Škatle za šivanke</w:t>
      </w:r>
    </w:p>
    <w:p w:rsidR="004611C8" w:rsidRDefault="004611C8" w:rsidP="004611C8">
      <w:r>
        <w:t>260092</w:t>
      </w:r>
      <w:r>
        <w:tab/>
        <w:t>Škatle za igle za šivanje</w:t>
      </w:r>
    </w:p>
    <w:p w:rsidR="004611C8" w:rsidRDefault="004611C8" w:rsidP="004611C8">
      <w:r>
        <w:t>260093</w:t>
      </w:r>
      <w:r>
        <w:tab/>
        <w:t>Srebrne vezenine</w:t>
      </w:r>
    </w:p>
    <w:p w:rsidR="004611C8" w:rsidRDefault="004611C8" w:rsidP="004611C8">
      <w:r>
        <w:t>260094</w:t>
      </w:r>
      <w:r>
        <w:tab/>
        <w:t>Zlate vezenine</w:t>
      </w:r>
    </w:p>
    <w:p w:rsidR="004611C8" w:rsidRDefault="004611C8" w:rsidP="004611C8">
      <w:r>
        <w:t>260095</w:t>
      </w:r>
      <w:r>
        <w:tab/>
        <w:t>Elastični trakovi</w:t>
      </w:r>
    </w:p>
    <w:p w:rsidR="004611C8" w:rsidRPr="003834FA" w:rsidRDefault="004611C8" w:rsidP="004611C8">
      <w:pPr>
        <w:rPr>
          <w:lang w:val="fr-FR"/>
        </w:rPr>
      </w:pPr>
      <w:r>
        <w:t>260096</w:t>
      </w:r>
      <w:r>
        <w:tab/>
      </w:r>
      <w:r w:rsidRPr="003834FA">
        <w:rPr>
          <w:lang w:val="fr-FR"/>
        </w:rPr>
        <w:t>Vrvice za obrobe, za oblačila</w:t>
      </w:r>
    </w:p>
    <w:p w:rsidR="004611C8" w:rsidRDefault="004611C8" w:rsidP="004611C8">
      <w:r>
        <w:t>260097</w:t>
      </w:r>
      <w:r>
        <w:tab/>
        <w:t>Zaponke za oblačila</w:t>
      </w:r>
    </w:p>
    <w:p w:rsidR="004611C8" w:rsidRDefault="004611C8" w:rsidP="004611C8">
      <w:r>
        <w:t>260098</w:t>
      </w:r>
      <w:r>
        <w:tab/>
        <w:t>Kaveljčki za steznike</w:t>
      </w:r>
    </w:p>
    <w:p w:rsidR="004611C8" w:rsidRDefault="004611C8" w:rsidP="004611C8">
      <w:r>
        <w:t>260099</w:t>
      </w:r>
      <w:r>
        <w:tab/>
        <w:t>Venčki iz umetnih rož</w:t>
      </w:r>
    </w:p>
    <w:p w:rsidR="004611C8" w:rsidRPr="003834FA" w:rsidRDefault="004611C8" w:rsidP="004611C8">
      <w:pPr>
        <w:rPr>
          <w:lang w:val="fr-FR"/>
        </w:rPr>
      </w:pPr>
      <w:r>
        <w:t>260101</w:t>
      </w:r>
      <w:r>
        <w:tab/>
      </w:r>
      <w:r w:rsidRPr="003834FA">
        <w:rPr>
          <w:lang w:val="fr-FR"/>
        </w:rPr>
        <w:t>Značke, ne iz plemenitih kovin</w:t>
      </w:r>
    </w:p>
    <w:p w:rsidR="004611C8" w:rsidRDefault="004611C8" w:rsidP="004611C8">
      <w:r>
        <w:t>260111</w:t>
      </w:r>
      <w:r>
        <w:tab/>
        <w:t>Okrasne zaplate za vroče lepljenje</w:t>
      </w:r>
    </w:p>
    <w:p w:rsidR="004611C8" w:rsidRDefault="004611C8" w:rsidP="004611C8">
      <w:r>
        <w:t>260112</w:t>
      </w:r>
      <w:r>
        <w:tab/>
        <w:t>Številke za tekmovalce</w:t>
      </w:r>
    </w:p>
    <w:p w:rsidR="004611C8" w:rsidRDefault="004611C8" w:rsidP="004611C8">
      <w:r>
        <w:t>260113</w:t>
      </w:r>
      <w:r>
        <w:tab/>
        <w:t>Okrasne značke z ornamenti (gumbi)</w:t>
      </w:r>
    </w:p>
    <w:p w:rsidR="004611C8" w:rsidRDefault="004611C8" w:rsidP="004611C8">
      <w:r>
        <w:t>260114</w:t>
      </w:r>
      <w:r>
        <w:tab/>
        <w:t>Pentlje za lase</w:t>
      </w:r>
    </w:p>
    <w:p w:rsidR="004611C8" w:rsidRDefault="004611C8" w:rsidP="004611C8">
      <w:r>
        <w:t>260116</w:t>
      </w:r>
      <w:r>
        <w:tab/>
        <w:t>Trakovi za sprijemanje (zapenjanje)</w:t>
      </w:r>
    </w:p>
    <w:p w:rsidR="004611C8" w:rsidRDefault="004611C8" w:rsidP="004611C8">
      <w:r>
        <w:t>260117</w:t>
      </w:r>
      <w:r>
        <w:tab/>
        <w:t>Trakovi za priznanja</w:t>
      </w:r>
    </w:p>
    <w:p w:rsidR="004611C8" w:rsidRDefault="004611C8" w:rsidP="004611C8">
      <w:r>
        <w:t>260118</w:t>
      </w:r>
      <w:r>
        <w:tab/>
        <w:t>Blazinice za rame, za oblačila</w:t>
      </w:r>
    </w:p>
    <w:p w:rsidR="004611C8" w:rsidRDefault="004611C8" w:rsidP="004611C8">
      <w:r>
        <w:t>260119</w:t>
      </w:r>
      <w:r>
        <w:tab/>
        <w:t>Sponke za hlače za kolesarje</w:t>
      </w:r>
    </w:p>
    <w:p w:rsidR="004611C8" w:rsidRDefault="004611C8" w:rsidP="004611C8">
      <w:r>
        <w:t>260120</w:t>
      </w:r>
      <w:r>
        <w:tab/>
        <w:t>Nabiralni trak za zavese</w:t>
      </w:r>
    </w:p>
    <w:p w:rsidR="004611C8" w:rsidRDefault="004611C8" w:rsidP="004611C8">
      <w:r>
        <w:t>260121</w:t>
      </w:r>
      <w:r>
        <w:tab/>
        <w:t>Navijalke</w:t>
      </w:r>
    </w:p>
    <w:p w:rsidR="004611C8" w:rsidRDefault="004611C8" w:rsidP="004611C8">
      <w:r>
        <w:t>260122</w:t>
      </w:r>
      <w:r>
        <w:tab/>
        <w:t>Kaveljčki za preproge</w:t>
      </w:r>
    </w:p>
    <w:p w:rsidR="004611C8" w:rsidRPr="003834FA" w:rsidRDefault="004611C8" w:rsidP="004611C8">
      <w:pPr>
        <w:rPr>
          <w:lang w:val="fr-FR"/>
        </w:rPr>
      </w:pPr>
      <w:r>
        <w:t>260124</w:t>
      </w:r>
      <w:r>
        <w:tab/>
      </w:r>
      <w:r w:rsidRPr="003834FA">
        <w:rPr>
          <w:lang w:val="fr-FR"/>
        </w:rPr>
        <w:t>Vretena za navijanje volne ali niti [ne deli strojev]</w:t>
      </w:r>
    </w:p>
    <w:p w:rsidR="004611C8" w:rsidRDefault="004611C8" w:rsidP="004611C8">
      <w:r>
        <w:t>260125</w:t>
      </w:r>
      <w:r>
        <w:tab/>
        <w:t>Lasni podaljški</w:t>
      </w:r>
    </w:p>
    <w:p w:rsidR="004611C8" w:rsidRDefault="004611C8" w:rsidP="004611C8">
      <w:r>
        <w:t>260126</w:t>
      </w:r>
      <w:r>
        <w:tab/>
        <w:t>Človeški lasje</w:t>
      </w:r>
    </w:p>
    <w:p w:rsidR="004611C8" w:rsidRDefault="004611C8" w:rsidP="004611C8">
      <w:r>
        <w:t>260127</w:t>
      </w:r>
      <w:r>
        <w:tab/>
        <w:t>Kodralniki, električni in ročni</w:t>
      </w:r>
    </w:p>
    <w:p w:rsidR="004611C8" w:rsidRDefault="004611C8" w:rsidP="004611C8">
      <w:r>
        <w:t>260128</w:t>
      </w:r>
      <w:r>
        <w:tab/>
        <w:t>Okrasni našitki (pozamenterija)</w:t>
      </w:r>
    </w:p>
    <w:p w:rsidR="004611C8" w:rsidRDefault="004611C8" w:rsidP="004611C8">
      <w:r>
        <w:t>260129</w:t>
      </w:r>
      <w:r>
        <w:tab/>
        <w:t>Umetne rastline</w:t>
      </w:r>
    </w:p>
    <w:p w:rsidR="004611C8" w:rsidRDefault="004611C8" w:rsidP="004611C8">
      <w:r>
        <w:t>260130</w:t>
      </w:r>
      <w:r>
        <w:tab/>
        <w:t>Kompleti za šivanje</w:t>
      </w:r>
    </w:p>
    <w:p w:rsidR="004611C8" w:rsidRDefault="004611C8" w:rsidP="004611C8">
      <w:r>
        <w:t>260131</w:t>
      </w:r>
      <w:r>
        <w:tab/>
        <w:t>Entomološke igle</w:t>
      </w:r>
    </w:p>
    <w:p w:rsidR="004611C8" w:rsidRDefault="004611C8" w:rsidP="004611C8">
      <w:r>
        <w:t>260132</w:t>
      </w:r>
      <w:r>
        <w:tab/>
        <w:t>Igle za vezenje</w:t>
      </w:r>
    </w:p>
    <w:p w:rsidR="004611C8" w:rsidRDefault="004611C8" w:rsidP="004611C8">
      <w:r>
        <w:t>260134</w:t>
      </w:r>
      <w:r>
        <w:tab/>
        <w:t>Vdevalniki niti</w:t>
      </w:r>
    </w:p>
    <w:p w:rsidR="004611C8" w:rsidRPr="003834FA" w:rsidRDefault="004611C8" w:rsidP="004611C8">
      <w:pPr>
        <w:rPr>
          <w:lang w:val="fr-FR"/>
        </w:rPr>
      </w:pPr>
      <w:r>
        <w:t>260136</w:t>
      </w:r>
      <w:r>
        <w:tab/>
      </w:r>
      <w:r w:rsidRPr="003834FA">
        <w:rPr>
          <w:lang w:val="fr-FR"/>
        </w:rPr>
        <w:t>Umetne girlande z vgrajenimi lučkami</w:t>
      </w:r>
    </w:p>
    <w:p w:rsidR="004611C8" w:rsidRDefault="004611C8" w:rsidP="004611C8">
      <w:r>
        <w:t>260137</w:t>
      </w:r>
      <w:r>
        <w:tab/>
        <w:t>Umetni venčki</w:t>
      </w:r>
    </w:p>
    <w:p w:rsidR="004611C8" w:rsidRDefault="004611C8" w:rsidP="004611C8">
      <w:r>
        <w:t>260138</w:t>
      </w:r>
      <w:r>
        <w:tab/>
        <w:t>Umetni venčki z vgrajenimi lučkami</w:t>
      </w:r>
    </w:p>
    <w:p w:rsidR="004611C8" w:rsidRDefault="004611C8" w:rsidP="004611C8">
      <w:r>
        <w:lastRenderedPageBreak/>
        <w:t>260140</w:t>
      </w:r>
      <w:r>
        <w:tab/>
        <w:t>Lasni trakovi</w:t>
      </w:r>
    </w:p>
    <w:p w:rsidR="004611C8" w:rsidRPr="003834FA" w:rsidRDefault="004611C8" w:rsidP="004611C8">
      <w:pPr>
        <w:rPr>
          <w:lang w:val="fr-FR"/>
        </w:rPr>
      </w:pPr>
      <w:r>
        <w:t>260141</w:t>
      </w:r>
      <w:r>
        <w:tab/>
      </w:r>
      <w:r w:rsidRPr="003834FA">
        <w:rPr>
          <w:lang w:val="fr-FR"/>
        </w:rPr>
        <w:t>Trakovi in pentlje, ne iz papirja, za zavijanje daril</w:t>
      </w:r>
    </w:p>
    <w:p w:rsidR="004611C8" w:rsidRDefault="004611C8" w:rsidP="004611C8">
      <w:r>
        <w:t>260142</w:t>
      </w:r>
      <w:r>
        <w:tab/>
        <w:t>Pentlje [galanterija]</w:t>
      </w:r>
    </w:p>
    <w:p w:rsidR="004611C8" w:rsidRDefault="004611C8" w:rsidP="004611C8">
      <w:r>
        <w:t>260144</w:t>
      </w:r>
      <w:r>
        <w:tab/>
        <w:t>Trakovi za dvigovanje prsi</w:t>
      </w:r>
    </w:p>
    <w:p w:rsidR="004611C8" w:rsidRDefault="004611C8" w:rsidP="004611C8">
      <w:r>
        <w:t>260145</w:t>
      </w:r>
      <w:r>
        <w:tab/>
        <w:t>Trakovi za žensko spodnje perilo</w:t>
      </w:r>
    </w:p>
    <w:p w:rsidR="004611C8" w:rsidRDefault="004611C8" w:rsidP="004611C8">
      <w:r>
        <w:t>260146</w:t>
      </w:r>
      <w:r>
        <w:tab/>
        <w:t>Dodatki za spodnje perilo [galanterija]</w:t>
      </w:r>
    </w:p>
    <w:p w:rsidR="004611C8" w:rsidRDefault="004611C8" w:rsidP="004611C8">
      <w:r>
        <w:t>260147</w:t>
      </w:r>
      <w:r>
        <w:tab/>
        <w:t>Zaponke za torbice</w:t>
      </w:r>
    </w:p>
    <w:p w:rsidR="004611C8" w:rsidRDefault="004611C8" w:rsidP="004611C8">
      <w:r>
        <w:t>260148</w:t>
      </w:r>
      <w:r>
        <w:tab/>
        <w:t>Sponke za torbe</w:t>
      </w:r>
    </w:p>
    <w:p w:rsidR="004611C8" w:rsidRDefault="004611C8" w:rsidP="004611C8">
      <w:r>
        <w:t>260149</w:t>
      </w:r>
      <w:r>
        <w:tab/>
        <w:t>Kosti za nedrčke</w:t>
      </w:r>
    </w:p>
    <w:p w:rsidR="004611C8" w:rsidRDefault="004611C8" w:rsidP="004611C8">
      <w:r>
        <w:t>260150</w:t>
      </w:r>
      <w:r>
        <w:tab/>
        <w:t>Vratni trakovi za oblačila</w:t>
      </w:r>
    </w:p>
    <w:p w:rsidR="004611C8" w:rsidRDefault="004611C8" w:rsidP="004611C8">
      <w:r>
        <w:t>260152</w:t>
      </w:r>
      <w:r>
        <w:tab/>
        <w:t>Sponke za denarnice za drobiž</w:t>
      </w:r>
    </w:p>
    <w:p w:rsidR="004611C8" w:rsidRDefault="004611C8" w:rsidP="004611C8">
      <w:r>
        <w:t>260153</w:t>
      </w:r>
      <w:r>
        <w:tab/>
        <w:t>Kompleti za pletenje</w:t>
      </w:r>
    </w:p>
    <w:p w:rsidR="004611C8" w:rsidRDefault="004611C8" w:rsidP="004611C8">
      <w:r>
        <w:t>260154</w:t>
      </w:r>
      <w:r>
        <w:tab/>
        <w:t>Podaljški za zapenjanje modrčkov</w:t>
      </w:r>
    </w:p>
    <w:p w:rsidR="004611C8" w:rsidRDefault="004611C8" w:rsidP="004611C8">
      <w:r>
        <w:t>260155</w:t>
      </w:r>
      <w:r>
        <w:tab/>
        <w:t>Podaljški za naramnice nedrčkov</w:t>
      </w:r>
    </w:p>
    <w:p w:rsidR="004611C8" w:rsidRDefault="004611C8" w:rsidP="004611C8">
      <w:r>
        <w:t>260156</w:t>
      </w:r>
      <w:r>
        <w:tab/>
        <w:t>Gumbi z igelno zaponko</w:t>
      </w:r>
    </w:p>
    <w:p w:rsidR="004611C8" w:rsidRDefault="004611C8" w:rsidP="004611C8">
      <w:r>
        <w:t>260157</w:t>
      </w:r>
      <w:r>
        <w:tab/>
        <w:t>Sledilna kolesca</w:t>
      </w:r>
    </w:p>
    <w:p w:rsidR="004611C8" w:rsidRDefault="004611C8" w:rsidP="004611C8">
      <w:r>
        <w:t>260158</w:t>
      </w:r>
      <w:r>
        <w:tab/>
        <w:t>Odstranljive blazinice za povečanje prsi za uporabo v modrčkih</w:t>
      </w:r>
    </w:p>
    <w:p w:rsidR="004611C8" w:rsidRDefault="004611C8" w:rsidP="004611C8">
      <w:r>
        <w:t>260159</w:t>
      </w:r>
      <w:r>
        <w:tab/>
        <w:t>Čolniček za šivalne stroje, za izdelovanje čipk</w:t>
      </w:r>
    </w:p>
    <w:p w:rsidR="00581523" w:rsidRDefault="00581523">
      <w:pPr>
        <w:pStyle w:val="Naslov1"/>
        <w:sectPr w:rsidR="00581523" w:rsidSect="00E00425">
          <w:type w:val="continuous"/>
          <w:pgSz w:w="11907" w:h="16840" w:code="9"/>
          <w:pgMar w:top="1418" w:right="1418" w:bottom="1418" w:left="1418" w:header="720" w:footer="720" w:gutter="0"/>
          <w:cols w:num="2" w:space="720"/>
          <w:docGrid w:linePitch="360"/>
        </w:sectPr>
      </w:pPr>
    </w:p>
    <w:p w:rsidR="00E42338" w:rsidRPr="00E42338" w:rsidRDefault="00E42338" w:rsidP="00024920">
      <w:pPr>
        <w:pStyle w:val="Naslov1"/>
        <w:rPr>
          <w:lang w:val="sl-SI" w:eastAsia="sl-SI"/>
        </w:rPr>
      </w:pPr>
      <w:r w:rsidRPr="00E42338">
        <w:rPr>
          <w:lang w:val="sl-SI" w:eastAsia="sl-SI"/>
        </w:rPr>
        <w:t xml:space="preserve">Razred 27 </w:t>
      </w:r>
    </w:p>
    <w:p w:rsidR="00E42338" w:rsidRDefault="00E42338" w:rsidP="007F7938">
      <w:pPr>
        <w:pStyle w:val="Naslov2"/>
        <w:rPr>
          <w:lang w:val="sl-SI" w:eastAsia="sl-SI"/>
        </w:rPr>
      </w:pPr>
      <w:r w:rsidRPr="00E42338">
        <w:rPr>
          <w:lang w:val="sl-SI" w:eastAsia="sl-SI"/>
        </w:rPr>
        <w:t>Preproge, predpražniki, rogoznice, linolej in drugi proizvodi za prekrivanje tal; stenske tapete, ne iz tekstila</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7F7938" w:rsidRPr="00D85EAF" w:rsidTr="00CF2B9C">
        <w:trPr>
          <w:trHeight w:val="143"/>
          <w:tblHeader/>
        </w:trPr>
        <w:tc>
          <w:tcPr>
            <w:tcW w:w="9493" w:type="dxa"/>
            <w:gridSpan w:val="2"/>
            <w:shd w:val="clear" w:color="auto" w:fill="F2F2F2" w:themeFill="background1" w:themeFillShade="F2"/>
            <w:vAlign w:val="center"/>
          </w:tcPr>
          <w:p w:rsidR="007F7938" w:rsidRPr="0087064C" w:rsidRDefault="007F7938" w:rsidP="00CF2B9C">
            <w:pPr>
              <w:pStyle w:val="opomba"/>
              <w:rPr>
                <w:b/>
              </w:rPr>
            </w:pPr>
            <w:r w:rsidRPr="0087064C">
              <w:rPr>
                <w:b/>
              </w:rPr>
              <w:t>RAZRED 2</w:t>
            </w:r>
            <w:r w:rsidR="008C16D9">
              <w:rPr>
                <w:b/>
              </w:rPr>
              <w:t>7</w:t>
            </w:r>
            <w:r w:rsidRPr="0087064C">
              <w:rPr>
                <w:b/>
              </w:rPr>
              <w:t xml:space="preserve"> - pojasnjevalne opombe</w:t>
            </w:r>
          </w:p>
        </w:tc>
      </w:tr>
      <w:tr w:rsidR="007F7938" w:rsidRPr="00D85EAF" w:rsidTr="00CF2B9C">
        <w:trPr>
          <w:trHeight w:val="390"/>
        </w:trPr>
        <w:tc>
          <w:tcPr>
            <w:tcW w:w="9493" w:type="dxa"/>
            <w:gridSpan w:val="2"/>
            <w:shd w:val="clear" w:color="auto" w:fill="F2F2F2" w:themeFill="background1" w:themeFillShade="F2"/>
            <w:vAlign w:val="center"/>
          </w:tcPr>
          <w:p w:rsidR="007F7938" w:rsidRPr="00993A45" w:rsidRDefault="008C16D9" w:rsidP="00CF2B9C">
            <w:pPr>
              <w:pStyle w:val="opomba"/>
            </w:pPr>
            <w:r>
              <w:t>Razred 27 vključuje predvsem izdelke, namenjene kot dodatna oprema predhodno sezidanim tlom in zidom.</w:t>
            </w:r>
          </w:p>
        </w:tc>
      </w:tr>
      <w:tr w:rsidR="007F7938" w:rsidRPr="00D85EAF" w:rsidTr="00024920">
        <w:trPr>
          <w:trHeight w:val="2568"/>
        </w:trPr>
        <w:tc>
          <w:tcPr>
            <w:tcW w:w="4746" w:type="dxa"/>
            <w:shd w:val="clear" w:color="auto" w:fill="F2F2F2" w:themeFill="background1" w:themeFillShade="F2"/>
          </w:tcPr>
          <w:p w:rsidR="007F7938" w:rsidRPr="00993A45" w:rsidRDefault="007F7938" w:rsidP="00CF2B9C">
            <w:pPr>
              <w:pStyle w:val="opomba"/>
            </w:pPr>
            <w:r w:rsidRPr="00D85EAF">
              <w:t>V ta razred so vključeni zlasti:</w:t>
            </w:r>
          </w:p>
          <w:p w:rsidR="008C16D9" w:rsidRDefault="008C16D9" w:rsidP="008C16D9">
            <w:pPr>
              <w:pStyle w:val="opombapika"/>
            </w:pPr>
            <w:r>
              <w:t>avtomobilske preproge</w:t>
            </w:r>
          </w:p>
          <w:p w:rsidR="008C16D9" w:rsidRDefault="008C16D9" w:rsidP="008C16D9">
            <w:pPr>
              <w:pStyle w:val="opombapika"/>
            </w:pPr>
            <w:r>
              <w:t>podloge kot talne obloge, na primer kopalniške preproge, predpražniki za vrata, gimnastične podloge, podloge za jogo</w:t>
            </w:r>
          </w:p>
          <w:p w:rsidR="008C16D9" w:rsidRDefault="008C16D9" w:rsidP="008C16D9">
            <w:pPr>
              <w:pStyle w:val="opombapika"/>
            </w:pPr>
            <w:r>
              <w:t>umetna trava</w:t>
            </w:r>
          </w:p>
          <w:p w:rsidR="007F7938" w:rsidRPr="00993A45" w:rsidRDefault="008C16D9" w:rsidP="008C16D9">
            <w:pPr>
              <w:pStyle w:val="opombapika"/>
            </w:pPr>
            <w:r>
              <w:t>tapete, vključno s tekstilnimi tapetami</w:t>
            </w:r>
          </w:p>
        </w:tc>
        <w:tc>
          <w:tcPr>
            <w:tcW w:w="4747" w:type="dxa"/>
            <w:shd w:val="clear" w:color="auto" w:fill="F2F2F2" w:themeFill="background1" w:themeFillShade="F2"/>
          </w:tcPr>
          <w:p w:rsidR="007F7938" w:rsidRPr="00993A45" w:rsidRDefault="007F7938" w:rsidP="00CF2B9C">
            <w:pPr>
              <w:pStyle w:val="opomba"/>
            </w:pPr>
            <w:r w:rsidRPr="00D85EAF">
              <w:t>V ta razred niso vključeni zlasti:</w:t>
            </w:r>
          </w:p>
          <w:p w:rsidR="008C16D9" w:rsidRDefault="008C16D9" w:rsidP="008C16D9">
            <w:pPr>
              <w:pStyle w:val="opombapika"/>
            </w:pPr>
            <w:r>
              <w:t>tla, talne obloge in talne ploščice iz kovine (razred 6) in ne iz kovine (razred 19), lesene talne plošče (razred 19)</w:t>
            </w:r>
          </w:p>
          <w:p w:rsidR="008C16D9" w:rsidRDefault="008C16D9" w:rsidP="008C16D9">
            <w:pPr>
              <w:pStyle w:val="opombapika"/>
            </w:pPr>
            <w:r>
              <w:t>električno ogrevane preproge (razred 11)</w:t>
            </w:r>
          </w:p>
          <w:p w:rsidR="008C16D9" w:rsidRDefault="008C16D9" w:rsidP="008C16D9">
            <w:pPr>
              <w:pStyle w:val="opombapika"/>
            </w:pPr>
            <w:r>
              <w:t>geotekstil (razred 19)</w:t>
            </w:r>
          </w:p>
          <w:p w:rsidR="008C16D9" w:rsidRDefault="008C16D9" w:rsidP="008C16D9">
            <w:pPr>
              <w:pStyle w:val="opombapika"/>
            </w:pPr>
            <w:r>
              <w:t>podloge za otroške stajice (razred 20)</w:t>
            </w:r>
          </w:p>
          <w:p w:rsidR="007F7938" w:rsidRPr="00993A45" w:rsidRDefault="008C16D9" w:rsidP="008C16D9">
            <w:pPr>
              <w:pStyle w:val="opombapika"/>
            </w:pPr>
            <w:r>
              <w:t>stenske obloge iz tekstila (razred 24)</w:t>
            </w:r>
          </w:p>
        </w:tc>
      </w:tr>
    </w:tbl>
    <w:p w:rsidR="007F7938" w:rsidRPr="001C05F7" w:rsidRDefault="007F7938" w:rsidP="00024920">
      <w:pPr>
        <w:spacing w:after="360"/>
        <w:ind w:left="0" w:firstLine="0"/>
        <w:rPr>
          <w:lang w:val="sl-SI"/>
        </w:rPr>
      </w:pPr>
    </w:p>
    <w:p w:rsidR="00581523" w:rsidRDefault="00581523" w:rsidP="00024920">
      <w:pPr>
        <w:spacing w:after="360"/>
        <w:sectPr w:rsidR="00581523" w:rsidSect="00E00425">
          <w:type w:val="continuous"/>
          <w:pgSz w:w="11907" w:h="16840" w:code="9"/>
          <w:pgMar w:top="1418" w:right="1418" w:bottom="1418" w:left="1418" w:header="720" w:footer="720" w:gutter="0"/>
          <w:cols w:space="720"/>
          <w:docGrid w:linePitch="360"/>
        </w:sectPr>
      </w:pPr>
    </w:p>
    <w:p w:rsidR="004611C8" w:rsidRDefault="004611C8" w:rsidP="004611C8">
      <w:r>
        <w:t>270001</w:t>
      </w:r>
      <w:r>
        <w:tab/>
        <w:t>Kopalniške preproge</w:t>
      </w:r>
    </w:p>
    <w:p w:rsidR="004611C8" w:rsidRDefault="004611C8" w:rsidP="004611C8">
      <w:r>
        <w:t>270002</w:t>
      </w:r>
      <w:r>
        <w:tab/>
        <w:t>Talne obloge</w:t>
      </w:r>
    </w:p>
    <w:p w:rsidR="004611C8" w:rsidRDefault="004611C8" w:rsidP="004611C8">
      <w:r>
        <w:t>270003</w:t>
      </w:r>
      <w:r>
        <w:tab/>
        <w:t>Umetna trata</w:t>
      </w:r>
    </w:p>
    <w:p w:rsidR="004611C8" w:rsidRDefault="004611C8" w:rsidP="004611C8">
      <w:r>
        <w:t>270006</w:t>
      </w:r>
      <w:r>
        <w:tab/>
        <w:t>Namizni podstavki</w:t>
      </w:r>
    </w:p>
    <w:p w:rsidR="004611C8" w:rsidRDefault="004611C8" w:rsidP="004611C8">
      <w:r>
        <w:t>270007</w:t>
      </w:r>
      <w:r>
        <w:tab/>
        <w:t>Tapete</w:t>
      </w:r>
    </w:p>
    <w:p w:rsidR="004611C8" w:rsidRDefault="004611C8" w:rsidP="004611C8">
      <w:r>
        <w:t>270008</w:t>
      </w:r>
      <w:r>
        <w:tab/>
        <w:t>Predpražniki</w:t>
      </w:r>
    </w:p>
    <w:p w:rsidR="004611C8" w:rsidRDefault="004611C8" w:rsidP="004611C8">
      <w:r>
        <w:t>270009</w:t>
      </w:r>
      <w:r>
        <w:tab/>
        <w:t>Rogoznice iz trsja</w:t>
      </w:r>
    </w:p>
    <w:p w:rsidR="004611C8" w:rsidRDefault="004611C8" w:rsidP="004611C8">
      <w:r>
        <w:t>270010</w:t>
      </w:r>
      <w:r>
        <w:tab/>
        <w:t>Predpražniki in preproge za vozila</w:t>
      </w:r>
    </w:p>
    <w:p w:rsidR="004611C8" w:rsidRDefault="004611C8" w:rsidP="004611C8">
      <w:r>
        <w:t>270012</w:t>
      </w:r>
      <w:r>
        <w:tab/>
        <w:t>Protizdrsne preproge</w:t>
      </w:r>
    </w:p>
    <w:p w:rsidR="004611C8" w:rsidRDefault="004611C8" w:rsidP="004611C8">
      <w:r>
        <w:t>270013</w:t>
      </w:r>
      <w:r>
        <w:tab/>
        <w:t>Netekstilne viseče stenske dekoracije</w:t>
      </w:r>
    </w:p>
    <w:p w:rsidR="004611C8" w:rsidRPr="003834FA" w:rsidRDefault="004611C8" w:rsidP="004611C8">
      <w:pPr>
        <w:rPr>
          <w:lang w:val="fr-FR"/>
        </w:rPr>
      </w:pPr>
      <w:r>
        <w:t>270014</w:t>
      </w:r>
      <w:r>
        <w:tab/>
      </w:r>
      <w:r w:rsidRPr="003834FA">
        <w:rPr>
          <w:lang w:val="fr-FR"/>
        </w:rPr>
        <w:t>Linolej za prekrivanje obstoječih tal</w:t>
      </w:r>
    </w:p>
    <w:p w:rsidR="004611C8" w:rsidRDefault="004611C8" w:rsidP="004611C8">
      <w:r>
        <w:t>270015</w:t>
      </w:r>
      <w:r>
        <w:tab/>
        <w:t>Podloge za preproge</w:t>
      </w:r>
    </w:p>
    <w:p w:rsidR="004611C8" w:rsidRDefault="004611C8" w:rsidP="004611C8">
      <w:r>
        <w:t>270016</w:t>
      </w:r>
      <w:r>
        <w:tab/>
        <w:t>Vinilne talne obloge</w:t>
      </w:r>
    </w:p>
    <w:p w:rsidR="004611C8" w:rsidRDefault="004611C8" w:rsidP="004611C8">
      <w:r>
        <w:t>270017</w:t>
      </w:r>
      <w:r>
        <w:tab/>
        <w:t>Preproge iz pletene vrvi za smučišča</w:t>
      </w:r>
    </w:p>
    <w:p w:rsidR="004611C8" w:rsidRDefault="004611C8" w:rsidP="004611C8">
      <w:r>
        <w:t>270018</w:t>
      </w:r>
      <w:r>
        <w:tab/>
        <w:t>Tapete iz blaga</w:t>
      </w:r>
    </w:p>
    <w:p w:rsidR="004611C8" w:rsidRDefault="004611C8" w:rsidP="004611C8">
      <w:r>
        <w:t>270019</w:t>
      </w:r>
      <w:r>
        <w:tab/>
        <w:t>Predpražniki, ognjevarni, za kamine in žare</w:t>
      </w:r>
    </w:p>
    <w:p w:rsidR="004611C8" w:rsidRDefault="004611C8" w:rsidP="004611C8">
      <w:r>
        <w:t>270020</w:t>
      </w:r>
      <w:r>
        <w:tab/>
        <w:t>Blazine za jogo</w:t>
      </w:r>
    </w:p>
    <w:p w:rsidR="004611C8" w:rsidRDefault="004611C8" w:rsidP="004611C8">
      <w:r>
        <w:t>270021</w:t>
      </w:r>
      <w:r>
        <w:tab/>
        <w:t>Blazine tatami</w:t>
      </w:r>
    </w:p>
    <w:p w:rsidR="004611C8" w:rsidRDefault="004611C8" w:rsidP="004611C8">
      <w:r>
        <w:t>270022</w:t>
      </w:r>
      <w:r>
        <w:tab/>
        <w:t>Tekstilne stenske obloge</w:t>
      </w:r>
    </w:p>
    <w:p w:rsidR="004611C8" w:rsidRDefault="004611C8" w:rsidP="004611C8">
      <w:r>
        <w:t>270023</w:t>
      </w:r>
      <w:r>
        <w:tab/>
        <w:t>Linolej ploščice [talne obloge]</w:t>
      </w:r>
    </w:p>
    <w:p w:rsidR="004611C8" w:rsidRDefault="004611C8" w:rsidP="004611C8">
      <w:r>
        <w:t>270024</w:t>
      </w:r>
      <w:r>
        <w:tab/>
        <w:t>Molilne preproge</w:t>
      </w:r>
    </w:p>
    <w:p w:rsidR="004611C8" w:rsidRDefault="004611C8" w:rsidP="004611C8">
      <w:r>
        <w:t>270025</w:t>
      </w:r>
      <w:r>
        <w:tab/>
        <w:t>Talne podloge iz gume</w:t>
      </w:r>
    </w:p>
    <w:p w:rsidR="004611C8" w:rsidRDefault="004611C8" w:rsidP="004611C8">
      <w:r>
        <w:t>270026</w:t>
      </w:r>
      <w:r>
        <w:tab/>
        <w:t>Talne obloge za vozila</w:t>
      </w:r>
    </w:p>
    <w:p w:rsidR="004611C8" w:rsidRDefault="004611C8" w:rsidP="004611C8">
      <w:r>
        <w:t>270027</w:t>
      </w:r>
      <w:r>
        <w:tab/>
        <w:t>Stenske obloge iz umetnih rastlin</w:t>
      </w:r>
    </w:p>
    <w:p w:rsidR="004611C8" w:rsidRDefault="004611C8" w:rsidP="004611C8">
      <w:r>
        <w:t>270028</w:t>
      </w:r>
      <w:r>
        <w:tab/>
        <w:t>Torbe, prilagojene za podlage za jogo</w:t>
      </w:r>
    </w:p>
    <w:p w:rsidR="004611C8" w:rsidRDefault="004611C8" w:rsidP="004611C8">
      <w:r>
        <w:t>270029</w:t>
      </w:r>
      <w:r>
        <w:tab/>
        <w:t>Podloge za meditacijo</w:t>
      </w:r>
    </w:p>
    <w:p w:rsidR="00581523" w:rsidRDefault="00581523">
      <w:pPr>
        <w:pStyle w:val="Naslov1"/>
        <w:sectPr w:rsidR="00581523" w:rsidSect="00E00425">
          <w:type w:val="continuous"/>
          <w:pgSz w:w="11907" w:h="16840" w:code="9"/>
          <w:pgMar w:top="1418" w:right="1418" w:bottom="1418" w:left="1418" w:header="720" w:footer="720" w:gutter="0"/>
          <w:cols w:num="2" w:space="720"/>
          <w:docGrid w:linePitch="360"/>
        </w:sectPr>
      </w:pPr>
    </w:p>
    <w:p w:rsidR="008C16D9" w:rsidRDefault="008C16D9">
      <w:pPr>
        <w:tabs>
          <w:tab w:val="clear" w:pos="907"/>
        </w:tabs>
        <w:spacing w:after="200" w:line="276" w:lineRule="auto"/>
        <w:ind w:left="0" w:firstLine="0"/>
        <w:rPr>
          <w:rFonts w:eastAsiaTheme="majorEastAsia" w:cstheme="majorBidi"/>
          <w:b/>
          <w:bCs/>
          <w:color w:val="000000" w:themeColor="text1"/>
          <w:sz w:val="22"/>
          <w:szCs w:val="28"/>
          <w:lang w:val="sl-SI" w:eastAsia="sl-SI"/>
        </w:rPr>
      </w:pPr>
      <w:r>
        <w:rPr>
          <w:lang w:val="sl-SI" w:eastAsia="sl-SI"/>
        </w:rPr>
        <w:br w:type="page"/>
      </w:r>
    </w:p>
    <w:p w:rsidR="00E42338" w:rsidRPr="00E42338" w:rsidRDefault="00E42338" w:rsidP="007F7938">
      <w:pPr>
        <w:pStyle w:val="Naslov1"/>
        <w:rPr>
          <w:lang w:val="sl-SI" w:eastAsia="sl-SI"/>
        </w:rPr>
      </w:pPr>
      <w:r w:rsidRPr="00E42338">
        <w:rPr>
          <w:lang w:val="sl-SI" w:eastAsia="sl-SI"/>
        </w:rPr>
        <w:lastRenderedPageBreak/>
        <w:t xml:space="preserve">Razred 28 </w:t>
      </w:r>
    </w:p>
    <w:p w:rsidR="00E42338" w:rsidRDefault="00E42338" w:rsidP="007F7938">
      <w:pPr>
        <w:pStyle w:val="Naslov2"/>
        <w:rPr>
          <w:lang w:val="sl-SI" w:eastAsia="sl-SI"/>
        </w:rPr>
      </w:pPr>
      <w:r w:rsidRPr="00E42338">
        <w:rPr>
          <w:lang w:val="sl-SI" w:eastAsia="sl-SI"/>
        </w:rPr>
        <w:t>Igre in igrače; naprave za videoigre; izdelki za gimnastiko in šport, ki jih ne obsegajo drugi razredi; okraski za božična drevesa</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7F7938" w:rsidRPr="00D85EAF" w:rsidTr="00CF2B9C">
        <w:trPr>
          <w:trHeight w:val="143"/>
          <w:tblHeader/>
        </w:trPr>
        <w:tc>
          <w:tcPr>
            <w:tcW w:w="9493" w:type="dxa"/>
            <w:gridSpan w:val="2"/>
            <w:shd w:val="clear" w:color="auto" w:fill="F2F2F2" w:themeFill="background1" w:themeFillShade="F2"/>
            <w:vAlign w:val="center"/>
          </w:tcPr>
          <w:p w:rsidR="007F7938" w:rsidRPr="0087064C" w:rsidRDefault="007F7938" w:rsidP="00CF2B9C">
            <w:pPr>
              <w:pStyle w:val="opomba"/>
              <w:rPr>
                <w:b/>
              </w:rPr>
            </w:pPr>
            <w:r w:rsidRPr="0087064C">
              <w:rPr>
                <w:b/>
              </w:rPr>
              <w:t>RAZRED 2</w:t>
            </w:r>
            <w:r w:rsidR="008C16D9">
              <w:rPr>
                <w:b/>
              </w:rPr>
              <w:t>8</w:t>
            </w:r>
            <w:r w:rsidRPr="0087064C">
              <w:rPr>
                <w:b/>
              </w:rPr>
              <w:t xml:space="preserve"> - pojasnjevalne opombe</w:t>
            </w:r>
          </w:p>
        </w:tc>
      </w:tr>
      <w:tr w:rsidR="007F7938" w:rsidRPr="00D85EAF" w:rsidTr="00CF2B9C">
        <w:trPr>
          <w:trHeight w:val="390"/>
        </w:trPr>
        <w:tc>
          <w:tcPr>
            <w:tcW w:w="9493" w:type="dxa"/>
            <w:gridSpan w:val="2"/>
            <w:shd w:val="clear" w:color="auto" w:fill="F2F2F2" w:themeFill="background1" w:themeFillShade="F2"/>
            <w:vAlign w:val="center"/>
          </w:tcPr>
          <w:p w:rsidR="007F7938" w:rsidRPr="00993A45" w:rsidRDefault="008C16D9" w:rsidP="00CF2B9C">
            <w:pPr>
              <w:pStyle w:val="opomba"/>
            </w:pPr>
            <w:r>
              <w:t>Razred 28 vključuje zlasti igrače, opremo za igre, športno opremo, predmete za zabavo in trike ter nekatere izdelke za božična drevesca.</w:t>
            </w:r>
          </w:p>
        </w:tc>
      </w:tr>
      <w:tr w:rsidR="007F7938" w:rsidRPr="00D85EAF" w:rsidTr="008C16D9">
        <w:trPr>
          <w:trHeight w:val="4231"/>
        </w:trPr>
        <w:tc>
          <w:tcPr>
            <w:tcW w:w="4746" w:type="dxa"/>
            <w:shd w:val="clear" w:color="auto" w:fill="F2F2F2" w:themeFill="background1" w:themeFillShade="F2"/>
          </w:tcPr>
          <w:p w:rsidR="007F7938" w:rsidRPr="00993A45" w:rsidRDefault="007F7938" w:rsidP="00CF2B9C">
            <w:pPr>
              <w:pStyle w:val="opomba"/>
            </w:pPr>
            <w:r w:rsidRPr="00D85EAF">
              <w:t>V ta razred so vključeni zlasti:</w:t>
            </w:r>
          </w:p>
          <w:p w:rsidR="008C16D9" w:rsidRDefault="008C16D9" w:rsidP="008C16D9">
            <w:pPr>
              <w:pStyle w:val="opombapika"/>
            </w:pPr>
            <w:r>
              <w:t>aparati za zabavo in igre, vključno s krmilniki (kontrolorji) zanje</w:t>
            </w:r>
          </w:p>
          <w:p w:rsidR="008C16D9" w:rsidRDefault="008C16D9" w:rsidP="008C16D9">
            <w:pPr>
              <w:pStyle w:val="opombapika"/>
            </w:pPr>
            <w:r>
              <w:t>predmeti za zabavo in trike, na primer pustne maske, papirnate kape za zabave, konfeti, predmeti za potegavščine, zabavo, ples in drobna darilca za goste;</w:t>
            </w:r>
          </w:p>
          <w:p w:rsidR="008C16D9" w:rsidRDefault="008C16D9" w:rsidP="008C16D9">
            <w:pPr>
              <w:pStyle w:val="opombapika"/>
            </w:pPr>
            <w:r>
              <w:t>lovska in ribiška oprema, na primer ribiške palice, zajemalke (mreže na palici, za ribolov), vabe, piščalke za lov na divjad;</w:t>
            </w:r>
          </w:p>
          <w:p w:rsidR="007F7938" w:rsidRPr="00993A45" w:rsidRDefault="008C16D9" w:rsidP="008C16D9">
            <w:pPr>
              <w:pStyle w:val="opombapika"/>
            </w:pPr>
            <w:r>
              <w:t>oprema za različne športe in igre</w:t>
            </w:r>
          </w:p>
        </w:tc>
        <w:tc>
          <w:tcPr>
            <w:tcW w:w="4747" w:type="dxa"/>
            <w:shd w:val="clear" w:color="auto" w:fill="F2F2F2" w:themeFill="background1" w:themeFillShade="F2"/>
          </w:tcPr>
          <w:p w:rsidR="007F7938" w:rsidRPr="00993A45" w:rsidRDefault="007F7938" w:rsidP="00CF2B9C">
            <w:pPr>
              <w:pStyle w:val="opomba"/>
            </w:pPr>
            <w:r w:rsidRPr="00D85EAF">
              <w:t>V ta razred niso vključeni zlasti:</w:t>
            </w:r>
          </w:p>
          <w:p w:rsidR="008C16D9" w:rsidRDefault="008C16D9" w:rsidP="008C16D9">
            <w:pPr>
              <w:pStyle w:val="opombapika"/>
            </w:pPr>
            <w:r>
              <w:t>sveče za božična drevesa (razred 4), električne lučke za božična drevesca (razred 11), slaščice in čokoladni okraski za božično drevesce (razred 30);</w:t>
            </w:r>
          </w:p>
          <w:p w:rsidR="008C16D9" w:rsidRDefault="008C16D9" w:rsidP="008C16D9">
            <w:pPr>
              <w:pStyle w:val="opombapika"/>
            </w:pPr>
            <w:r>
              <w:t>potapljaška oprema (razred 9)</w:t>
            </w:r>
          </w:p>
          <w:p w:rsidR="008C16D9" w:rsidRDefault="008C16D9" w:rsidP="008C16D9">
            <w:pPr>
              <w:pStyle w:val="opombapika"/>
            </w:pPr>
            <w:r>
              <w:t>nekateri izdelki za gimnastiko in šport, na primer zaščitne čelade, zaščitna očala in ščitniki za zobe za šport (razred 9), športno strelno orožje (razred 13), telovadne blazine (razred 27), kot tudi nekatera oprema za ribolov in lov,, na primer lovski noži, harpune (razred 8), lovsko strelno orožje (razred 13), komercialne ribiške mreže (razred 22), ki so razvrščeni glede na druge funkcije ali namene</w:t>
            </w:r>
          </w:p>
          <w:p w:rsidR="008C16D9" w:rsidRDefault="008C16D9" w:rsidP="008C16D9">
            <w:pPr>
              <w:pStyle w:val="opombapika"/>
            </w:pPr>
            <w:r>
              <w:t>spolni pripomočki, lutke za odrasle (razred 10);</w:t>
            </w:r>
          </w:p>
          <w:p w:rsidR="007F7938" w:rsidRPr="00993A45" w:rsidRDefault="008C16D9" w:rsidP="008C16D9">
            <w:pPr>
              <w:pStyle w:val="opombapika"/>
            </w:pPr>
            <w:r>
              <w:t>oblačila za gimnastiko in šport (razred 25)</w:t>
            </w:r>
          </w:p>
        </w:tc>
      </w:tr>
    </w:tbl>
    <w:p w:rsidR="00F875A9" w:rsidRDefault="00F875A9" w:rsidP="008C16D9">
      <w:pPr>
        <w:spacing w:after="360"/>
      </w:pPr>
    </w:p>
    <w:p w:rsidR="00E01B93" w:rsidRDefault="00E01B93">
      <w:pPr>
        <w:sectPr w:rsidR="00E01B93" w:rsidSect="00E00425">
          <w:type w:val="continuous"/>
          <w:pgSz w:w="11907" w:h="16840" w:code="9"/>
          <w:pgMar w:top="1418" w:right="1418" w:bottom="1418" w:left="1418" w:header="720" w:footer="720" w:gutter="0"/>
          <w:cols w:space="720"/>
          <w:docGrid w:linePitch="360"/>
        </w:sectPr>
      </w:pPr>
    </w:p>
    <w:p w:rsidR="004611C8" w:rsidRDefault="004611C8" w:rsidP="004611C8">
      <w:r>
        <w:t>280001</w:t>
      </w:r>
      <w:r>
        <w:tab/>
        <w:t>Mehurji za žoge za igre</w:t>
      </w:r>
    </w:p>
    <w:p w:rsidR="004611C8" w:rsidRDefault="004611C8" w:rsidP="004611C8">
      <w:r>
        <w:t>280002</w:t>
      </w:r>
      <w:r>
        <w:tab/>
        <w:t>Umetne vabe za ribolov</w:t>
      </w:r>
    </w:p>
    <w:p w:rsidR="004611C8" w:rsidRDefault="004611C8" w:rsidP="004611C8">
      <w:r>
        <w:t>280003</w:t>
      </w:r>
      <w:r>
        <w:tab/>
        <w:t>Metki za pištole [igrače]</w:t>
      </w:r>
    </w:p>
    <w:p w:rsidR="004611C8" w:rsidRDefault="004611C8" w:rsidP="004611C8">
      <w:r>
        <w:t>280004</w:t>
      </w:r>
      <w:r>
        <w:tab/>
        <w:t>Igrače za hišne ljubljence</w:t>
      </w:r>
    </w:p>
    <w:p w:rsidR="004611C8" w:rsidRDefault="004611C8" w:rsidP="004611C8">
      <w:r>
        <w:t>280005</w:t>
      </w:r>
      <w:r>
        <w:tab/>
        <w:t>Igre z obroči</w:t>
      </w:r>
    </w:p>
    <w:p w:rsidR="004611C8" w:rsidRDefault="004611C8" w:rsidP="004611C8">
      <w:r>
        <w:t>280006</w:t>
      </w:r>
      <w:r>
        <w:tab/>
        <w:t>Božična drevesa iz umetnih materialov</w:t>
      </w:r>
    </w:p>
    <w:p w:rsidR="004611C8" w:rsidRDefault="004611C8" w:rsidP="004611C8">
      <w:r>
        <w:t>280007</w:t>
      </w:r>
      <w:r>
        <w:tab/>
        <w:t>Loki za lokostrelstvo</w:t>
      </w:r>
    </w:p>
    <w:p w:rsidR="004611C8" w:rsidRDefault="004611C8" w:rsidP="004611C8">
      <w:r>
        <w:t>280008</w:t>
      </w:r>
      <w:r>
        <w:tab/>
        <w:t>Lokostrelska oprema</w:t>
      </w:r>
    </w:p>
    <w:p w:rsidR="004611C8" w:rsidRDefault="004611C8" w:rsidP="004611C8">
      <w:r>
        <w:t>280009</w:t>
      </w:r>
      <w:r>
        <w:tab/>
        <w:t>Robovi za smučke (kante)</w:t>
      </w:r>
    </w:p>
    <w:p w:rsidR="004611C8" w:rsidRDefault="004611C8" w:rsidP="004611C8">
      <w:r>
        <w:t>280010</w:t>
      </w:r>
      <w:r>
        <w:tab/>
        <w:t>Gugalnice</w:t>
      </w:r>
    </w:p>
    <w:p w:rsidR="004611C8" w:rsidRDefault="004611C8" w:rsidP="004611C8">
      <w:r>
        <w:t>280011</w:t>
      </w:r>
      <w:r>
        <w:tab/>
      </w:r>
      <w:proofErr w:type="gramStart"/>
      <w:r>
        <w:t>Žoge,večje</w:t>
      </w:r>
      <w:proofErr w:type="gramEnd"/>
    </w:p>
    <w:p w:rsidR="004611C8" w:rsidRDefault="004611C8" w:rsidP="004611C8">
      <w:r>
        <w:t>280012</w:t>
      </w:r>
      <w:r>
        <w:tab/>
        <w:t>Baloni za zabave</w:t>
      </w:r>
    </w:p>
    <w:p w:rsidR="004611C8" w:rsidRDefault="004611C8" w:rsidP="004611C8">
      <w:r>
        <w:t>280013</w:t>
      </w:r>
      <w:r>
        <w:tab/>
        <w:t>Robovi za biljardne mize</w:t>
      </w:r>
    </w:p>
    <w:p w:rsidR="004611C8" w:rsidRDefault="004611C8" w:rsidP="004611C8">
      <w:r>
        <w:t>280014</w:t>
      </w:r>
      <w:r>
        <w:tab/>
        <w:t>Gugalni konjički</w:t>
      </w:r>
    </w:p>
    <w:p w:rsidR="004611C8" w:rsidRDefault="004611C8" w:rsidP="004611C8">
      <w:r>
        <w:t>280015</w:t>
      </w:r>
      <w:r>
        <w:tab/>
        <w:t>Rokavice udarjanje s palicami [pripomočki za igre]</w:t>
      </w:r>
    </w:p>
    <w:p w:rsidR="004611C8" w:rsidRDefault="004611C8" w:rsidP="004611C8">
      <w:r>
        <w:t>280016</w:t>
      </w:r>
      <w:r>
        <w:tab/>
        <w:t>Stekleničke za punčke</w:t>
      </w:r>
    </w:p>
    <w:p w:rsidR="004611C8" w:rsidRDefault="004611C8" w:rsidP="004611C8">
      <w:r>
        <w:t>280017</w:t>
      </w:r>
      <w:r>
        <w:tab/>
        <w:t>Stacionarna kolesa za vadbo</w:t>
      </w:r>
    </w:p>
    <w:p w:rsidR="004611C8" w:rsidRDefault="004611C8" w:rsidP="004611C8">
      <w:r>
        <w:t>280019</w:t>
      </w:r>
      <w:r>
        <w:tab/>
        <w:t>Krogle za biljard</w:t>
      </w:r>
    </w:p>
    <w:p w:rsidR="004611C8" w:rsidRDefault="004611C8" w:rsidP="004611C8">
      <w:r>
        <w:t>280020</w:t>
      </w:r>
      <w:r>
        <w:tab/>
        <w:t>Krede za biljardne palice</w:t>
      </w:r>
    </w:p>
    <w:p w:rsidR="004611C8" w:rsidRDefault="004611C8" w:rsidP="004611C8">
      <w:r>
        <w:t>280021</w:t>
      </w:r>
      <w:r>
        <w:tab/>
        <w:t>Števci za biljard</w:t>
      </w:r>
    </w:p>
    <w:p w:rsidR="004611C8" w:rsidRDefault="004611C8" w:rsidP="004611C8">
      <w:r>
        <w:t>280022</w:t>
      </w:r>
      <w:r>
        <w:tab/>
        <w:t>Keglji</w:t>
      </w:r>
    </w:p>
    <w:p w:rsidR="004611C8" w:rsidRDefault="004611C8" w:rsidP="004611C8">
      <w:r>
        <w:t>280023</w:t>
      </w:r>
      <w:r>
        <w:tab/>
        <w:t>Frnikole</w:t>
      </w:r>
    </w:p>
    <w:p w:rsidR="004611C8" w:rsidRDefault="004611C8" w:rsidP="004611C8">
      <w:r>
        <w:t>280024</w:t>
      </w:r>
      <w:r>
        <w:tab/>
        <w:t>Igrače</w:t>
      </w:r>
    </w:p>
    <w:p w:rsidR="004611C8" w:rsidRDefault="004611C8" w:rsidP="004611C8">
      <w:r>
        <w:t>280025</w:t>
      </w:r>
      <w:r>
        <w:tab/>
        <w:t>Kocke [igrače]</w:t>
      </w:r>
    </w:p>
    <w:p w:rsidR="004611C8" w:rsidRDefault="004611C8" w:rsidP="004611C8">
      <w:r>
        <w:t>280026</w:t>
      </w:r>
      <w:r>
        <w:tab/>
        <w:t>Bob sanke</w:t>
      </w:r>
    </w:p>
    <w:p w:rsidR="004611C8" w:rsidRDefault="004611C8" w:rsidP="004611C8">
      <w:r>
        <w:t>280027</w:t>
      </w:r>
      <w:r>
        <w:tab/>
        <w:t>Pokalice [potrebščine za zabave]</w:t>
      </w:r>
    </w:p>
    <w:p w:rsidR="004611C8" w:rsidRDefault="004611C8" w:rsidP="004611C8">
      <w:r>
        <w:t>280029</w:t>
      </w:r>
      <w:r>
        <w:tab/>
        <w:t>Svečniki za božična drevesca</w:t>
      </w:r>
    </w:p>
    <w:p w:rsidR="004611C8" w:rsidRDefault="004611C8" w:rsidP="004611C8">
      <w:r>
        <w:t>280030</w:t>
      </w:r>
      <w:r>
        <w:tab/>
        <w:t>Krogle za balinanje</w:t>
      </w:r>
    </w:p>
    <w:p w:rsidR="004611C8" w:rsidRDefault="004611C8" w:rsidP="004611C8">
      <w:r>
        <w:t>280031</w:t>
      </w:r>
      <w:r>
        <w:tab/>
        <w:t>Naprave in mehanizmi za bowling</w:t>
      </w:r>
    </w:p>
    <w:p w:rsidR="004611C8" w:rsidRDefault="004611C8" w:rsidP="004611C8">
      <w:r>
        <w:t>280032</w:t>
      </w:r>
      <w:r>
        <w:tab/>
        <w:t>Boksarske rokavice</w:t>
      </w:r>
    </w:p>
    <w:p w:rsidR="004611C8" w:rsidRDefault="004611C8" w:rsidP="004611C8">
      <w:r>
        <w:t>280033</w:t>
      </w:r>
      <w:r>
        <w:tab/>
        <w:t>Strune za loparje iz naravnih materialov</w:t>
      </w:r>
    </w:p>
    <w:p w:rsidR="004611C8" w:rsidRDefault="004611C8" w:rsidP="004611C8">
      <w:r>
        <w:t>280034</w:t>
      </w:r>
      <w:r>
        <w:tab/>
        <w:t>Palice za golf</w:t>
      </w:r>
    </w:p>
    <w:p w:rsidR="004611C8" w:rsidRDefault="004611C8" w:rsidP="004611C8">
      <w:r>
        <w:t>280035</w:t>
      </w:r>
      <w:r>
        <w:tab/>
        <w:t>Ribiške palice</w:t>
      </w:r>
    </w:p>
    <w:p w:rsidR="004611C8" w:rsidRDefault="004611C8" w:rsidP="004611C8">
      <w:r>
        <w:t>280036</w:t>
      </w:r>
      <w:r>
        <w:tab/>
        <w:t>Papirnati zmaji</w:t>
      </w:r>
    </w:p>
    <w:p w:rsidR="004611C8" w:rsidRDefault="004611C8" w:rsidP="004611C8">
      <w:r>
        <w:t>280037</w:t>
      </w:r>
      <w:r>
        <w:tab/>
        <w:t>Motki za papirnate zmaje</w:t>
      </w:r>
    </w:p>
    <w:p w:rsidR="004611C8" w:rsidRDefault="004611C8" w:rsidP="004611C8">
      <w:r>
        <w:t>280038</w:t>
      </w:r>
      <w:r>
        <w:tab/>
        <w:t>Tarče</w:t>
      </w:r>
    </w:p>
    <w:p w:rsidR="004611C8" w:rsidRDefault="004611C8" w:rsidP="004611C8">
      <w:r>
        <w:t>280039</w:t>
      </w:r>
      <w:r>
        <w:tab/>
        <w:t>Zvončki za božično drevo</w:t>
      </w:r>
    </w:p>
    <w:p w:rsidR="004611C8" w:rsidRDefault="004611C8" w:rsidP="004611C8">
      <w:r>
        <w:t>280040</w:t>
      </w:r>
      <w:r>
        <w:tab/>
        <w:t>Igralni žetoni</w:t>
      </w:r>
    </w:p>
    <w:p w:rsidR="004611C8" w:rsidRDefault="004611C8" w:rsidP="004611C8">
      <w:r>
        <w:t>280041</w:t>
      </w:r>
      <w:r>
        <w:tab/>
        <w:t>Igre za gradnjo</w:t>
      </w:r>
    </w:p>
    <w:p w:rsidR="004611C8" w:rsidRDefault="004611C8" w:rsidP="004611C8">
      <w:r>
        <w:t>280042</w:t>
      </w:r>
      <w:r>
        <w:tab/>
        <w:t>Strune za loparje</w:t>
      </w:r>
    </w:p>
    <w:p w:rsidR="004611C8" w:rsidRDefault="004611C8" w:rsidP="004611C8">
      <w:r>
        <w:t>280043</w:t>
      </w:r>
      <w:r>
        <w:tab/>
        <w:t>Naprave za telesno vadbo</w:t>
      </w:r>
    </w:p>
    <w:p w:rsidR="004611C8" w:rsidRDefault="004611C8" w:rsidP="004611C8">
      <w:r>
        <w:t>280045</w:t>
      </w:r>
      <w:r>
        <w:tab/>
        <w:t>Triki in igrače za zabavo gostov</w:t>
      </w:r>
    </w:p>
    <w:p w:rsidR="004611C8" w:rsidRDefault="004611C8" w:rsidP="004611C8">
      <w:r>
        <w:t>280046</w:t>
      </w:r>
      <w:r>
        <w:tab/>
        <w:t>Golenski ščitniki [izdelki za šport]</w:t>
      </w:r>
    </w:p>
    <w:p w:rsidR="004611C8" w:rsidRDefault="004611C8" w:rsidP="004611C8">
      <w:r>
        <w:t>280047</w:t>
      </w:r>
      <w:r>
        <w:tab/>
        <w:t>Torbe za kriket</w:t>
      </w:r>
    </w:p>
    <w:p w:rsidR="004611C8" w:rsidRDefault="004611C8" w:rsidP="004611C8">
      <w:r>
        <w:t>280048</w:t>
      </w:r>
      <w:r>
        <w:tab/>
        <w:t>Palice za hokej</w:t>
      </w:r>
    </w:p>
    <w:p w:rsidR="004611C8" w:rsidRDefault="004611C8" w:rsidP="004611C8">
      <w:r>
        <w:t>280050</w:t>
      </w:r>
      <w:r>
        <w:tab/>
        <w:t>Kocke (za kockanje)</w:t>
      </w:r>
    </w:p>
    <w:p w:rsidR="004611C8" w:rsidRDefault="004611C8" w:rsidP="004611C8">
      <w:r>
        <w:t>280052</w:t>
      </w:r>
      <w:r>
        <w:tab/>
        <w:t>Diski [za šport na prostem]</w:t>
      </w:r>
    </w:p>
    <w:p w:rsidR="004611C8" w:rsidRDefault="004611C8" w:rsidP="004611C8">
      <w:r>
        <w:lastRenderedPageBreak/>
        <w:t>280054</w:t>
      </w:r>
      <w:r>
        <w:tab/>
        <w:t>Domine</w:t>
      </w:r>
    </w:p>
    <w:p w:rsidR="004611C8" w:rsidRDefault="004611C8" w:rsidP="004611C8">
      <w:r>
        <w:t>280055</w:t>
      </w:r>
      <w:r>
        <w:tab/>
        <w:t>Šah [igre]</w:t>
      </w:r>
    </w:p>
    <w:p w:rsidR="004611C8" w:rsidRDefault="004611C8" w:rsidP="004611C8">
      <w:r>
        <w:t>280056</w:t>
      </w:r>
      <w:r>
        <w:tab/>
        <w:t>Šahovnice</w:t>
      </w:r>
    </w:p>
    <w:p w:rsidR="004611C8" w:rsidRDefault="004611C8" w:rsidP="004611C8">
      <w:r>
        <w:t>280058</w:t>
      </w:r>
      <w:r>
        <w:tab/>
        <w:t>Orožje (igrače)</w:t>
      </w:r>
    </w:p>
    <w:p w:rsidR="004611C8" w:rsidRDefault="004611C8" w:rsidP="004611C8">
      <w:r>
        <w:t>280059</w:t>
      </w:r>
      <w:r>
        <w:tab/>
        <w:t>Kolesa za stacionarna dvokolesa za vadbo</w:t>
      </w:r>
    </w:p>
    <w:p w:rsidR="004611C8" w:rsidRDefault="004611C8" w:rsidP="004611C8">
      <w:r>
        <w:t>280060</w:t>
      </w:r>
      <w:r>
        <w:tab/>
        <w:t>Zajemalke (mreže na palici, za ribolov)</w:t>
      </w:r>
    </w:p>
    <w:p w:rsidR="004611C8" w:rsidRDefault="004611C8" w:rsidP="004611C8">
      <w:r>
        <w:t>280061</w:t>
      </w:r>
      <w:r>
        <w:tab/>
        <w:t>Torbe za golf s kolesi ali brez</w:t>
      </w:r>
    </w:p>
    <w:p w:rsidR="004611C8" w:rsidRDefault="004611C8" w:rsidP="004611C8">
      <w:r>
        <w:t>280062</w:t>
      </w:r>
      <w:r>
        <w:tab/>
        <w:t>Predmeti za potegavščine</w:t>
      </w:r>
    </w:p>
    <w:p w:rsidR="004611C8" w:rsidRDefault="004611C8" w:rsidP="004611C8">
      <w:r>
        <w:t>280064</w:t>
      </w:r>
      <w:r>
        <w:tab/>
        <w:t>Mreže za šport</w:t>
      </w:r>
    </w:p>
    <w:p w:rsidR="004611C8" w:rsidRDefault="004611C8" w:rsidP="004611C8">
      <w:r>
        <w:t>280065</w:t>
      </w:r>
      <w:r>
        <w:tab/>
        <w:t>Teniške mreže</w:t>
      </w:r>
    </w:p>
    <w:p w:rsidR="004611C8" w:rsidRDefault="004611C8" w:rsidP="004611C8">
      <w:r>
        <w:t>280066</w:t>
      </w:r>
      <w:r>
        <w:tab/>
        <w:t>Smučarske vezi</w:t>
      </w:r>
    </w:p>
    <w:p w:rsidR="004611C8" w:rsidRDefault="004611C8" w:rsidP="004611C8">
      <w:r>
        <w:t>280067</w:t>
      </w:r>
      <w:r>
        <w:tab/>
        <w:t>Pikado</w:t>
      </w:r>
    </w:p>
    <w:p w:rsidR="004611C8" w:rsidRDefault="004611C8" w:rsidP="004611C8">
      <w:r>
        <w:t>280069</w:t>
      </w:r>
      <w:r>
        <w:tab/>
        <w:t>Plovci za ribolov</w:t>
      </w:r>
    </w:p>
    <w:p w:rsidR="004611C8" w:rsidRDefault="004611C8" w:rsidP="004611C8">
      <w:r>
        <w:t>280070</w:t>
      </w:r>
      <w:r>
        <w:tab/>
        <w:t>Mize za namizni nogomet</w:t>
      </w:r>
    </w:p>
    <w:p w:rsidR="004611C8" w:rsidRDefault="004611C8" w:rsidP="004611C8">
      <w:r>
        <w:t>280072</w:t>
      </w:r>
      <w:r>
        <w:tab/>
        <w:t>Rokavice za igre</w:t>
      </w:r>
    </w:p>
    <w:p w:rsidR="004611C8" w:rsidRDefault="004611C8" w:rsidP="004611C8">
      <w:r>
        <w:t>280074</w:t>
      </w:r>
      <w:r>
        <w:tab/>
        <w:t>Posodice za kocke (za kockanje)</w:t>
      </w:r>
    </w:p>
    <w:p w:rsidR="004611C8" w:rsidRDefault="004611C8" w:rsidP="004611C8">
      <w:r>
        <w:t>280075</w:t>
      </w:r>
      <w:r>
        <w:tab/>
        <w:t>Ročke z utežmi</w:t>
      </w:r>
    </w:p>
    <w:p w:rsidR="004611C8" w:rsidRDefault="004611C8" w:rsidP="004611C8">
      <w:r>
        <w:t>280076</w:t>
      </w:r>
      <w:r>
        <w:tab/>
        <w:t>Trnki za ribolov</w:t>
      </w:r>
    </w:p>
    <w:p w:rsidR="004611C8" w:rsidRDefault="004611C8" w:rsidP="004611C8">
      <w:r>
        <w:t>280077</w:t>
      </w:r>
      <w:r>
        <w:tab/>
        <w:t>Ropotuljice [igrače]</w:t>
      </w:r>
    </w:p>
    <w:p w:rsidR="004611C8" w:rsidRDefault="004611C8" w:rsidP="004611C8">
      <w:r>
        <w:t>280078</w:t>
      </w:r>
      <w:r>
        <w:tab/>
        <w:t>Igre na deski</w:t>
      </w:r>
    </w:p>
    <w:p w:rsidR="004611C8" w:rsidRDefault="004611C8" w:rsidP="004611C8">
      <w:r>
        <w:t>280079</w:t>
      </w:r>
      <w:r>
        <w:tab/>
        <w:t>Igre</w:t>
      </w:r>
    </w:p>
    <w:p w:rsidR="004611C8" w:rsidRDefault="004611C8" w:rsidP="004611C8">
      <w:r>
        <w:t>280080</w:t>
      </w:r>
      <w:r>
        <w:tab/>
        <w:t>Stroj za metanje glinastih golobov</w:t>
      </w:r>
    </w:p>
    <w:p w:rsidR="004611C8" w:rsidRDefault="004611C8" w:rsidP="004611C8">
      <w:r>
        <w:t>280083</w:t>
      </w:r>
      <w:r>
        <w:tab/>
        <w:t>Ribiška oprema</w:t>
      </w:r>
    </w:p>
    <w:p w:rsidR="004611C8" w:rsidRDefault="004611C8" w:rsidP="004611C8">
      <w:r>
        <w:t>280084</w:t>
      </w:r>
      <w:r>
        <w:tab/>
        <w:t>Ribiške vrvice</w:t>
      </w:r>
    </w:p>
    <w:p w:rsidR="004611C8" w:rsidRDefault="004611C8" w:rsidP="004611C8">
      <w:r>
        <w:t>280085</w:t>
      </w:r>
      <w:r>
        <w:tab/>
        <w:t>Posteljice za punčke (igrače)</w:t>
      </w:r>
    </w:p>
    <w:p w:rsidR="004611C8" w:rsidRDefault="004611C8" w:rsidP="004611C8">
      <w:r>
        <w:t>280086</w:t>
      </w:r>
      <w:r>
        <w:tab/>
        <w:t>Hišice za punčke</w:t>
      </w:r>
    </w:p>
    <w:p w:rsidR="004611C8" w:rsidRDefault="004611C8" w:rsidP="004611C8">
      <w:r>
        <w:t>280088</w:t>
      </w:r>
      <w:r>
        <w:tab/>
        <w:t>Punčke (igrače)</w:t>
      </w:r>
    </w:p>
    <w:p w:rsidR="004611C8" w:rsidRDefault="004611C8" w:rsidP="004611C8">
      <w:r>
        <w:t>280089</w:t>
      </w:r>
      <w:r>
        <w:tab/>
        <w:t>Gledališke maske</w:t>
      </w:r>
    </w:p>
    <w:p w:rsidR="004611C8" w:rsidRDefault="004611C8" w:rsidP="004611C8">
      <w:r>
        <w:t>280090</w:t>
      </w:r>
      <w:r>
        <w:tab/>
        <w:t>Pustne maske (igrače)</w:t>
      </w:r>
    </w:p>
    <w:p w:rsidR="004611C8" w:rsidRDefault="004611C8" w:rsidP="004611C8">
      <w:r>
        <w:t>280091</w:t>
      </w:r>
      <w:r>
        <w:tab/>
        <w:t>Modeli vozil v merilu</w:t>
      </w:r>
    </w:p>
    <w:p w:rsidR="004611C8" w:rsidRDefault="004611C8" w:rsidP="004611C8">
      <w:r>
        <w:t>280092</w:t>
      </w:r>
      <w:r>
        <w:tab/>
        <w:t>Motki za ribolov</w:t>
      </w:r>
    </w:p>
    <w:p w:rsidR="004611C8" w:rsidRDefault="004611C8" w:rsidP="004611C8">
      <w:r>
        <w:t>280093</w:t>
      </w:r>
      <w:r>
        <w:tab/>
        <w:t>Plavutke za plavanje</w:t>
      </w:r>
    </w:p>
    <w:p w:rsidR="004611C8" w:rsidRDefault="004611C8" w:rsidP="004611C8">
      <w:r>
        <w:t>280094</w:t>
      </w:r>
      <w:r>
        <w:tab/>
        <w:t>Vrše (pasti za ribolov)</w:t>
      </w:r>
    </w:p>
    <w:p w:rsidR="004611C8" w:rsidRDefault="004611C8" w:rsidP="004611C8">
      <w:r>
        <w:t>280095</w:t>
      </w:r>
      <w:r>
        <w:tab/>
        <w:t>Plavalni bazeni [za igranje]</w:t>
      </w:r>
    </w:p>
    <w:p w:rsidR="004611C8" w:rsidRDefault="004611C8" w:rsidP="004611C8">
      <w:r>
        <w:t>280096</w:t>
      </w:r>
      <w:r>
        <w:tab/>
        <w:t>Umetni sneg za dekoracijo</w:t>
      </w:r>
    </w:p>
    <w:p w:rsidR="004611C8" w:rsidRDefault="004611C8" w:rsidP="004611C8">
      <w:r>
        <w:t>280097</w:t>
      </w:r>
      <w:r>
        <w:tab/>
        <w:t>Obročki za metanje</w:t>
      </w:r>
    </w:p>
    <w:p w:rsidR="004611C8" w:rsidRDefault="004611C8" w:rsidP="004611C8">
      <w:r>
        <w:t>280098</w:t>
      </w:r>
      <w:r>
        <w:tab/>
        <w:t>Kotalke</w:t>
      </w:r>
    </w:p>
    <w:p w:rsidR="004611C8" w:rsidRDefault="004611C8" w:rsidP="004611C8">
      <w:r>
        <w:t>280099</w:t>
      </w:r>
      <w:r>
        <w:tab/>
        <w:t>Drsalke</w:t>
      </w:r>
    </w:p>
    <w:p w:rsidR="004611C8" w:rsidRDefault="004611C8" w:rsidP="004611C8">
      <w:r>
        <w:t>280100</w:t>
      </w:r>
      <w:r>
        <w:tab/>
        <w:t>Tjulenje kože [prevleke za smuči]</w:t>
      </w:r>
    </w:p>
    <w:p w:rsidR="004611C8" w:rsidRDefault="004611C8" w:rsidP="004611C8">
      <w:r>
        <w:t>280101</w:t>
      </w:r>
      <w:r>
        <w:tab/>
        <w:t>Glinasti golobi [tarče]</w:t>
      </w:r>
    </w:p>
    <w:p w:rsidR="004611C8" w:rsidRDefault="004611C8" w:rsidP="004611C8">
      <w:r>
        <w:t>280102</w:t>
      </w:r>
      <w:r>
        <w:tab/>
        <w:t>Deske za surfanje</w:t>
      </w:r>
    </w:p>
    <w:p w:rsidR="004611C8" w:rsidRDefault="004611C8" w:rsidP="004611C8">
      <w:r>
        <w:t>280103</w:t>
      </w:r>
      <w:r>
        <w:tab/>
        <w:t>Oblačila za punčke</w:t>
      </w:r>
    </w:p>
    <w:p w:rsidR="004611C8" w:rsidRDefault="004611C8" w:rsidP="004611C8">
      <w:r>
        <w:t>280104</w:t>
      </w:r>
      <w:r>
        <w:tab/>
        <w:t>Hišice za lutke</w:t>
      </w:r>
    </w:p>
    <w:p w:rsidR="004611C8" w:rsidRDefault="004611C8" w:rsidP="004611C8">
      <w:r>
        <w:t>280105</w:t>
      </w:r>
      <w:r>
        <w:tab/>
        <w:t>Naprave za izvajanje čarovniških trikov</w:t>
      </w:r>
    </w:p>
    <w:p w:rsidR="004611C8" w:rsidRDefault="004611C8" w:rsidP="004611C8">
      <w:r>
        <w:t>280109</w:t>
      </w:r>
      <w:r>
        <w:tab/>
        <w:t>Vreče za smuči</w:t>
      </w:r>
    </w:p>
    <w:p w:rsidR="004611C8" w:rsidRDefault="004611C8" w:rsidP="004611C8">
      <w:r>
        <w:t>280110</w:t>
      </w:r>
      <w:r>
        <w:tab/>
        <w:t>Smuči</w:t>
      </w:r>
    </w:p>
    <w:p w:rsidR="004611C8" w:rsidRDefault="004611C8" w:rsidP="004611C8">
      <w:r>
        <w:t>280111</w:t>
      </w:r>
      <w:r>
        <w:tab/>
        <w:t>Mize za namizni tenis</w:t>
      </w:r>
    </w:p>
    <w:p w:rsidR="004611C8" w:rsidRDefault="004611C8" w:rsidP="004611C8">
      <w:r>
        <w:t>280112</w:t>
      </w:r>
      <w:r>
        <w:tab/>
        <w:t>Vrtavke [igrače]</w:t>
      </w:r>
    </w:p>
    <w:p w:rsidR="004611C8" w:rsidRDefault="004611C8" w:rsidP="004611C8">
      <w:r>
        <w:t>280113</w:t>
      </w:r>
      <w:r>
        <w:tab/>
        <w:t>Sanke (športni pripomoček)</w:t>
      </w:r>
    </w:p>
    <w:p w:rsidR="004611C8" w:rsidRDefault="004611C8" w:rsidP="004611C8">
      <w:r>
        <w:t>280114</w:t>
      </w:r>
      <w:r>
        <w:tab/>
        <w:t>Backgammon igre</w:t>
      </w:r>
    </w:p>
    <w:p w:rsidR="004611C8" w:rsidRDefault="004611C8" w:rsidP="004611C8">
      <w:r>
        <w:t>280115</w:t>
      </w:r>
      <w:r>
        <w:tab/>
        <w:t>Skiroji [igrače]</w:t>
      </w:r>
    </w:p>
    <w:p w:rsidR="004611C8" w:rsidRDefault="004611C8" w:rsidP="004611C8">
      <w:r>
        <w:t>280116</w:t>
      </w:r>
      <w:r>
        <w:tab/>
        <w:t>Žogice za badminton</w:t>
      </w:r>
    </w:p>
    <w:p w:rsidR="004611C8" w:rsidRDefault="004611C8" w:rsidP="004611C8">
      <w:r>
        <w:t>280117</w:t>
      </w:r>
      <w:r>
        <w:tab/>
        <w:t>Zračne pištole [igrače]</w:t>
      </w:r>
    </w:p>
    <w:p w:rsidR="004611C8" w:rsidRDefault="004611C8" w:rsidP="004611C8">
      <w:r>
        <w:t>280119</w:t>
      </w:r>
      <w:r>
        <w:tab/>
        <w:t>Okraski za božično drevo, razen izdelkov za osvetljavo in sladkarij</w:t>
      </w:r>
    </w:p>
    <w:p w:rsidR="004611C8" w:rsidRDefault="004611C8" w:rsidP="004611C8">
      <w:r>
        <w:t>280120</w:t>
      </w:r>
      <w:r>
        <w:tab/>
        <w:t>Podstavki za božična drevesa</w:t>
      </w:r>
    </w:p>
    <w:p w:rsidR="004611C8" w:rsidRDefault="004611C8" w:rsidP="004611C8">
      <w:r>
        <w:t>280121</w:t>
      </w:r>
      <w:r>
        <w:tab/>
        <w:t>Snooker palice</w:t>
      </w:r>
    </w:p>
    <w:p w:rsidR="004611C8" w:rsidRDefault="004611C8" w:rsidP="004611C8">
      <w:r>
        <w:t>280122</w:t>
      </w:r>
      <w:r>
        <w:tab/>
        <w:t>Konice biljardnih palic</w:t>
      </w:r>
    </w:p>
    <w:p w:rsidR="004611C8" w:rsidRDefault="004611C8" w:rsidP="004611C8">
      <w:r>
        <w:t>280123</w:t>
      </w:r>
      <w:r>
        <w:tab/>
        <w:t>Mize za biljard</w:t>
      </w:r>
    </w:p>
    <w:p w:rsidR="004611C8" w:rsidRDefault="004611C8" w:rsidP="004611C8">
      <w:r>
        <w:t>280124</w:t>
      </w:r>
      <w:r>
        <w:tab/>
        <w:t>Mize za biljard na kovance</w:t>
      </w:r>
    </w:p>
    <w:p w:rsidR="004611C8" w:rsidRDefault="004611C8" w:rsidP="004611C8">
      <w:r>
        <w:t>280126</w:t>
      </w:r>
      <w:r>
        <w:tab/>
        <w:t>Deske za jadranje</w:t>
      </w:r>
    </w:p>
    <w:p w:rsidR="004611C8" w:rsidRDefault="004611C8" w:rsidP="004611C8">
      <w:r>
        <w:t>280127</w:t>
      </w:r>
      <w:r>
        <w:tab/>
        <w:t>Jadralni zmaji</w:t>
      </w:r>
    </w:p>
    <w:p w:rsidR="004611C8" w:rsidRDefault="004611C8" w:rsidP="004611C8">
      <w:r>
        <w:t>280128</w:t>
      </w:r>
      <w:r>
        <w:tab/>
        <w:t>Igralni aparati</w:t>
      </w:r>
    </w:p>
    <w:p w:rsidR="004611C8" w:rsidRDefault="004611C8" w:rsidP="004611C8">
      <w:r>
        <w:t>280129</w:t>
      </w:r>
      <w:r>
        <w:tab/>
        <w:t>Izdelki za telovadbo</w:t>
      </w:r>
    </w:p>
    <w:p w:rsidR="004611C8" w:rsidRDefault="004611C8" w:rsidP="004611C8">
      <w:r>
        <w:t>280130</w:t>
      </w:r>
      <w:r>
        <w:tab/>
        <w:t>Orožje za sabljanje</w:t>
      </w:r>
    </w:p>
    <w:p w:rsidR="004611C8" w:rsidRDefault="004611C8" w:rsidP="004611C8">
      <w:r>
        <w:t>280131</w:t>
      </w:r>
      <w:r>
        <w:tab/>
        <w:t>Maske za sabljanje</w:t>
      </w:r>
    </w:p>
    <w:p w:rsidR="004611C8" w:rsidRDefault="004611C8" w:rsidP="004611C8">
      <w:r>
        <w:t>280141</w:t>
      </w:r>
      <w:r>
        <w:tab/>
        <w:t>Rokavice za baseball</w:t>
      </w:r>
    </w:p>
    <w:p w:rsidR="004611C8" w:rsidRDefault="004611C8" w:rsidP="004611C8">
      <w:r>
        <w:t>280142</w:t>
      </w:r>
      <w:r>
        <w:tab/>
        <w:t>Plezalne vrvi</w:t>
      </w:r>
    </w:p>
    <w:p w:rsidR="004611C8" w:rsidRDefault="004611C8" w:rsidP="004611C8">
      <w:r>
        <w:t>280143</w:t>
      </w:r>
      <w:r>
        <w:tab/>
        <w:t>Ščitniki za komolce [športni artikli]</w:t>
      </w:r>
    </w:p>
    <w:p w:rsidR="004611C8" w:rsidRDefault="004611C8" w:rsidP="004611C8">
      <w:r>
        <w:t>280144</w:t>
      </w:r>
      <w:r>
        <w:tab/>
        <w:t>Ščitniki za kolena [športni artikli]</w:t>
      </w:r>
    </w:p>
    <w:p w:rsidR="004611C8" w:rsidRDefault="004611C8" w:rsidP="004611C8">
      <w:r>
        <w:t>280145</w:t>
      </w:r>
      <w:r>
        <w:tab/>
        <w:t>Viseče figurice [igrače]</w:t>
      </w:r>
    </w:p>
    <w:p w:rsidR="004611C8" w:rsidRDefault="004611C8" w:rsidP="004611C8">
      <w:r>
        <w:t>280146</w:t>
      </w:r>
      <w:r>
        <w:tab/>
        <w:t>Jadralna padala</w:t>
      </w:r>
    </w:p>
    <w:p w:rsidR="004611C8" w:rsidRDefault="004611C8" w:rsidP="004611C8">
      <w:r>
        <w:t>280147</w:t>
      </w:r>
      <w:r>
        <w:tab/>
        <w:t>Zaščitne blazinice [del športne opreme]</w:t>
      </w:r>
    </w:p>
    <w:p w:rsidR="004611C8" w:rsidRDefault="004611C8" w:rsidP="004611C8">
      <w:r>
        <w:t>280148</w:t>
      </w:r>
      <w:r>
        <w:tab/>
        <w:t>Rolke</w:t>
      </w:r>
    </w:p>
    <w:p w:rsidR="004611C8" w:rsidRDefault="004611C8" w:rsidP="004611C8">
      <w:r>
        <w:t>280149</w:t>
      </w:r>
      <w:r>
        <w:tab/>
        <w:t>Tobogani (oprema za igrišča)</w:t>
      </w:r>
    </w:p>
    <w:p w:rsidR="004611C8" w:rsidRDefault="004611C8" w:rsidP="004611C8">
      <w:r>
        <w:t>280150</w:t>
      </w:r>
      <w:r>
        <w:tab/>
        <w:t>Odskočne deske [športni artikli]</w:t>
      </w:r>
    </w:p>
    <w:p w:rsidR="004611C8" w:rsidRDefault="004611C8" w:rsidP="004611C8">
      <w:r>
        <w:t>280151</w:t>
      </w:r>
      <w:r>
        <w:tab/>
        <w:t>Plišasti medvedki</w:t>
      </w:r>
    </w:p>
    <w:p w:rsidR="004611C8" w:rsidRDefault="004611C8" w:rsidP="004611C8">
      <w:r>
        <w:t>280152</w:t>
      </w:r>
      <w:r>
        <w:tab/>
        <w:t>Vodne smuči</w:t>
      </w:r>
    </w:p>
    <w:p w:rsidR="004611C8" w:rsidRDefault="004611C8" w:rsidP="004611C8">
      <w:r>
        <w:t>280153</w:t>
      </w:r>
      <w:r>
        <w:tab/>
        <w:t>Rokavice za golf</w:t>
      </w:r>
    </w:p>
    <w:p w:rsidR="004611C8" w:rsidRDefault="004611C8" w:rsidP="004611C8">
      <w:r>
        <w:t>280154</w:t>
      </w:r>
      <w:r>
        <w:tab/>
        <w:t>Indikatorji ugriza [oprema za ribolov]</w:t>
      </w:r>
    </w:p>
    <w:p w:rsidR="004611C8" w:rsidRDefault="004611C8" w:rsidP="004611C8">
      <w:r>
        <w:t>280155</w:t>
      </w:r>
      <w:r>
        <w:tab/>
        <w:t>Senzorji ugriza [ribiška oprema]</w:t>
      </w:r>
    </w:p>
    <w:p w:rsidR="004611C8" w:rsidRDefault="004611C8" w:rsidP="004611C8">
      <w:r>
        <w:t>280156</w:t>
      </w:r>
      <w:r>
        <w:tab/>
        <w:t>Namizne igre</w:t>
      </w:r>
    </w:p>
    <w:p w:rsidR="004611C8" w:rsidRDefault="004611C8" w:rsidP="004611C8">
      <w:r>
        <w:t>280157</w:t>
      </w:r>
      <w:r>
        <w:tab/>
        <w:t>Zabaviščne naprave za jahanje</w:t>
      </w:r>
    </w:p>
    <w:p w:rsidR="004611C8" w:rsidRDefault="004611C8" w:rsidP="004611C8">
      <w:r>
        <w:t>280158</w:t>
      </w:r>
      <w:r>
        <w:tab/>
        <w:t>Leteči disk [igrača]</w:t>
      </w:r>
    </w:p>
    <w:p w:rsidR="004611C8" w:rsidRDefault="004611C8" w:rsidP="004611C8">
      <w:r>
        <w:t>280159</w:t>
      </w:r>
      <w:r>
        <w:tab/>
        <w:t>Igre s podkvo</w:t>
      </w:r>
    </w:p>
    <w:p w:rsidR="004611C8" w:rsidRDefault="004611C8" w:rsidP="004611C8">
      <w:r>
        <w:t>280160</w:t>
      </w:r>
      <w:r>
        <w:tab/>
        <w:t>Mahjong (kitajski domino)</w:t>
      </w:r>
    </w:p>
    <w:p w:rsidR="004611C8" w:rsidRDefault="004611C8" w:rsidP="004611C8">
      <w:r>
        <w:t>280161</w:t>
      </w:r>
      <w:r>
        <w:tab/>
        <w:t>Plišaste igrače</w:t>
      </w:r>
    </w:p>
    <w:p w:rsidR="004611C8" w:rsidRDefault="004611C8" w:rsidP="004611C8">
      <w:r>
        <w:t>280162</w:t>
      </w:r>
      <w:r>
        <w:tab/>
        <w:t>Milni mehurčki [igrače]</w:t>
      </w:r>
    </w:p>
    <w:p w:rsidR="004611C8" w:rsidRDefault="004611C8" w:rsidP="004611C8">
      <w:r>
        <w:t>280163</w:t>
      </w:r>
      <w:r>
        <w:tab/>
        <w:t>Avtomobilčki</w:t>
      </w:r>
    </w:p>
    <w:p w:rsidR="004611C8" w:rsidRDefault="004611C8" w:rsidP="004611C8">
      <w:r>
        <w:t>280164</w:t>
      </w:r>
      <w:r>
        <w:tab/>
        <w:t>Palice za twirling</w:t>
      </w:r>
    </w:p>
    <w:p w:rsidR="004611C8" w:rsidRDefault="004611C8" w:rsidP="004611C8">
      <w:r>
        <w:t>280165</w:t>
      </w:r>
      <w:r>
        <w:tab/>
        <w:t>Mreže za metulje</w:t>
      </w:r>
    </w:p>
    <w:p w:rsidR="004611C8" w:rsidRDefault="004611C8" w:rsidP="004611C8">
      <w:r>
        <w:t>280166</w:t>
      </w:r>
      <w:r>
        <w:tab/>
        <w:t>Torbe, posebej narejene za smuči</w:t>
      </w:r>
    </w:p>
    <w:p w:rsidR="004611C8" w:rsidRDefault="004611C8" w:rsidP="004611C8">
      <w:r>
        <w:t>280167</w:t>
      </w:r>
      <w:r>
        <w:tab/>
        <w:t>Jermenje za jadrnice</w:t>
      </w:r>
    </w:p>
    <w:p w:rsidR="004611C8" w:rsidRDefault="004611C8" w:rsidP="004611C8">
      <w:r>
        <w:t>280168</w:t>
      </w:r>
      <w:r>
        <w:tab/>
        <w:t>Sestavljanke (na kocke zrezane slike)</w:t>
      </w:r>
    </w:p>
    <w:p w:rsidR="004611C8" w:rsidRDefault="004611C8" w:rsidP="004611C8">
      <w:r>
        <w:t>280169</w:t>
      </w:r>
      <w:r>
        <w:tab/>
        <w:t>Jambori za jadralne deske</w:t>
      </w:r>
    </w:p>
    <w:p w:rsidR="004611C8" w:rsidRDefault="004611C8" w:rsidP="004611C8">
      <w:r>
        <w:t>280170</w:t>
      </w:r>
      <w:r>
        <w:tab/>
        <w:t>Pištole z barvnim strelivom [paintball], športni rekvizit</w:t>
      </w:r>
    </w:p>
    <w:p w:rsidR="004611C8" w:rsidRDefault="004611C8" w:rsidP="004611C8">
      <w:r>
        <w:t>280171</w:t>
      </w:r>
      <w:r>
        <w:tab/>
        <w:t>Barvno strelivo za paintball [športna oprema]</w:t>
      </w:r>
    </w:p>
    <w:p w:rsidR="004611C8" w:rsidRPr="003834FA" w:rsidRDefault="004611C8" w:rsidP="004611C8">
      <w:pPr>
        <w:rPr>
          <w:lang w:val="fr-FR"/>
        </w:rPr>
      </w:pPr>
      <w:r>
        <w:t>280172</w:t>
      </w:r>
      <w:r>
        <w:tab/>
      </w:r>
      <w:r w:rsidRPr="003834FA">
        <w:rPr>
          <w:lang w:val="fr-FR"/>
        </w:rPr>
        <w:t>Vrvice za deske za surfanje</w:t>
      </w:r>
    </w:p>
    <w:p w:rsidR="004611C8" w:rsidRPr="003834FA" w:rsidRDefault="004611C8" w:rsidP="004611C8">
      <w:pPr>
        <w:rPr>
          <w:lang w:val="fr-FR"/>
        </w:rPr>
      </w:pPr>
      <w:r>
        <w:t>280173</w:t>
      </w:r>
      <w:r>
        <w:tab/>
      </w:r>
      <w:r w:rsidRPr="003834FA">
        <w:rPr>
          <w:lang w:val="fr-FR"/>
        </w:rPr>
        <w:t>Aparati za metanje teniških žogic</w:t>
      </w:r>
    </w:p>
    <w:p w:rsidR="004611C8" w:rsidRDefault="004611C8" w:rsidP="004611C8">
      <w:r>
        <w:t>280174</w:t>
      </w:r>
      <w:r>
        <w:tab/>
        <w:t>Startni bloki za šport</w:t>
      </w:r>
    </w:p>
    <w:p w:rsidR="004611C8" w:rsidRDefault="004611C8" w:rsidP="004611C8">
      <w:r>
        <w:t>280175</w:t>
      </w:r>
      <w:r>
        <w:tab/>
        <w:t>Snežne krogle</w:t>
      </w:r>
    </w:p>
    <w:p w:rsidR="004611C8" w:rsidRDefault="004611C8" w:rsidP="004611C8">
      <w:r>
        <w:lastRenderedPageBreak/>
        <w:t>280176</w:t>
      </w:r>
      <w:r>
        <w:tab/>
        <w:t>Pasovi za dvigovanje uteži (izdelki za šport)</w:t>
      </w:r>
    </w:p>
    <w:p w:rsidR="004611C8" w:rsidRDefault="004611C8" w:rsidP="004611C8">
      <w:r>
        <w:t>280177</w:t>
      </w:r>
      <w:r>
        <w:tab/>
        <w:t>Plavalne deske</w:t>
      </w:r>
    </w:p>
    <w:p w:rsidR="004611C8" w:rsidRDefault="004611C8" w:rsidP="004611C8">
      <w:r>
        <w:t>280178</w:t>
      </w:r>
      <w:r>
        <w:tab/>
        <w:t>Karte za tombolo</w:t>
      </w:r>
    </w:p>
    <w:p w:rsidR="004611C8" w:rsidRDefault="004611C8" w:rsidP="004611C8">
      <w:r>
        <w:t>280180</w:t>
      </w:r>
      <w:r>
        <w:tab/>
        <w:t>Vabilke (piščalke) za lov</w:t>
      </w:r>
    </w:p>
    <w:p w:rsidR="004611C8" w:rsidRDefault="004611C8" w:rsidP="004611C8">
      <w:r>
        <w:t>280181</w:t>
      </w:r>
      <w:r>
        <w:tab/>
        <w:t>Kolesa za ruleto</w:t>
      </w:r>
    </w:p>
    <w:p w:rsidR="004611C8" w:rsidRDefault="004611C8" w:rsidP="004611C8">
      <w:r>
        <w:t>280182</w:t>
      </w:r>
      <w:r>
        <w:tab/>
        <w:t>Rolerji</w:t>
      </w:r>
    </w:p>
    <w:p w:rsidR="004611C8" w:rsidRDefault="004611C8" w:rsidP="004611C8">
      <w:r>
        <w:t>280183</w:t>
      </w:r>
      <w:r>
        <w:tab/>
        <w:t>Pinjate</w:t>
      </w:r>
    </w:p>
    <w:p w:rsidR="004611C8" w:rsidRDefault="004611C8" w:rsidP="004611C8">
      <w:r>
        <w:t>280184</w:t>
      </w:r>
      <w:r>
        <w:tab/>
        <w:t>Boksarske vreče</w:t>
      </w:r>
    </w:p>
    <w:p w:rsidR="004611C8" w:rsidRDefault="004611C8" w:rsidP="004611C8">
      <w:r>
        <w:t>280185</w:t>
      </w:r>
      <w:r>
        <w:tab/>
        <w:t>Vozila na daljinsko vodenje [igrače]</w:t>
      </w:r>
    </w:p>
    <w:p w:rsidR="004611C8" w:rsidRDefault="004611C8" w:rsidP="004611C8">
      <w:r>
        <w:t>280186</w:t>
      </w:r>
      <w:r>
        <w:tab/>
        <w:t>Kolofonija za atlete</w:t>
      </w:r>
    </w:p>
    <w:p w:rsidR="004611C8" w:rsidRDefault="004611C8" w:rsidP="004611C8">
      <w:r>
        <w:t>280187</w:t>
      </w:r>
      <w:r>
        <w:tab/>
        <w:t>Snežne krplje</w:t>
      </w:r>
    </w:p>
    <w:p w:rsidR="004611C8" w:rsidRDefault="004611C8" w:rsidP="004611C8">
      <w:r>
        <w:t>280188</w:t>
      </w:r>
      <w:r>
        <w:tab/>
        <w:t>Frače [izdelki za šport]</w:t>
      </w:r>
    </w:p>
    <w:p w:rsidR="004611C8" w:rsidRPr="003834FA" w:rsidRDefault="004611C8" w:rsidP="004611C8">
      <w:pPr>
        <w:rPr>
          <w:lang w:val="fr-FR"/>
        </w:rPr>
      </w:pPr>
      <w:r>
        <w:t>280189</w:t>
      </w:r>
      <w:r>
        <w:tab/>
      </w:r>
      <w:r w:rsidRPr="003834FA">
        <w:rPr>
          <w:lang w:val="fr-FR"/>
        </w:rPr>
        <w:t>Igralni avtomati, avtomatični in na kovance</w:t>
      </w:r>
    </w:p>
    <w:p w:rsidR="004611C8" w:rsidRDefault="004611C8" w:rsidP="004611C8">
      <w:r>
        <w:t>280190</w:t>
      </w:r>
      <w:r>
        <w:tab/>
        <w:t>Kalejdoskopi</w:t>
      </w:r>
    </w:p>
    <w:p w:rsidR="004611C8" w:rsidRDefault="004611C8" w:rsidP="004611C8">
      <w:r>
        <w:t>280191</w:t>
      </w:r>
      <w:r>
        <w:tab/>
        <w:t>Igralne karte</w:t>
      </w:r>
    </w:p>
    <w:p w:rsidR="004611C8" w:rsidRDefault="004611C8" w:rsidP="004611C8">
      <w:r>
        <w:t>280192</w:t>
      </w:r>
      <w:r>
        <w:tab/>
        <w:t>Konfeti</w:t>
      </w:r>
    </w:p>
    <w:p w:rsidR="004611C8" w:rsidRDefault="004611C8" w:rsidP="004611C8">
      <w:r>
        <w:t>280193</w:t>
      </w:r>
      <w:r>
        <w:tab/>
        <w:t>Elektronske tarče</w:t>
      </w:r>
    </w:p>
    <w:p w:rsidR="004611C8" w:rsidRDefault="004611C8" w:rsidP="004611C8">
      <w:r>
        <w:t>280194</w:t>
      </w:r>
      <w:r>
        <w:tab/>
        <w:t>Vaba z vonjem za lov ali ribolov</w:t>
      </w:r>
    </w:p>
    <w:p w:rsidR="004611C8" w:rsidRDefault="004611C8" w:rsidP="004611C8">
      <w:r>
        <w:t>280195</w:t>
      </w:r>
      <w:r>
        <w:tab/>
        <w:t>Kamuflažni zasloni [izdelki za šport]</w:t>
      </w:r>
    </w:p>
    <w:p w:rsidR="004611C8" w:rsidRDefault="004611C8" w:rsidP="004611C8">
      <w:r>
        <w:t>280196</w:t>
      </w:r>
      <w:r>
        <w:tab/>
        <w:t>Športni oporniki [izdelki za šport]</w:t>
      </w:r>
    </w:p>
    <w:p w:rsidR="004611C8" w:rsidRDefault="004611C8" w:rsidP="004611C8">
      <w:r>
        <w:t>280197</w:t>
      </w:r>
      <w:r>
        <w:tab/>
        <w:t>Snowboardi (deske za smučanje po snegu)</w:t>
      </w:r>
    </w:p>
    <w:p w:rsidR="004611C8" w:rsidRDefault="004611C8" w:rsidP="004611C8">
      <w:r>
        <w:t>280198</w:t>
      </w:r>
      <w:r>
        <w:tab/>
        <w:t>Kompleti modelov za sestavljanje [igračke]</w:t>
      </w:r>
    </w:p>
    <w:p w:rsidR="004611C8" w:rsidRDefault="004611C8" w:rsidP="004611C8">
      <w:r>
        <w:t>280199</w:t>
      </w:r>
      <w:r>
        <w:tab/>
        <w:t>Igre pačinko</w:t>
      </w:r>
    </w:p>
    <w:p w:rsidR="004611C8" w:rsidRDefault="004611C8" w:rsidP="004611C8">
      <w:r>
        <w:t>280201</w:t>
      </w:r>
      <w:r>
        <w:tab/>
        <w:t>Vponke [oprema za alpinizem]</w:t>
      </w:r>
    </w:p>
    <w:p w:rsidR="004611C8" w:rsidRPr="003834FA" w:rsidRDefault="004611C8" w:rsidP="004611C8">
      <w:pPr>
        <w:rPr>
          <w:lang w:val="fr-FR"/>
        </w:rPr>
      </w:pPr>
      <w:r>
        <w:t>280202</w:t>
      </w:r>
      <w:r>
        <w:tab/>
      </w:r>
      <w:r w:rsidRPr="003834FA">
        <w:rPr>
          <w:lang w:val="fr-FR"/>
        </w:rPr>
        <w:t>Igralni avtomati za igre na srečo</w:t>
      </w:r>
    </w:p>
    <w:p w:rsidR="004611C8" w:rsidRDefault="004611C8" w:rsidP="004611C8">
      <w:r>
        <w:t>280203</w:t>
      </w:r>
      <w:r>
        <w:tab/>
        <w:t>Igralni avtomati</w:t>
      </w:r>
    </w:p>
    <w:p w:rsidR="004611C8" w:rsidRDefault="004611C8" w:rsidP="004611C8">
      <w:r>
        <w:t>280204</w:t>
      </w:r>
      <w:r>
        <w:tab/>
        <w:t>Klobučki iz papirja za zabave</w:t>
      </w:r>
    </w:p>
    <w:p w:rsidR="004611C8" w:rsidRPr="003834FA" w:rsidRDefault="004611C8" w:rsidP="004611C8">
      <w:pPr>
        <w:rPr>
          <w:lang w:val="fr-FR"/>
        </w:rPr>
      </w:pPr>
      <w:r>
        <w:t>280205</w:t>
      </w:r>
      <w:r>
        <w:tab/>
      </w:r>
      <w:r w:rsidRPr="003834FA">
        <w:rPr>
          <w:lang w:val="fr-FR"/>
        </w:rPr>
        <w:t>Deske za deskanje na valovih</w:t>
      </w:r>
    </w:p>
    <w:p w:rsidR="004611C8" w:rsidRDefault="004611C8" w:rsidP="004611C8">
      <w:r>
        <w:t>280206</w:t>
      </w:r>
      <w:r>
        <w:tab/>
        <w:t>Žetoni za igre na srečo</w:t>
      </w:r>
    </w:p>
    <w:p w:rsidR="004611C8" w:rsidRDefault="004611C8" w:rsidP="004611C8">
      <w:r>
        <w:t>280207</w:t>
      </w:r>
      <w:r>
        <w:tab/>
        <w:t>Karte za loterijske igre, katerih vsebina se razkrije s praskanjem vrhnje plasti</w:t>
      </w:r>
    </w:p>
    <w:p w:rsidR="004611C8" w:rsidRDefault="004611C8" w:rsidP="004611C8">
      <w:r>
        <w:t>280208</w:t>
      </w:r>
      <w:r>
        <w:tab/>
        <w:t>Igrače iz pliša</w:t>
      </w:r>
    </w:p>
    <w:p w:rsidR="004611C8" w:rsidRDefault="004611C8" w:rsidP="004611C8">
      <w:r>
        <w:t>280209</w:t>
      </w:r>
      <w:r>
        <w:tab/>
        <w:t>Trampolini</w:t>
      </w:r>
    </w:p>
    <w:p w:rsidR="004611C8" w:rsidRDefault="004611C8" w:rsidP="004611C8">
      <w:r>
        <w:t>280210</w:t>
      </w:r>
      <w:r>
        <w:tab/>
        <w:t>Palice za skok s palico</w:t>
      </w:r>
    </w:p>
    <w:p w:rsidR="004611C8" w:rsidRDefault="004611C8" w:rsidP="004611C8">
      <w:r>
        <w:t>280211</w:t>
      </w:r>
      <w:r>
        <w:tab/>
        <w:t>Plovne naprave za plavanje</w:t>
      </w:r>
    </w:p>
    <w:p w:rsidR="004611C8" w:rsidRDefault="004611C8" w:rsidP="004611C8">
      <w:r>
        <w:t>280212</w:t>
      </w:r>
      <w:r>
        <w:tab/>
        <w:t>Plavalni pasovi</w:t>
      </w:r>
    </w:p>
    <w:p w:rsidR="004611C8" w:rsidRDefault="004611C8" w:rsidP="004611C8">
      <w:r>
        <w:t>280213</w:t>
      </w:r>
      <w:r>
        <w:tab/>
        <w:t>Plavalni jopiči</w:t>
      </w:r>
    </w:p>
    <w:p w:rsidR="004611C8" w:rsidRDefault="004611C8" w:rsidP="004611C8">
      <w:r>
        <w:t>280214</w:t>
      </w:r>
      <w:r>
        <w:tab/>
        <w:t>Naprave za video igre</w:t>
      </w:r>
    </w:p>
    <w:p w:rsidR="004611C8" w:rsidRDefault="004611C8" w:rsidP="004611C8">
      <w:r>
        <w:t>280215</w:t>
      </w:r>
      <w:r>
        <w:tab/>
        <w:t>Prenosne igre z zasloni iz tekočih kristalov</w:t>
      </w:r>
    </w:p>
    <w:p w:rsidR="004611C8" w:rsidRDefault="004611C8" w:rsidP="004611C8">
      <w:r>
        <w:t>280216</w:t>
      </w:r>
      <w:r>
        <w:tab/>
        <w:t>Aparati za arkadne video igre</w:t>
      </w:r>
    </w:p>
    <w:p w:rsidR="004611C8" w:rsidRDefault="004611C8" w:rsidP="004611C8">
      <w:r>
        <w:t>280217</w:t>
      </w:r>
      <w:r>
        <w:tab/>
        <w:t>Krmilniki za igralne konzole</w:t>
      </w:r>
    </w:p>
    <w:p w:rsidR="004611C8" w:rsidRDefault="004611C8" w:rsidP="004611C8">
      <w:r>
        <w:t>280218</w:t>
      </w:r>
      <w:r>
        <w:tab/>
        <w:t>Modeli kot igrače</w:t>
      </w:r>
    </w:p>
    <w:p w:rsidR="004611C8" w:rsidRDefault="004611C8" w:rsidP="004611C8">
      <w:r>
        <w:t>280219</w:t>
      </w:r>
      <w:r>
        <w:tab/>
        <w:t>Figurice (igrače)</w:t>
      </w:r>
    </w:p>
    <w:p w:rsidR="004611C8" w:rsidRDefault="004611C8" w:rsidP="004611C8">
      <w:r>
        <w:t>280220</w:t>
      </w:r>
      <w:r>
        <w:tab/>
        <w:t>Naprave za metanje žog</w:t>
      </w:r>
    </w:p>
    <w:p w:rsidR="004611C8" w:rsidRDefault="004611C8" w:rsidP="004611C8">
      <w:r>
        <w:t>280221</w:t>
      </w:r>
      <w:r>
        <w:tab/>
        <w:t>Ročne uteži</w:t>
      </w:r>
    </w:p>
    <w:p w:rsidR="004611C8" w:rsidRDefault="004611C8" w:rsidP="004611C8">
      <w:r>
        <w:t>280222</w:t>
      </w:r>
      <w:r>
        <w:tab/>
        <w:t>Maske (igrače)</w:t>
      </w:r>
    </w:p>
    <w:p w:rsidR="004611C8" w:rsidRDefault="004611C8" w:rsidP="004611C8">
      <w:r>
        <w:t>280223</w:t>
      </w:r>
      <w:r>
        <w:tab/>
        <w:t>Matrjoške [lesene ruske lutke]</w:t>
      </w:r>
    </w:p>
    <w:p w:rsidR="004611C8" w:rsidRDefault="004611C8" w:rsidP="004611C8">
      <w:r>
        <w:t>280224</w:t>
      </w:r>
      <w:r>
        <w:tab/>
        <w:t>Upravljavci za igrače</w:t>
      </w:r>
    </w:p>
    <w:p w:rsidR="004611C8" w:rsidRDefault="004611C8" w:rsidP="004611C8">
      <w:r>
        <w:t>280226</w:t>
      </w:r>
      <w:r>
        <w:tab/>
        <w:t>Deske za veslanje</w:t>
      </w:r>
    </w:p>
    <w:p w:rsidR="004611C8" w:rsidRDefault="004611C8" w:rsidP="004611C8">
      <w:r>
        <w:t>280227</w:t>
      </w:r>
      <w:r>
        <w:tab/>
        <w:t>Giroskopi in stabilizatorji leta za modele zrakoplovov</w:t>
      </w:r>
    </w:p>
    <w:p w:rsidR="004611C8" w:rsidRPr="003834FA" w:rsidRDefault="004611C8" w:rsidP="004611C8">
      <w:pPr>
        <w:rPr>
          <w:lang w:val="fr-FR"/>
        </w:rPr>
      </w:pPr>
      <w:r>
        <w:t>280228</w:t>
      </w:r>
      <w:r>
        <w:tab/>
      </w:r>
      <w:r w:rsidRPr="003834FA">
        <w:rPr>
          <w:lang w:val="fr-FR"/>
        </w:rPr>
        <w:t>Igralne palice za video igre</w:t>
      </w:r>
    </w:p>
    <w:p w:rsidR="004611C8" w:rsidRDefault="004611C8" w:rsidP="004611C8">
      <w:r>
        <w:t>280229</w:t>
      </w:r>
      <w:r>
        <w:tab/>
        <w:t>Zaščitne folije, prilagojene za zaslone za prenosne igre</w:t>
      </w:r>
    </w:p>
    <w:p w:rsidR="004611C8" w:rsidRDefault="004611C8" w:rsidP="004611C8">
      <w:r>
        <w:t>280230</w:t>
      </w:r>
      <w:r>
        <w:tab/>
        <w:t>Brezpilotni zrakoplovi [igrače]</w:t>
      </w:r>
    </w:p>
    <w:p w:rsidR="004611C8" w:rsidRDefault="004611C8" w:rsidP="004611C8">
      <w:r>
        <w:t>280231</w:t>
      </w:r>
      <w:r>
        <w:tab/>
        <w:t>Roboti (igrače)</w:t>
      </w:r>
    </w:p>
    <w:p w:rsidR="004611C8" w:rsidRDefault="004611C8" w:rsidP="004611C8">
      <w:r>
        <w:t>280232</w:t>
      </w:r>
      <w:r>
        <w:tab/>
        <w:t>Igle za tlačilke za napihovanje žog za igro</w:t>
      </w:r>
    </w:p>
    <w:p w:rsidR="004611C8" w:rsidRDefault="004611C8" w:rsidP="004611C8">
      <w:r>
        <w:t>280233</w:t>
      </w:r>
      <w:r>
        <w:tab/>
        <w:t>Tlačilke, posebej prilagojene za uporabo z žogami za igro</w:t>
      </w:r>
    </w:p>
    <w:p w:rsidR="004611C8" w:rsidRDefault="004611C8" w:rsidP="004611C8">
      <w:r>
        <w:t>280234</w:t>
      </w:r>
      <w:r>
        <w:tab/>
        <w:t>Otroške igralne podloge z loki</w:t>
      </w:r>
    </w:p>
    <w:p w:rsidR="004611C8" w:rsidRDefault="004611C8" w:rsidP="004611C8">
      <w:r>
        <w:t>280235</w:t>
      </w:r>
      <w:r>
        <w:tab/>
        <w:t>Plišaste igračke s prišito mehko odejico</w:t>
      </w:r>
    </w:p>
    <w:p w:rsidR="004611C8" w:rsidRDefault="004611C8" w:rsidP="004611C8">
      <w:r>
        <w:t>280236</w:t>
      </w:r>
      <w:r>
        <w:tab/>
        <w:t>Tricikli za otroke [igrače]</w:t>
      </w:r>
    </w:p>
    <w:p w:rsidR="004611C8" w:rsidRDefault="004611C8" w:rsidP="004611C8">
      <w:r>
        <w:t>280237</w:t>
      </w:r>
      <w:r>
        <w:tab/>
        <w:t>Kozmetična sredstva-igrače [neuporabna]</w:t>
      </w:r>
    </w:p>
    <w:p w:rsidR="004611C8" w:rsidRDefault="004611C8" w:rsidP="004611C8">
      <w:r>
        <w:t>280238</w:t>
      </w:r>
      <w:r>
        <w:tab/>
        <w:t>Napihljive blazine za plavalne bazene</w:t>
      </w:r>
    </w:p>
    <w:p w:rsidR="004611C8" w:rsidRDefault="004611C8" w:rsidP="004611C8">
      <w:r>
        <w:t>280239</w:t>
      </w:r>
      <w:r>
        <w:tab/>
        <w:t>Trakovi, posebej prirejeni za ritmično gimnastiko</w:t>
      </w:r>
    </w:p>
    <w:p w:rsidR="004611C8" w:rsidRDefault="004611C8" w:rsidP="004611C8">
      <w:r>
        <w:t>280240</w:t>
      </w:r>
      <w:r>
        <w:tab/>
        <w:t>Pokalice za zabave</w:t>
      </w:r>
    </w:p>
    <w:p w:rsidR="004611C8" w:rsidRDefault="004611C8" w:rsidP="004611C8">
      <w:r>
        <w:t>280241</w:t>
      </w:r>
      <w:r>
        <w:tab/>
        <w:t>Inteligentni plastelin za igranje</w:t>
      </w:r>
    </w:p>
    <w:p w:rsidR="004611C8" w:rsidRDefault="004611C8" w:rsidP="004611C8">
      <w:r>
        <w:t>280242</w:t>
      </w:r>
      <w:r>
        <w:tab/>
        <w:t>Igralni plastelin</w:t>
      </w:r>
    </w:p>
    <w:p w:rsidR="004611C8" w:rsidRDefault="004611C8" w:rsidP="004611C8">
      <w:r>
        <w:t>280243</w:t>
      </w:r>
      <w:r>
        <w:tab/>
        <w:t>Prenosne igre in igrače z vgrajenimi telekomunikacijskimi funkcijami</w:t>
      </w:r>
    </w:p>
    <w:p w:rsidR="004611C8" w:rsidRDefault="004611C8" w:rsidP="004611C8">
      <w:r>
        <w:t>280244</w:t>
      </w:r>
      <w:r>
        <w:tab/>
        <w:t>Bumerangi</w:t>
      </w:r>
    </w:p>
    <w:p w:rsidR="004611C8" w:rsidRDefault="004611C8" w:rsidP="004611C8">
      <w:r>
        <w:t>280245</w:t>
      </w:r>
      <w:r>
        <w:tab/>
        <w:t>Zbirateljske kartice za igre</w:t>
      </w:r>
    </w:p>
    <w:p w:rsidR="004611C8" w:rsidRPr="003834FA" w:rsidRDefault="004611C8" w:rsidP="004611C8">
      <w:pPr>
        <w:rPr>
          <w:lang w:val="fr-FR"/>
        </w:rPr>
      </w:pPr>
      <w:r>
        <w:t>280246</w:t>
      </w:r>
      <w:r>
        <w:tab/>
      </w:r>
      <w:r w:rsidRPr="003834FA">
        <w:rPr>
          <w:lang w:val="fr-FR"/>
        </w:rPr>
        <w:t>Vadbeni pasovi za zmanjšanje obsega pasu</w:t>
      </w:r>
    </w:p>
    <w:p w:rsidR="004611C8" w:rsidRDefault="004611C8" w:rsidP="004611C8">
      <w:r>
        <w:t>280247</w:t>
      </w:r>
      <w:r>
        <w:tab/>
        <w:t>Plavuti za potapljanje</w:t>
      </w:r>
    </w:p>
    <w:p w:rsidR="004611C8" w:rsidRDefault="004611C8" w:rsidP="004611C8">
      <w:r>
        <w:t>280249</w:t>
      </w:r>
      <w:r>
        <w:tab/>
        <w:t>Napihljiva igrala za plavalne bazene</w:t>
      </w:r>
    </w:p>
    <w:p w:rsidR="004611C8" w:rsidRDefault="004611C8" w:rsidP="004611C8">
      <w:r>
        <w:t>280250</w:t>
      </w:r>
      <w:r>
        <w:tab/>
        <w:t>Smuči s koleščki</w:t>
      </w:r>
    </w:p>
    <w:p w:rsidR="004611C8" w:rsidRDefault="004611C8" w:rsidP="004611C8">
      <w:r>
        <w:t>280253</w:t>
      </w:r>
      <w:r>
        <w:tab/>
        <w:t>Gugalnice za jogo</w:t>
      </w:r>
    </w:p>
    <w:p w:rsidR="004611C8" w:rsidRDefault="004611C8" w:rsidP="004611C8">
      <w:r>
        <w:t>280254</w:t>
      </w:r>
      <w:r>
        <w:tab/>
        <w:t>Igralni šotori</w:t>
      </w:r>
    </w:p>
    <w:p w:rsidR="004611C8" w:rsidRDefault="004611C8" w:rsidP="004611C8">
      <w:r>
        <w:t>280255</w:t>
      </w:r>
      <w:r>
        <w:tab/>
        <w:t>Konzole za igrice</w:t>
      </w:r>
    </w:p>
    <w:p w:rsidR="004611C8" w:rsidRPr="003834FA" w:rsidRDefault="004611C8" w:rsidP="004611C8">
      <w:pPr>
        <w:rPr>
          <w:lang w:val="fr-FR"/>
        </w:rPr>
      </w:pPr>
      <w:r>
        <w:t>280256</w:t>
      </w:r>
      <w:r>
        <w:tab/>
      </w:r>
      <w:r w:rsidRPr="003834FA">
        <w:rPr>
          <w:lang w:val="fr-FR"/>
        </w:rPr>
        <w:t>Ročne konzole za igranje video iger</w:t>
      </w:r>
    </w:p>
    <w:p w:rsidR="004611C8" w:rsidRDefault="004611C8" w:rsidP="004611C8">
      <w:r>
        <w:t>280257</w:t>
      </w:r>
      <w:r>
        <w:tab/>
        <w:t>Otroške igralne hiške</w:t>
      </w:r>
    </w:p>
    <w:p w:rsidR="004611C8" w:rsidRDefault="004611C8" w:rsidP="004611C8">
      <w:r>
        <w:t>280258</w:t>
      </w:r>
      <w:r>
        <w:tab/>
        <w:t>Ščitniki za genitalije za šport</w:t>
      </w:r>
    </w:p>
    <w:p w:rsidR="004611C8" w:rsidRDefault="004611C8" w:rsidP="004611C8">
      <w:r>
        <w:t>280259</w:t>
      </w:r>
      <w:r>
        <w:tab/>
        <w:t>Oznake za torbe za golf</w:t>
      </w:r>
    </w:p>
    <w:p w:rsidR="004611C8" w:rsidRDefault="004611C8" w:rsidP="004611C8">
      <w:r>
        <w:t>280260</w:t>
      </w:r>
      <w:r>
        <w:tab/>
        <w:t>Sani</w:t>
      </w:r>
    </w:p>
    <w:p w:rsidR="004611C8" w:rsidRPr="003834FA" w:rsidRDefault="004611C8" w:rsidP="004611C8">
      <w:pPr>
        <w:rPr>
          <w:lang w:val="fr-FR"/>
        </w:rPr>
      </w:pPr>
      <w:r>
        <w:t>280261</w:t>
      </w:r>
      <w:r>
        <w:tab/>
      </w:r>
      <w:r w:rsidRPr="003834FA">
        <w:rPr>
          <w:lang w:val="fr-FR"/>
        </w:rPr>
        <w:t>Torbe, posebej oblikovane za jadralne deske</w:t>
      </w:r>
    </w:p>
    <w:p w:rsidR="004611C8" w:rsidRDefault="004611C8" w:rsidP="004611C8">
      <w:r>
        <w:t>280262</w:t>
      </w:r>
      <w:r>
        <w:tab/>
        <w:t>Protistresne igračke</w:t>
      </w:r>
    </w:p>
    <w:p w:rsidR="004611C8" w:rsidRDefault="004611C8" w:rsidP="004611C8">
      <w:r>
        <w:t>280263</w:t>
      </w:r>
      <w:r>
        <w:tab/>
        <w:t>Krogle za bowling</w:t>
      </w:r>
    </w:p>
    <w:p w:rsidR="004611C8" w:rsidRDefault="004611C8" w:rsidP="004611C8">
      <w:r>
        <w:t>280264</w:t>
      </w:r>
      <w:r>
        <w:tab/>
        <w:t>Vadbene uteži</w:t>
      </w:r>
    </w:p>
    <w:p w:rsidR="004611C8" w:rsidRDefault="004611C8" w:rsidP="004611C8">
      <w:r>
        <w:t>280265</w:t>
      </w:r>
      <w:r>
        <w:tab/>
        <w:t>Svetleče zapestnice za zabave [igrače]</w:t>
      </w:r>
    </w:p>
    <w:p w:rsidR="004611C8" w:rsidRDefault="004611C8" w:rsidP="004611C8">
      <w:r>
        <w:t>280266</w:t>
      </w:r>
      <w:r>
        <w:tab/>
        <w:t>Markirni stožci za športe</w:t>
      </w:r>
    </w:p>
    <w:p w:rsidR="004611C8" w:rsidRDefault="004611C8" w:rsidP="004611C8">
      <w:r>
        <w:t>280267</w:t>
      </w:r>
      <w:r>
        <w:tab/>
        <w:t>Ročne ploskalice [igrače, ki ustvarjajo hrup]</w:t>
      </w:r>
    </w:p>
    <w:p w:rsidR="004611C8" w:rsidRDefault="004611C8" w:rsidP="004611C8">
      <w:r>
        <w:t>280268</w:t>
      </w:r>
      <w:r>
        <w:tab/>
        <w:t>Akcijske figurice (igrače)</w:t>
      </w:r>
    </w:p>
    <w:p w:rsidR="004611C8" w:rsidRDefault="004611C8" w:rsidP="004611C8">
      <w:r>
        <w:t>280269</w:t>
      </w:r>
      <w:r>
        <w:tab/>
        <w:t>Sličice za izmenjavo [igre s kartami]</w:t>
      </w:r>
    </w:p>
    <w:p w:rsidR="004611C8" w:rsidRDefault="004611C8" w:rsidP="004611C8">
      <w:r>
        <w:t>280270</w:t>
      </w:r>
      <w:r>
        <w:tab/>
        <w:t>Igre s kartami</w:t>
      </w:r>
    </w:p>
    <w:p w:rsidR="004611C8" w:rsidRDefault="004611C8" w:rsidP="004611C8">
      <w:r>
        <w:t>280271</w:t>
      </w:r>
      <w:r>
        <w:tab/>
        <w:t>Peskovniki (oprema za igrišče)</w:t>
      </w:r>
    </w:p>
    <w:p w:rsidR="004611C8" w:rsidRDefault="004611C8" w:rsidP="004611C8">
      <w:r>
        <w:t>280272</w:t>
      </w:r>
      <w:r>
        <w:tab/>
        <w:t>Obroči za vadbo z vgrajenimi merilnimi senzorji</w:t>
      </w:r>
    </w:p>
    <w:p w:rsidR="004611C8" w:rsidRDefault="004611C8" w:rsidP="004611C8">
      <w:r>
        <w:lastRenderedPageBreak/>
        <w:t>280273</w:t>
      </w:r>
      <w:r>
        <w:tab/>
        <w:t>Električni samolepilni trebušni pasovi za vadbo, za stimulacijo mišic</w:t>
      </w:r>
    </w:p>
    <w:p w:rsidR="004611C8" w:rsidRDefault="004611C8" w:rsidP="004611C8">
      <w:r>
        <w:t>280274</w:t>
      </w:r>
      <w:r>
        <w:tab/>
        <w:t>Zunanji hladilni ventilatorji za igralne konzole</w:t>
      </w:r>
    </w:p>
    <w:p w:rsidR="004611C8" w:rsidRDefault="004611C8" w:rsidP="004611C8">
      <w:r>
        <w:t>280275</w:t>
      </w:r>
      <w:r>
        <w:tab/>
        <w:t>Lutke z krogličnimi zglobi</w:t>
      </w:r>
    </w:p>
    <w:p w:rsidR="004611C8" w:rsidRDefault="004611C8" w:rsidP="004611C8">
      <w:r>
        <w:t>280276</w:t>
      </w:r>
      <w:r>
        <w:tab/>
        <w:t>Enodelna športna oblačila za električno stimulacijo mišic</w:t>
      </w:r>
    </w:p>
    <w:p w:rsidR="004611C8" w:rsidRDefault="004611C8" w:rsidP="004611C8">
      <w:r>
        <w:t>280277</w:t>
      </w:r>
      <w:r>
        <w:tab/>
        <w:t>Oprijemalni trakovi za loparje</w:t>
      </w:r>
    </w:p>
    <w:p w:rsidR="004611C8" w:rsidRDefault="004611C8" w:rsidP="004611C8">
      <w:r>
        <w:t>280278</w:t>
      </w:r>
      <w:r>
        <w:tab/>
        <w:t>Glasbeni inštrumenti (igrače)</w:t>
      </w:r>
    </w:p>
    <w:p w:rsidR="004611C8" w:rsidRDefault="004611C8" w:rsidP="004611C8">
      <w:r>
        <w:t>280279</w:t>
      </w:r>
      <w:r>
        <w:tab/>
        <w:t>Harpune za ribolov</w:t>
      </w:r>
    </w:p>
    <w:p w:rsidR="004611C8" w:rsidRDefault="004611C8" w:rsidP="004611C8">
      <w:r>
        <w:t>280280</w:t>
      </w:r>
      <w:r>
        <w:tab/>
        <w:t>Poganjalčki [igrače]</w:t>
      </w:r>
    </w:p>
    <w:p w:rsidR="004611C8" w:rsidRDefault="004611C8" w:rsidP="004611C8">
      <w:r>
        <w:t>280281</w:t>
      </w:r>
      <w:r>
        <w:tab/>
        <w:t>Jopiči z utežmi za telesno vadbo</w:t>
      </w:r>
    </w:p>
    <w:p w:rsidR="004611C8" w:rsidRDefault="004611C8" w:rsidP="004611C8">
      <w:r>
        <w:t>280282</w:t>
      </w:r>
      <w:r>
        <w:tab/>
        <w:t>Igralne tipkovnice</w:t>
      </w:r>
    </w:p>
    <w:p w:rsidR="004611C8" w:rsidRDefault="004611C8" w:rsidP="004611C8">
      <w:r>
        <w:t>280283</w:t>
      </w:r>
      <w:r>
        <w:tab/>
        <w:t>Igralne miške</w:t>
      </w:r>
    </w:p>
    <w:p w:rsidR="004611C8" w:rsidRDefault="004611C8" w:rsidP="004611C8">
      <w:r>
        <w:t>280284</w:t>
      </w:r>
      <w:r>
        <w:tab/>
        <w:t>Trebušni ščitniki za šport</w:t>
      </w:r>
    </w:p>
    <w:p w:rsidR="004611C8" w:rsidRDefault="004611C8" w:rsidP="004611C8">
      <w:r>
        <w:t>280285</w:t>
      </w:r>
      <w:r>
        <w:tab/>
        <w:t>Tiskane loterijske srečke</w:t>
      </w:r>
    </w:p>
    <w:p w:rsidR="004611C8" w:rsidRDefault="004611C8" w:rsidP="004611C8">
      <w:r>
        <w:t>280286</w:t>
      </w:r>
      <w:r>
        <w:tab/>
        <w:t>Fokusarji za borilne veščine</w:t>
      </w:r>
    </w:p>
    <w:p w:rsidR="004611C8" w:rsidRDefault="004611C8" w:rsidP="004611C8">
      <w:r>
        <w:t>280287</w:t>
      </w:r>
      <w:r>
        <w:tab/>
        <w:t>Izobraževalne igre</w:t>
      </w:r>
    </w:p>
    <w:p w:rsidR="004611C8" w:rsidRDefault="004611C8" w:rsidP="004611C8">
      <w:r>
        <w:t>280288</w:t>
      </w:r>
      <w:r>
        <w:tab/>
        <w:t>Pametne igrače</w:t>
      </w:r>
    </w:p>
    <w:p w:rsidR="004611C8" w:rsidRDefault="004611C8" w:rsidP="004611C8">
      <w:r>
        <w:t>280289</w:t>
      </w:r>
      <w:r>
        <w:tab/>
        <w:t>Šaljiva očala</w:t>
      </w:r>
    </w:p>
    <w:p w:rsidR="004611C8" w:rsidRDefault="004611C8" w:rsidP="004611C8">
      <w:r>
        <w:t>280290</w:t>
      </w:r>
      <w:r>
        <w:tab/>
        <w:t>Protistresne žogice</w:t>
      </w:r>
    </w:p>
    <w:p w:rsidR="004611C8" w:rsidRDefault="004611C8" w:rsidP="004611C8">
      <w:r>
        <w:t>280291</w:t>
      </w:r>
      <w:r>
        <w:tab/>
        <w:t>Bloki za jogo</w:t>
      </w:r>
    </w:p>
    <w:p w:rsidR="004611C8" w:rsidRDefault="004611C8" w:rsidP="004611C8">
      <w:r>
        <w:t>280292</w:t>
      </w:r>
      <w:r>
        <w:tab/>
        <w:t>Trakovi za jogo</w:t>
      </w:r>
    </w:p>
    <w:p w:rsidR="004611C8" w:rsidRDefault="004611C8" w:rsidP="004611C8">
      <w:r>
        <w:t>280293</w:t>
      </w:r>
      <w:r>
        <w:tab/>
        <w:t>Obroči za jogo</w:t>
      </w:r>
    </w:p>
    <w:p w:rsidR="004611C8" w:rsidRDefault="004611C8" w:rsidP="004611C8">
      <w:r>
        <w:t>280294</w:t>
      </w:r>
      <w:r>
        <w:tab/>
        <w:t>Igralne sledilne kroglice</w:t>
      </w:r>
    </w:p>
    <w:p w:rsidR="004611C8" w:rsidRDefault="004611C8" w:rsidP="004611C8">
      <w:r>
        <w:t>280295</w:t>
      </w:r>
      <w:r>
        <w:tab/>
        <w:t>Ploščate akrilne figure s stojalom [igrače]</w:t>
      </w:r>
    </w:p>
    <w:p w:rsidR="00E01B93" w:rsidRDefault="00E01B93">
      <w:pPr>
        <w:pStyle w:val="Naslov1"/>
        <w:sectPr w:rsidR="00E01B93" w:rsidSect="00E00425">
          <w:type w:val="continuous"/>
          <w:pgSz w:w="11907" w:h="16840" w:code="9"/>
          <w:pgMar w:top="1418" w:right="1418" w:bottom="1418" w:left="1418" w:header="720" w:footer="720" w:gutter="0"/>
          <w:cols w:num="2" w:space="720"/>
          <w:docGrid w:linePitch="360"/>
        </w:sectPr>
      </w:pPr>
    </w:p>
    <w:p w:rsidR="002B5A0D" w:rsidRPr="002B5A0D" w:rsidRDefault="002B5A0D" w:rsidP="007F7938">
      <w:pPr>
        <w:pStyle w:val="Naslov1"/>
        <w:rPr>
          <w:lang w:val="sl-SI" w:eastAsia="sl-SI"/>
        </w:rPr>
      </w:pPr>
      <w:r w:rsidRPr="002B5A0D">
        <w:rPr>
          <w:lang w:val="sl-SI" w:eastAsia="sl-SI"/>
        </w:rPr>
        <w:t xml:space="preserve">Razred 29 </w:t>
      </w:r>
    </w:p>
    <w:p w:rsidR="002B5A0D" w:rsidRDefault="002B5A0D" w:rsidP="007F7938">
      <w:pPr>
        <w:pStyle w:val="Naslov2"/>
        <w:rPr>
          <w:lang w:val="sl-SI" w:eastAsia="sl-SI"/>
        </w:rPr>
      </w:pPr>
      <w:r w:rsidRPr="002B5A0D">
        <w:rPr>
          <w:lang w:val="sl-SI" w:eastAsia="sl-SI"/>
        </w:rPr>
        <w:t>Meso, ribe, perutnina in divjačina; mesni ekstrakti za kulinarične namene; konzervirano, zamrznjeno, sušeno in kuhano sadje, zelenjava in morske alge; želeji, marmelade, kompoti; jajca; mleko in mlečni izdelki; olja in masti za prehrano</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7F7938" w:rsidRPr="00D85EAF" w:rsidTr="00CF2B9C">
        <w:trPr>
          <w:trHeight w:val="143"/>
          <w:tblHeader/>
        </w:trPr>
        <w:tc>
          <w:tcPr>
            <w:tcW w:w="9493" w:type="dxa"/>
            <w:gridSpan w:val="2"/>
            <w:shd w:val="clear" w:color="auto" w:fill="F2F2F2" w:themeFill="background1" w:themeFillShade="F2"/>
            <w:vAlign w:val="center"/>
          </w:tcPr>
          <w:p w:rsidR="007F7938" w:rsidRPr="0087064C" w:rsidRDefault="007F7938" w:rsidP="00CF2B9C">
            <w:pPr>
              <w:pStyle w:val="opomba"/>
              <w:rPr>
                <w:b/>
              </w:rPr>
            </w:pPr>
            <w:r w:rsidRPr="0087064C">
              <w:rPr>
                <w:b/>
              </w:rPr>
              <w:t>RAZRED 2</w:t>
            </w:r>
            <w:r w:rsidR="008C16D9">
              <w:rPr>
                <w:b/>
              </w:rPr>
              <w:t>9</w:t>
            </w:r>
            <w:r w:rsidRPr="0087064C">
              <w:rPr>
                <w:b/>
              </w:rPr>
              <w:t xml:space="preserve"> - pojasnjevalne opombe</w:t>
            </w:r>
          </w:p>
        </w:tc>
      </w:tr>
      <w:tr w:rsidR="007F7938" w:rsidRPr="00D85EAF" w:rsidTr="00CF2B9C">
        <w:trPr>
          <w:trHeight w:val="390"/>
        </w:trPr>
        <w:tc>
          <w:tcPr>
            <w:tcW w:w="9493" w:type="dxa"/>
            <w:gridSpan w:val="2"/>
            <w:shd w:val="clear" w:color="auto" w:fill="F2F2F2" w:themeFill="background1" w:themeFillShade="F2"/>
            <w:vAlign w:val="center"/>
          </w:tcPr>
          <w:p w:rsidR="007F7938" w:rsidRPr="00993A45" w:rsidRDefault="008C16D9" w:rsidP="00CF2B9C">
            <w:pPr>
              <w:pStyle w:val="opomba"/>
            </w:pPr>
            <w:r>
              <w:t>Razred 29 vključuje predvsem živila živalskega izvora, kot tudi zelenjavo in druge vrtnarske užitne proizvode, ki so pripravljeni za zaužitje ali konzerviranje.</w:t>
            </w:r>
          </w:p>
        </w:tc>
      </w:tr>
      <w:tr w:rsidR="007F7938" w:rsidRPr="00D85EAF" w:rsidTr="00634B76">
        <w:trPr>
          <w:trHeight w:val="5473"/>
        </w:trPr>
        <w:tc>
          <w:tcPr>
            <w:tcW w:w="4746" w:type="dxa"/>
            <w:shd w:val="clear" w:color="auto" w:fill="F2F2F2" w:themeFill="background1" w:themeFillShade="F2"/>
          </w:tcPr>
          <w:p w:rsidR="007F7938" w:rsidRPr="00993A45" w:rsidRDefault="007F7938" w:rsidP="00CF2B9C">
            <w:pPr>
              <w:pStyle w:val="opomba"/>
            </w:pPr>
            <w:r w:rsidRPr="00D85EAF">
              <w:t>V ta razred so vključeni zlasti:</w:t>
            </w:r>
          </w:p>
          <w:p w:rsidR="008C16D9" w:rsidRDefault="008C16D9" w:rsidP="008C16D9">
            <w:pPr>
              <w:pStyle w:val="opombapika"/>
            </w:pPr>
            <w:r>
              <w:t>hrana na osnovi mesa, rib, sadja, zelenjave ali morskih alg</w:t>
            </w:r>
          </w:p>
          <w:p w:rsidR="008C16D9" w:rsidRDefault="008C16D9" w:rsidP="008C16D9">
            <w:pPr>
              <w:pStyle w:val="opombapika"/>
            </w:pPr>
            <w:r>
              <w:t>užitne žuželke</w:t>
            </w:r>
          </w:p>
          <w:p w:rsidR="008C16D9" w:rsidRDefault="008C16D9" w:rsidP="008C16D9">
            <w:pPr>
              <w:pStyle w:val="opombapika"/>
            </w:pPr>
            <w:r>
              <w:t>mlečne pijače, v katerih prevladuje mleko</w:t>
            </w:r>
          </w:p>
          <w:p w:rsidR="008C16D9" w:rsidRDefault="008C16D9" w:rsidP="008C16D9">
            <w:pPr>
              <w:pStyle w:val="opombapika"/>
            </w:pPr>
            <w:r>
              <w:t>mlečni nadomestki, na primer mandljevo mleko, kokosovo mleko, arašidovo mleko, riževo mleko, sojino mleko</w:t>
            </w:r>
          </w:p>
          <w:p w:rsidR="008C16D9" w:rsidRDefault="008C16D9" w:rsidP="008C16D9">
            <w:pPr>
              <w:pStyle w:val="opombapika"/>
            </w:pPr>
            <w:r>
              <w:t>konzervirane gobe</w:t>
            </w:r>
          </w:p>
          <w:p w:rsidR="008C16D9" w:rsidRDefault="008C16D9" w:rsidP="008C16D9">
            <w:pPr>
              <w:pStyle w:val="opombapika"/>
            </w:pPr>
            <w:r>
              <w:t>stročnice in oreški, pripravljeni za prehrano ljudi</w:t>
            </w:r>
          </w:p>
          <w:p w:rsidR="007F7938" w:rsidRPr="00993A45" w:rsidRDefault="008C16D9" w:rsidP="008C16D9">
            <w:pPr>
              <w:pStyle w:val="opombapika"/>
            </w:pPr>
            <w:r>
              <w:t>semena, pripravljena za prehrano ljudi, ki niso začimbe ali arome</w:t>
            </w:r>
          </w:p>
        </w:tc>
        <w:tc>
          <w:tcPr>
            <w:tcW w:w="4747" w:type="dxa"/>
            <w:shd w:val="clear" w:color="auto" w:fill="F2F2F2" w:themeFill="background1" w:themeFillShade="F2"/>
          </w:tcPr>
          <w:p w:rsidR="007F7938" w:rsidRPr="00993A45" w:rsidRDefault="007F7938" w:rsidP="00CF2B9C">
            <w:pPr>
              <w:pStyle w:val="opomba"/>
            </w:pPr>
            <w:r w:rsidRPr="00D85EAF">
              <w:t>V ta razred niso vključeni zlasti:</w:t>
            </w:r>
          </w:p>
          <w:p w:rsidR="008C16D9" w:rsidRDefault="008C16D9" w:rsidP="008C16D9">
            <w:pPr>
              <w:pStyle w:val="opombapika"/>
            </w:pPr>
            <w:r>
              <w:t>živalski izvlečki za živilsko industrijo (razred 1)</w:t>
            </w:r>
          </w:p>
          <w:p w:rsidR="008C16D9" w:rsidRDefault="008C16D9" w:rsidP="008C16D9">
            <w:pPr>
              <w:pStyle w:val="opombapika"/>
            </w:pPr>
            <w:r>
              <w:t>olja in maščobe, razen za prehrano, na primer industrijsko olje (razred 4), ricinusovo olje za medicinske namene (razred 5)</w:t>
            </w:r>
          </w:p>
          <w:p w:rsidR="008C16D9" w:rsidRDefault="008C16D9" w:rsidP="008C16D9">
            <w:pPr>
              <w:pStyle w:val="opombapika"/>
            </w:pPr>
            <w:r>
              <w:t>hrana za dojenčke (razred 5)</w:t>
            </w:r>
          </w:p>
          <w:p w:rsidR="008C16D9" w:rsidRDefault="008C16D9" w:rsidP="008C16D9">
            <w:pPr>
              <w:pStyle w:val="opombapika"/>
            </w:pPr>
            <w:r>
              <w:t>prehranska dopolnila (razred 5)</w:t>
            </w:r>
          </w:p>
          <w:p w:rsidR="008C16D9" w:rsidRDefault="008C16D9" w:rsidP="008C16D9">
            <w:pPr>
              <w:pStyle w:val="opombapika"/>
            </w:pPr>
            <w:r>
              <w:t>dietetična živila in snovi, prilagojene za medicinsko uporabo (razred 5)</w:t>
            </w:r>
          </w:p>
          <w:p w:rsidR="008C16D9" w:rsidRDefault="008C16D9" w:rsidP="008C16D9">
            <w:pPr>
              <w:pStyle w:val="opombapika"/>
            </w:pPr>
            <w:r>
              <w:t>s čokolado obliti oreščki (razred 30)</w:t>
            </w:r>
          </w:p>
          <w:p w:rsidR="008C16D9" w:rsidRDefault="008C16D9" w:rsidP="008C16D9">
            <w:pPr>
              <w:pStyle w:val="opombapika"/>
            </w:pPr>
            <w:r>
              <w:t>predelana semena za uporabo kot začimba (razred 30)</w:t>
            </w:r>
          </w:p>
          <w:p w:rsidR="008C16D9" w:rsidRDefault="008C16D9" w:rsidP="008C16D9">
            <w:pPr>
              <w:pStyle w:val="opombapika"/>
            </w:pPr>
            <w:r>
              <w:t>solatni prelivi (razred 30)</w:t>
            </w:r>
          </w:p>
          <w:p w:rsidR="008C16D9" w:rsidRDefault="008C16D9" w:rsidP="008C16D9">
            <w:pPr>
              <w:pStyle w:val="opombapika"/>
            </w:pPr>
            <w:r>
              <w:t>hrana za živali (razred 31)</w:t>
            </w:r>
          </w:p>
          <w:p w:rsidR="008C16D9" w:rsidRDefault="008C16D9" w:rsidP="008C16D9">
            <w:pPr>
              <w:pStyle w:val="opombapika"/>
            </w:pPr>
            <w:r>
              <w:t>sveže in nepredelano sadje, zelenjava, oreščki in semena (razred 31)</w:t>
            </w:r>
          </w:p>
          <w:p w:rsidR="008C16D9" w:rsidRDefault="008C16D9" w:rsidP="008C16D9">
            <w:pPr>
              <w:pStyle w:val="opombapika"/>
            </w:pPr>
            <w:r>
              <w:t>žive živali (razred 31)</w:t>
            </w:r>
          </w:p>
          <w:p w:rsidR="007F7938" w:rsidRPr="00993A45" w:rsidRDefault="008C16D9" w:rsidP="008C16D9">
            <w:pPr>
              <w:pStyle w:val="opombapika"/>
            </w:pPr>
            <w:r>
              <w:t>semena za sajenje (razred 31)</w:t>
            </w:r>
          </w:p>
        </w:tc>
      </w:tr>
    </w:tbl>
    <w:p w:rsidR="001F500C" w:rsidRDefault="001F500C" w:rsidP="008C16D9">
      <w:pPr>
        <w:spacing w:after="360"/>
        <w:sectPr w:rsidR="001F500C" w:rsidSect="00E00425">
          <w:type w:val="continuous"/>
          <w:pgSz w:w="11907" w:h="16840" w:code="9"/>
          <w:pgMar w:top="1418" w:right="1418" w:bottom="1418" w:left="1418" w:header="720" w:footer="720" w:gutter="0"/>
          <w:cols w:space="720"/>
          <w:docGrid w:linePitch="360"/>
        </w:sectPr>
      </w:pPr>
    </w:p>
    <w:p w:rsidR="004611C8" w:rsidRDefault="004611C8" w:rsidP="004611C8">
      <w:r>
        <w:t>290002</w:t>
      </w:r>
      <w:r>
        <w:tab/>
        <w:t>Izvlečki alg za uporabo v prehrani</w:t>
      </w:r>
    </w:p>
    <w:p w:rsidR="004611C8" w:rsidRDefault="004611C8" w:rsidP="004611C8">
      <w:r>
        <w:t>290003</w:t>
      </w:r>
      <w:r>
        <w:tab/>
        <w:t>Želatina</w:t>
      </w:r>
    </w:p>
    <w:p w:rsidR="004611C8" w:rsidRDefault="004611C8" w:rsidP="004611C8">
      <w:r>
        <w:t>290005</w:t>
      </w:r>
      <w:r>
        <w:tab/>
        <w:t>Jedilne maščobe</w:t>
      </w:r>
    </w:p>
    <w:p w:rsidR="004611C8" w:rsidRDefault="004611C8" w:rsidP="004611C8">
      <w:r>
        <w:t>290006</w:t>
      </w:r>
      <w:r>
        <w:tab/>
        <w:t>Sardoni, neživi</w:t>
      </w:r>
    </w:p>
    <w:p w:rsidR="004611C8" w:rsidRDefault="004611C8" w:rsidP="004611C8">
      <w:r>
        <w:lastRenderedPageBreak/>
        <w:t>290007</w:t>
      </w:r>
      <w:r>
        <w:tab/>
        <w:t>Arašidovo (kikirikijevo) maslo</w:t>
      </w:r>
    </w:p>
    <w:p w:rsidR="004611C8" w:rsidRDefault="004611C8" w:rsidP="004611C8">
      <w:r>
        <w:t>290008</w:t>
      </w:r>
      <w:r>
        <w:tab/>
        <w:t>Maslo</w:t>
      </w:r>
    </w:p>
    <w:p w:rsidR="004611C8" w:rsidRDefault="004611C8" w:rsidP="004611C8">
      <w:r>
        <w:t>290009</w:t>
      </w:r>
      <w:r>
        <w:tab/>
        <w:t>Kakavovo maslo</w:t>
      </w:r>
    </w:p>
    <w:p w:rsidR="004611C8" w:rsidRDefault="004611C8" w:rsidP="004611C8">
      <w:r>
        <w:t>290010</w:t>
      </w:r>
      <w:r>
        <w:tab/>
        <w:t>Kokosovo maslo</w:t>
      </w:r>
    </w:p>
    <w:p w:rsidR="004611C8" w:rsidRDefault="004611C8" w:rsidP="004611C8">
      <w:r>
        <w:t>290012</w:t>
      </w:r>
      <w:r>
        <w:tab/>
        <w:t>Jajčni beljak</w:t>
      </w:r>
    </w:p>
    <w:p w:rsidR="004611C8" w:rsidRDefault="004611C8" w:rsidP="004611C8">
      <w:r>
        <w:t>290015</w:t>
      </w:r>
      <w:r>
        <w:tab/>
        <w:t>Preparati za pripravo mesne juhe</w:t>
      </w:r>
    </w:p>
    <w:p w:rsidR="004611C8" w:rsidRDefault="004611C8" w:rsidP="004611C8">
      <w:r>
        <w:t>290016</w:t>
      </w:r>
      <w:r>
        <w:tab/>
        <w:t>Kaviar</w:t>
      </w:r>
    </w:p>
    <w:p w:rsidR="004611C8" w:rsidRDefault="004611C8" w:rsidP="004611C8">
      <w:r>
        <w:t>290017</w:t>
      </w:r>
      <w:r>
        <w:tab/>
        <w:t>Konzervirano sadje</w:t>
      </w:r>
    </w:p>
    <w:p w:rsidR="004611C8" w:rsidRDefault="004611C8" w:rsidP="004611C8">
      <w:r>
        <w:t>290018</w:t>
      </w:r>
      <w:r>
        <w:tab/>
        <w:t>Mesni izdelki</w:t>
      </w:r>
    </w:p>
    <w:p w:rsidR="004611C8" w:rsidRDefault="004611C8" w:rsidP="004611C8">
      <w:r>
        <w:t>290020</w:t>
      </w:r>
      <w:r>
        <w:tab/>
        <w:t>Kislo zelje</w:t>
      </w:r>
    </w:p>
    <w:p w:rsidR="004611C8" w:rsidRDefault="004611C8" w:rsidP="004611C8">
      <w:r>
        <w:t>290021</w:t>
      </w:r>
      <w:r>
        <w:tab/>
        <w:t>Posušeni kokos</w:t>
      </w:r>
    </w:p>
    <w:p w:rsidR="004611C8" w:rsidRDefault="004611C8" w:rsidP="004611C8">
      <w:r>
        <w:t>290024</w:t>
      </w:r>
      <w:r>
        <w:tab/>
        <w:t>Džemi</w:t>
      </w:r>
    </w:p>
    <w:p w:rsidR="004611C8" w:rsidRDefault="004611C8" w:rsidP="004611C8">
      <w:r>
        <w:t>290025</w:t>
      </w:r>
      <w:r>
        <w:tab/>
        <w:t>Sadje, zmrznjeno</w:t>
      </w:r>
    </w:p>
    <w:p w:rsidR="004611C8" w:rsidRDefault="004611C8" w:rsidP="004611C8">
      <w:r>
        <w:t>290026</w:t>
      </w:r>
      <w:r>
        <w:tab/>
        <w:t>Juhe</w:t>
      </w:r>
    </w:p>
    <w:p w:rsidR="004611C8" w:rsidRDefault="004611C8" w:rsidP="004611C8">
      <w:r>
        <w:t>290027</w:t>
      </w:r>
      <w:r>
        <w:tab/>
        <w:t>Rozine</w:t>
      </w:r>
    </w:p>
    <w:p w:rsidR="004611C8" w:rsidRDefault="004611C8" w:rsidP="004611C8">
      <w:r>
        <w:t>290028</w:t>
      </w:r>
      <w:r>
        <w:tab/>
        <w:t>Kumarice, kisle</w:t>
      </w:r>
    </w:p>
    <w:p w:rsidR="004611C8" w:rsidRDefault="004611C8" w:rsidP="004611C8">
      <w:r>
        <w:t>290029</w:t>
      </w:r>
      <w:r>
        <w:tab/>
        <w:t>Vložena zelenjava</w:t>
      </w:r>
    </w:p>
    <w:p w:rsidR="004611C8" w:rsidRDefault="004611C8" w:rsidP="004611C8">
      <w:r>
        <w:t>290030</w:t>
      </w:r>
      <w:r>
        <w:tab/>
        <w:t>Kuhana zelenjava</w:t>
      </w:r>
    </w:p>
    <w:p w:rsidR="004611C8" w:rsidRDefault="004611C8" w:rsidP="004611C8">
      <w:r>
        <w:t>290031</w:t>
      </w:r>
      <w:r>
        <w:tab/>
        <w:t>Posušena zelenjava</w:t>
      </w:r>
    </w:p>
    <w:p w:rsidR="004611C8" w:rsidRDefault="004611C8" w:rsidP="004611C8">
      <w:r>
        <w:t>290032</w:t>
      </w:r>
      <w:r>
        <w:tab/>
        <w:t>Olja za prehrano</w:t>
      </w:r>
    </w:p>
    <w:p w:rsidR="004611C8" w:rsidRDefault="004611C8" w:rsidP="004611C8">
      <w:r>
        <w:t>290033</w:t>
      </w:r>
      <w:r>
        <w:tab/>
        <w:t>Smetana [mlečni proizvodi]</w:t>
      </w:r>
    </w:p>
    <w:p w:rsidR="004611C8" w:rsidRDefault="004611C8" w:rsidP="004611C8">
      <w:r>
        <w:t>290034</w:t>
      </w:r>
      <w:r>
        <w:tab/>
        <w:t>Izdelki iz sira</w:t>
      </w:r>
    </w:p>
    <w:p w:rsidR="004611C8" w:rsidRDefault="004611C8" w:rsidP="004611C8">
      <w:r>
        <w:t>290036</w:t>
      </w:r>
      <w:r>
        <w:tab/>
        <w:t>Kroketi</w:t>
      </w:r>
    </w:p>
    <w:p w:rsidR="004611C8" w:rsidRDefault="004611C8" w:rsidP="004611C8">
      <w:r>
        <w:t>290037</w:t>
      </w:r>
      <w:r>
        <w:tab/>
        <w:t>Raki, ne živi</w:t>
      </w:r>
    </w:p>
    <w:p w:rsidR="004611C8" w:rsidRDefault="004611C8" w:rsidP="004611C8">
      <w:r>
        <w:t>290038</w:t>
      </w:r>
      <w:r>
        <w:tab/>
        <w:t>Predelani datlji</w:t>
      </w:r>
    </w:p>
    <w:p w:rsidR="004611C8" w:rsidRDefault="004611C8" w:rsidP="004611C8">
      <w:r>
        <w:t>290039</w:t>
      </w:r>
      <w:r>
        <w:tab/>
        <w:t>Mleko</w:t>
      </w:r>
    </w:p>
    <w:p w:rsidR="004611C8" w:rsidRDefault="004611C8" w:rsidP="004611C8">
      <w:r>
        <w:t>290040</w:t>
      </w:r>
      <w:r>
        <w:tab/>
        <w:t>Sladkovodni raki, ne živi</w:t>
      </w:r>
    </w:p>
    <w:p w:rsidR="004611C8" w:rsidRDefault="004611C8" w:rsidP="004611C8">
      <w:r>
        <w:t>290041</w:t>
      </w:r>
      <w:r>
        <w:tab/>
        <w:t>Ribji fileti</w:t>
      </w:r>
    </w:p>
    <w:p w:rsidR="004611C8" w:rsidRDefault="004611C8" w:rsidP="004611C8">
      <w:r>
        <w:t>290042</w:t>
      </w:r>
      <w:r>
        <w:tab/>
        <w:t>Sirilo (snov za pospeševanje sirjenja)</w:t>
      </w:r>
    </w:p>
    <w:p w:rsidR="004611C8" w:rsidRDefault="004611C8" w:rsidP="004611C8">
      <w:r>
        <w:t>290043</w:t>
      </w:r>
      <w:r>
        <w:tab/>
        <w:t>Sadje, dušeno</w:t>
      </w:r>
    </w:p>
    <w:p w:rsidR="004611C8" w:rsidRDefault="004611C8" w:rsidP="004611C8">
      <w:r>
        <w:t>290044</w:t>
      </w:r>
      <w:r>
        <w:tab/>
        <w:t>Namazi iz sadnih želejev</w:t>
      </w:r>
    </w:p>
    <w:p w:rsidR="004611C8" w:rsidRDefault="004611C8" w:rsidP="004611C8">
      <w:r>
        <w:t>290045</w:t>
      </w:r>
      <w:r>
        <w:tab/>
        <w:t>Sadna pulpa</w:t>
      </w:r>
    </w:p>
    <w:p w:rsidR="004611C8" w:rsidRDefault="004611C8" w:rsidP="004611C8">
      <w:r>
        <w:t>290046</w:t>
      </w:r>
      <w:r>
        <w:tab/>
        <w:t>Meso</w:t>
      </w:r>
    </w:p>
    <w:p w:rsidR="004611C8" w:rsidRDefault="004611C8" w:rsidP="004611C8">
      <w:r>
        <w:t>290047</w:t>
      </w:r>
      <w:r>
        <w:tab/>
        <w:t>Ribe</w:t>
      </w:r>
    </w:p>
    <w:p w:rsidR="004611C8" w:rsidRDefault="004611C8" w:rsidP="004611C8">
      <w:r>
        <w:t>290048</w:t>
      </w:r>
      <w:r>
        <w:tab/>
        <w:t>Želeji za prehrano, ki niso sladice</w:t>
      </w:r>
    </w:p>
    <w:p w:rsidR="004611C8" w:rsidRDefault="004611C8" w:rsidP="004611C8">
      <w:r>
        <w:t>290049</w:t>
      </w:r>
      <w:r>
        <w:tab/>
        <w:t>Mesni želeji</w:t>
      </w:r>
    </w:p>
    <w:p w:rsidR="004611C8" w:rsidRDefault="004611C8" w:rsidP="004611C8">
      <w:r>
        <w:t>290050</w:t>
      </w:r>
      <w:r>
        <w:tab/>
        <w:t>Divjačina, meso</w:t>
      </w:r>
    </w:p>
    <w:p w:rsidR="004611C8" w:rsidRDefault="004611C8" w:rsidP="004611C8">
      <w:r>
        <w:t>290051</w:t>
      </w:r>
      <w:r>
        <w:tab/>
        <w:t>Ingverjev džem</w:t>
      </w:r>
    </w:p>
    <w:p w:rsidR="004611C8" w:rsidRDefault="004611C8" w:rsidP="004611C8">
      <w:r>
        <w:t>290052</w:t>
      </w:r>
      <w:r>
        <w:tab/>
        <w:t>Konzervirana sojina zrna za prehrano</w:t>
      </w:r>
    </w:p>
    <w:p w:rsidR="004611C8" w:rsidRDefault="004611C8" w:rsidP="004611C8">
      <w:r>
        <w:t>290053</w:t>
      </w:r>
      <w:r>
        <w:tab/>
        <w:t>Maščobne snovi iz katerih pridobivajo užitne maščobe</w:t>
      </w:r>
    </w:p>
    <w:p w:rsidR="004611C8" w:rsidRDefault="004611C8" w:rsidP="004611C8">
      <w:r>
        <w:t>290054</w:t>
      </w:r>
      <w:r>
        <w:tab/>
        <w:t>Mešanice maščob za kruhove namaze</w:t>
      </w:r>
    </w:p>
    <w:p w:rsidR="004611C8" w:rsidRDefault="004611C8" w:rsidP="004611C8">
      <w:r>
        <w:t>290055</w:t>
      </w:r>
      <w:r>
        <w:tab/>
        <w:t>Sledi, neživi</w:t>
      </w:r>
    </w:p>
    <w:p w:rsidR="004611C8" w:rsidRDefault="004611C8" w:rsidP="004611C8">
      <w:r>
        <w:t>290057</w:t>
      </w:r>
      <w:r>
        <w:tab/>
        <w:t>Jastogi, ne živi</w:t>
      </w:r>
    </w:p>
    <w:p w:rsidR="004611C8" w:rsidRPr="003834FA" w:rsidRDefault="004611C8" w:rsidP="004611C8">
      <w:pPr>
        <w:rPr>
          <w:lang w:val="fr-FR"/>
        </w:rPr>
      </w:pPr>
      <w:r>
        <w:t>290059</w:t>
      </w:r>
      <w:r>
        <w:tab/>
      </w:r>
      <w:r w:rsidRPr="003834FA">
        <w:rPr>
          <w:lang w:val="fr-FR"/>
        </w:rPr>
        <w:t>Olje iz palmovega semena za prehrano</w:t>
      </w:r>
    </w:p>
    <w:p w:rsidR="004611C8" w:rsidRDefault="004611C8" w:rsidP="004611C8">
      <w:r>
        <w:t>290060</w:t>
      </w:r>
      <w:r>
        <w:tab/>
        <w:t>Sezamovo olje za prehrano</w:t>
      </w:r>
    </w:p>
    <w:p w:rsidR="004611C8" w:rsidRDefault="004611C8" w:rsidP="004611C8">
      <w:r>
        <w:t>290061</w:t>
      </w:r>
      <w:r>
        <w:tab/>
        <w:t>Ostrige, ne žive</w:t>
      </w:r>
    </w:p>
    <w:p w:rsidR="004611C8" w:rsidRDefault="004611C8" w:rsidP="004611C8">
      <w:r>
        <w:t>290062</w:t>
      </w:r>
      <w:r>
        <w:tab/>
        <w:t>Ribji klej, za prehrano</w:t>
      </w:r>
    </w:p>
    <w:p w:rsidR="004611C8" w:rsidRDefault="004611C8" w:rsidP="004611C8">
      <w:r>
        <w:t>290063</w:t>
      </w:r>
      <w:r>
        <w:tab/>
        <w:t>Šunka</w:t>
      </w:r>
    </w:p>
    <w:p w:rsidR="004611C8" w:rsidRDefault="004611C8" w:rsidP="004611C8">
      <w:r>
        <w:t>290064</w:t>
      </w:r>
      <w:r>
        <w:tab/>
        <w:t>Jajčni rumenjak</w:t>
      </w:r>
    </w:p>
    <w:p w:rsidR="004611C8" w:rsidRDefault="004611C8" w:rsidP="004611C8">
      <w:r>
        <w:t>290066</w:t>
      </w:r>
      <w:r>
        <w:tab/>
        <w:t>Preparati za zelenjavno juho</w:t>
      </w:r>
    </w:p>
    <w:p w:rsidR="004611C8" w:rsidRDefault="004611C8" w:rsidP="004611C8">
      <w:r>
        <w:t>290067</w:t>
      </w:r>
      <w:r>
        <w:tab/>
        <w:t>Zelenjavni sokovi, za kuho</w:t>
      </w:r>
    </w:p>
    <w:p w:rsidR="004611C8" w:rsidRDefault="004611C8" w:rsidP="004611C8">
      <w:r>
        <w:t>290068</w:t>
      </w:r>
      <w:r>
        <w:tab/>
        <w:t>Mesni ekstrakti za kulinarične namene</w:t>
      </w:r>
    </w:p>
    <w:p w:rsidR="004611C8" w:rsidRDefault="004611C8" w:rsidP="004611C8">
      <w:r>
        <w:t>290072</w:t>
      </w:r>
      <w:r>
        <w:tab/>
        <w:t>Mlečni napitki, kjer mleko prevladuje</w:t>
      </w:r>
    </w:p>
    <w:p w:rsidR="004611C8" w:rsidRDefault="004611C8" w:rsidP="004611C8">
      <w:r>
        <w:t>290073</w:t>
      </w:r>
      <w:r>
        <w:tab/>
        <w:t>Sirotka</w:t>
      </w:r>
    </w:p>
    <w:p w:rsidR="004611C8" w:rsidRDefault="004611C8" w:rsidP="004611C8">
      <w:r>
        <w:t>290074</w:t>
      </w:r>
      <w:r>
        <w:tab/>
        <w:t>Mlečni proizvodi</w:t>
      </w:r>
    </w:p>
    <w:p w:rsidR="004611C8" w:rsidRPr="003834FA" w:rsidRDefault="004611C8" w:rsidP="004611C8">
      <w:pPr>
        <w:rPr>
          <w:lang w:val="fr-FR"/>
        </w:rPr>
      </w:pPr>
      <w:r>
        <w:t>290075</w:t>
      </w:r>
      <w:r>
        <w:tab/>
      </w:r>
      <w:r w:rsidRPr="003834FA">
        <w:rPr>
          <w:lang w:val="fr-FR"/>
        </w:rPr>
        <w:t>Rarogi, ne živi (vrsta morskih rakov)</w:t>
      </w:r>
    </w:p>
    <w:p w:rsidR="004611C8" w:rsidRDefault="004611C8" w:rsidP="004611C8">
      <w:r>
        <w:t>290076</w:t>
      </w:r>
      <w:r>
        <w:tab/>
        <w:t>Slanina</w:t>
      </w:r>
    </w:p>
    <w:p w:rsidR="004611C8" w:rsidRDefault="004611C8" w:rsidP="004611C8">
      <w:r>
        <w:t>290077</w:t>
      </w:r>
      <w:r>
        <w:tab/>
        <w:t>Leča, konzervirana</w:t>
      </w:r>
    </w:p>
    <w:p w:rsidR="004611C8" w:rsidRDefault="004611C8" w:rsidP="004611C8">
      <w:r>
        <w:t>290078</w:t>
      </w:r>
      <w:r>
        <w:tab/>
        <w:t>Margarina</w:t>
      </w:r>
    </w:p>
    <w:p w:rsidR="004611C8" w:rsidRDefault="004611C8" w:rsidP="004611C8">
      <w:r>
        <w:t>290079</w:t>
      </w:r>
      <w:r>
        <w:tab/>
        <w:t>Marmelada</w:t>
      </w:r>
    </w:p>
    <w:p w:rsidR="004611C8" w:rsidRDefault="004611C8" w:rsidP="004611C8">
      <w:r>
        <w:t>290081</w:t>
      </w:r>
      <w:r>
        <w:tab/>
        <w:t>Živalski kostni mozeg za prehrano</w:t>
      </w:r>
    </w:p>
    <w:p w:rsidR="004611C8" w:rsidRDefault="004611C8" w:rsidP="004611C8">
      <w:r>
        <w:t>290082</w:t>
      </w:r>
      <w:r>
        <w:tab/>
        <w:t>Lupinarji, ne živi</w:t>
      </w:r>
    </w:p>
    <w:p w:rsidR="004611C8" w:rsidRDefault="004611C8" w:rsidP="004611C8">
      <w:r>
        <w:t>290083</w:t>
      </w:r>
      <w:r>
        <w:tab/>
        <w:t>Dagnje, ne žive</w:t>
      </w:r>
    </w:p>
    <w:p w:rsidR="004611C8" w:rsidRDefault="004611C8" w:rsidP="004611C8">
      <w:r>
        <w:t>290084</w:t>
      </w:r>
      <w:r>
        <w:tab/>
        <w:t>Jedilno palmovo olje</w:t>
      </w:r>
    </w:p>
    <w:p w:rsidR="004611C8" w:rsidRDefault="004611C8" w:rsidP="004611C8">
      <w:r>
        <w:t>290085</w:t>
      </w:r>
      <w:r>
        <w:tab/>
        <w:t>Oreščki, predelani</w:t>
      </w:r>
    </w:p>
    <w:p w:rsidR="004611C8" w:rsidRDefault="004611C8" w:rsidP="004611C8">
      <w:r>
        <w:t>290086</w:t>
      </w:r>
      <w:r>
        <w:tab/>
        <w:t>Jajca</w:t>
      </w:r>
    </w:p>
    <w:p w:rsidR="004611C8" w:rsidRDefault="004611C8" w:rsidP="004611C8">
      <w:r>
        <w:t>290087</w:t>
      </w:r>
      <w:r>
        <w:tab/>
        <w:t>Jajca v prahu</w:t>
      </w:r>
    </w:p>
    <w:p w:rsidR="004611C8" w:rsidRDefault="004611C8" w:rsidP="004611C8">
      <w:r>
        <w:t>290089</w:t>
      </w:r>
      <w:r>
        <w:tab/>
        <w:t>Konzervirana čebula</w:t>
      </w:r>
    </w:p>
    <w:p w:rsidR="004611C8" w:rsidRDefault="004611C8" w:rsidP="004611C8">
      <w:r>
        <w:t>290090</w:t>
      </w:r>
      <w:r>
        <w:tab/>
        <w:t>Konzervirane olive</w:t>
      </w:r>
    </w:p>
    <w:p w:rsidR="004611C8" w:rsidRDefault="004611C8" w:rsidP="004611C8">
      <w:r>
        <w:t>290091</w:t>
      </w:r>
      <w:r>
        <w:tab/>
        <w:t>Jedilno olivno olje</w:t>
      </w:r>
    </w:p>
    <w:p w:rsidR="004611C8" w:rsidRDefault="004611C8" w:rsidP="004611C8">
      <w:r>
        <w:t>290092</w:t>
      </w:r>
      <w:r>
        <w:tab/>
        <w:t>Jedilno kostno olje</w:t>
      </w:r>
    </w:p>
    <w:p w:rsidR="004611C8" w:rsidRDefault="004611C8" w:rsidP="004611C8">
      <w:r>
        <w:t>290093</w:t>
      </w:r>
      <w:r>
        <w:tab/>
        <w:t>Pektin za kuhanje</w:t>
      </w:r>
    </w:p>
    <w:p w:rsidR="004611C8" w:rsidRDefault="004611C8" w:rsidP="004611C8">
      <w:r>
        <w:t>290095</w:t>
      </w:r>
      <w:r>
        <w:tab/>
        <w:t>Zelenjava v kisu ali slanici</w:t>
      </w:r>
    </w:p>
    <w:p w:rsidR="004611C8" w:rsidRDefault="004611C8" w:rsidP="004611C8">
      <w:r>
        <w:t>290096</w:t>
      </w:r>
      <w:r>
        <w:tab/>
        <w:t>Grah, konzerviran</w:t>
      </w:r>
    </w:p>
    <w:p w:rsidR="004611C8" w:rsidRDefault="004611C8" w:rsidP="004611C8">
      <w:r>
        <w:t>290097</w:t>
      </w:r>
      <w:r>
        <w:tab/>
        <w:t>Klobase</w:t>
      </w:r>
    </w:p>
    <w:p w:rsidR="004611C8" w:rsidRDefault="004611C8" w:rsidP="004611C8">
      <w:r>
        <w:t>290098</w:t>
      </w:r>
      <w:r>
        <w:tab/>
        <w:t>Meso v razsolu</w:t>
      </w:r>
    </w:p>
    <w:p w:rsidR="004611C8" w:rsidRDefault="004611C8" w:rsidP="004611C8">
      <w:r>
        <w:t>290099</w:t>
      </w:r>
      <w:r>
        <w:tab/>
        <w:t>Preparati za pripravo juhe</w:t>
      </w:r>
    </w:p>
    <w:p w:rsidR="004611C8" w:rsidRDefault="004611C8" w:rsidP="004611C8">
      <w:r>
        <w:t>290101</w:t>
      </w:r>
      <w:r>
        <w:tab/>
        <w:t>Paradižnikov pire</w:t>
      </w:r>
    </w:p>
    <w:p w:rsidR="004611C8" w:rsidRDefault="004611C8" w:rsidP="004611C8">
      <w:r>
        <w:t>290102</w:t>
      </w:r>
      <w:r>
        <w:tab/>
        <w:t>Zelenjavne solate</w:t>
      </w:r>
    </w:p>
    <w:p w:rsidR="004611C8" w:rsidRDefault="004611C8" w:rsidP="004611C8">
      <w:r>
        <w:t>290103</w:t>
      </w:r>
      <w:r>
        <w:tab/>
        <w:t>Svinjska mast, jedilna</w:t>
      </w:r>
    </w:p>
    <w:p w:rsidR="004611C8" w:rsidRDefault="004611C8" w:rsidP="004611C8">
      <w:r>
        <w:t>290104</w:t>
      </w:r>
      <w:r>
        <w:tab/>
        <w:t>Sadne solate</w:t>
      </w:r>
    </w:p>
    <w:p w:rsidR="004611C8" w:rsidRDefault="004611C8" w:rsidP="004611C8">
      <w:r>
        <w:t>290106</w:t>
      </w:r>
      <w:r>
        <w:tab/>
        <w:t>Sardine, nežive</w:t>
      </w:r>
    </w:p>
    <w:p w:rsidR="004611C8" w:rsidRDefault="004611C8" w:rsidP="004611C8">
      <w:r>
        <w:t>290107</w:t>
      </w:r>
      <w:r>
        <w:tab/>
        <w:t>Losos, neživ</w:t>
      </w:r>
    </w:p>
    <w:p w:rsidR="004611C8" w:rsidRDefault="004611C8" w:rsidP="004611C8">
      <w:r>
        <w:t>290108</w:t>
      </w:r>
      <w:r>
        <w:tab/>
        <w:t>Loj za prehrano</w:t>
      </w:r>
    </w:p>
    <w:p w:rsidR="004611C8" w:rsidRDefault="004611C8" w:rsidP="004611C8">
      <w:r>
        <w:t>290109</w:t>
      </w:r>
      <w:r>
        <w:tab/>
        <w:t>Tun, neživ</w:t>
      </w:r>
    </w:p>
    <w:p w:rsidR="004611C8" w:rsidRDefault="004611C8" w:rsidP="004611C8">
      <w:r>
        <w:t>290110</w:t>
      </w:r>
      <w:r>
        <w:tab/>
        <w:t>Paradižnikov sok za kuhanje</w:t>
      </w:r>
    </w:p>
    <w:p w:rsidR="004611C8" w:rsidRDefault="004611C8" w:rsidP="004611C8">
      <w:r>
        <w:t>290111</w:t>
      </w:r>
      <w:r>
        <w:tab/>
        <w:t>Jedilno sončnično olje</w:t>
      </w:r>
    </w:p>
    <w:p w:rsidR="004611C8" w:rsidRDefault="004611C8" w:rsidP="004611C8">
      <w:r>
        <w:t>290112</w:t>
      </w:r>
      <w:r>
        <w:tab/>
        <w:t>Vampi</w:t>
      </w:r>
    </w:p>
    <w:p w:rsidR="004611C8" w:rsidRDefault="004611C8" w:rsidP="004611C8">
      <w:r>
        <w:t>290113</w:t>
      </w:r>
      <w:r>
        <w:tab/>
        <w:t>Konzervirane gomoljike</w:t>
      </w:r>
    </w:p>
    <w:p w:rsidR="004611C8" w:rsidRDefault="004611C8" w:rsidP="004611C8">
      <w:r>
        <w:t>290114</w:t>
      </w:r>
      <w:r>
        <w:tab/>
        <w:t>Perutnina, ne živa</w:t>
      </w:r>
    </w:p>
    <w:p w:rsidR="004611C8" w:rsidRDefault="004611C8" w:rsidP="004611C8">
      <w:r>
        <w:t>290115</w:t>
      </w:r>
      <w:r>
        <w:tab/>
        <w:t>Sadni olupki</w:t>
      </w:r>
    </w:p>
    <w:p w:rsidR="004611C8" w:rsidRDefault="004611C8" w:rsidP="004611C8">
      <w:r>
        <w:t>290116</w:t>
      </w:r>
      <w:r>
        <w:tab/>
        <w:t>Alginati za kuhanje</w:t>
      </w:r>
    </w:p>
    <w:p w:rsidR="004611C8" w:rsidRDefault="004611C8" w:rsidP="004611C8">
      <w:r>
        <w:t>290117</w:t>
      </w:r>
      <w:r>
        <w:tab/>
        <w:t>Mleti mandlji</w:t>
      </w:r>
    </w:p>
    <w:p w:rsidR="004611C8" w:rsidRDefault="004611C8" w:rsidP="004611C8">
      <w:r>
        <w:t>290118</w:t>
      </w:r>
      <w:r>
        <w:tab/>
        <w:t>Arašidi, predelani</w:t>
      </w:r>
    </w:p>
    <w:p w:rsidR="004611C8" w:rsidRDefault="004611C8" w:rsidP="004611C8">
      <w:r>
        <w:t>290120</w:t>
      </w:r>
      <w:r>
        <w:tab/>
        <w:t>Konzervirane gobe</w:t>
      </w:r>
    </w:p>
    <w:p w:rsidR="004611C8" w:rsidRDefault="004611C8" w:rsidP="004611C8">
      <w:r>
        <w:t>290121</w:t>
      </w:r>
      <w:r>
        <w:tab/>
        <w:t>Kokosovo olje in maščoba za prehrambene namene</w:t>
      </w:r>
    </w:p>
    <w:p w:rsidR="004611C8" w:rsidRDefault="004611C8" w:rsidP="004611C8">
      <w:r>
        <w:t>290122</w:t>
      </w:r>
      <w:r>
        <w:tab/>
        <w:t>Kokosovo olje za prehrano</w:t>
      </w:r>
    </w:p>
    <w:p w:rsidR="004611C8" w:rsidRDefault="004611C8" w:rsidP="004611C8">
      <w:r>
        <w:t>290123</w:t>
      </w:r>
      <w:r>
        <w:tab/>
        <w:t>Konzerviran fižol</w:t>
      </w:r>
    </w:p>
    <w:p w:rsidR="004611C8" w:rsidRDefault="004611C8" w:rsidP="004611C8">
      <w:r>
        <w:t>290124</w:t>
      </w:r>
      <w:r>
        <w:tab/>
        <w:t>Jetra</w:t>
      </w:r>
    </w:p>
    <w:p w:rsidR="004611C8" w:rsidRDefault="004611C8" w:rsidP="004611C8">
      <w:r>
        <w:t>290125</w:t>
      </w:r>
      <w:r>
        <w:tab/>
        <w:t>Prehrambeni izdelki, pripravljeni iz rib</w:t>
      </w:r>
    </w:p>
    <w:p w:rsidR="004611C8" w:rsidRDefault="004611C8" w:rsidP="004611C8">
      <w:r>
        <w:t>290131</w:t>
      </w:r>
      <w:r>
        <w:tab/>
        <w:t>Sadni krhlji</w:t>
      </w:r>
    </w:p>
    <w:p w:rsidR="004611C8" w:rsidRDefault="004611C8" w:rsidP="004611C8">
      <w:r>
        <w:t>290132</w:t>
      </w:r>
      <w:r>
        <w:tab/>
        <w:t>Školjke venernice, ne žive</w:t>
      </w:r>
    </w:p>
    <w:p w:rsidR="004611C8" w:rsidRDefault="004611C8" w:rsidP="004611C8">
      <w:r>
        <w:lastRenderedPageBreak/>
        <w:t>290133</w:t>
      </w:r>
      <w:r>
        <w:tab/>
        <w:t>Sadje v alkoholu</w:t>
      </w:r>
    </w:p>
    <w:p w:rsidR="004611C8" w:rsidRPr="003834FA" w:rsidRDefault="004611C8" w:rsidP="004611C8">
      <w:pPr>
        <w:rPr>
          <w:lang w:val="fr-FR"/>
        </w:rPr>
      </w:pPr>
      <w:r>
        <w:t>290134</w:t>
      </w:r>
      <w:r>
        <w:tab/>
      </w:r>
      <w:r w:rsidRPr="003834FA">
        <w:rPr>
          <w:lang w:val="fr-FR"/>
        </w:rPr>
        <w:t>Pelod (cvetni prah) za prehrano</w:t>
      </w:r>
    </w:p>
    <w:p w:rsidR="004611C8" w:rsidRDefault="004611C8" w:rsidP="004611C8">
      <w:r>
        <w:t>290135</w:t>
      </w:r>
      <w:r>
        <w:tab/>
        <w:t>Kozice (rakci), ne žive</w:t>
      </w:r>
    </w:p>
    <w:p w:rsidR="004611C8" w:rsidRDefault="004611C8" w:rsidP="004611C8">
      <w:r>
        <w:t>290136</w:t>
      </w:r>
      <w:r>
        <w:tab/>
        <w:t>Ribe, konzervirane</w:t>
      </w:r>
    </w:p>
    <w:p w:rsidR="004611C8" w:rsidRDefault="004611C8" w:rsidP="004611C8">
      <w:r>
        <w:t>290137</w:t>
      </w:r>
      <w:r>
        <w:tab/>
        <w:t>Meso, konzervirano</w:t>
      </w:r>
    </w:p>
    <w:p w:rsidR="004611C8" w:rsidRDefault="004611C8" w:rsidP="004611C8">
      <w:r>
        <w:t>290138</w:t>
      </w:r>
      <w:r>
        <w:tab/>
        <w:t>Morski rakci, ne živi</w:t>
      </w:r>
    </w:p>
    <w:p w:rsidR="004611C8" w:rsidRDefault="004611C8" w:rsidP="004611C8">
      <w:r>
        <w:t>290139</w:t>
      </w:r>
      <w:r>
        <w:tab/>
        <w:t>Polžja jajca za prehrano</w:t>
      </w:r>
    </w:p>
    <w:p w:rsidR="004611C8" w:rsidRDefault="004611C8" w:rsidP="004611C8">
      <w:r>
        <w:t>290140</w:t>
      </w:r>
      <w:r>
        <w:tab/>
        <w:t>Tofu</w:t>
      </w:r>
    </w:p>
    <w:p w:rsidR="004611C8" w:rsidRDefault="004611C8" w:rsidP="004611C8">
      <w:r>
        <w:t>290141</w:t>
      </w:r>
      <w:r>
        <w:tab/>
        <w:t>Stepena smetana</w:t>
      </w:r>
    </w:p>
    <w:p w:rsidR="004611C8" w:rsidRDefault="004611C8" w:rsidP="004611C8">
      <w:r>
        <w:t>290142</w:t>
      </w:r>
      <w:r>
        <w:tab/>
        <w:t>Svinjina</w:t>
      </w:r>
    </w:p>
    <w:p w:rsidR="004611C8" w:rsidRDefault="004611C8" w:rsidP="004611C8">
      <w:r>
        <w:t>290143</w:t>
      </w:r>
      <w:r>
        <w:tab/>
        <w:t>Užitna ptičja gnezda</w:t>
      </w:r>
    </w:p>
    <w:p w:rsidR="004611C8" w:rsidRDefault="004611C8" w:rsidP="004611C8">
      <w:r>
        <w:t>290145</w:t>
      </w:r>
      <w:r>
        <w:tab/>
        <w:t>Ribja moka za človeško prehrano</w:t>
      </w:r>
    </w:p>
    <w:p w:rsidR="004611C8" w:rsidRDefault="004611C8" w:rsidP="004611C8">
      <w:r>
        <w:t>290148</w:t>
      </w:r>
      <w:r>
        <w:tab/>
        <w:t>Krompirjevi ocvrtki</w:t>
      </w:r>
    </w:p>
    <w:p w:rsidR="004611C8" w:rsidRDefault="004611C8" w:rsidP="004611C8">
      <w:r>
        <w:t>290149</w:t>
      </w:r>
      <w:r>
        <w:tab/>
        <w:t>Soljene ribe</w:t>
      </w:r>
    </w:p>
    <w:p w:rsidR="004611C8" w:rsidRDefault="004611C8" w:rsidP="004611C8">
      <w:r>
        <w:t>290150</w:t>
      </w:r>
      <w:r>
        <w:tab/>
        <w:t>Morske kumare, ne žive</w:t>
      </w:r>
    </w:p>
    <w:p w:rsidR="004611C8" w:rsidRDefault="004611C8" w:rsidP="004611C8">
      <w:r>
        <w:t>290151</w:t>
      </w:r>
      <w:r>
        <w:tab/>
        <w:t>Bube sviloprejke za človeško prehrano</w:t>
      </w:r>
    </w:p>
    <w:p w:rsidR="004611C8" w:rsidRDefault="004611C8" w:rsidP="004611C8">
      <w:r>
        <w:t>290153</w:t>
      </w:r>
      <w:r>
        <w:tab/>
        <w:t>Panirane klobase</w:t>
      </w:r>
    </w:p>
    <w:p w:rsidR="004611C8" w:rsidRDefault="004611C8" w:rsidP="004611C8">
      <w:r>
        <w:t>290154</w:t>
      </w:r>
      <w:r>
        <w:tab/>
        <w:t>Krompirjevi kosmiči</w:t>
      </w:r>
    </w:p>
    <w:p w:rsidR="004611C8" w:rsidRDefault="004611C8" w:rsidP="004611C8">
      <w:r>
        <w:t>290155</w:t>
      </w:r>
      <w:r>
        <w:tab/>
        <w:t>Jabolčna čežana</w:t>
      </w:r>
    </w:p>
    <w:p w:rsidR="004611C8" w:rsidRDefault="004611C8" w:rsidP="004611C8">
      <w:r>
        <w:t>290156</w:t>
      </w:r>
      <w:r>
        <w:tab/>
        <w:t>Brusnični kompot</w:t>
      </w:r>
    </w:p>
    <w:p w:rsidR="004611C8" w:rsidRDefault="004611C8" w:rsidP="004611C8">
      <w:r>
        <w:t>290157</w:t>
      </w:r>
      <w:r>
        <w:tab/>
        <w:t>Tahini [namaz iz sezamovih semen]</w:t>
      </w:r>
    </w:p>
    <w:p w:rsidR="004611C8" w:rsidRDefault="004611C8" w:rsidP="004611C8">
      <w:r>
        <w:t>290158</w:t>
      </w:r>
      <w:r>
        <w:tab/>
        <w:t>Hummus [pasta iz čičerke]</w:t>
      </w:r>
    </w:p>
    <w:p w:rsidR="004611C8" w:rsidRDefault="004611C8" w:rsidP="004611C8">
      <w:r>
        <w:t>290159</w:t>
      </w:r>
      <w:r>
        <w:tab/>
        <w:t>Popečene morske alge</w:t>
      </w:r>
    </w:p>
    <w:p w:rsidR="004611C8" w:rsidRDefault="004611C8" w:rsidP="004611C8">
      <w:r>
        <w:t>290160</w:t>
      </w:r>
      <w:r>
        <w:tab/>
        <w:t>Prigrizki na osnovi sadja</w:t>
      </w:r>
    </w:p>
    <w:p w:rsidR="004611C8" w:rsidRDefault="004611C8" w:rsidP="004611C8">
      <w:r>
        <w:t>290161</w:t>
      </w:r>
      <w:r>
        <w:tab/>
        <w:t>Skuta</w:t>
      </w:r>
    </w:p>
    <w:p w:rsidR="004611C8" w:rsidRPr="003834FA" w:rsidRDefault="004611C8" w:rsidP="004611C8">
      <w:pPr>
        <w:rPr>
          <w:lang w:val="fr-FR"/>
        </w:rPr>
      </w:pPr>
      <w:r>
        <w:t>290162</w:t>
      </w:r>
      <w:r>
        <w:tab/>
      </w:r>
      <w:r w:rsidRPr="003834FA">
        <w:rPr>
          <w:lang w:val="fr-FR"/>
        </w:rPr>
        <w:t>Kimči [jed iz fermentirane zelenjave]</w:t>
      </w:r>
    </w:p>
    <w:p w:rsidR="004611C8" w:rsidRDefault="004611C8" w:rsidP="004611C8">
      <w:r>
        <w:t>290163</w:t>
      </w:r>
      <w:r>
        <w:tab/>
        <w:t>Sojino mleko</w:t>
      </w:r>
    </w:p>
    <w:p w:rsidR="004611C8" w:rsidRDefault="004611C8" w:rsidP="004611C8">
      <w:r>
        <w:t>290164</w:t>
      </w:r>
      <w:r>
        <w:tab/>
        <w:t xml:space="preserve">Milk </w:t>
      </w:r>
      <w:proofErr w:type="gramStart"/>
      <w:r>
        <w:t>shake</w:t>
      </w:r>
      <w:proofErr w:type="gramEnd"/>
      <w:r>
        <w:t xml:space="preserve"> (stepena pijača na osnovi mleka)</w:t>
      </w:r>
    </w:p>
    <w:p w:rsidR="004611C8" w:rsidRDefault="004611C8" w:rsidP="004611C8">
      <w:r>
        <w:t>290165</w:t>
      </w:r>
      <w:r>
        <w:tab/>
        <w:t>Konzervirane paprike</w:t>
      </w:r>
    </w:p>
    <w:p w:rsidR="004611C8" w:rsidRDefault="004611C8" w:rsidP="004611C8">
      <w:r>
        <w:t>290166</w:t>
      </w:r>
      <w:r>
        <w:tab/>
        <w:t>Sončnična semena, obdelana</w:t>
      </w:r>
    </w:p>
    <w:p w:rsidR="004611C8" w:rsidRDefault="004611C8" w:rsidP="004611C8">
      <w:r>
        <w:t>290167</w:t>
      </w:r>
      <w:r>
        <w:tab/>
        <w:t>Ribji mousse (pena)</w:t>
      </w:r>
    </w:p>
    <w:p w:rsidR="004611C8" w:rsidRDefault="004611C8" w:rsidP="004611C8">
      <w:r>
        <w:t>290168</w:t>
      </w:r>
      <w:r>
        <w:tab/>
        <w:t>Jajčni liker, brezalkoholni</w:t>
      </w:r>
    </w:p>
    <w:p w:rsidR="004611C8" w:rsidRDefault="004611C8" w:rsidP="004611C8">
      <w:r>
        <w:t>290169</w:t>
      </w:r>
      <w:r>
        <w:tab/>
        <w:t>Zelenjavni mousse (pena)</w:t>
      </w:r>
    </w:p>
    <w:p w:rsidR="004611C8" w:rsidRDefault="004611C8" w:rsidP="004611C8">
      <w:r>
        <w:t>290170</w:t>
      </w:r>
      <w:r>
        <w:tab/>
        <w:t>Ikre, predelane</w:t>
      </w:r>
    </w:p>
    <w:p w:rsidR="004611C8" w:rsidRDefault="004611C8" w:rsidP="004611C8">
      <w:r>
        <w:t>290171</w:t>
      </w:r>
      <w:r>
        <w:tab/>
        <w:t>Semena, pripravljena</w:t>
      </w:r>
    </w:p>
    <w:p w:rsidR="004611C8" w:rsidRDefault="004611C8" w:rsidP="004611C8">
      <w:r>
        <w:t>290172</w:t>
      </w:r>
      <w:r>
        <w:tab/>
        <w:t>Aloe vera za človeško prehrano</w:t>
      </w:r>
    </w:p>
    <w:p w:rsidR="004611C8" w:rsidRDefault="004611C8" w:rsidP="004611C8">
      <w:r>
        <w:t>290173</w:t>
      </w:r>
      <w:r>
        <w:tab/>
        <w:t>Česen, konzerviran</w:t>
      </w:r>
    </w:p>
    <w:p w:rsidR="004611C8" w:rsidRDefault="004611C8" w:rsidP="004611C8">
      <w:r>
        <w:t>290177</w:t>
      </w:r>
      <w:r>
        <w:tab/>
        <w:t>Lecitin za kuhanje</w:t>
      </w:r>
    </w:p>
    <w:p w:rsidR="004611C8" w:rsidRDefault="004611C8" w:rsidP="004611C8">
      <w:r>
        <w:t>290178</w:t>
      </w:r>
      <w:r>
        <w:tab/>
        <w:t>Mlečni fermenti za kuhanje</w:t>
      </w:r>
    </w:p>
    <w:p w:rsidR="004611C8" w:rsidRDefault="004611C8" w:rsidP="004611C8">
      <w:r>
        <w:t>290179</w:t>
      </w:r>
      <w:r>
        <w:tab/>
        <w:t>Kompoti</w:t>
      </w:r>
    </w:p>
    <w:p w:rsidR="004611C8" w:rsidRDefault="004611C8" w:rsidP="004611C8">
      <w:r>
        <w:t>290180</w:t>
      </w:r>
      <w:r>
        <w:tab/>
        <w:t>Kondenzirano mleko</w:t>
      </w:r>
    </w:p>
    <w:p w:rsidR="004611C8" w:rsidRDefault="004611C8" w:rsidP="004611C8">
      <w:r>
        <w:t>290181</w:t>
      </w:r>
      <w:r>
        <w:tab/>
        <w:t>Kisla smetana</w:t>
      </w:r>
    </w:p>
    <w:p w:rsidR="004611C8" w:rsidRDefault="004611C8" w:rsidP="004611C8">
      <w:r>
        <w:t>290182</w:t>
      </w:r>
      <w:r>
        <w:tab/>
        <w:t>Fermentirano pečeno mleko</w:t>
      </w:r>
    </w:p>
    <w:p w:rsidR="004611C8" w:rsidRDefault="004611C8" w:rsidP="004611C8">
      <w:r>
        <w:t>290183</w:t>
      </w:r>
      <w:r>
        <w:tab/>
        <w:t>Kislo mleko</w:t>
      </w:r>
    </w:p>
    <w:p w:rsidR="004611C8" w:rsidRDefault="004611C8" w:rsidP="004611C8">
      <w:r>
        <w:t>290184</w:t>
      </w:r>
      <w:r>
        <w:tab/>
        <w:t>Paradižnikova mezga</w:t>
      </w:r>
    </w:p>
    <w:p w:rsidR="004611C8" w:rsidRDefault="004611C8" w:rsidP="004611C8">
      <w:r>
        <w:t>290185</w:t>
      </w:r>
      <w:r>
        <w:tab/>
        <w:t>Omaka iz jedilnih buč</w:t>
      </w:r>
    </w:p>
    <w:p w:rsidR="004611C8" w:rsidRDefault="004611C8" w:rsidP="004611C8">
      <w:r>
        <w:t>290187</w:t>
      </w:r>
      <w:r>
        <w:tab/>
        <w:t>Arašidovo mleko za kulinarične namene</w:t>
      </w:r>
    </w:p>
    <w:p w:rsidR="004611C8" w:rsidRDefault="004611C8" w:rsidP="004611C8">
      <w:r>
        <w:t>290188</w:t>
      </w:r>
      <w:r>
        <w:tab/>
        <w:t>Mandljevo mleko za kulinarične namene</w:t>
      </w:r>
    </w:p>
    <w:p w:rsidR="004611C8" w:rsidRDefault="004611C8" w:rsidP="004611C8">
      <w:r>
        <w:t>290189</w:t>
      </w:r>
      <w:r>
        <w:tab/>
        <w:t>Riževo mleko</w:t>
      </w:r>
    </w:p>
    <w:p w:rsidR="004611C8" w:rsidRDefault="004611C8" w:rsidP="004611C8">
      <w:r>
        <w:t>290190</w:t>
      </w:r>
      <w:r>
        <w:tab/>
        <w:t>Artičoke, konzervirane</w:t>
      </w:r>
    </w:p>
    <w:p w:rsidR="004611C8" w:rsidRDefault="004611C8" w:rsidP="004611C8">
      <w:r>
        <w:t>290191</w:t>
      </w:r>
      <w:r>
        <w:tab/>
        <w:t>Kompozicije iz predelanega sadja</w:t>
      </w:r>
    </w:p>
    <w:p w:rsidR="004611C8" w:rsidRDefault="004611C8" w:rsidP="004611C8">
      <w:r>
        <w:t>290192</w:t>
      </w:r>
      <w:r>
        <w:tab/>
        <w:t>Mleko v prahu</w:t>
      </w:r>
    </w:p>
    <w:p w:rsidR="004611C8" w:rsidRDefault="004611C8" w:rsidP="004611C8">
      <w:r>
        <w:t>290193</w:t>
      </w:r>
      <w:r>
        <w:tab/>
        <w:t>Yakitori (japonska piščančja nabodalca)</w:t>
      </w:r>
    </w:p>
    <w:p w:rsidR="004611C8" w:rsidRDefault="004611C8" w:rsidP="004611C8">
      <w:r>
        <w:t>290194</w:t>
      </w:r>
      <w:r>
        <w:tab/>
        <w:t>Bulgogi [korejska goveja jed]</w:t>
      </w:r>
    </w:p>
    <w:p w:rsidR="004611C8" w:rsidRDefault="004611C8" w:rsidP="004611C8">
      <w:r>
        <w:t>290195</w:t>
      </w:r>
      <w:r>
        <w:tab/>
        <w:t>Kandirani oreški</w:t>
      </w:r>
    </w:p>
    <w:p w:rsidR="004611C8" w:rsidRDefault="004611C8" w:rsidP="004611C8">
      <w:r>
        <w:t>290197</w:t>
      </w:r>
      <w:r>
        <w:tab/>
        <w:t>Lešniki, predelani</w:t>
      </w:r>
    </w:p>
    <w:p w:rsidR="004611C8" w:rsidRDefault="004611C8" w:rsidP="004611C8">
      <w:r>
        <w:t>290198</w:t>
      </w:r>
      <w:r>
        <w:tab/>
        <w:t>Jagodičje, konzervirano</w:t>
      </w:r>
    </w:p>
    <w:p w:rsidR="004611C8" w:rsidRDefault="004611C8" w:rsidP="004611C8">
      <w:r>
        <w:t>290199</w:t>
      </w:r>
      <w:r>
        <w:tab/>
        <w:t>Gvakamole [pretlačen avokado]</w:t>
      </w:r>
    </w:p>
    <w:p w:rsidR="004611C8" w:rsidRDefault="004611C8" w:rsidP="004611C8">
      <w:r>
        <w:t>290200</w:t>
      </w:r>
      <w:r>
        <w:tab/>
        <w:t>Čebulni obročki</w:t>
      </w:r>
    </w:p>
    <w:p w:rsidR="004611C8" w:rsidRDefault="004611C8" w:rsidP="004611C8">
      <w:r>
        <w:t>290201</w:t>
      </w:r>
      <w:r>
        <w:tab/>
        <w:t>Falafel</w:t>
      </w:r>
    </w:p>
    <w:p w:rsidR="004611C8" w:rsidRDefault="004611C8" w:rsidP="004611C8">
      <w:r>
        <w:t>290202</w:t>
      </w:r>
      <w:r>
        <w:tab/>
        <w:t>Limonin sok za kulinarične namene</w:t>
      </w:r>
    </w:p>
    <w:p w:rsidR="004611C8" w:rsidRDefault="004611C8" w:rsidP="004611C8">
      <w:r>
        <w:t>290204</w:t>
      </w:r>
      <w:r>
        <w:tab/>
        <w:t>Ovseno mleko</w:t>
      </w:r>
    </w:p>
    <w:p w:rsidR="004611C8" w:rsidRDefault="004611C8" w:rsidP="004611C8">
      <w:r>
        <w:t>290205</w:t>
      </w:r>
      <w:r>
        <w:tab/>
        <w:t>Rastlinske smetane</w:t>
      </w:r>
    </w:p>
    <w:p w:rsidR="004611C8" w:rsidRDefault="004611C8" w:rsidP="004611C8">
      <w:r>
        <w:t>290207</w:t>
      </w:r>
      <w:r>
        <w:tab/>
        <w:t>Ekstra deviško olivno olje</w:t>
      </w:r>
    </w:p>
    <w:p w:rsidR="004611C8" w:rsidRDefault="004611C8" w:rsidP="004611C8">
      <w:r>
        <w:t>290209</w:t>
      </w:r>
      <w:r>
        <w:tab/>
        <w:t>Užitne ličinke mravelj, pripravljene</w:t>
      </w:r>
    </w:p>
    <w:p w:rsidR="004611C8" w:rsidRDefault="004611C8" w:rsidP="004611C8">
      <w:r>
        <w:t>290210</w:t>
      </w:r>
      <w:r>
        <w:tab/>
        <w:t>Užitne žuželke, nežive</w:t>
      </w:r>
    </w:p>
    <w:p w:rsidR="004611C8" w:rsidRDefault="004611C8" w:rsidP="004611C8">
      <w:r>
        <w:t>290211</w:t>
      </w:r>
      <w:r>
        <w:tab/>
        <w:t>Sladka koruza, predelana</w:t>
      </w:r>
    </w:p>
    <w:p w:rsidR="004611C8" w:rsidRDefault="004611C8" w:rsidP="004611C8">
      <w:r>
        <w:t>290212</w:t>
      </w:r>
      <w:r>
        <w:tab/>
        <w:t>Namazi na osnovi oreščkov</w:t>
      </w:r>
    </w:p>
    <w:p w:rsidR="004611C8" w:rsidRDefault="004611C8" w:rsidP="004611C8">
      <w:r>
        <w:t>290213</w:t>
      </w:r>
      <w:r>
        <w:tab/>
        <w:t>Krompirjevi cmoki</w:t>
      </w:r>
    </w:p>
    <w:p w:rsidR="004611C8" w:rsidRDefault="004611C8" w:rsidP="004611C8">
      <w:r>
        <w:t>290214</w:t>
      </w:r>
      <w:r>
        <w:tab/>
        <w:t>Hot-dog klobase</w:t>
      </w:r>
    </w:p>
    <w:p w:rsidR="004611C8" w:rsidRDefault="004611C8" w:rsidP="004611C8">
      <w:r>
        <w:t>290215</w:t>
      </w:r>
      <w:r>
        <w:tab/>
        <w:t>Hot-dog na paličici v koruznem paniranju</w:t>
      </w:r>
    </w:p>
    <w:p w:rsidR="004611C8" w:rsidRDefault="004611C8" w:rsidP="004611C8">
      <w:r>
        <w:t>290216</w:t>
      </w:r>
      <w:r>
        <w:tab/>
        <w:t>Sojino olje za prehrano</w:t>
      </w:r>
    </w:p>
    <w:p w:rsidR="004611C8" w:rsidRDefault="004611C8" w:rsidP="004611C8">
      <w:r>
        <w:t>290217</w:t>
      </w:r>
      <w:r>
        <w:tab/>
        <w:t>Nadomestki za mleko</w:t>
      </w:r>
    </w:p>
    <w:p w:rsidR="004611C8" w:rsidRDefault="004611C8" w:rsidP="004611C8">
      <w:r>
        <w:t>290218</w:t>
      </w:r>
      <w:r>
        <w:tab/>
        <w:t>Mandljevo mleko</w:t>
      </w:r>
    </w:p>
    <w:p w:rsidR="004611C8" w:rsidRDefault="004611C8" w:rsidP="004611C8">
      <w:r>
        <w:t>290219</w:t>
      </w:r>
      <w:r>
        <w:tab/>
        <w:t>Kikirikijevo mleko</w:t>
      </w:r>
    </w:p>
    <w:p w:rsidR="004611C8" w:rsidRDefault="004611C8" w:rsidP="004611C8">
      <w:r>
        <w:t>290220</w:t>
      </w:r>
      <w:r>
        <w:tab/>
        <w:t>Kokosovo mleko</w:t>
      </w:r>
    </w:p>
    <w:p w:rsidR="004611C8" w:rsidRDefault="004611C8" w:rsidP="004611C8">
      <w:r>
        <w:t>290221</w:t>
      </w:r>
      <w:r>
        <w:tab/>
        <w:t>Kokosovo mleko za uporabo v kulinariki</w:t>
      </w:r>
    </w:p>
    <w:p w:rsidR="004611C8" w:rsidRDefault="004611C8" w:rsidP="004611C8">
      <w:r>
        <w:t>290222</w:t>
      </w:r>
      <w:r>
        <w:tab/>
        <w:t>Napitki na osnovi kokosovega mleka</w:t>
      </w:r>
    </w:p>
    <w:p w:rsidR="004611C8" w:rsidRDefault="004611C8" w:rsidP="004611C8">
      <w:r>
        <w:t>290223</w:t>
      </w:r>
      <w:r>
        <w:tab/>
        <w:t>Riževo mleko za kulinarične namene</w:t>
      </w:r>
    </w:p>
    <w:p w:rsidR="004611C8" w:rsidRDefault="004611C8" w:rsidP="004611C8">
      <w:r>
        <w:t>290224</w:t>
      </w:r>
      <w:r>
        <w:tab/>
        <w:t>Pijače na osnovi mandljevega mleka</w:t>
      </w:r>
    </w:p>
    <w:p w:rsidR="004611C8" w:rsidRDefault="004611C8" w:rsidP="004611C8">
      <w:r>
        <w:t>290225</w:t>
      </w:r>
      <w:r>
        <w:tab/>
        <w:t>Pijače na osnovi kikirikijevega mleka</w:t>
      </w:r>
    </w:p>
    <w:p w:rsidR="004611C8" w:rsidRDefault="004611C8" w:rsidP="004611C8">
      <w:r>
        <w:t>290226</w:t>
      </w:r>
      <w:r>
        <w:tab/>
        <w:t>Čreva za klobase, naravna ali umetna</w:t>
      </w:r>
    </w:p>
    <w:p w:rsidR="004611C8" w:rsidRDefault="004611C8" w:rsidP="004611C8">
      <w:r>
        <w:t>290227</w:t>
      </w:r>
      <w:r>
        <w:tab/>
        <w:t>Sušena in soljena polenovka</w:t>
      </w:r>
    </w:p>
    <w:p w:rsidR="004611C8" w:rsidRDefault="004611C8" w:rsidP="004611C8">
      <w:r>
        <w:t>290228</w:t>
      </w:r>
      <w:r>
        <w:tab/>
        <w:t>Skutni ocvrtki</w:t>
      </w:r>
    </w:p>
    <w:p w:rsidR="004611C8" w:rsidRDefault="004611C8" w:rsidP="004611C8">
      <w:r>
        <w:t>290229</w:t>
      </w:r>
      <w:r>
        <w:tab/>
        <w:t>Prešana sadna pasta</w:t>
      </w:r>
    </w:p>
    <w:p w:rsidR="004611C8" w:rsidRDefault="004611C8" w:rsidP="004611C8">
      <w:r>
        <w:t>290230</w:t>
      </w:r>
      <w:r>
        <w:tab/>
        <w:t>Tofujevi lističi</w:t>
      </w:r>
    </w:p>
    <w:p w:rsidR="004611C8" w:rsidRDefault="004611C8" w:rsidP="004611C8">
      <w:r>
        <w:t>290231</w:t>
      </w:r>
      <w:r>
        <w:tab/>
        <w:t>Sojini polpeti</w:t>
      </w:r>
    </w:p>
    <w:p w:rsidR="004611C8" w:rsidRDefault="004611C8" w:rsidP="004611C8">
      <w:r>
        <w:t>290232</w:t>
      </w:r>
      <w:r>
        <w:tab/>
        <w:t>Pleskavice iz tofuja za hamburger</w:t>
      </w:r>
    </w:p>
    <w:p w:rsidR="004611C8" w:rsidRDefault="004611C8" w:rsidP="004611C8">
      <w:r>
        <w:t>290234</w:t>
      </w:r>
      <w:r>
        <w:tab/>
        <w:t>Tempeh</w:t>
      </w:r>
    </w:p>
    <w:p w:rsidR="004611C8" w:rsidRDefault="004611C8" w:rsidP="004611C8">
      <w:r>
        <w:t>290235</w:t>
      </w:r>
      <w:r>
        <w:tab/>
        <w:t>Sataj</w:t>
      </w:r>
    </w:p>
    <w:p w:rsidR="004611C8" w:rsidRDefault="004611C8" w:rsidP="004611C8">
      <w:r>
        <w:t>290236</w:t>
      </w:r>
      <w:r>
        <w:tab/>
        <w:t>Predelana zelenjava</w:t>
      </w:r>
    </w:p>
    <w:p w:rsidR="004611C8" w:rsidRDefault="004611C8" w:rsidP="004611C8">
      <w:r>
        <w:t>290237</w:t>
      </w:r>
      <w:r>
        <w:tab/>
        <w:t>Pripravljeno sadje</w:t>
      </w:r>
    </w:p>
    <w:p w:rsidR="004611C8" w:rsidRDefault="004611C8" w:rsidP="004611C8">
      <w:r>
        <w:t>290238</w:t>
      </w:r>
      <w:r>
        <w:tab/>
        <w:t>Ratatouille</w:t>
      </w:r>
    </w:p>
    <w:p w:rsidR="004611C8" w:rsidRDefault="004611C8" w:rsidP="004611C8">
      <w:r>
        <w:t>290239</w:t>
      </w:r>
      <w:r>
        <w:tab/>
        <w:t>Račji konfit</w:t>
      </w:r>
    </w:p>
    <w:p w:rsidR="004611C8" w:rsidRDefault="004611C8" w:rsidP="004611C8">
      <w:r>
        <w:t>290240</w:t>
      </w:r>
      <w:r>
        <w:tab/>
        <w:t>Andouillette (francoska klobasa)</w:t>
      </w:r>
    </w:p>
    <w:p w:rsidR="004611C8" w:rsidRDefault="004611C8" w:rsidP="004611C8">
      <w:r>
        <w:t>290241</w:t>
      </w:r>
      <w:r>
        <w:tab/>
        <w:t>Jetrna klobasa</w:t>
      </w:r>
    </w:p>
    <w:p w:rsidR="004611C8" w:rsidRDefault="004611C8" w:rsidP="004611C8">
      <w:r>
        <w:t>290242</w:t>
      </w:r>
      <w:r>
        <w:tab/>
        <w:t>Cassoulet [mesni ragu s stročjim fižolom]</w:t>
      </w:r>
    </w:p>
    <w:p w:rsidR="004611C8" w:rsidRDefault="004611C8" w:rsidP="004611C8">
      <w:r>
        <w:t>290243</w:t>
      </w:r>
      <w:r>
        <w:tab/>
        <w:t>Kislo zelje z mesom</w:t>
      </w:r>
    </w:p>
    <w:p w:rsidR="004611C8" w:rsidRDefault="004611C8" w:rsidP="004611C8">
      <w:r>
        <w:t>290244</w:t>
      </w:r>
      <w:r>
        <w:tab/>
        <w:t>Gratiniran krompir</w:t>
      </w:r>
    </w:p>
    <w:p w:rsidR="004611C8" w:rsidRDefault="004611C8" w:rsidP="004611C8">
      <w:r>
        <w:t>290246</w:t>
      </w:r>
      <w:r>
        <w:tab/>
        <w:t>Nadevani zeljni zvitki</w:t>
      </w:r>
    </w:p>
    <w:p w:rsidR="004611C8" w:rsidRPr="003834FA" w:rsidRDefault="004611C8" w:rsidP="004611C8">
      <w:pPr>
        <w:rPr>
          <w:lang w:val="fr-FR"/>
        </w:rPr>
      </w:pPr>
      <w:r>
        <w:t>290247</w:t>
      </w:r>
      <w:r>
        <w:tab/>
      </w:r>
      <w:r w:rsidRPr="003834FA">
        <w:rPr>
          <w:lang w:val="fr-FR"/>
        </w:rPr>
        <w:t>Koncentrati na osnovi zelenjave za kuhanje</w:t>
      </w:r>
    </w:p>
    <w:p w:rsidR="004611C8" w:rsidRPr="003834FA" w:rsidRDefault="004611C8" w:rsidP="004611C8">
      <w:pPr>
        <w:rPr>
          <w:lang w:val="fr-FR"/>
        </w:rPr>
      </w:pPr>
      <w:r>
        <w:t>290248</w:t>
      </w:r>
      <w:r>
        <w:tab/>
      </w:r>
      <w:r w:rsidRPr="003834FA">
        <w:rPr>
          <w:lang w:val="fr-FR"/>
        </w:rPr>
        <w:t>Koncentrati na osnovi sadja za kuhanje</w:t>
      </w:r>
    </w:p>
    <w:p w:rsidR="004611C8" w:rsidRDefault="004611C8" w:rsidP="004611C8">
      <w:r>
        <w:lastRenderedPageBreak/>
        <w:t>290249</w:t>
      </w:r>
      <w:r>
        <w:tab/>
        <w:t>Namazi na osnovi zelenjave</w:t>
      </w:r>
    </w:p>
    <w:p w:rsidR="004611C8" w:rsidRDefault="004611C8" w:rsidP="004611C8">
      <w:r>
        <w:t>290250</w:t>
      </w:r>
      <w:r>
        <w:tab/>
        <w:t>Agar za kulinarične namene</w:t>
      </w:r>
    </w:p>
    <w:p w:rsidR="004611C8" w:rsidRDefault="004611C8" w:rsidP="004611C8">
      <w:r>
        <w:t>290252</w:t>
      </w:r>
      <w:r>
        <w:tab/>
        <w:t>Kvark (sir za mazanje)</w:t>
      </w:r>
    </w:p>
    <w:p w:rsidR="004611C8" w:rsidRDefault="004611C8" w:rsidP="004611C8">
      <w:r>
        <w:t>290253</w:t>
      </w:r>
      <w:r>
        <w:tab/>
        <w:t>Skutni sir</w:t>
      </w:r>
    </w:p>
    <w:p w:rsidR="004611C8" w:rsidRDefault="004611C8" w:rsidP="004611C8">
      <w:r>
        <w:t>290254</w:t>
      </w:r>
      <w:r>
        <w:tab/>
        <w:t>Pijače z mlečnokislinskimi bakterijami</w:t>
      </w:r>
    </w:p>
    <w:p w:rsidR="004611C8" w:rsidRDefault="004611C8" w:rsidP="004611C8">
      <w:r>
        <w:t>290255</w:t>
      </w:r>
      <w:r>
        <w:tab/>
        <w:t>Jedilno posušeno cvetje</w:t>
      </w:r>
    </w:p>
    <w:p w:rsidR="004611C8" w:rsidRDefault="004611C8" w:rsidP="004611C8">
      <w:r>
        <w:t>290256</w:t>
      </w:r>
      <w:r>
        <w:tab/>
        <w:t>Kristaliziran ingver</w:t>
      </w:r>
    </w:p>
    <w:p w:rsidR="004611C8" w:rsidRDefault="004611C8" w:rsidP="004611C8">
      <w:r>
        <w:t>290257</w:t>
      </w:r>
      <w:r>
        <w:tab/>
        <w:t>Ingver, konzervirani</w:t>
      </w:r>
    </w:p>
    <w:p w:rsidR="004611C8" w:rsidRDefault="004611C8" w:rsidP="004611C8">
      <w:r>
        <w:t>290258</w:t>
      </w:r>
      <w:r>
        <w:tab/>
        <w:t>Vložen ingver</w:t>
      </w:r>
    </w:p>
    <w:p w:rsidR="004611C8" w:rsidRDefault="004611C8" w:rsidP="004611C8">
      <w:r>
        <w:t>290259</w:t>
      </w:r>
      <w:r>
        <w:tab/>
        <w:t>Juha iz jagodičja</w:t>
      </w:r>
    </w:p>
    <w:p w:rsidR="004611C8" w:rsidRDefault="004611C8" w:rsidP="004611C8">
      <w:r>
        <w:t>290260</w:t>
      </w:r>
      <w:r>
        <w:tab/>
        <w:t>Sladica iz kreme in jagodičastega sadja</w:t>
      </w:r>
    </w:p>
    <w:p w:rsidR="004611C8" w:rsidRDefault="004611C8" w:rsidP="004611C8">
      <w:r>
        <w:t>290261</w:t>
      </w:r>
      <w:r>
        <w:tab/>
        <w:t>Pripravljeni obroki na osnovi zelenjave za malčke</w:t>
      </w:r>
    </w:p>
    <w:p w:rsidR="004611C8" w:rsidRDefault="004611C8" w:rsidP="004611C8">
      <w:r>
        <w:t>290262</w:t>
      </w:r>
      <w:r>
        <w:tab/>
        <w:t>Verjus za kulinarične namene</w:t>
      </w:r>
    </w:p>
    <w:p w:rsidR="004611C8" w:rsidRDefault="004611C8" w:rsidP="004611C8">
      <w:r>
        <w:t>290263</w:t>
      </w:r>
      <w:r>
        <w:tab/>
        <w:t>Prigrizki na osnovi mesa</w:t>
      </w:r>
    </w:p>
    <w:p w:rsidR="004611C8" w:rsidRDefault="004611C8" w:rsidP="004611C8">
      <w:r>
        <w:t>290264</w:t>
      </w:r>
      <w:r>
        <w:tab/>
        <w:t>Prigrizki na osnovi rib</w:t>
      </w:r>
    </w:p>
    <w:p w:rsidR="004611C8" w:rsidRDefault="004611C8" w:rsidP="004611C8">
      <w:r>
        <w:t>290265</w:t>
      </w:r>
      <w:r>
        <w:tab/>
        <w:t>Prigrizki na osnovi zelenjave</w:t>
      </w:r>
    </w:p>
    <w:p w:rsidR="004611C8" w:rsidRDefault="004611C8" w:rsidP="004611C8">
      <w:r>
        <w:t>290266</w:t>
      </w:r>
      <w:r>
        <w:tab/>
        <w:t>Mandljevo olje za prehrano</w:t>
      </w:r>
    </w:p>
    <w:p w:rsidR="004611C8" w:rsidRDefault="004611C8" w:rsidP="004611C8">
      <w:r>
        <w:t>290267</w:t>
      </w:r>
      <w:r>
        <w:tab/>
        <w:t>Nadomestki za meso</w:t>
      </w:r>
    </w:p>
    <w:p w:rsidR="004611C8" w:rsidRDefault="004611C8" w:rsidP="004611C8">
      <w:r>
        <w:t>290268</w:t>
      </w:r>
      <w:r>
        <w:tab/>
        <w:t>Nadomestki za meso na rastlinski osnovi</w:t>
      </w:r>
    </w:p>
    <w:p w:rsidR="004611C8" w:rsidRDefault="004611C8" w:rsidP="004611C8">
      <w:r>
        <w:t>290269</w:t>
      </w:r>
      <w:r>
        <w:tab/>
        <w:t>Rezano sadje</w:t>
      </w:r>
    </w:p>
    <w:p w:rsidR="004611C8" w:rsidRDefault="004611C8" w:rsidP="004611C8">
      <w:r>
        <w:t>290270</w:t>
      </w:r>
      <w:r>
        <w:tab/>
        <w:t>Rezana zelenjava</w:t>
      </w:r>
    </w:p>
    <w:p w:rsidR="004611C8" w:rsidRDefault="004611C8" w:rsidP="004611C8">
      <w:r>
        <w:t>290271</w:t>
      </w:r>
      <w:r>
        <w:tab/>
        <w:t>Prigrizki na osnovi tofuja</w:t>
      </w:r>
    </w:p>
    <w:p w:rsidR="004611C8" w:rsidRDefault="004611C8" w:rsidP="004611C8">
      <w:r>
        <w:t>290272</w:t>
      </w:r>
      <w:r>
        <w:tab/>
        <w:t>Rastlinska olja za prehrano</w:t>
      </w:r>
    </w:p>
    <w:p w:rsidR="004611C8" w:rsidRDefault="004611C8" w:rsidP="004611C8">
      <w:r>
        <w:t>290273</w:t>
      </w:r>
      <w:r>
        <w:tab/>
        <w:t>Prigrizki na osnovi morskih alg</w:t>
      </w:r>
    </w:p>
    <w:p w:rsidR="004611C8" w:rsidRDefault="004611C8" w:rsidP="004611C8">
      <w:r>
        <w:t>290274</w:t>
      </w:r>
      <w:r>
        <w:tab/>
        <w:t>Pripravljene morske alge</w:t>
      </w:r>
    </w:p>
    <w:p w:rsidR="001F500C" w:rsidRDefault="001F500C">
      <w:pPr>
        <w:pStyle w:val="Naslov1"/>
        <w:sectPr w:rsidR="001F500C" w:rsidSect="00E00425">
          <w:type w:val="continuous"/>
          <w:pgSz w:w="11907" w:h="16840" w:code="9"/>
          <w:pgMar w:top="1418" w:right="1418" w:bottom="1418" w:left="1418" w:header="720" w:footer="720" w:gutter="0"/>
          <w:cols w:num="2" w:space="720"/>
          <w:docGrid w:linePitch="360"/>
        </w:sectPr>
      </w:pPr>
    </w:p>
    <w:p w:rsidR="002B5A0D" w:rsidRPr="002B5A0D" w:rsidRDefault="002B5A0D" w:rsidP="007F7938">
      <w:pPr>
        <w:pStyle w:val="Naslov1"/>
        <w:rPr>
          <w:lang w:val="sl-SI" w:eastAsia="sl-SI"/>
        </w:rPr>
      </w:pPr>
      <w:r w:rsidRPr="002B5A0D">
        <w:rPr>
          <w:lang w:val="sl-SI" w:eastAsia="sl-SI"/>
        </w:rPr>
        <w:t xml:space="preserve">Razed 30 </w:t>
      </w:r>
    </w:p>
    <w:p w:rsidR="002B5A0D" w:rsidRDefault="002B5A0D" w:rsidP="007F7938">
      <w:pPr>
        <w:pStyle w:val="Naslov2"/>
        <w:rPr>
          <w:lang w:val="sl-SI" w:eastAsia="sl-SI"/>
        </w:rPr>
      </w:pPr>
      <w:r w:rsidRPr="002B5A0D">
        <w:rPr>
          <w:lang w:val="sl-SI" w:eastAsia="sl-SI"/>
        </w:rPr>
        <w:t>Kava, čaj, kakav in njihovi nadomestki, riž, testenine in rezanci; tapioka in sago; moka in pripravki iz žit; kruh, pecivo in slaščice; čokolada; sladoled, sorbeti in drugi jedilni sladoledi; sladkor, med, melasin sirup; kvas, pecilni prašek; sol, začimbe, konzervirana zelišča; kis, omake in druge začimbe; led</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7F7938" w:rsidRPr="00D85EAF" w:rsidTr="00CF2B9C">
        <w:trPr>
          <w:trHeight w:val="143"/>
          <w:tblHeader/>
        </w:trPr>
        <w:tc>
          <w:tcPr>
            <w:tcW w:w="9493" w:type="dxa"/>
            <w:gridSpan w:val="2"/>
            <w:shd w:val="clear" w:color="auto" w:fill="F2F2F2" w:themeFill="background1" w:themeFillShade="F2"/>
            <w:vAlign w:val="center"/>
          </w:tcPr>
          <w:p w:rsidR="007F7938" w:rsidRPr="0087064C" w:rsidRDefault="007F7938" w:rsidP="00CF2B9C">
            <w:pPr>
              <w:pStyle w:val="opomba"/>
              <w:rPr>
                <w:b/>
              </w:rPr>
            </w:pPr>
            <w:r w:rsidRPr="0087064C">
              <w:rPr>
                <w:b/>
              </w:rPr>
              <w:t xml:space="preserve">RAZRED </w:t>
            </w:r>
            <w:r w:rsidR="006C7B1D">
              <w:rPr>
                <w:b/>
              </w:rPr>
              <w:t>30</w:t>
            </w:r>
            <w:r w:rsidRPr="0087064C">
              <w:rPr>
                <w:b/>
              </w:rPr>
              <w:t xml:space="preserve"> - pojasnjevalne opombe</w:t>
            </w:r>
          </w:p>
        </w:tc>
      </w:tr>
      <w:tr w:rsidR="007F7938" w:rsidRPr="00D85EAF" w:rsidTr="00CF2B9C">
        <w:trPr>
          <w:trHeight w:val="390"/>
        </w:trPr>
        <w:tc>
          <w:tcPr>
            <w:tcW w:w="9493" w:type="dxa"/>
            <w:gridSpan w:val="2"/>
            <w:shd w:val="clear" w:color="auto" w:fill="F2F2F2" w:themeFill="background1" w:themeFillShade="F2"/>
            <w:vAlign w:val="center"/>
          </w:tcPr>
          <w:p w:rsidR="007F7938" w:rsidRPr="00993A45" w:rsidRDefault="006C7B1D" w:rsidP="00CF2B9C">
            <w:pPr>
              <w:pStyle w:val="opomba"/>
            </w:pPr>
            <w:r>
              <w:t>Razred 30 vključuje predvsem živila rastlinskega izvora, pripravljena za zaužitje ali konzerviranje, kot tudi dodatke, namenjene za izboljšanje okusa jedi.</w:t>
            </w:r>
          </w:p>
        </w:tc>
      </w:tr>
      <w:tr w:rsidR="007F7938" w:rsidRPr="00D85EAF" w:rsidTr="004337A0">
        <w:trPr>
          <w:trHeight w:val="3446"/>
        </w:trPr>
        <w:tc>
          <w:tcPr>
            <w:tcW w:w="4746" w:type="dxa"/>
            <w:shd w:val="clear" w:color="auto" w:fill="F2F2F2" w:themeFill="background1" w:themeFillShade="F2"/>
          </w:tcPr>
          <w:p w:rsidR="007F7938" w:rsidRPr="00993A45" w:rsidRDefault="007F7938" w:rsidP="00CF2B9C">
            <w:pPr>
              <w:pStyle w:val="opomba"/>
            </w:pPr>
            <w:r w:rsidRPr="00D85EAF">
              <w:t>V ta razred so vključeni zlasti:</w:t>
            </w:r>
          </w:p>
          <w:p w:rsidR="006C7B1D" w:rsidRDefault="006C7B1D" w:rsidP="006C7B1D">
            <w:pPr>
              <w:pStyle w:val="opombapika"/>
            </w:pPr>
            <w:r>
              <w:t>pijače na osnovi kave, kakava, čokolade ali čaja;</w:t>
            </w:r>
          </w:p>
          <w:p w:rsidR="006C7B1D" w:rsidRDefault="006C7B1D" w:rsidP="006C7B1D">
            <w:pPr>
              <w:pStyle w:val="opombapika"/>
            </w:pPr>
            <w:r>
              <w:t>za prehrano ljudi pripravljene žitarice (npr.: ovseni kosmiči in kosmiči iz drugih žitaric)</w:t>
            </w:r>
          </w:p>
          <w:p w:rsidR="006C7B1D" w:rsidRDefault="006C7B1D" w:rsidP="006C7B1D">
            <w:pPr>
              <w:pStyle w:val="opombapika"/>
            </w:pPr>
            <w:r>
              <w:t>pizze, pite, sendviči</w:t>
            </w:r>
          </w:p>
          <w:p w:rsidR="006C7B1D" w:rsidRDefault="006C7B1D" w:rsidP="006C7B1D">
            <w:pPr>
              <w:pStyle w:val="opombapika"/>
            </w:pPr>
            <w:r>
              <w:t>s čokolado obliti orehi</w:t>
            </w:r>
          </w:p>
          <w:p w:rsidR="007F7938" w:rsidRPr="00993A45" w:rsidRDefault="006C7B1D" w:rsidP="00140B45">
            <w:pPr>
              <w:pStyle w:val="opombapika"/>
            </w:pPr>
            <w:r>
              <w:t>arome za hrano ali pijačo</w:t>
            </w:r>
          </w:p>
        </w:tc>
        <w:tc>
          <w:tcPr>
            <w:tcW w:w="4747" w:type="dxa"/>
            <w:shd w:val="clear" w:color="auto" w:fill="F2F2F2" w:themeFill="background1" w:themeFillShade="F2"/>
          </w:tcPr>
          <w:p w:rsidR="007F7938" w:rsidRPr="00993A45" w:rsidRDefault="007F7938" w:rsidP="00CF2B9C">
            <w:pPr>
              <w:pStyle w:val="opomba"/>
            </w:pPr>
            <w:r w:rsidRPr="00D85EAF">
              <w:t>V ta razred niso vključeni zlasti:</w:t>
            </w:r>
          </w:p>
          <w:p w:rsidR="009020C3" w:rsidRDefault="009020C3" w:rsidP="009020C3">
            <w:pPr>
              <w:pStyle w:val="opombapika"/>
            </w:pPr>
            <w:r>
              <w:t>sol za konzerviranje, ne za živila (razred 1);</w:t>
            </w:r>
          </w:p>
          <w:p w:rsidR="009020C3" w:rsidRDefault="009020C3" w:rsidP="009020C3">
            <w:pPr>
              <w:pStyle w:val="opombapika"/>
            </w:pPr>
            <w:r>
              <w:t>hrana za dojenčke (razred 5);</w:t>
            </w:r>
          </w:p>
          <w:p w:rsidR="009020C3" w:rsidRDefault="009020C3" w:rsidP="009020C3">
            <w:pPr>
              <w:pStyle w:val="opombapika"/>
            </w:pPr>
            <w:r>
              <w:t>prehranska dopolnila (razred 5);</w:t>
            </w:r>
          </w:p>
          <w:p w:rsidR="009020C3" w:rsidRDefault="009020C3" w:rsidP="009020C3">
            <w:pPr>
              <w:pStyle w:val="opombapika"/>
            </w:pPr>
            <w:r>
              <w:t>zdravilni čaji in dietetična hrana ter snovi, prirejene za medicinsko uporabo (razred 5)</w:t>
            </w:r>
          </w:p>
          <w:p w:rsidR="009020C3" w:rsidRDefault="009020C3" w:rsidP="009020C3">
            <w:pPr>
              <w:pStyle w:val="opombapika"/>
            </w:pPr>
            <w:r>
              <w:t>kvas za farmacevtske namene (razred 5), kvas za živalsko prehrano (razred 31);</w:t>
            </w:r>
          </w:p>
          <w:p w:rsidR="009020C3" w:rsidRDefault="009020C3" w:rsidP="009020C3">
            <w:pPr>
              <w:pStyle w:val="opombapika"/>
            </w:pPr>
            <w:r>
              <w:t>pijače na osnovi kave, kakava, čokolade ali čaja;</w:t>
            </w:r>
          </w:p>
          <w:p w:rsidR="009020C3" w:rsidRDefault="009020C3" w:rsidP="009020C3">
            <w:pPr>
              <w:pStyle w:val="opombapika"/>
            </w:pPr>
            <w:r>
              <w:t>juhe, bujon (razred 29)</w:t>
            </w:r>
          </w:p>
          <w:p w:rsidR="009020C3" w:rsidRDefault="009020C3" w:rsidP="009020C3">
            <w:pPr>
              <w:pStyle w:val="opombapika"/>
            </w:pPr>
            <w:r>
              <w:t>sveža zelišča;</w:t>
            </w:r>
          </w:p>
          <w:p w:rsidR="009020C3" w:rsidRDefault="009020C3" w:rsidP="009020C3">
            <w:pPr>
              <w:pStyle w:val="opombapika"/>
            </w:pPr>
            <w:r>
              <w:t>živila za živali (razred 31)</w:t>
            </w:r>
          </w:p>
          <w:p w:rsidR="007F7938" w:rsidRPr="00993A45" w:rsidRDefault="009020C3" w:rsidP="009020C3">
            <w:pPr>
              <w:pStyle w:val="opombapika"/>
            </w:pPr>
            <w:r>
              <w:t>nepredelana žita (razred 31)</w:t>
            </w:r>
          </w:p>
        </w:tc>
      </w:tr>
    </w:tbl>
    <w:p w:rsidR="007F7938" w:rsidRPr="007F7938" w:rsidRDefault="007F7938" w:rsidP="009020C3">
      <w:pPr>
        <w:spacing w:after="360"/>
        <w:rPr>
          <w:lang w:val="sl-SI" w:eastAsia="sl-SI"/>
        </w:rPr>
      </w:pPr>
    </w:p>
    <w:p w:rsidR="00AE21C9" w:rsidRDefault="00AE21C9">
      <w:pPr>
        <w:sectPr w:rsidR="00AE21C9" w:rsidSect="00E00425">
          <w:type w:val="continuous"/>
          <w:pgSz w:w="11907" w:h="16840" w:code="9"/>
          <w:pgMar w:top="1418" w:right="1418" w:bottom="1418" w:left="1418" w:header="720" w:footer="720" w:gutter="0"/>
          <w:cols w:space="720"/>
          <w:docGrid w:linePitch="360"/>
        </w:sectPr>
      </w:pPr>
    </w:p>
    <w:p w:rsidR="004611C8" w:rsidRDefault="004611C8" w:rsidP="004611C8">
      <w:r>
        <w:t>300002</w:t>
      </w:r>
      <w:r>
        <w:tab/>
        <w:t>Morske alge (začimba)</w:t>
      </w:r>
    </w:p>
    <w:p w:rsidR="004611C8" w:rsidRDefault="004611C8" w:rsidP="004611C8">
      <w:r>
        <w:t>300003</w:t>
      </w:r>
      <w:r>
        <w:tab/>
        <w:t>Testenine</w:t>
      </w:r>
    </w:p>
    <w:p w:rsidR="004611C8" w:rsidRDefault="004611C8" w:rsidP="004611C8">
      <w:r>
        <w:t>300004</w:t>
      </w:r>
      <w:r>
        <w:tab/>
        <w:t>Mandljevo testo</w:t>
      </w:r>
    </w:p>
    <w:p w:rsidR="004611C8" w:rsidRDefault="004611C8" w:rsidP="004611C8">
      <w:r>
        <w:t>300006</w:t>
      </w:r>
      <w:r>
        <w:tab/>
        <w:t>Janež (seme)</w:t>
      </w:r>
    </w:p>
    <w:p w:rsidR="004611C8" w:rsidRDefault="004611C8" w:rsidP="004611C8">
      <w:r>
        <w:t>300007</w:t>
      </w:r>
      <w:r>
        <w:tab/>
        <w:t>Janeževi plodovi (zvezdice)</w:t>
      </w:r>
    </w:p>
    <w:p w:rsidR="004611C8" w:rsidRDefault="004611C8" w:rsidP="004611C8">
      <w:r>
        <w:t>300008</w:t>
      </w:r>
      <w:r>
        <w:tab/>
        <w:t>Slaščice za okraševanje božičnega drevesa</w:t>
      </w:r>
    </w:p>
    <w:p w:rsidR="004611C8" w:rsidRDefault="004611C8" w:rsidP="004611C8">
      <w:r>
        <w:t>300009</w:t>
      </w:r>
      <w:r>
        <w:tab/>
        <w:t>Poparki, razen medicinskih poparkov</w:t>
      </w:r>
    </w:p>
    <w:p w:rsidR="004611C8" w:rsidRDefault="004611C8" w:rsidP="004611C8">
      <w:r>
        <w:t>300011</w:t>
      </w:r>
      <w:r>
        <w:tab/>
        <w:t>Aromatični pripravki za prehrano</w:t>
      </w:r>
    </w:p>
    <w:p w:rsidR="004611C8" w:rsidRDefault="004611C8" w:rsidP="004611C8">
      <w:r>
        <w:t>300012</w:t>
      </w:r>
      <w:r>
        <w:tab/>
        <w:t>Dišave, začimbe (rastlinskega izvora, največkrat v prahu)</w:t>
      </w:r>
    </w:p>
    <w:p w:rsidR="004611C8" w:rsidRDefault="004611C8" w:rsidP="004611C8">
      <w:r>
        <w:t>300013</w:t>
      </w:r>
      <w:r>
        <w:tab/>
        <w:t>Nekvašen kruh</w:t>
      </w:r>
    </w:p>
    <w:p w:rsidR="004611C8" w:rsidRDefault="004611C8" w:rsidP="004611C8">
      <w:r>
        <w:t>300014</w:t>
      </w:r>
      <w:r>
        <w:tab/>
        <w:t>Sol za konzerviranje živil</w:t>
      </w:r>
    </w:p>
    <w:p w:rsidR="004611C8" w:rsidRDefault="004611C8" w:rsidP="004611C8">
      <w:r>
        <w:t>300015</w:t>
      </w:r>
      <w:r>
        <w:tab/>
        <w:t>Prepečenec</w:t>
      </w:r>
    </w:p>
    <w:p w:rsidR="004611C8" w:rsidRDefault="004611C8" w:rsidP="004611C8">
      <w:r>
        <w:lastRenderedPageBreak/>
        <w:t>300017</w:t>
      </w:r>
      <w:r>
        <w:tab/>
        <w:t>Piškoti iz sladu</w:t>
      </w:r>
    </w:p>
    <w:p w:rsidR="004611C8" w:rsidRDefault="004611C8" w:rsidP="004611C8">
      <w:r>
        <w:t>300019</w:t>
      </w:r>
      <w:r>
        <w:tab/>
        <w:t>Bomboni s poprovo meto</w:t>
      </w:r>
    </w:p>
    <w:p w:rsidR="004611C8" w:rsidRDefault="004611C8" w:rsidP="004611C8">
      <w:r>
        <w:t>300022</w:t>
      </w:r>
      <w:r>
        <w:tab/>
        <w:t>Vaflji</w:t>
      </w:r>
    </w:p>
    <w:p w:rsidR="004611C8" w:rsidRDefault="004611C8" w:rsidP="004611C8">
      <w:r>
        <w:t>300023</w:t>
      </w:r>
      <w:r>
        <w:tab/>
        <w:t>Brioši (pecivo)</w:t>
      </w:r>
    </w:p>
    <w:p w:rsidR="004611C8" w:rsidRDefault="004611C8" w:rsidP="004611C8">
      <w:r>
        <w:t>300024</w:t>
      </w:r>
      <w:r>
        <w:tab/>
        <w:t>Kakav</w:t>
      </w:r>
    </w:p>
    <w:p w:rsidR="004611C8" w:rsidRDefault="004611C8" w:rsidP="004611C8">
      <w:r>
        <w:t>300026</w:t>
      </w:r>
      <w:r>
        <w:tab/>
        <w:t>Kava</w:t>
      </w:r>
    </w:p>
    <w:p w:rsidR="004611C8" w:rsidRDefault="004611C8" w:rsidP="004611C8">
      <w:r>
        <w:t>300027</w:t>
      </w:r>
      <w:r>
        <w:tab/>
        <w:t>Nepražena kavna zrna</w:t>
      </w:r>
    </w:p>
    <w:p w:rsidR="004611C8" w:rsidRDefault="004611C8" w:rsidP="004611C8">
      <w:r>
        <w:t>300028</w:t>
      </w:r>
      <w:r>
        <w:tab/>
        <w:t>Rastlinski preparati kot kavni nadomestki</w:t>
      </w:r>
    </w:p>
    <w:p w:rsidR="004611C8" w:rsidRDefault="004611C8" w:rsidP="004611C8">
      <w:r>
        <w:t>300029</w:t>
      </w:r>
      <w:r>
        <w:tab/>
        <w:t>Torte</w:t>
      </w:r>
    </w:p>
    <w:p w:rsidR="004611C8" w:rsidRDefault="004611C8" w:rsidP="004611C8">
      <w:r>
        <w:t>300030</w:t>
      </w:r>
      <w:r>
        <w:tab/>
        <w:t>Cimet [začimba]</w:t>
      </w:r>
    </w:p>
    <w:p w:rsidR="004611C8" w:rsidRDefault="004611C8" w:rsidP="004611C8">
      <w:r>
        <w:t>300031</w:t>
      </w:r>
      <w:r>
        <w:tab/>
        <w:t>Kapre</w:t>
      </w:r>
    </w:p>
    <w:p w:rsidR="004611C8" w:rsidRDefault="004611C8" w:rsidP="004611C8">
      <w:r>
        <w:t>300033</w:t>
      </w:r>
      <w:r>
        <w:tab/>
        <w:t>Curry [začimba]</w:t>
      </w:r>
    </w:p>
    <w:p w:rsidR="004611C8" w:rsidRDefault="004611C8" w:rsidP="004611C8">
      <w:r>
        <w:t>300034</w:t>
      </w:r>
      <w:r>
        <w:tab/>
        <w:t>Žitarice</w:t>
      </w:r>
    </w:p>
    <w:p w:rsidR="004611C8" w:rsidRDefault="004611C8" w:rsidP="004611C8">
      <w:r>
        <w:t>300035</w:t>
      </w:r>
      <w:r>
        <w:tab/>
        <w:t>Žvečilni gumi</w:t>
      </w:r>
    </w:p>
    <w:p w:rsidR="004611C8" w:rsidRDefault="004611C8" w:rsidP="004611C8">
      <w:r>
        <w:t>300036</w:t>
      </w:r>
      <w:r>
        <w:tab/>
        <w:t>Cikorija [kavni nadomestek]</w:t>
      </w:r>
    </w:p>
    <w:p w:rsidR="004611C8" w:rsidRDefault="004611C8" w:rsidP="004611C8">
      <w:r>
        <w:t>300037</w:t>
      </w:r>
      <w:r>
        <w:tab/>
        <w:t>Čaj</w:t>
      </w:r>
    </w:p>
    <w:p w:rsidR="004611C8" w:rsidRDefault="004611C8" w:rsidP="004611C8">
      <w:r>
        <w:t>300038</w:t>
      </w:r>
      <w:r>
        <w:tab/>
        <w:t>Čokolada</w:t>
      </w:r>
    </w:p>
    <w:p w:rsidR="004611C8" w:rsidRDefault="004611C8" w:rsidP="004611C8">
      <w:r>
        <w:t>300039</w:t>
      </w:r>
      <w:r>
        <w:tab/>
        <w:t>Marcipan</w:t>
      </w:r>
    </w:p>
    <w:p w:rsidR="004611C8" w:rsidRDefault="004611C8" w:rsidP="004611C8">
      <w:r>
        <w:t>300040</w:t>
      </w:r>
      <w:r>
        <w:tab/>
        <w:t>Nageljnove žbice [začimba]</w:t>
      </w:r>
    </w:p>
    <w:p w:rsidR="004611C8" w:rsidRDefault="004611C8" w:rsidP="004611C8">
      <w:r>
        <w:t>300041</w:t>
      </w:r>
      <w:r>
        <w:tab/>
        <w:t>Začimbni dodatki jedem (sol, kis, gorčica)</w:t>
      </w:r>
    </w:p>
    <w:p w:rsidR="004611C8" w:rsidRDefault="004611C8" w:rsidP="004611C8">
      <w:r>
        <w:t>300044</w:t>
      </w:r>
      <w:r>
        <w:tab/>
        <w:t>Pokovka</w:t>
      </w:r>
    </w:p>
    <w:p w:rsidR="004611C8" w:rsidRDefault="004611C8" w:rsidP="004611C8">
      <w:r>
        <w:t>300045</w:t>
      </w:r>
      <w:r>
        <w:tab/>
        <w:t>Trdilec za stepeno smetano</w:t>
      </w:r>
    </w:p>
    <w:p w:rsidR="004611C8" w:rsidRDefault="004611C8" w:rsidP="004611C8">
      <w:r>
        <w:t>300046</w:t>
      </w:r>
      <w:r>
        <w:tab/>
        <w:t>Mlečni sladoled</w:t>
      </w:r>
    </w:p>
    <w:p w:rsidR="004611C8" w:rsidRDefault="004611C8" w:rsidP="004611C8">
      <w:r>
        <w:t>300047</w:t>
      </w:r>
      <w:r>
        <w:tab/>
        <w:t>Palačinke</w:t>
      </w:r>
    </w:p>
    <w:p w:rsidR="004611C8" w:rsidRDefault="004611C8" w:rsidP="004611C8">
      <w:r>
        <w:t>300048</w:t>
      </w:r>
      <w:r>
        <w:tab/>
        <w:t>Izvlečki za živila</w:t>
      </w:r>
    </w:p>
    <w:p w:rsidR="004611C8" w:rsidRDefault="004611C8" w:rsidP="004611C8">
      <w:r>
        <w:t>300049</w:t>
      </w:r>
      <w:r>
        <w:tab/>
        <w:t>Kuhinjska sol</w:t>
      </w:r>
    </w:p>
    <w:p w:rsidR="004611C8" w:rsidRDefault="004611C8" w:rsidP="004611C8">
      <w:r>
        <w:t>300050</w:t>
      </w:r>
      <w:r>
        <w:tab/>
        <w:t>Zgoščevalci za kuhanje</w:t>
      </w:r>
    </w:p>
    <w:p w:rsidR="004611C8" w:rsidRDefault="004611C8" w:rsidP="004611C8">
      <w:r>
        <w:t>300051</w:t>
      </w:r>
      <w:r>
        <w:tab/>
        <w:t>Kurkuma</w:t>
      </w:r>
    </w:p>
    <w:p w:rsidR="004611C8" w:rsidRDefault="004611C8" w:rsidP="004611C8">
      <w:r>
        <w:t>300053</w:t>
      </w:r>
      <w:r>
        <w:tab/>
        <w:t>Sladila, naravna</w:t>
      </w:r>
    </w:p>
    <w:p w:rsidR="004611C8" w:rsidRDefault="004611C8" w:rsidP="004611C8">
      <w:r>
        <w:t>300054</w:t>
      </w:r>
      <w:r>
        <w:tab/>
        <w:t>Začimbne rastline</w:t>
      </w:r>
    </w:p>
    <w:p w:rsidR="004611C8" w:rsidRDefault="004611C8" w:rsidP="004611C8">
      <w:r>
        <w:t>300055</w:t>
      </w:r>
      <w:r>
        <w:tab/>
        <w:t>Ingverjevo pecivo</w:t>
      </w:r>
    </w:p>
    <w:p w:rsidR="004611C8" w:rsidRDefault="004611C8" w:rsidP="004611C8">
      <w:r>
        <w:t>300056</w:t>
      </w:r>
      <w:r>
        <w:tab/>
        <w:t>Pimient (jamajški poper)</w:t>
      </w:r>
    </w:p>
    <w:p w:rsidR="004611C8" w:rsidRDefault="004611C8" w:rsidP="004611C8">
      <w:r>
        <w:t>300058</w:t>
      </w:r>
      <w:r>
        <w:tab/>
        <w:t>Fižolova moka</w:t>
      </w:r>
    </w:p>
    <w:p w:rsidR="004611C8" w:rsidRDefault="004611C8" w:rsidP="004611C8">
      <w:r>
        <w:t>300060</w:t>
      </w:r>
      <w:r>
        <w:tab/>
        <w:t>Gorčična moka</w:t>
      </w:r>
    </w:p>
    <w:p w:rsidR="004611C8" w:rsidRDefault="004611C8" w:rsidP="004611C8">
      <w:r>
        <w:t>300061</w:t>
      </w:r>
      <w:r>
        <w:tab/>
        <w:t>Ječmenova moka</w:t>
      </w:r>
    </w:p>
    <w:p w:rsidR="004611C8" w:rsidRDefault="004611C8" w:rsidP="004611C8">
      <w:r>
        <w:t>300062</w:t>
      </w:r>
      <w:r>
        <w:tab/>
        <w:t>Sojina moka</w:t>
      </w:r>
    </w:p>
    <w:p w:rsidR="004611C8" w:rsidRDefault="004611C8" w:rsidP="004611C8">
      <w:r>
        <w:t>300063</w:t>
      </w:r>
      <w:r>
        <w:tab/>
        <w:t>Pšenična moka</w:t>
      </w:r>
    </w:p>
    <w:p w:rsidR="004611C8" w:rsidRDefault="004611C8" w:rsidP="004611C8">
      <w:r>
        <w:t>300065</w:t>
      </w:r>
      <w:r>
        <w:tab/>
        <w:t>Jedilni škrob</w:t>
      </w:r>
    </w:p>
    <w:p w:rsidR="004611C8" w:rsidRDefault="004611C8" w:rsidP="004611C8">
      <w:r>
        <w:t>300066</w:t>
      </w:r>
      <w:r>
        <w:tab/>
        <w:t>Fermenti za testo</w:t>
      </w:r>
    </w:p>
    <w:p w:rsidR="004611C8" w:rsidRDefault="004611C8" w:rsidP="004611C8">
      <w:r>
        <w:t>300067</w:t>
      </w:r>
      <w:r>
        <w:tab/>
        <w:t>Fondant slaščice</w:t>
      </w:r>
    </w:p>
    <w:p w:rsidR="004611C8" w:rsidRDefault="004611C8" w:rsidP="004611C8">
      <w:r>
        <w:t>300068</w:t>
      </w:r>
      <w:r>
        <w:tab/>
        <w:t>Slaščice [tortni kolački]</w:t>
      </w:r>
    </w:p>
    <w:p w:rsidR="004611C8" w:rsidRDefault="004611C8" w:rsidP="004611C8">
      <w:r>
        <w:t>300069</w:t>
      </w:r>
      <w:r>
        <w:tab/>
        <w:t>Sladkor</w:t>
      </w:r>
    </w:p>
    <w:p w:rsidR="004611C8" w:rsidRDefault="004611C8" w:rsidP="004611C8">
      <w:r>
        <w:t>300071</w:t>
      </w:r>
      <w:r>
        <w:tab/>
        <w:t>Praški za torto</w:t>
      </w:r>
    </w:p>
    <w:p w:rsidR="004611C8" w:rsidRDefault="004611C8" w:rsidP="004611C8">
      <w:r>
        <w:t>300073</w:t>
      </w:r>
      <w:r>
        <w:tab/>
        <w:t>Ingver [začimba]</w:t>
      </w:r>
    </w:p>
    <w:p w:rsidR="004611C8" w:rsidRDefault="004611C8" w:rsidP="004611C8">
      <w:r>
        <w:t>300074</w:t>
      </w:r>
      <w:r>
        <w:tab/>
        <w:t>Stabilizatorji za sladoled</w:t>
      </w:r>
    </w:p>
    <w:p w:rsidR="004611C8" w:rsidRDefault="004611C8" w:rsidP="004611C8">
      <w:r>
        <w:t>300075</w:t>
      </w:r>
      <w:r>
        <w:tab/>
        <w:t>Led, naraven ali umeten</w:t>
      </w:r>
    </w:p>
    <w:p w:rsidR="004611C8" w:rsidRDefault="004611C8" w:rsidP="004611C8">
      <w:r>
        <w:t>300076</w:t>
      </w:r>
      <w:r>
        <w:tab/>
        <w:t>Led [zamrznjena voda]</w:t>
      </w:r>
    </w:p>
    <w:p w:rsidR="004611C8" w:rsidRDefault="004611C8" w:rsidP="004611C8">
      <w:r>
        <w:t>300077</w:t>
      </w:r>
      <w:r>
        <w:tab/>
        <w:t>Glukoza za kuhanje</w:t>
      </w:r>
    </w:p>
    <w:p w:rsidR="004611C8" w:rsidRDefault="004611C8" w:rsidP="004611C8">
      <w:r>
        <w:t>300078</w:t>
      </w:r>
      <w:r>
        <w:tab/>
        <w:t>Gluten za prehrambene namene</w:t>
      </w:r>
    </w:p>
    <w:p w:rsidR="004611C8" w:rsidRDefault="004611C8" w:rsidP="004611C8">
      <w:r>
        <w:t>300080</w:t>
      </w:r>
      <w:r>
        <w:tab/>
        <w:t>Kaša iz oluščenih žitnih zrn za prehrano</w:t>
      </w:r>
    </w:p>
    <w:p w:rsidR="004611C8" w:rsidRDefault="004611C8" w:rsidP="004611C8">
      <w:r>
        <w:t>300081</w:t>
      </w:r>
      <w:r>
        <w:tab/>
        <w:t>Kis</w:t>
      </w:r>
    </w:p>
    <w:p w:rsidR="004611C8" w:rsidRDefault="004611C8" w:rsidP="004611C8">
      <w:r>
        <w:t>300082</w:t>
      </w:r>
      <w:r>
        <w:tab/>
        <w:t>Ketchup [pikantna paradižnikova omaka]</w:t>
      </w:r>
    </w:p>
    <w:p w:rsidR="004611C8" w:rsidRDefault="004611C8" w:rsidP="004611C8">
      <w:r>
        <w:t>300083</w:t>
      </w:r>
      <w:r>
        <w:tab/>
        <w:t>Kakavovi napitki z mlekom</w:t>
      </w:r>
    </w:p>
    <w:p w:rsidR="004611C8" w:rsidRDefault="004611C8" w:rsidP="004611C8">
      <w:r>
        <w:t>300084</w:t>
      </w:r>
      <w:r>
        <w:tab/>
        <w:t>Kavni napitki z mlekom</w:t>
      </w:r>
    </w:p>
    <w:p w:rsidR="004611C8" w:rsidRDefault="004611C8" w:rsidP="004611C8">
      <w:r>
        <w:t>300085</w:t>
      </w:r>
      <w:r>
        <w:tab/>
        <w:t>Čokoladni napitki z mlekom</w:t>
      </w:r>
    </w:p>
    <w:p w:rsidR="004611C8" w:rsidRDefault="004611C8" w:rsidP="004611C8">
      <w:r>
        <w:t>300086</w:t>
      </w:r>
      <w:r>
        <w:tab/>
        <w:t>Kvasni nastavek</w:t>
      </w:r>
    </w:p>
    <w:p w:rsidR="004611C8" w:rsidRDefault="004611C8" w:rsidP="004611C8">
      <w:r>
        <w:t>300087</w:t>
      </w:r>
      <w:r>
        <w:tab/>
        <w:t>Kvas</w:t>
      </w:r>
    </w:p>
    <w:p w:rsidR="004611C8" w:rsidRDefault="004611C8" w:rsidP="004611C8">
      <w:r>
        <w:t>300088</w:t>
      </w:r>
      <w:r>
        <w:tab/>
        <w:t>Veziva za klobase</w:t>
      </w:r>
    </w:p>
    <w:p w:rsidR="004611C8" w:rsidRDefault="004611C8" w:rsidP="004611C8">
      <w:r>
        <w:t>300089</w:t>
      </w:r>
      <w:r>
        <w:tab/>
        <w:t>Makroni [pecivo]</w:t>
      </w:r>
    </w:p>
    <w:p w:rsidR="004611C8" w:rsidRDefault="004611C8" w:rsidP="004611C8">
      <w:r>
        <w:t>300090</w:t>
      </w:r>
      <w:r>
        <w:tab/>
        <w:t>Makaroni</w:t>
      </w:r>
    </w:p>
    <w:p w:rsidR="004611C8" w:rsidRDefault="004611C8" w:rsidP="004611C8">
      <w:r>
        <w:t>300093</w:t>
      </w:r>
      <w:r>
        <w:tab/>
        <w:t>Kruh</w:t>
      </w:r>
    </w:p>
    <w:p w:rsidR="004611C8" w:rsidRDefault="004611C8" w:rsidP="004611C8">
      <w:r>
        <w:t>300094</w:t>
      </w:r>
      <w:r>
        <w:tab/>
        <w:t>Maltoza (sladni sladkor)</w:t>
      </w:r>
    </w:p>
    <w:p w:rsidR="004611C8" w:rsidRDefault="004611C8" w:rsidP="004611C8">
      <w:r>
        <w:t>300096</w:t>
      </w:r>
      <w:r>
        <w:tab/>
        <w:t>Sirupi, karamelni sirupi</w:t>
      </w:r>
    </w:p>
    <w:p w:rsidR="004611C8" w:rsidRDefault="004611C8" w:rsidP="004611C8">
      <w:r>
        <w:t>300097</w:t>
      </w:r>
      <w:r>
        <w:tab/>
        <w:t>Meta za slaščice</w:t>
      </w:r>
    </w:p>
    <w:p w:rsidR="004611C8" w:rsidRDefault="004611C8" w:rsidP="004611C8">
      <w:r>
        <w:t>300098</w:t>
      </w:r>
      <w:r>
        <w:tab/>
        <w:t>Med</w:t>
      </w:r>
    </w:p>
    <w:p w:rsidR="004611C8" w:rsidRDefault="004611C8" w:rsidP="004611C8">
      <w:r>
        <w:t>300100</w:t>
      </w:r>
      <w:r>
        <w:tab/>
        <w:t>Oluščen ječmen</w:t>
      </w:r>
    </w:p>
    <w:p w:rsidR="004611C8" w:rsidRDefault="004611C8" w:rsidP="004611C8">
      <w:r>
        <w:t>300101</w:t>
      </w:r>
      <w:r>
        <w:tab/>
        <w:t>Gorčica</w:t>
      </w:r>
    </w:p>
    <w:p w:rsidR="004611C8" w:rsidRDefault="004611C8" w:rsidP="004611C8">
      <w:r>
        <w:t>300102</w:t>
      </w:r>
      <w:r>
        <w:tab/>
        <w:t>Muškatni orešček</w:t>
      </w:r>
    </w:p>
    <w:p w:rsidR="004611C8" w:rsidRDefault="004611C8" w:rsidP="004611C8">
      <w:r>
        <w:t>300103</w:t>
      </w:r>
      <w:r>
        <w:tab/>
        <w:t>Rezanci</w:t>
      </w:r>
    </w:p>
    <w:p w:rsidR="004611C8" w:rsidRDefault="004611C8" w:rsidP="004611C8">
      <w:r>
        <w:t>300104</w:t>
      </w:r>
      <w:r>
        <w:tab/>
        <w:t>Pite</w:t>
      </w:r>
    </w:p>
    <w:p w:rsidR="004611C8" w:rsidRDefault="004611C8" w:rsidP="004611C8">
      <w:r>
        <w:t>300105</w:t>
      </w:r>
      <w:r>
        <w:tab/>
        <w:t>Ječmen, mlet</w:t>
      </w:r>
    </w:p>
    <w:p w:rsidR="004611C8" w:rsidRDefault="004611C8" w:rsidP="004611C8">
      <w:r>
        <w:t>300106</w:t>
      </w:r>
      <w:r>
        <w:tab/>
        <w:t>Sendviči</w:t>
      </w:r>
    </w:p>
    <w:p w:rsidR="004611C8" w:rsidRDefault="004611C8" w:rsidP="004611C8">
      <w:r>
        <w:t>300108</w:t>
      </w:r>
      <w:r>
        <w:tab/>
        <w:t>Drobno pecivo</w:t>
      </w:r>
    </w:p>
    <w:p w:rsidR="004611C8" w:rsidRPr="003834FA" w:rsidRDefault="004611C8" w:rsidP="004611C8">
      <w:pPr>
        <w:rPr>
          <w:lang w:val="fr-FR"/>
        </w:rPr>
      </w:pPr>
      <w:r>
        <w:t>300109</w:t>
      </w:r>
      <w:r>
        <w:tab/>
      </w:r>
      <w:r w:rsidRPr="003834FA">
        <w:rPr>
          <w:lang w:val="fr-FR"/>
        </w:rPr>
        <w:t>Petit-beurre keksi (masleni keksi)</w:t>
      </w:r>
    </w:p>
    <w:p w:rsidR="004611C8" w:rsidRDefault="004611C8" w:rsidP="004611C8">
      <w:r>
        <w:t>300110</w:t>
      </w:r>
      <w:r>
        <w:tab/>
        <w:t>Drobno kruhovo pecivo</w:t>
      </w:r>
    </w:p>
    <w:p w:rsidR="004611C8" w:rsidRDefault="004611C8" w:rsidP="004611C8">
      <w:r>
        <w:t>300111</w:t>
      </w:r>
      <w:r>
        <w:tab/>
        <w:t>Paprika (začimba)</w:t>
      </w:r>
    </w:p>
    <w:p w:rsidR="004611C8" w:rsidRDefault="004611C8" w:rsidP="004611C8">
      <w:r>
        <w:t>300112</w:t>
      </w:r>
      <w:r>
        <w:tab/>
        <w:t>Pice</w:t>
      </w:r>
    </w:p>
    <w:p w:rsidR="004611C8" w:rsidRDefault="004611C8" w:rsidP="004611C8">
      <w:r>
        <w:t>300113</w:t>
      </w:r>
      <w:r>
        <w:tab/>
        <w:t>Poper</w:t>
      </w:r>
    </w:p>
    <w:p w:rsidR="004611C8" w:rsidRDefault="004611C8" w:rsidP="004611C8">
      <w:r>
        <w:t>300114</w:t>
      </w:r>
      <w:r>
        <w:tab/>
        <w:t>Krompirjeva moka</w:t>
      </w:r>
    </w:p>
    <w:p w:rsidR="004611C8" w:rsidRDefault="004611C8" w:rsidP="004611C8">
      <w:r>
        <w:t>300115</w:t>
      </w:r>
      <w:r>
        <w:tab/>
        <w:t>Pudingi</w:t>
      </w:r>
    </w:p>
    <w:p w:rsidR="004611C8" w:rsidRDefault="004611C8" w:rsidP="004611C8">
      <w:r>
        <w:t>300116</w:t>
      </w:r>
      <w:r>
        <w:tab/>
        <w:t>Praline (čokoladni bonboni)</w:t>
      </w:r>
    </w:p>
    <w:p w:rsidR="004611C8" w:rsidRDefault="004611C8" w:rsidP="004611C8">
      <w:r>
        <w:t>300117</w:t>
      </w:r>
      <w:r>
        <w:tab/>
        <w:t>Ravioli</w:t>
      </w:r>
    </w:p>
    <w:p w:rsidR="004611C8" w:rsidRDefault="004611C8" w:rsidP="004611C8">
      <w:r>
        <w:t>300118</w:t>
      </w:r>
      <w:r>
        <w:tab/>
        <w:t>Lakrice [slaščice iz sladkega korena]</w:t>
      </w:r>
    </w:p>
    <w:p w:rsidR="004611C8" w:rsidRDefault="004611C8" w:rsidP="004611C8">
      <w:r>
        <w:t>300119</w:t>
      </w:r>
      <w:r>
        <w:tab/>
        <w:t>Riž</w:t>
      </w:r>
    </w:p>
    <w:p w:rsidR="004611C8" w:rsidRDefault="004611C8" w:rsidP="004611C8">
      <w:r>
        <w:t>300120</w:t>
      </w:r>
      <w:r>
        <w:tab/>
        <w:t>Žafran [začimba]</w:t>
      </w:r>
    </w:p>
    <w:p w:rsidR="004611C8" w:rsidRDefault="004611C8" w:rsidP="004611C8">
      <w:r>
        <w:t>300121</w:t>
      </w:r>
      <w:r>
        <w:tab/>
        <w:t>Sago (škrobna moka iz stržena sagove palme)</w:t>
      </w:r>
    </w:p>
    <w:p w:rsidR="004611C8" w:rsidRDefault="004611C8" w:rsidP="004611C8">
      <w:r>
        <w:t>300122</w:t>
      </w:r>
      <w:r>
        <w:tab/>
        <w:t>Omake [začimbe]</w:t>
      </w:r>
    </w:p>
    <w:p w:rsidR="004611C8" w:rsidRDefault="004611C8" w:rsidP="004611C8">
      <w:r>
        <w:t>300123</w:t>
      </w:r>
      <w:r>
        <w:tab/>
        <w:t>Sol iz zelene</w:t>
      </w:r>
    </w:p>
    <w:p w:rsidR="004611C8" w:rsidRDefault="004611C8" w:rsidP="004611C8">
      <w:r>
        <w:t>300124</w:t>
      </w:r>
      <w:r>
        <w:tab/>
        <w:t>Pšenični zdrob</w:t>
      </w:r>
    </w:p>
    <w:p w:rsidR="004611C8" w:rsidRDefault="004611C8" w:rsidP="004611C8">
      <w:r>
        <w:t>300126</w:t>
      </w:r>
      <w:r>
        <w:tab/>
        <w:t>Špageti</w:t>
      </w:r>
    </w:p>
    <w:p w:rsidR="004611C8" w:rsidRDefault="004611C8" w:rsidP="004611C8">
      <w:r>
        <w:t>300127</w:t>
      </w:r>
      <w:r>
        <w:tab/>
        <w:t>Tapioka</w:t>
      </w:r>
    </w:p>
    <w:p w:rsidR="004611C8" w:rsidRDefault="004611C8" w:rsidP="004611C8">
      <w:r>
        <w:t>300128</w:t>
      </w:r>
      <w:r>
        <w:tab/>
        <w:t>Tapiokina moka</w:t>
      </w:r>
    </w:p>
    <w:p w:rsidR="004611C8" w:rsidRDefault="004611C8" w:rsidP="004611C8">
      <w:r>
        <w:t>300129</w:t>
      </w:r>
      <w:r>
        <w:tab/>
        <w:t>Kolač z nadevom (običajno sadnim)</w:t>
      </w:r>
    </w:p>
    <w:p w:rsidR="004611C8" w:rsidRDefault="004611C8" w:rsidP="004611C8">
      <w:r>
        <w:t>300132</w:t>
      </w:r>
      <w:r>
        <w:tab/>
        <w:t>Tanke testenine</w:t>
      </w:r>
    </w:p>
    <w:p w:rsidR="004611C8" w:rsidRDefault="004611C8" w:rsidP="004611C8">
      <w:r>
        <w:t>300133</w:t>
      </w:r>
      <w:r>
        <w:tab/>
        <w:t>Mesne pite</w:t>
      </w:r>
    </w:p>
    <w:p w:rsidR="004611C8" w:rsidRDefault="004611C8" w:rsidP="004611C8">
      <w:r>
        <w:t>300134</w:t>
      </w:r>
      <w:r>
        <w:tab/>
        <w:t>Pasteta v testu</w:t>
      </w:r>
    </w:p>
    <w:p w:rsidR="004611C8" w:rsidRDefault="004611C8" w:rsidP="004611C8">
      <w:r>
        <w:t>300135</w:t>
      </w:r>
      <w:r>
        <w:tab/>
        <w:t>Sredstva za mehčanje mesa za kulinarične namene</w:t>
      </w:r>
    </w:p>
    <w:p w:rsidR="004611C8" w:rsidRDefault="004611C8" w:rsidP="004611C8">
      <w:r>
        <w:t>300136</w:t>
      </w:r>
      <w:r>
        <w:tab/>
        <w:t>Sladoled in mlečni sladoled</w:t>
      </w:r>
    </w:p>
    <w:p w:rsidR="004611C8" w:rsidRDefault="004611C8" w:rsidP="004611C8">
      <w:r>
        <w:t>300137</w:t>
      </w:r>
      <w:r>
        <w:tab/>
        <w:t>Praški za sladoled</w:t>
      </w:r>
    </w:p>
    <w:p w:rsidR="004611C8" w:rsidRDefault="004611C8" w:rsidP="004611C8">
      <w:r>
        <w:t>300138</w:t>
      </w:r>
      <w:r>
        <w:tab/>
        <w:t>Mandljeve slaščice</w:t>
      </w:r>
    </w:p>
    <w:p w:rsidR="004611C8" w:rsidRDefault="004611C8" w:rsidP="004611C8">
      <w:r>
        <w:t>300139</w:t>
      </w:r>
      <w:r>
        <w:tab/>
        <w:t>Arašidne (kikirikijeve) slaščice</w:t>
      </w:r>
    </w:p>
    <w:p w:rsidR="004611C8" w:rsidRDefault="004611C8" w:rsidP="004611C8">
      <w:r>
        <w:t>300142</w:t>
      </w:r>
      <w:r>
        <w:tab/>
        <w:t>Mleti oves</w:t>
      </w:r>
    </w:p>
    <w:p w:rsidR="004611C8" w:rsidRDefault="004611C8" w:rsidP="004611C8">
      <w:r>
        <w:lastRenderedPageBreak/>
        <w:t>300143</w:t>
      </w:r>
      <w:r>
        <w:tab/>
        <w:t>Oluščeni oves</w:t>
      </w:r>
    </w:p>
    <w:p w:rsidR="004611C8" w:rsidRDefault="004611C8" w:rsidP="004611C8">
      <w:r>
        <w:t>300144</w:t>
      </w:r>
      <w:r>
        <w:tab/>
        <w:t>Hrana na osnovi ovsa</w:t>
      </w:r>
    </w:p>
    <w:p w:rsidR="004611C8" w:rsidRDefault="004611C8" w:rsidP="004611C8">
      <w:r>
        <w:t>300145</w:t>
      </w:r>
      <w:r>
        <w:tab/>
        <w:t>Ovseni kosmiči</w:t>
      </w:r>
    </w:p>
    <w:p w:rsidR="004611C8" w:rsidRDefault="004611C8" w:rsidP="004611C8">
      <w:r>
        <w:t>300146</w:t>
      </w:r>
      <w:r>
        <w:tab/>
        <w:t>Ovsena kaša</w:t>
      </w:r>
    </w:p>
    <w:p w:rsidR="004611C8" w:rsidRDefault="004611C8" w:rsidP="004611C8">
      <w:r>
        <w:t>300147</w:t>
      </w:r>
      <w:r>
        <w:tab/>
        <w:t>Lakrice, palčke [slaščice iz sladkega korena]</w:t>
      </w:r>
    </w:p>
    <w:p w:rsidR="004611C8" w:rsidRDefault="004611C8" w:rsidP="004611C8">
      <w:r>
        <w:t>300148</w:t>
      </w:r>
      <w:r>
        <w:tab/>
        <w:t>Kis iz piva</w:t>
      </w:r>
    </w:p>
    <w:p w:rsidR="004611C8" w:rsidRDefault="004611C8" w:rsidP="004611C8">
      <w:r>
        <w:t>300149</w:t>
      </w:r>
      <w:r>
        <w:tab/>
        <w:t>Pijače na osnovi kave</w:t>
      </w:r>
    </w:p>
    <w:p w:rsidR="004611C8" w:rsidRDefault="004611C8" w:rsidP="004611C8">
      <w:r>
        <w:t>300150</w:t>
      </w:r>
      <w:r>
        <w:tab/>
        <w:t>Pijače na osnovi kakava</w:t>
      </w:r>
    </w:p>
    <w:p w:rsidR="004611C8" w:rsidRDefault="004611C8" w:rsidP="004611C8">
      <w:r>
        <w:t>300151</w:t>
      </w:r>
      <w:r>
        <w:tab/>
        <w:t>Pijače na bazi čokolade</w:t>
      </w:r>
    </w:p>
    <w:p w:rsidR="004611C8" w:rsidRDefault="004611C8" w:rsidP="004611C8">
      <w:r>
        <w:t>300152</w:t>
      </w:r>
      <w:r>
        <w:tab/>
        <w:t>Kavni nadomestki</w:t>
      </w:r>
    </w:p>
    <w:p w:rsidR="004611C8" w:rsidRDefault="004611C8" w:rsidP="004611C8">
      <w:r>
        <w:t>300153</w:t>
      </w:r>
      <w:r>
        <w:tab/>
        <w:t>Kristalizirani kandirani sladkor</w:t>
      </w:r>
    </w:p>
    <w:p w:rsidR="004611C8" w:rsidRDefault="004611C8" w:rsidP="004611C8">
      <w:r>
        <w:t>300161</w:t>
      </w:r>
      <w:r>
        <w:tab/>
        <w:t>Kosmiči iz žitaric</w:t>
      </w:r>
    </w:p>
    <w:p w:rsidR="004611C8" w:rsidRDefault="004611C8" w:rsidP="004611C8">
      <w:r>
        <w:t>300162</w:t>
      </w:r>
      <w:r>
        <w:tab/>
        <w:t>Chow-chow (vrsta kitajske začimbe)</w:t>
      </w:r>
    </w:p>
    <w:p w:rsidR="004611C8" w:rsidRDefault="004611C8" w:rsidP="004611C8">
      <w:r>
        <w:t>300163</w:t>
      </w:r>
      <w:r>
        <w:tab/>
        <w:t>Kuskus [pšenični zdrob]</w:t>
      </w:r>
    </w:p>
    <w:p w:rsidR="004611C8" w:rsidRDefault="004611C8" w:rsidP="004611C8">
      <w:r>
        <w:t>300164</w:t>
      </w:r>
      <w:r>
        <w:tab/>
        <w:t>Ječmenov ekstrakt za živila</w:t>
      </w:r>
    </w:p>
    <w:p w:rsidR="004611C8" w:rsidRDefault="004611C8" w:rsidP="004611C8">
      <w:r>
        <w:t>300165</w:t>
      </w:r>
      <w:r>
        <w:tab/>
        <w:t>Slad za človeško prehrano</w:t>
      </w:r>
    </w:p>
    <w:p w:rsidR="004611C8" w:rsidRDefault="004611C8" w:rsidP="004611C8">
      <w:r>
        <w:t>300167</w:t>
      </w:r>
      <w:r>
        <w:tab/>
        <w:t>Pripravljene omake iz sadja ali zelenjave, kot dodatek hrani</w:t>
      </w:r>
    </w:p>
    <w:p w:rsidR="004611C8" w:rsidRDefault="004611C8" w:rsidP="004611C8">
      <w:r>
        <w:t>300168</w:t>
      </w:r>
      <w:r>
        <w:tab/>
        <w:t>Matični mleček</w:t>
      </w:r>
    </w:p>
    <w:p w:rsidR="004611C8" w:rsidRDefault="004611C8" w:rsidP="004611C8">
      <w:r>
        <w:t>300169</w:t>
      </w:r>
      <w:r>
        <w:tab/>
        <w:t>Morska voda za kuhanje</w:t>
      </w:r>
    </w:p>
    <w:p w:rsidR="004611C8" w:rsidRDefault="004611C8" w:rsidP="004611C8">
      <w:r>
        <w:t>300170</w:t>
      </w:r>
      <w:r>
        <w:tab/>
        <w:t>Suši</w:t>
      </w:r>
    </w:p>
    <w:p w:rsidR="004611C8" w:rsidRDefault="004611C8" w:rsidP="004611C8">
      <w:r>
        <w:t>300171</w:t>
      </w:r>
      <w:r>
        <w:tab/>
        <w:t>Paradižnikova omaka</w:t>
      </w:r>
    </w:p>
    <w:p w:rsidR="004611C8" w:rsidRDefault="004611C8" w:rsidP="004611C8">
      <w:r>
        <w:t>300172</w:t>
      </w:r>
      <w:r>
        <w:tab/>
        <w:t>Majoneza</w:t>
      </w:r>
    </w:p>
    <w:p w:rsidR="004611C8" w:rsidRDefault="004611C8" w:rsidP="004611C8">
      <w:r>
        <w:t>300174</w:t>
      </w:r>
      <w:r>
        <w:tab/>
        <w:t>Krekerji</w:t>
      </w:r>
    </w:p>
    <w:p w:rsidR="004611C8" w:rsidRDefault="004611C8" w:rsidP="004611C8">
      <w:r>
        <w:t>300175</w:t>
      </w:r>
      <w:r>
        <w:tab/>
        <w:t>Kremni pudingi</w:t>
      </w:r>
    </w:p>
    <w:p w:rsidR="004611C8" w:rsidRDefault="004611C8" w:rsidP="004611C8">
      <w:r>
        <w:t>300176</w:t>
      </w:r>
      <w:r>
        <w:tab/>
        <w:t>Sadni želeji [slaščice]</w:t>
      </w:r>
    </w:p>
    <w:p w:rsidR="004611C8" w:rsidRDefault="004611C8" w:rsidP="004611C8">
      <w:r>
        <w:t>300177</w:t>
      </w:r>
      <w:r>
        <w:tab/>
        <w:t>Müsli</w:t>
      </w:r>
    </w:p>
    <w:p w:rsidR="004611C8" w:rsidRDefault="004611C8" w:rsidP="004611C8">
      <w:r>
        <w:t>300178</w:t>
      </w:r>
      <w:r>
        <w:tab/>
        <w:t>Riževi vaflji</w:t>
      </w:r>
    </w:p>
    <w:p w:rsidR="004611C8" w:rsidRDefault="004611C8" w:rsidP="004611C8">
      <w:r>
        <w:t>300179</w:t>
      </w:r>
      <w:r>
        <w:tab/>
        <w:t>Sojina omaka</w:t>
      </w:r>
    </w:p>
    <w:p w:rsidR="004611C8" w:rsidRDefault="004611C8" w:rsidP="004611C8">
      <w:r>
        <w:t>300182</w:t>
      </w:r>
      <w:r>
        <w:tab/>
        <w:t>Chutneys (aromatična tradicionalna indijska omaka s koščki sadja ali zelenjave)</w:t>
      </w:r>
    </w:p>
    <w:p w:rsidR="004611C8" w:rsidRDefault="004611C8" w:rsidP="004611C8">
      <w:r>
        <w:t>300183</w:t>
      </w:r>
      <w:r>
        <w:tab/>
        <w:t>Spomladanski zavitek</w:t>
      </w:r>
    </w:p>
    <w:p w:rsidR="004611C8" w:rsidRPr="003834FA" w:rsidRDefault="004611C8" w:rsidP="004611C8">
      <w:pPr>
        <w:rPr>
          <w:lang w:val="fr-FR"/>
        </w:rPr>
      </w:pPr>
      <w:r>
        <w:t>300184</w:t>
      </w:r>
      <w:r>
        <w:tab/>
      </w:r>
      <w:r w:rsidRPr="003834FA">
        <w:rPr>
          <w:lang w:val="fr-FR"/>
        </w:rPr>
        <w:t>Tacos (prigrizki na žitni osnovi)</w:t>
      </w:r>
    </w:p>
    <w:p w:rsidR="004611C8" w:rsidRDefault="004611C8" w:rsidP="004611C8">
      <w:r>
        <w:t>300185</w:t>
      </w:r>
      <w:r>
        <w:tab/>
        <w:t>Tortilje</w:t>
      </w:r>
    </w:p>
    <w:p w:rsidR="004611C8" w:rsidRDefault="004611C8" w:rsidP="004611C8">
      <w:r>
        <w:t>300186</w:t>
      </w:r>
      <w:r>
        <w:tab/>
        <w:t>Ledeni čaj [pijače na osnovi čaja]</w:t>
      </w:r>
    </w:p>
    <w:p w:rsidR="004611C8" w:rsidRDefault="004611C8" w:rsidP="004611C8">
      <w:r>
        <w:t>300187</w:t>
      </w:r>
      <w:r>
        <w:tab/>
        <w:t>Pijače na osnovi čaja (ne za medicinske namene)</w:t>
      </w:r>
    </w:p>
    <w:p w:rsidR="004611C8" w:rsidRDefault="004611C8" w:rsidP="004611C8">
      <w:r>
        <w:t>300188</w:t>
      </w:r>
      <w:r>
        <w:tab/>
        <w:t>Solatne polivke</w:t>
      </w:r>
    </w:p>
    <w:p w:rsidR="004611C8" w:rsidRDefault="004611C8" w:rsidP="004611C8">
      <w:r>
        <w:t>300189</w:t>
      </w:r>
      <w:r>
        <w:tab/>
        <w:t>Krušne drobtine</w:t>
      </w:r>
    </w:p>
    <w:p w:rsidR="004611C8" w:rsidRDefault="004611C8" w:rsidP="004611C8">
      <w:r>
        <w:t>300190</w:t>
      </w:r>
      <w:r>
        <w:tab/>
        <w:t>Tabbouleh (tradicionalna arabska jed)</w:t>
      </w:r>
    </w:p>
    <w:p w:rsidR="004611C8" w:rsidRDefault="004611C8" w:rsidP="004611C8">
      <w:r>
        <w:t>300191</w:t>
      </w:r>
      <w:r>
        <w:tab/>
        <w:t>Halva</w:t>
      </w:r>
    </w:p>
    <w:p w:rsidR="004611C8" w:rsidRDefault="004611C8" w:rsidP="004611C8">
      <w:r>
        <w:t>300192</w:t>
      </w:r>
      <w:r>
        <w:tab/>
        <w:t>Quiche (vrsta slane pite)</w:t>
      </w:r>
    </w:p>
    <w:p w:rsidR="004611C8" w:rsidRDefault="004611C8" w:rsidP="004611C8">
      <w:r>
        <w:t>300193</w:t>
      </w:r>
      <w:r>
        <w:tab/>
        <w:t>Mesne omake</w:t>
      </w:r>
    </w:p>
    <w:p w:rsidR="004611C8" w:rsidRDefault="004611C8" w:rsidP="004611C8">
      <w:r>
        <w:t>300194</w:t>
      </w:r>
      <w:r>
        <w:tab/>
        <w:t>Namaz iz sojinih zrn (začimba)</w:t>
      </w:r>
    </w:p>
    <w:p w:rsidR="004611C8" w:rsidRDefault="004611C8" w:rsidP="004611C8">
      <w:r>
        <w:t>300195</w:t>
      </w:r>
      <w:r>
        <w:tab/>
        <w:t>Prigrizki iz žitaric</w:t>
      </w:r>
    </w:p>
    <w:p w:rsidR="004611C8" w:rsidRDefault="004611C8" w:rsidP="004611C8">
      <w:r>
        <w:t>300196</w:t>
      </w:r>
      <w:r>
        <w:tab/>
        <w:t>Prigrizki na riževi osnovi</w:t>
      </w:r>
    </w:p>
    <w:p w:rsidR="004611C8" w:rsidRDefault="004611C8" w:rsidP="004611C8">
      <w:r>
        <w:t>300197</w:t>
      </w:r>
      <w:r>
        <w:tab/>
        <w:t>Koruzni zdrob</w:t>
      </w:r>
    </w:p>
    <w:p w:rsidR="004611C8" w:rsidRDefault="004611C8" w:rsidP="004611C8">
      <w:r>
        <w:t>300198</w:t>
      </w:r>
      <w:r>
        <w:tab/>
        <w:t>Mleti koruzni zdrob</w:t>
      </w:r>
    </w:p>
    <w:p w:rsidR="004611C8" w:rsidRDefault="004611C8" w:rsidP="004611C8">
      <w:r>
        <w:t>300199</w:t>
      </w:r>
      <w:r>
        <w:tab/>
        <w:t>Pecilni praški</w:t>
      </w:r>
    </w:p>
    <w:p w:rsidR="004611C8" w:rsidRDefault="004611C8" w:rsidP="004611C8">
      <w:r>
        <w:t>300201</w:t>
      </w:r>
      <w:r>
        <w:tab/>
        <w:t>Vrtna zelišča, konzervirana [začimbe]</w:t>
      </w:r>
    </w:p>
    <w:p w:rsidR="004611C8" w:rsidRPr="003834FA" w:rsidRDefault="004611C8" w:rsidP="004611C8">
      <w:pPr>
        <w:rPr>
          <w:lang w:val="fr-FR"/>
        </w:rPr>
      </w:pPr>
      <w:r>
        <w:t>300202</w:t>
      </w:r>
      <w:r>
        <w:tab/>
      </w:r>
      <w:r w:rsidRPr="003834FA">
        <w:rPr>
          <w:lang w:val="fr-FR"/>
        </w:rPr>
        <w:t>Pripravljene jedi na osnovi rezancev</w:t>
      </w:r>
    </w:p>
    <w:p w:rsidR="004611C8" w:rsidRDefault="004611C8" w:rsidP="004611C8">
      <w:r>
        <w:t>300203</w:t>
      </w:r>
      <w:r>
        <w:tab/>
        <w:t>Glazura za torte</w:t>
      </w:r>
    </w:p>
    <w:p w:rsidR="004611C8" w:rsidRDefault="004611C8" w:rsidP="004611C8">
      <w:r>
        <w:t>300204</w:t>
      </w:r>
      <w:r>
        <w:tab/>
        <w:t>Čokoladni mousse (pena)</w:t>
      </w:r>
    </w:p>
    <w:p w:rsidR="004611C8" w:rsidRDefault="004611C8" w:rsidP="004611C8">
      <w:r>
        <w:t>300205</w:t>
      </w:r>
      <w:r>
        <w:tab/>
        <w:t>Slaščice v obliki pen</w:t>
      </w:r>
    </w:p>
    <w:p w:rsidR="004611C8" w:rsidRDefault="004611C8" w:rsidP="004611C8">
      <w:r>
        <w:t>300206</w:t>
      </w:r>
      <w:r>
        <w:tab/>
        <w:t>Sadne omake</w:t>
      </w:r>
    </w:p>
    <w:p w:rsidR="004611C8" w:rsidRDefault="004611C8" w:rsidP="004611C8">
      <w:r>
        <w:t>300207</w:t>
      </w:r>
      <w:r>
        <w:tab/>
        <w:t>Marinade</w:t>
      </w:r>
    </w:p>
    <w:p w:rsidR="004611C8" w:rsidRDefault="004611C8" w:rsidP="004611C8">
      <w:r>
        <w:t>300208</w:t>
      </w:r>
      <w:r>
        <w:tab/>
        <w:t>Sirovi sendviči [cheeseburger]</w:t>
      </w:r>
    </w:p>
    <w:p w:rsidR="004611C8" w:rsidRDefault="004611C8" w:rsidP="004611C8">
      <w:r>
        <w:t>300209</w:t>
      </w:r>
      <w:r>
        <w:tab/>
        <w:t>Pesto [omaka]</w:t>
      </w:r>
    </w:p>
    <w:p w:rsidR="004611C8" w:rsidRDefault="004611C8" w:rsidP="004611C8">
      <w:r>
        <w:t>300210</w:t>
      </w:r>
      <w:r>
        <w:tab/>
        <w:t>Glazura za šunko</w:t>
      </w:r>
    </w:p>
    <w:p w:rsidR="004611C8" w:rsidRDefault="004611C8" w:rsidP="004611C8">
      <w:r>
        <w:t>300213</w:t>
      </w:r>
      <w:r>
        <w:tab/>
        <w:t>Pšenični kalčki za človeško prehrano</w:t>
      </w:r>
    </w:p>
    <w:p w:rsidR="004611C8" w:rsidRDefault="004611C8" w:rsidP="004611C8">
      <w:r>
        <w:t>300214</w:t>
      </w:r>
      <w:r>
        <w:tab/>
        <w:t>Žitne ploščice z veliko vsebnostjo beljakovin</w:t>
      </w:r>
    </w:p>
    <w:p w:rsidR="004611C8" w:rsidRDefault="004611C8" w:rsidP="004611C8">
      <w:r>
        <w:t>300215</w:t>
      </w:r>
      <w:r>
        <w:tab/>
        <w:t>Kalijev tartrat-vinski kamen za kuhanje</w:t>
      </w:r>
    </w:p>
    <w:p w:rsidR="004611C8" w:rsidRDefault="004611C8" w:rsidP="004611C8">
      <w:r>
        <w:t>300216</w:t>
      </w:r>
      <w:r>
        <w:tab/>
        <w:t>Gluteinski dodatki za kuhanje</w:t>
      </w:r>
    </w:p>
    <w:p w:rsidR="004611C8" w:rsidRDefault="004611C8" w:rsidP="004611C8">
      <w:r>
        <w:t>300217</w:t>
      </w:r>
      <w:r>
        <w:tab/>
        <w:t>Omake za testenine</w:t>
      </w:r>
    </w:p>
    <w:p w:rsidR="004611C8" w:rsidRDefault="004611C8" w:rsidP="004611C8">
      <w:r>
        <w:t>300218</w:t>
      </w:r>
      <w:r>
        <w:tab/>
        <w:t>Žitne ploščice</w:t>
      </w:r>
    </w:p>
    <w:p w:rsidR="004611C8" w:rsidRDefault="004611C8" w:rsidP="004611C8">
      <w:r>
        <w:t>300219</w:t>
      </w:r>
      <w:r>
        <w:tab/>
        <w:t>Palmov sladkor</w:t>
      </w:r>
    </w:p>
    <w:p w:rsidR="004611C8" w:rsidRDefault="004611C8" w:rsidP="004611C8">
      <w:r>
        <w:t>300220</w:t>
      </w:r>
      <w:r>
        <w:tab/>
        <w:t>Testo</w:t>
      </w:r>
    </w:p>
    <w:p w:rsidR="004611C8" w:rsidRDefault="004611C8" w:rsidP="004611C8">
      <w:r>
        <w:t>300221</w:t>
      </w:r>
      <w:r>
        <w:tab/>
        <w:t>Rože ali listi za uporabo kot nadomestek čaja</w:t>
      </w:r>
    </w:p>
    <w:p w:rsidR="004611C8" w:rsidRDefault="004611C8" w:rsidP="004611C8">
      <w:r>
        <w:t>300222</w:t>
      </w:r>
      <w:r>
        <w:tab/>
        <w:t>Testo za pecivo</w:t>
      </w:r>
    </w:p>
    <w:p w:rsidR="004611C8" w:rsidRDefault="004611C8" w:rsidP="004611C8">
      <w:r>
        <w:t>300224</w:t>
      </w:r>
      <w:r>
        <w:tab/>
        <w:t>Pelmeni [cmoki, polnjeni z mesom]</w:t>
      </w:r>
    </w:p>
    <w:p w:rsidR="004611C8" w:rsidRPr="003834FA" w:rsidRDefault="004611C8" w:rsidP="004611C8">
      <w:pPr>
        <w:rPr>
          <w:lang w:val="fr-FR"/>
        </w:rPr>
      </w:pPr>
      <w:r>
        <w:t>300225</w:t>
      </w:r>
      <w:r>
        <w:tab/>
      </w:r>
      <w:r w:rsidRPr="003834FA">
        <w:rPr>
          <w:lang w:val="fr-FR"/>
        </w:rPr>
        <w:t>Dekoracije iz čokolade za torte</w:t>
      </w:r>
    </w:p>
    <w:p w:rsidR="004611C8" w:rsidRDefault="004611C8" w:rsidP="004611C8">
      <w:r>
        <w:t>300226</w:t>
      </w:r>
      <w:r>
        <w:tab/>
        <w:t>Sladkorne dekoracije za torte</w:t>
      </w:r>
    </w:p>
    <w:p w:rsidR="004611C8" w:rsidRDefault="004611C8" w:rsidP="004611C8">
      <w:r>
        <w:t>300227</w:t>
      </w:r>
      <w:r>
        <w:tab/>
        <w:t>Oreščki, obliti s čokolado</w:t>
      </w:r>
    </w:p>
    <w:p w:rsidR="004611C8" w:rsidRDefault="004611C8" w:rsidP="004611C8">
      <w:r>
        <w:t>300228</w:t>
      </w:r>
      <w:r>
        <w:tab/>
        <w:t>Rižev puding</w:t>
      </w:r>
    </w:p>
    <w:p w:rsidR="004611C8" w:rsidRDefault="004611C8" w:rsidP="004611C8">
      <w:r>
        <w:t>300229</w:t>
      </w:r>
      <w:r>
        <w:tab/>
        <w:t>Moka iz oreščkov</w:t>
      </w:r>
    </w:p>
    <w:p w:rsidR="004611C8" w:rsidRDefault="004611C8" w:rsidP="004611C8">
      <w:r>
        <w:t>300230</w:t>
      </w:r>
      <w:r>
        <w:tab/>
        <w:t>Sesekljan česen [začimba]</w:t>
      </w:r>
    </w:p>
    <w:p w:rsidR="004611C8" w:rsidRDefault="004611C8" w:rsidP="004611C8">
      <w:r>
        <w:t>300231</w:t>
      </w:r>
      <w:r>
        <w:tab/>
        <w:t>Baozi [polnjene žemljice]</w:t>
      </w:r>
    </w:p>
    <w:p w:rsidR="004611C8" w:rsidRDefault="004611C8" w:rsidP="004611C8">
      <w:r>
        <w:t>300232</w:t>
      </w:r>
      <w:r>
        <w:tab/>
        <w:t>Riževa kaša za uporabo v kulinariki</w:t>
      </w:r>
    </w:p>
    <w:p w:rsidR="004611C8" w:rsidRDefault="004611C8" w:rsidP="004611C8">
      <w:r>
        <w:t>300233</w:t>
      </w:r>
      <w:r>
        <w:tab/>
        <w:t>Jiaozi [polnjeni cmoki]</w:t>
      </w:r>
    </w:p>
    <w:p w:rsidR="004611C8" w:rsidRDefault="004611C8" w:rsidP="004611C8">
      <w:r>
        <w:t>300234</w:t>
      </w:r>
      <w:r>
        <w:tab/>
        <w:t>Ramen [japonska jed na osnovi rezancev]</w:t>
      </w:r>
    </w:p>
    <w:p w:rsidR="004611C8" w:rsidRDefault="004611C8" w:rsidP="004611C8">
      <w:r>
        <w:t>300237</w:t>
      </w:r>
      <w:r>
        <w:tab/>
        <w:t>Burritos (polnjena pšenična tortilja z različnimi nadevi)</w:t>
      </w:r>
    </w:p>
    <w:p w:rsidR="004611C8" w:rsidRPr="003834FA" w:rsidRDefault="004611C8" w:rsidP="004611C8">
      <w:pPr>
        <w:rPr>
          <w:lang w:val="fr-FR"/>
        </w:rPr>
      </w:pPr>
      <w:r>
        <w:t>300238</w:t>
      </w:r>
      <w:r>
        <w:tab/>
      </w:r>
      <w:r w:rsidRPr="003834FA">
        <w:rPr>
          <w:lang w:val="fr-FR"/>
        </w:rPr>
        <w:t>Pripravljen riž, zavit v morske alge</w:t>
      </w:r>
    </w:p>
    <w:p w:rsidR="004611C8" w:rsidRDefault="004611C8" w:rsidP="004611C8">
      <w:r>
        <w:t>300239</w:t>
      </w:r>
      <w:r>
        <w:tab/>
        <w:t>Jedilni papir</w:t>
      </w:r>
    </w:p>
    <w:p w:rsidR="004611C8" w:rsidRDefault="004611C8" w:rsidP="004611C8">
      <w:r>
        <w:t>300240</w:t>
      </w:r>
      <w:r>
        <w:tab/>
        <w:t>Jedilni rižev papir</w:t>
      </w:r>
    </w:p>
    <w:p w:rsidR="004611C8" w:rsidRDefault="004611C8" w:rsidP="004611C8">
      <w:r>
        <w:t>300241</w:t>
      </w:r>
      <w:r>
        <w:tab/>
        <w:t>Namazi na osnovi čokolade</w:t>
      </w:r>
    </w:p>
    <w:p w:rsidR="004611C8" w:rsidRDefault="004611C8" w:rsidP="004611C8">
      <w:r>
        <w:t>300242</w:t>
      </w:r>
      <w:r>
        <w:tab/>
        <w:t>Čokoladni namazi z oreščki</w:t>
      </w:r>
    </w:p>
    <w:p w:rsidR="004611C8" w:rsidRDefault="004611C8" w:rsidP="004611C8">
      <w:r>
        <w:t>300243</w:t>
      </w:r>
      <w:r>
        <w:tab/>
        <w:t>Cmoki na osnovi moke</w:t>
      </w:r>
    </w:p>
    <w:p w:rsidR="004611C8" w:rsidRDefault="004611C8" w:rsidP="004611C8">
      <w:r>
        <w:t>300244</w:t>
      </w:r>
      <w:r>
        <w:tab/>
        <w:t>Agavin sirup [naravno sladilo]</w:t>
      </w:r>
    </w:p>
    <w:p w:rsidR="004611C8" w:rsidRDefault="004611C8" w:rsidP="004611C8">
      <w:r>
        <w:t>300245</w:t>
      </w:r>
      <w:r>
        <w:tab/>
        <w:t>Zrcalni sladkorni oblivi [zrcalne glazure]</w:t>
      </w:r>
    </w:p>
    <w:p w:rsidR="004611C8" w:rsidRDefault="004611C8" w:rsidP="004611C8">
      <w:r>
        <w:t>300248</w:t>
      </w:r>
      <w:r>
        <w:tab/>
        <w:t>Pijače na osnovi kamilice</w:t>
      </w:r>
    </w:p>
    <w:p w:rsidR="004611C8" w:rsidRPr="003834FA" w:rsidRDefault="004611C8" w:rsidP="004611C8">
      <w:pPr>
        <w:rPr>
          <w:lang w:val="fr-FR"/>
        </w:rPr>
      </w:pPr>
      <w:r>
        <w:t>300249</w:t>
      </w:r>
      <w:r>
        <w:tab/>
      </w:r>
      <w:r w:rsidRPr="003834FA">
        <w:rPr>
          <w:lang w:val="fr-FR"/>
        </w:rPr>
        <w:t>Dulce de leche [karamelni namaz]</w:t>
      </w:r>
    </w:p>
    <w:p w:rsidR="004611C8" w:rsidRDefault="004611C8" w:rsidP="004611C8">
      <w:r>
        <w:t>300250</w:t>
      </w:r>
      <w:r>
        <w:tab/>
        <w:t>Bibimbap [riž, zmešan z zelenjavo in govedino]</w:t>
      </w:r>
    </w:p>
    <w:p w:rsidR="004611C8" w:rsidRDefault="004611C8" w:rsidP="004611C8">
      <w:r>
        <w:t>300251</w:t>
      </w:r>
      <w:r>
        <w:tab/>
        <w:t>Onigiri [riževe kroglice]</w:t>
      </w:r>
    </w:p>
    <w:p w:rsidR="004611C8" w:rsidRDefault="004611C8" w:rsidP="004611C8">
      <w:r>
        <w:t>300252</w:t>
      </w:r>
      <w:r>
        <w:tab/>
        <w:t>Instant riž</w:t>
      </w:r>
    </w:p>
    <w:p w:rsidR="004611C8" w:rsidRDefault="004611C8" w:rsidP="004611C8">
      <w:r>
        <w:t>300253</w:t>
      </w:r>
      <w:r>
        <w:tab/>
        <w:t>Štručke s hrenovko (hot dog)</w:t>
      </w:r>
    </w:p>
    <w:p w:rsidR="004611C8" w:rsidRDefault="004611C8" w:rsidP="004611C8">
      <w:r>
        <w:t>300254</w:t>
      </w:r>
      <w:r>
        <w:tab/>
        <w:t>Ledene kocke</w:t>
      </w:r>
    </w:p>
    <w:p w:rsidR="004611C8" w:rsidRDefault="004611C8" w:rsidP="004611C8">
      <w:r>
        <w:t>300255</w:t>
      </w:r>
      <w:r>
        <w:tab/>
        <w:t>Predelana semena za uporabo kot začimba</w:t>
      </w:r>
    </w:p>
    <w:p w:rsidR="004611C8" w:rsidRDefault="004611C8" w:rsidP="004611C8">
      <w:r>
        <w:t>300256</w:t>
      </w:r>
      <w:r>
        <w:tab/>
        <w:t>Sezamova semena [začimbe]</w:t>
      </w:r>
    </w:p>
    <w:p w:rsidR="004611C8" w:rsidRDefault="004611C8" w:rsidP="004611C8">
      <w:r>
        <w:lastRenderedPageBreak/>
        <w:t>300257</w:t>
      </w:r>
      <w:r>
        <w:tab/>
        <w:t>Piccalilli (močno začinjena zelenjava v slanici)</w:t>
      </w:r>
    </w:p>
    <w:p w:rsidR="004611C8" w:rsidRDefault="004611C8" w:rsidP="004611C8">
      <w:r>
        <w:t>300258</w:t>
      </w:r>
      <w:r>
        <w:tab/>
        <w:t>Predelana kvinoja</w:t>
      </w:r>
    </w:p>
    <w:p w:rsidR="004611C8" w:rsidRDefault="004611C8" w:rsidP="004611C8">
      <w:r>
        <w:t>300259</w:t>
      </w:r>
      <w:r>
        <w:tab/>
        <w:t>Bulgur [pšenični drobljenec]</w:t>
      </w:r>
    </w:p>
    <w:p w:rsidR="004611C8" w:rsidRDefault="004611C8" w:rsidP="004611C8">
      <w:r>
        <w:t>300260</w:t>
      </w:r>
      <w:r>
        <w:tab/>
        <w:t>Predelana ajda</w:t>
      </w:r>
    </w:p>
    <w:p w:rsidR="004611C8" w:rsidRDefault="004611C8" w:rsidP="004611C8">
      <w:r>
        <w:t>300261</w:t>
      </w:r>
      <w:r>
        <w:tab/>
        <w:t>Ajdova moka za prehrano</w:t>
      </w:r>
    </w:p>
    <w:p w:rsidR="004611C8" w:rsidRDefault="004611C8" w:rsidP="004611C8">
      <w:r>
        <w:t>300262</w:t>
      </w:r>
      <w:r>
        <w:tab/>
        <w:t>Brusnična omaka [začimba]</w:t>
      </w:r>
    </w:p>
    <w:p w:rsidR="004611C8" w:rsidRDefault="004611C8" w:rsidP="004611C8">
      <w:r>
        <w:t>300263</w:t>
      </w:r>
      <w:r>
        <w:tab/>
        <w:t>Jabolčna omaka [začimba]</w:t>
      </w:r>
    </w:p>
    <w:p w:rsidR="004611C8" w:rsidRDefault="004611C8" w:rsidP="004611C8">
      <w:r>
        <w:t>300265</w:t>
      </w:r>
      <w:r>
        <w:tab/>
        <w:t>Ploščati kruh na osnovi krompirja</w:t>
      </w:r>
    </w:p>
    <w:p w:rsidR="004611C8" w:rsidRDefault="004611C8" w:rsidP="004611C8">
      <w:r>
        <w:t>300267</w:t>
      </w:r>
      <w:r>
        <w:tab/>
        <w:t>Sadne slaščice</w:t>
      </w:r>
    </w:p>
    <w:p w:rsidR="004611C8" w:rsidRDefault="004611C8" w:rsidP="004611C8">
      <w:r>
        <w:t>300268</w:t>
      </w:r>
      <w:r>
        <w:tab/>
        <w:t>Riževi krekerji</w:t>
      </w:r>
    </w:p>
    <w:p w:rsidR="004611C8" w:rsidRDefault="004611C8" w:rsidP="004611C8">
      <w:r>
        <w:t>300269</w:t>
      </w:r>
      <w:r>
        <w:tab/>
        <w:t>Palačinke kimči [kimchijeon]</w:t>
      </w:r>
    </w:p>
    <w:p w:rsidR="004611C8" w:rsidRDefault="004611C8" w:rsidP="004611C8">
      <w:r>
        <w:t>300270</w:t>
      </w:r>
      <w:r>
        <w:tab/>
        <w:t>Nastrgan led s sladkanim rdečim fižolom</w:t>
      </w:r>
    </w:p>
    <w:p w:rsidR="004611C8" w:rsidRDefault="004611C8" w:rsidP="004611C8">
      <w:r>
        <w:t>300271</w:t>
      </w:r>
      <w:r>
        <w:tab/>
        <w:t>Mentolni bomboni za osvežitev daha</w:t>
      </w:r>
    </w:p>
    <w:p w:rsidR="004611C8" w:rsidRDefault="004611C8" w:rsidP="004611C8">
      <w:r>
        <w:t>300272</w:t>
      </w:r>
      <w:r>
        <w:tab/>
        <w:t>Žvečilni gumi za osvežitev daha</w:t>
      </w:r>
    </w:p>
    <w:p w:rsidR="004611C8" w:rsidRDefault="004611C8" w:rsidP="004611C8">
      <w:r>
        <w:t>300273</w:t>
      </w:r>
      <w:r>
        <w:tab/>
        <w:t>Udon (japonski rezanci)</w:t>
      </w:r>
    </w:p>
    <w:p w:rsidR="004611C8" w:rsidRPr="003834FA" w:rsidRDefault="004611C8" w:rsidP="004611C8">
      <w:pPr>
        <w:rPr>
          <w:lang w:val="fr-FR"/>
        </w:rPr>
      </w:pPr>
      <w:r>
        <w:t>300274</w:t>
      </w:r>
      <w:r>
        <w:tab/>
      </w:r>
      <w:r w:rsidRPr="003834FA">
        <w:rPr>
          <w:lang w:val="fr-FR"/>
        </w:rPr>
        <w:t>Soba rezanci [japonski rezanci iz ajde, nekuhani]</w:t>
      </w:r>
    </w:p>
    <w:p w:rsidR="004611C8" w:rsidRDefault="004611C8" w:rsidP="004611C8">
      <w:r>
        <w:t>300275</w:t>
      </w:r>
      <w:r>
        <w:tab/>
        <w:t>Brezglutenski kruh</w:t>
      </w:r>
    </w:p>
    <w:p w:rsidR="004611C8" w:rsidRDefault="004611C8" w:rsidP="004611C8">
      <w:r>
        <w:t>300276</w:t>
      </w:r>
      <w:r>
        <w:tab/>
        <w:t>Tamarinda [začimba]</w:t>
      </w:r>
    </w:p>
    <w:p w:rsidR="004611C8" w:rsidRDefault="004611C8" w:rsidP="004611C8">
      <w:r>
        <w:t>300277</w:t>
      </w:r>
      <w:r>
        <w:tab/>
        <w:t>Laksa</w:t>
      </w:r>
    </w:p>
    <w:p w:rsidR="004611C8" w:rsidRDefault="004611C8" w:rsidP="004611C8">
      <w:r>
        <w:t>300278</w:t>
      </w:r>
      <w:r>
        <w:tab/>
        <w:t>Profiteroli</w:t>
      </w:r>
    </w:p>
    <w:p w:rsidR="004611C8" w:rsidRDefault="004611C8" w:rsidP="004611C8">
      <w:r>
        <w:t>300279</w:t>
      </w:r>
      <w:r>
        <w:tab/>
        <w:t>Rogljički</w:t>
      </w:r>
    </w:p>
    <w:p w:rsidR="004611C8" w:rsidRDefault="004611C8" w:rsidP="004611C8">
      <w:r>
        <w:t>300281</w:t>
      </w:r>
      <w:r>
        <w:tab/>
        <w:t>Čaj iz kelpa</w:t>
      </w:r>
    </w:p>
    <w:p w:rsidR="004611C8" w:rsidRDefault="004611C8" w:rsidP="004611C8">
      <w:r>
        <w:t>300282</w:t>
      </w:r>
      <w:r>
        <w:tab/>
        <w:t>Creme brulee [jajčna krema s popečenim karamelom]</w:t>
      </w:r>
    </w:p>
    <w:p w:rsidR="004611C8" w:rsidRDefault="004611C8" w:rsidP="004611C8">
      <w:r>
        <w:t>300283</w:t>
      </w:r>
      <w:r>
        <w:tab/>
        <w:t>Mešanice za testo</w:t>
      </w:r>
    </w:p>
    <w:p w:rsidR="004611C8" w:rsidRDefault="004611C8" w:rsidP="004611C8">
      <w:r>
        <w:t>300284</w:t>
      </w:r>
      <w:r>
        <w:tab/>
        <w:t>Jedilni papirnati vaflji</w:t>
      </w:r>
    </w:p>
    <w:p w:rsidR="004611C8" w:rsidRDefault="004611C8" w:rsidP="004611C8">
      <w:r>
        <w:t>300285</w:t>
      </w:r>
      <w:r>
        <w:tab/>
        <w:t>Kokosovi poljubčki</w:t>
      </w:r>
    </w:p>
    <w:p w:rsidR="004611C8" w:rsidRDefault="004611C8" w:rsidP="004611C8">
      <w:r>
        <w:t>300286</w:t>
      </w:r>
      <w:r>
        <w:tab/>
        <w:t>Kavne kapsule</w:t>
      </w:r>
    </w:p>
    <w:p w:rsidR="004611C8" w:rsidRDefault="004611C8" w:rsidP="004611C8">
      <w:r>
        <w:t>300287</w:t>
      </w:r>
      <w:r>
        <w:tab/>
        <w:t>Voda iz pomarančnih cvetov za kulinarične namene</w:t>
      </w:r>
    </w:p>
    <w:p w:rsidR="004611C8" w:rsidRDefault="004611C8" w:rsidP="004611C8">
      <w:r>
        <w:t>300288</w:t>
      </w:r>
      <w:r>
        <w:tab/>
        <w:t>Sladoled na paličici</w:t>
      </w:r>
    </w:p>
    <w:p w:rsidR="004611C8" w:rsidRDefault="004611C8" w:rsidP="004611C8">
      <w:r>
        <w:t>300289</w:t>
      </w:r>
      <w:r>
        <w:tab/>
        <w:t>Nougat (zmes iz lupinastega sadja, sladkorja in kakavovega masla)</w:t>
      </w:r>
    </w:p>
    <w:p w:rsidR="004611C8" w:rsidRDefault="004611C8" w:rsidP="004611C8">
      <w:r>
        <w:t>300290</w:t>
      </w:r>
      <w:r>
        <w:tab/>
        <w:t>Harissa [začimba]</w:t>
      </w:r>
    </w:p>
    <w:p w:rsidR="004611C8" w:rsidRDefault="004611C8" w:rsidP="004611C8">
      <w:r>
        <w:t>300291</w:t>
      </w:r>
      <w:r>
        <w:tab/>
        <w:t>Ingverjeva pasta [začimba]</w:t>
      </w:r>
    </w:p>
    <w:p w:rsidR="004611C8" w:rsidRDefault="004611C8" w:rsidP="004611C8">
      <w:r>
        <w:t>300292</w:t>
      </w:r>
      <w:r>
        <w:tab/>
        <w:t>Čajne pijače z mlekom</w:t>
      </w:r>
    </w:p>
    <w:p w:rsidR="004611C8" w:rsidRDefault="004611C8" w:rsidP="004611C8">
      <w:r>
        <w:t>300293</w:t>
      </w:r>
      <w:r>
        <w:tab/>
        <w:t>Krompirjev čips, oblit s čokolado</w:t>
      </w:r>
    </w:p>
    <w:p w:rsidR="004611C8" w:rsidRDefault="004611C8" w:rsidP="004611C8">
      <w:r>
        <w:t>300294</w:t>
      </w:r>
      <w:r>
        <w:tab/>
        <w:t>Zeliščni čaji</w:t>
      </w:r>
    </w:p>
    <w:p w:rsidR="004611C8" w:rsidRDefault="004611C8" w:rsidP="004611C8">
      <w:r>
        <w:t>300295</w:t>
      </w:r>
      <w:r>
        <w:tab/>
        <w:t>Čajni nadomestki</w:t>
      </w:r>
    </w:p>
    <w:p w:rsidR="004611C8" w:rsidRDefault="004611C8" w:rsidP="004611C8">
      <w:r>
        <w:t>300296</w:t>
      </w:r>
      <w:r>
        <w:tab/>
        <w:t>Čokoladni bonboni z likerjem</w:t>
      </w:r>
    </w:p>
    <w:p w:rsidR="004611C8" w:rsidRDefault="004611C8" w:rsidP="004611C8">
      <w:r>
        <w:t>300297</w:t>
      </w:r>
      <w:r>
        <w:tab/>
        <w:t>Nadomestki kakava</w:t>
      </w:r>
    </w:p>
    <w:p w:rsidR="004611C8" w:rsidRDefault="004611C8" w:rsidP="004611C8">
      <w:r>
        <w:t>300298</w:t>
      </w:r>
      <w:r>
        <w:tab/>
        <w:t>Kvas za varjenje piva</w:t>
      </w:r>
    </w:p>
    <w:p w:rsidR="004611C8" w:rsidRDefault="004611C8" w:rsidP="004611C8">
      <w:r>
        <w:t>300299</w:t>
      </w:r>
      <w:r>
        <w:tab/>
        <w:t>Kombuča</w:t>
      </w:r>
    </w:p>
    <w:p w:rsidR="004611C8" w:rsidRDefault="004611C8" w:rsidP="004611C8">
      <w:r>
        <w:t>300300</w:t>
      </w:r>
      <w:r>
        <w:tab/>
        <w:t>Pecivo iz listnatega testa</w:t>
      </w:r>
    </w:p>
    <w:p w:rsidR="004611C8" w:rsidRDefault="004611C8" w:rsidP="004611C8">
      <w:r>
        <w:t>300301</w:t>
      </w:r>
      <w:r>
        <w:tab/>
        <w:t>Njoki</w:t>
      </w:r>
    </w:p>
    <w:p w:rsidR="004611C8" w:rsidRDefault="004611C8" w:rsidP="004611C8">
      <w:r>
        <w:t>300303</w:t>
      </w:r>
      <w:r>
        <w:tab/>
        <w:t>Kristaliziran limonin sok [začimba]</w:t>
      </w:r>
    </w:p>
    <w:p w:rsidR="004611C8" w:rsidRDefault="004611C8" w:rsidP="004611C8">
      <w:r>
        <w:t>300304</w:t>
      </w:r>
      <w:r>
        <w:tab/>
        <w:t>Predelana bučna semena [začimbe]</w:t>
      </w:r>
    </w:p>
    <w:p w:rsidR="004611C8" w:rsidRDefault="004611C8" w:rsidP="004611C8">
      <w:r>
        <w:t>300305</w:t>
      </w:r>
      <w:r>
        <w:tab/>
        <w:t>Predelana konopljina semena [začimbe]</w:t>
      </w:r>
    </w:p>
    <w:p w:rsidR="004611C8" w:rsidRDefault="004611C8" w:rsidP="004611C8">
      <w:r>
        <w:t>300306</w:t>
      </w:r>
      <w:r>
        <w:tab/>
        <w:t>Obdelana pira</w:t>
      </w:r>
    </w:p>
    <w:p w:rsidR="004611C8" w:rsidRDefault="004611C8" w:rsidP="004611C8">
      <w:r>
        <w:t>300307</w:t>
      </w:r>
      <w:r>
        <w:tab/>
        <w:t>Pripravljeni obroki na osnovi rezancev za malčke</w:t>
      </w:r>
    </w:p>
    <w:p w:rsidR="004611C8" w:rsidRDefault="004611C8" w:rsidP="004611C8">
      <w:r>
        <w:t>300308</w:t>
      </w:r>
      <w:r>
        <w:tab/>
        <w:t>Obdelana enozrnica</w:t>
      </w:r>
    </w:p>
    <w:p w:rsidR="004611C8" w:rsidRDefault="004611C8" w:rsidP="004611C8">
      <w:r>
        <w:t>300309</w:t>
      </w:r>
      <w:r>
        <w:tab/>
        <w:t>Rižev narastek</w:t>
      </w:r>
    </w:p>
    <w:p w:rsidR="004611C8" w:rsidRDefault="004611C8" w:rsidP="004611C8">
      <w:r>
        <w:t>300310</w:t>
      </w:r>
      <w:r>
        <w:tab/>
        <w:t>Zrna kakava</w:t>
      </w:r>
    </w:p>
    <w:p w:rsidR="004611C8" w:rsidRDefault="004611C8" w:rsidP="004611C8">
      <w:r>
        <w:t>300311</w:t>
      </w:r>
      <w:r>
        <w:tab/>
        <w:t>Začimbna sojina pasta (doenjang)</w:t>
      </w:r>
    </w:p>
    <w:p w:rsidR="004611C8" w:rsidRPr="003834FA" w:rsidRDefault="004611C8" w:rsidP="004611C8">
      <w:pPr>
        <w:rPr>
          <w:lang w:val="fr-FR"/>
        </w:rPr>
      </w:pPr>
      <w:r>
        <w:t>300312</w:t>
      </w:r>
      <w:r>
        <w:tab/>
      </w:r>
      <w:r w:rsidRPr="003834FA">
        <w:rPr>
          <w:lang w:val="fr-FR"/>
        </w:rPr>
        <w:t>Fermentirana omaka iz pekoče paprike (gochujang)</w:t>
      </w:r>
    </w:p>
    <w:p w:rsidR="004611C8" w:rsidRDefault="004611C8" w:rsidP="004611C8">
      <w:r>
        <w:t>300313</w:t>
      </w:r>
      <w:r>
        <w:tab/>
        <w:t>Gimbap [korejska riževa jed]</w:t>
      </w:r>
    </w:p>
    <w:p w:rsidR="004611C8" w:rsidRDefault="004611C8" w:rsidP="004611C8">
      <w:r>
        <w:t>300314</w:t>
      </w:r>
      <w:r>
        <w:tab/>
        <w:t>Užitno satje</w:t>
      </w:r>
    </w:p>
    <w:p w:rsidR="004611C8" w:rsidRDefault="004611C8" w:rsidP="004611C8">
      <w:r>
        <w:t>300315</w:t>
      </w:r>
      <w:r>
        <w:tab/>
        <w:t>Umetna sladila za kulinarične namene</w:t>
      </w:r>
    </w:p>
    <w:p w:rsidR="004611C8" w:rsidRDefault="004611C8" w:rsidP="004611C8">
      <w:r>
        <w:t>300316</w:t>
      </w:r>
      <w:r>
        <w:tab/>
        <w:t>Saharin za kulinarične namene</w:t>
      </w:r>
    </w:p>
    <w:p w:rsidR="004611C8" w:rsidRDefault="004611C8" w:rsidP="004611C8">
      <w:r>
        <w:t>300317</w:t>
      </w:r>
      <w:r>
        <w:tab/>
        <w:t>Aspartam za kulinarične namene</w:t>
      </w:r>
    </w:p>
    <w:p w:rsidR="004611C8" w:rsidRDefault="004611C8" w:rsidP="004611C8">
      <w:r>
        <w:t>300318</w:t>
      </w:r>
      <w:r>
        <w:tab/>
        <w:t>Užitni čebelji vosek</w:t>
      </w:r>
    </w:p>
    <w:p w:rsidR="004611C8" w:rsidRDefault="004611C8" w:rsidP="004611C8">
      <w:r>
        <w:t>300319</w:t>
      </w:r>
      <w:r>
        <w:tab/>
        <w:t>Nadomestki sladkorja za kulinarične namene</w:t>
      </w:r>
    </w:p>
    <w:p w:rsidR="004611C8" w:rsidRDefault="004611C8" w:rsidP="004611C8">
      <w:r>
        <w:t>300320</w:t>
      </w:r>
      <w:r>
        <w:tab/>
        <w:t>Pražena kava v zrnu</w:t>
      </w:r>
    </w:p>
    <w:p w:rsidR="004611C8" w:rsidRDefault="004611C8" w:rsidP="004611C8">
      <w:r>
        <w:t>300322</w:t>
      </w:r>
      <w:r>
        <w:tab/>
        <w:t>Užitno zlato za okraševanje hrane in pijač</w:t>
      </w:r>
    </w:p>
    <w:p w:rsidR="004611C8" w:rsidRDefault="004611C8" w:rsidP="004611C8">
      <w:r>
        <w:t>300323</w:t>
      </w:r>
      <w:r>
        <w:tab/>
        <w:t>Sladkorna pasta za slaščice</w:t>
      </w:r>
    </w:p>
    <w:p w:rsidR="004611C8" w:rsidRDefault="004611C8" w:rsidP="004611C8">
      <w:r>
        <w:t>300324</w:t>
      </w:r>
      <w:r>
        <w:tab/>
        <w:t>Kardamom [začimba]</w:t>
      </w:r>
    </w:p>
    <w:p w:rsidR="004611C8" w:rsidRDefault="004611C8" w:rsidP="004611C8">
      <w:r>
        <w:t>300325</w:t>
      </w:r>
      <w:r>
        <w:tab/>
        <w:t>Sumac za uporabo kot začimba</w:t>
      </w:r>
    </w:p>
    <w:p w:rsidR="004611C8" w:rsidRDefault="004611C8" w:rsidP="004611C8">
      <w:r>
        <w:t>300326</w:t>
      </w:r>
      <w:r>
        <w:tab/>
        <w:t>Moka iz boba</w:t>
      </w:r>
    </w:p>
    <w:p w:rsidR="004611C8" w:rsidRDefault="004611C8" w:rsidP="004611C8">
      <w:r>
        <w:t>300327</w:t>
      </w:r>
      <w:r>
        <w:tab/>
        <w:t>Cvetna voda za kulinarične namene</w:t>
      </w:r>
    </w:p>
    <w:p w:rsidR="004611C8" w:rsidRDefault="004611C8" w:rsidP="004611C8">
      <w:r>
        <w:t>300328</w:t>
      </w:r>
      <w:r>
        <w:tab/>
        <w:t>Holandska omaka</w:t>
      </w:r>
    </w:p>
    <w:p w:rsidR="004611C8" w:rsidRDefault="004611C8" w:rsidP="004611C8">
      <w:r>
        <w:t>300329</w:t>
      </w:r>
      <w:r>
        <w:tab/>
        <w:t>Maslena kremna glazura</w:t>
      </w:r>
    </w:p>
    <w:p w:rsidR="00AE21C9" w:rsidRDefault="00AE21C9">
      <w:pPr>
        <w:pStyle w:val="Naslov1"/>
        <w:sectPr w:rsidR="00AE21C9" w:rsidSect="00E00425">
          <w:type w:val="continuous"/>
          <w:pgSz w:w="11907" w:h="16840" w:code="9"/>
          <w:pgMar w:top="1418" w:right="1418" w:bottom="1418" w:left="1418" w:header="720" w:footer="720" w:gutter="0"/>
          <w:cols w:num="2" w:space="720"/>
          <w:docGrid w:linePitch="360"/>
        </w:sectPr>
      </w:pPr>
    </w:p>
    <w:p w:rsidR="002024F7" w:rsidRDefault="002024F7">
      <w:pPr>
        <w:tabs>
          <w:tab w:val="clear" w:pos="907"/>
        </w:tabs>
        <w:spacing w:after="200" w:line="276" w:lineRule="auto"/>
        <w:ind w:left="0" w:firstLine="0"/>
        <w:rPr>
          <w:rFonts w:eastAsiaTheme="majorEastAsia" w:cstheme="majorBidi"/>
          <w:b/>
          <w:bCs/>
          <w:color w:val="000000" w:themeColor="text1"/>
          <w:sz w:val="22"/>
          <w:szCs w:val="28"/>
          <w:lang w:val="sl-SI" w:eastAsia="sl-SI"/>
        </w:rPr>
      </w:pPr>
      <w:r>
        <w:rPr>
          <w:lang w:val="sl-SI" w:eastAsia="sl-SI"/>
        </w:rPr>
        <w:br w:type="page"/>
      </w:r>
    </w:p>
    <w:p w:rsidR="002B5A0D" w:rsidRPr="002B5A0D" w:rsidRDefault="002B5A0D" w:rsidP="009020C3">
      <w:pPr>
        <w:pStyle w:val="Naslov1"/>
        <w:spacing w:before="0"/>
        <w:rPr>
          <w:lang w:val="sl-SI" w:eastAsia="sl-SI"/>
        </w:rPr>
      </w:pPr>
      <w:r w:rsidRPr="002B5A0D">
        <w:rPr>
          <w:lang w:val="sl-SI" w:eastAsia="sl-SI"/>
        </w:rPr>
        <w:lastRenderedPageBreak/>
        <w:t xml:space="preserve">Razred 31 </w:t>
      </w:r>
    </w:p>
    <w:p w:rsidR="002B5A0D" w:rsidRDefault="002B5A0D" w:rsidP="007F7938">
      <w:pPr>
        <w:pStyle w:val="Naslov2"/>
        <w:rPr>
          <w:lang w:val="sl-SI" w:eastAsia="sl-SI"/>
        </w:rPr>
      </w:pPr>
      <w:r w:rsidRPr="002B5A0D">
        <w:rPr>
          <w:lang w:val="sl-SI" w:eastAsia="sl-SI"/>
        </w:rPr>
        <w:t>Surovi in surovi in nepredelani poljedelski, ribogojni, vrtnarski in gozdarski proizvodi; surova in nepredelana zrna in semena; sveže sadje in zelenjava; sveža zelišča; naravne rastline in cvetje; čebulice, sadike in semena za saditev/setev; žive živali; živila in napitki za živali; slad</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7F7938" w:rsidRPr="00D85EAF" w:rsidTr="00CF2B9C">
        <w:trPr>
          <w:trHeight w:val="143"/>
          <w:tblHeader/>
        </w:trPr>
        <w:tc>
          <w:tcPr>
            <w:tcW w:w="9493" w:type="dxa"/>
            <w:gridSpan w:val="2"/>
            <w:shd w:val="clear" w:color="auto" w:fill="F2F2F2" w:themeFill="background1" w:themeFillShade="F2"/>
            <w:vAlign w:val="center"/>
          </w:tcPr>
          <w:p w:rsidR="007F7938" w:rsidRPr="0087064C" w:rsidRDefault="007F7938" w:rsidP="000B6F09">
            <w:pPr>
              <w:pStyle w:val="opomba"/>
              <w:spacing w:after="60"/>
              <w:rPr>
                <w:b/>
              </w:rPr>
            </w:pPr>
            <w:r w:rsidRPr="0087064C">
              <w:rPr>
                <w:b/>
              </w:rPr>
              <w:t xml:space="preserve">RAZRED </w:t>
            </w:r>
            <w:r w:rsidR="009020C3">
              <w:rPr>
                <w:b/>
              </w:rPr>
              <w:t>31</w:t>
            </w:r>
            <w:r w:rsidRPr="0087064C">
              <w:rPr>
                <w:b/>
              </w:rPr>
              <w:t xml:space="preserve"> - pojasnjevalne opombe</w:t>
            </w:r>
          </w:p>
        </w:tc>
      </w:tr>
      <w:tr w:rsidR="007F7938" w:rsidRPr="00D85EAF" w:rsidTr="000B6F09">
        <w:trPr>
          <w:trHeight w:val="452"/>
        </w:trPr>
        <w:tc>
          <w:tcPr>
            <w:tcW w:w="9493" w:type="dxa"/>
            <w:gridSpan w:val="2"/>
            <w:shd w:val="clear" w:color="auto" w:fill="F2F2F2" w:themeFill="background1" w:themeFillShade="F2"/>
            <w:vAlign w:val="center"/>
          </w:tcPr>
          <w:p w:rsidR="007F7938" w:rsidRPr="00993A45" w:rsidRDefault="009020C3" w:rsidP="000B6F09">
            <w:pPr>
              <w:pStyle w:val="opomba"/>
              <w:spacing w:before="40" w:after="40"/>
            </w:pPr>
            <w:r>
              <w:t>Razred 31 vključuje zlasti kopenske pridelke in morske sadeže, ki niso bili nikakor pripravljeni za prehrano, žive živali in rastline ter živila in krmo za živali.</w:t>
            </w:r>
          </w:p>
        </w:tc>
      </w:tr>
      <w:tr w:rsidR="007F7938" w:rsidRPr="00D85EAF" w:rsidTr="00634B76">
        <w:trPr>
          <w:trHeight w:val="2885"/>
        </w:trPr>
        <w:tc>
          <w:tcPr>
            <w:tcW w:w="4746" w:type="dxa"/>
            <w:shd w:val="clear" w:color="auto" w:fill="F2F2F2" w:themeFill="background1" w:themeFillShade="F2"/>
          </w:tcPr>
          <w:p w:rsidR="007F7938" w:rsidRPr="00993A45" w:rsidRDefault="007F7938" w:rsidP="00634B76">
            <w:pPr>
              <w:pStyle w:val="opomba"/>
              <w:spacing w:after="60" w:line="240" w:lineRule="auto"/>
            </w:pPr>
            <w:r w:rsidRPr="00D85EAF">
              <w:t>V ta razred so vključeni zlasti:</w:t>
            </w:r>
          </w:p>
          <w:p w:rsidR="009020C3" w:rsidRDefault="009020C3" w:rsidP="00634B76">
            <w:pPr>
              <w:pStyle w:val="opombapika"/>
              <w:spacing w:line="240" w:lineRule="auto"/>
            </w:pPr>
            <w:r>
              <w:t>nepredelane žitarice, nepredelan riž</w:t>
            </w:r>
          </w:p>
          <w:p w:rsidR="009020C3" w:rsidRDefault="009020C3" w:rsidP="00634B76">
            <w:pPr>
              <w:pStyle w:val="opombapika"/>
              <w:spacing w:line="240" w:lineRule="auto"/>
            </w:pPr>
            <w:r>
              <w:t>sveže sadje in zelenjava, tudi po pranju ali voskanju</w:t>
            </w:r>
          </w:p>
          <w:p w:rsidR="009020C3" w:rsidRDefault="009020C3" w:rsidP="00634B76">
            <w:pPr>
              <w:pStyle w:val="opombapika"/>
              <w:spacing w:line="240" w:lineRule="auto"/>
            </w:pPr>
            <w:r>
              <w:t>ostanki rastlin;</w:t>
            </w:r>
          </w:p>
          <w:p w:rsidR="009020C3" w:rsidRDefault="009020C3" w:rsidP="00634B76">
            <w:pPr>
              <w:pStyle w:val="opombapika"/>
              <w:spacing w:line="240" w:lineRule="auto"/>
            </w:pPr>
            <w:r>
              <w:t>nepredelane alge;</w:t>
            </w:r>
          </w:p>
          <w:p w:rsidR="009020C3" w:rsidRDefault="009020C3" w:rsidP="00634B76">
            <w:pPr>
              <w:pStyle w:val="opombapika"/>
              <w:spacing w:line="240" w:lineRule="auto"/>
            </w:pPr>
            <w:r>
              <w:t>neobdelan les;</w:t>
            </w:r>
          </w:p>
          <w:p w:rsidR="009020C3" w:rsidRDefault="009020C3" w:rsidP="00634B76">
            <w:pPr>
              <w:pStyle w:val="opombapika"/>
              <w:spacing w:line="240" w:lineRule="auto"/>
            </w:pPr>
            <w:r>
              <w:t>oplojena jajca za valjenje</w:t>
            </w:r>
          </w:p>
          <w:p w:rsidR="009020C3" w:rsidRDefault="009020C3" w:rsidP="00634B76">
            <w:pPr>
              <w:pStyle w:val="opombapika"/>
              <w:spacing w:line="240" w:lineRule="auto"/>
            </w:pPr>
            <w:r>
              <w:t>sveže gobe in gomoljike;</w:t>
            </w:r>
          </w:p>
          <w:p w:rsidR="007F7938" w:rsidRPr="00993A45" w:rsidRDefault="009020C3" w:rsidP="00634B76">
            <w:pPr>
              <w:pStyle w:val="opombapika"/>
              <w:spacing w:line="240" w:lineRule="auto"/>
            </w:pPr>
            <w:r>
              <w:t>pesek za živali, na primer aromatični pesek, brušen papir za hišne ljubljenčke</w:t>
            </w:r>
          </w:p>
        </w:tc>
        <w:tc>
          <w:tcPr>
            <w:tcW w:w="4747" w:type="dxa"/>
            <w:shd w:val="clear" w:color="auto" w:fill="F2F2F2" w:themeFill="background1" w:themeFillShade="F2"/>
          </w:tcPr>
          <w:p w:rsidR="007F7938" w:rsidRPr="00993A45" w:rsidRDefault="007F7938" w:rsidP="00634B76">
            <w:pPr>
              <w:pStyle w:val="opomba"/>
              <w:spacing w:after="60" w:line="240" w:lineRule="auto"/>
            </w:pPr>
            <w:r w:rsidRPr="00D85EAF">
              <w:t>V ta razred niso vključeni zlasti:</w:t>
            </w:r>
          </w:p>
          <w:p w:rsidR="009020C3" w:rsidRDefault="009020C3" w:rsidP="00634B76">
            <w:pPr>
              <w:pStyle w:val="opombapika"/>
              <w:spacing w:line="240" w:lineRule="auto"/>
            </w:pPr>
            <w:r>
              <w:t>kulture mikroorganizmov in pijavke za medicinske namene (razred 5);</w:t>
            </w:r>
          </w:p>
          <w:p w:rsidR="009020C3" w:rsidRDefault="009020C3" w:rsidP="00634B76">
            <w:pPr>
              <w:pStyle w:val="opombapika"/>
              <w:spacing w:line="240" w:lineRule="auto"/>
            </w:pPr>
            <w:r>
              <w:t>prehranska dopolnila za živali (razred 5) in krma za živali z zdravilnimi učinkovinami (razred 5);</w:t>
            </w:r>
          </w:p>
          <w:p w:rsidR="009020C3" w:rsidRDefault="009020C3" w:rsidP="00634B76">
            <w:pPr>
              <w:pStyle w:val="opombapika"/>
              <w:spacing w:line="240" w:lineRule="auto"/>
            </w:pPr>
            <w:r>
              <w:t>delno obdelan les (razred 19);</w:t>
            </w:r>
          </w:p>
          <w:p w:rsidR="009020C3" w:rsidRDefault="009020C3" w:rsidP="00634B76">
            <w:pPr>
              <w:pStyle w:val="opombapika"/>
              <w:spacing w:line="240" w:lineRule="auto"/>
            </w:pPr>
            <w:r>
              <w:t>umetne vabe za ribe (razred 28);</w:t>
            </w:r>
          </w:p>
          <w:p w:rsidR="007F7938" w:rsidRPr="00993A45" w:rsidRDefault="009020C3" w:rsidP="00634B76">
            <w:pPr>
              <w:pStyle w:val="opombapika"/>
              <w:spacing w:line="240" w:lineRule="auto"/>
            </w:pPr>
            <w:r>
              <w:t>tobak (razred 34).</w:t>
            </w:r>
          </w:p>
        </w:tc>
      </w:tr>
    </w:tbl>
    <w:p w:rsidR="00F875A9" w:rsidRDefault="00F875A9" w:rsidP="00634B76">
      <w:pPr>
        <w:spacing w:after="240"/>
        <w:ind w:left="0" w:firstLine="0"/>
      </w:pPr>
    </w:p>
    <w:p w:rsidR="001F500C" w:rsidRDefault="001F500C" w:rsidP="00634B76">
      <w:pPr>
        <w:spacing w:after="360"/>
        <w:sectPr w:rsidR="001F500C" w:rsidSect="00E00425">
          <w:type w:val="continuous"/>
          <w:pgSz w:w="11907" w:h="16840" w:code="9"/>
          <w:pgMar w:top="1418" w:right="1418" w:bottom="1418" w:left="1418" w:header="720" w:footer="720" w:gutter="0"/>
          <w:cols w:space="720"/>
          <w:docGrid w:linePitch="360"/>
        </w:sectPr>
      </w:pPr>
    </w:p>
    <w:p w:rsidR="004611C8" w:rsidRDefault="004611C8" w:rsidP="00634B76">
      <w:pPr>
        <w:spacing w:after="50"/>
      </w:pPr>
      <w:r>
        <w:t>310002</w:t>
      </w:r>
      <w:r>
        <w:tab/>
        <w:t>Agrumi, sveži</w:t>
      </w:r>
    </w:p>
    <w:p w:rsidR="004611C8" w:rsidRDefault="004611C8" w:rsidP="00634B76">
      <w:pPr>
        <w:spacing w:after="50"/>
      </w:pPr>
      <w:r>
        <w:t>310004</w:t>
      </w:r>
      <w:r>
        <w:tab/>
        <w:t>Nepredelani oreščki</w:t>
      </w:r>
    </w:p>
    <w:p w:rsidR="004611C8" w:rsidRDefault="004611C8" w:rsidP="00634B76">
      <w:pPr>
        <w:spacing w:after="50"/>
      </w:pPr>
      <w:r>
        <w:t>310005</w:t>
      </w:r>
      <w:r>
        <w:tab/>
        <w:t>Divje živali</w:t>
      </w:r>
    </w:p>
    <w:p w:rsidR="004611C8" w:rsidRDefault="004611C8" w:rsidP="00634B76">
      <w:pPr>
        <w:spacing w:after="50"/>
      </w:pPr>
      <w:r>
        <w:t>310006</w:t>
      </w:r>
      <w:r>
        <w:tab/>
        <w:t>Živali, žive</w:t>
      </w:r>
    </w:p>
    <w:p w:rsidR="004611C8" w:rsidRDefault="004611C8" w:rsidP="00634B76">
      <w:pPr>
        <w:spacing w:after="50"/>
      </w:pPr>
      <w:r>
        <w:t>310007</w:t>
      </w:r>
      <w:r>
        <w:tab/>
        <w:t>Živila in krma za živali</w:t>
      </w:r>
    </w:p>
    <w:p w:rsidR="004611C8" w:rsidRDefault="004611C8" w:rsidP="00634B76">
      <w:pPr>
        <w:spacing w:after="50"/>
      </w:pPr>
      <w:r>
        <w:t>310008</w:t>
      </w:r>
      <w:r>
        <w:tab/>
        <w:t>Drevesa</w:t>
      </w:r>
    </w:p>
    <w:p w:rsidR="004611C8" w:rsidRDefault="004611C8" w:rsidP="00634B76">
      <w:pPr>
        <w:spacing w:after="50"/>
      </w:pPr>
      <w:r>
        <w:t>310009</w:t>
      </w:r>
      <w:r>
        <w:tab/>
        <w:t>Božična drevesa</w:t>
      </w:r>
    </w:p>
    <w:p w:rsidR="004611C8" w:rsidRDefault="004611C8" w:rsidP="00634B76">
      <w:pPr>
        <w:spacing w:after="50"/>
      </w:pPr>
      <w:r>
        <w:t>310010</w:t>
      </w:r>
      <w:r>
        <w:tab/>
        <w:t>Drevesna debla</w:t>
      </w:r>
    </w:p>
    <w:p w:rsidR="004611C8" w:rsidRDefault="004611C8" w:rsidP="00634B76">
      <w:pPr>
        <w:spacing w:after="50"/>
      </w:pPr>
      <w:r>
        <w:t>310012</w:t>
      </w:r>
      <w:r>
        <w:tab/>
        <w:t>Oves</w:t>
      </w:r>
    </w:p>
    <w:p w:rsidR="004611C8" w:rsidRDefault="004611C8" w:rsidP="00634B76">
      <w:pPr>
        <w:spacing w:after="50"/>
      </w:pPr>
      <w:r>
        <w:t>310013</w:t>
      </w:r>
      <w:r>
        <w:tab/>
        <w:t>Jagode, razne vrste, sveže</w:t>
      </w:r>
    </w:p>
    <w:p w:rsidR="004611C8" w:rsidRDefault="004611C8" w:rsidP="00634B76">
      <w:pPr>
        <w:spacing w:after="50"/>
      </w:pPr>
      <w:r>
        <w:t>310014</w:t>
      </w:r>
      <w:r>
        <w:tab/>
        <w:t>Sol za živino</w:t>
      </w:r>
    </w:p>
    <w:p w:rsidR="004611C8" w:rsidRDefault="004611C8" w:rsidP="00634B76">
      <w:pPr>
        <w:spacing w:after="50"/>
      </w:pPr>
      <w:r>
        <w:t>310015</w:t>
      </w:r>
      <w:r>
        <w:tab/>
        <w:t>Pesa, sveža</w:t>
      </w:r>
    </w:p>
    <w:p w:rsidR="004611C8" w:rsidRDefault="004611C8" w:rsidP="00634B76">
      <w:pPr>
        <w:spacing w:after="50"/>
      </w:pPr>
      <w:r>
        <w:t>310016</w:t>
      </w:r>
      <w:r>
        <w:tab/>
        <w:t>Otrobi</w:t>
      </w:r>
    </w:p>
    <w:p w:rsidR="004611C8" w:rsidRDefault="004611C8" w:rsidP="00634B76">
      <w:pPr>
        <w:spacing w:after="50"/>
      </w:pPr>
      <w:r>
        <w:t>310017</w:t>
      </w:r>
      <w:r>
        <w:tab/>
        <w:t>Neobdelan les</w:t>
      </w:r>
    </w:p>
    <w:p w:rsidR="004611C8" w:rsidRDefault="004611C8" w:rsidP="00634B76">
      <w:pPr>
        <w:spacing w:after="50"/>
      </w:pPr>
      <w:r>
        <w:t>310018</w:t>
      </w:r>
      <w:r>
        <w:tab/>
        <w:t>Leseni koščki za izdelavo lesne kaše</w:t>
      </w:r>
    </w:p>
    <w:p w:rsidR="004611C8" w:rsidRDefault="004611C8" w:rsidP="00634B76">
      <w:pPr>
        <w:spacing w:after="50"/>
      </w:pPr>
      <w:r>
        <w:t>310019</w:t>
      </w:r>
      <w:r>
        <w:tab/>
        <w:t>Neobeljen posekan les</w:t>
      </w:r>
    </w:p>
    <w:p w:rsidR="004611C8" w:rsidRDefault="004611C8" w:rsidP="00634B76">
      <w:pPr>
        <w:spacing w:after="50"/>
      </w:pPr>
      <w:r>
        <w:t>310020</w:t>
      </w:r>
      <w:r>
        <w:tab/>
        <w:t>Kakavova zrna, surova</w:t>
      </w:r>
    </w:p>
    <w:p w:rsidR="004611C8" w:rsidRDefault="004611C8" w:rsidP="00634B76">
      <w:pPr>
        <w:spacing w:after="50"/>
      </w:pPr>
      <w:r>
        <w:t>310021</w:t>
      </w:r>
      <w:r>
        <w:tab/>
        <w:t>Sladkorni trs</w:t>
      </w:r>
    </w:p>
    <w:p w:rsidR="004611C8" w:rsidRDefault="004611C8" w:rsidP="00634B76">
      <w:pPr>
        <w:spacing w:after="50"/>
      </w:pPr>
      <w:r>
        <w:t>310022</w:t>
      </w:r>
      <w:r>
        <w:tab/>
        <w:t>Rožiči, surovi</w:t>
      </w:r>
    </w:p>
    <w:p w:rsidR="004611C8" w:rsidRDefault="004611C8" w:rsidP="00634B76">
      <w:pPr>
        <w:spacing w:after="50"/>
      </w:pPr>
      <w:r>
        <w:t>310023</w:t>
      </w:r>
      <w:r>
        <w:tab/>
        <w:t>Zrnje žitaric, nepredelano</w:t>
      </w:r>
    </w:p>
    <w:p w:rsidR="004611C8" w:rsidRDefault="004611C8" w:rsidP="00634B76">
      <w:pPr>
        <w:spacing w:after="50"/>
      </w:pPr>
      <w:r>
        <w:t>310024</w:t>
      </w:r>
      <w:r>
        <w:tab/>
        <w:t>Gobe, sveže</w:t>
      </w:r>
    </w:p>
    <w:p w:rsidR="004611C8" w:rsidRDefault="004611C8" w:rsidP="00634B76">
      <w:pPr>
        <w:spacing w:after="50"/>
      </w:pPr>
      <w:r>
        <w:t>310025</w:t>
      </w:r>
      <w:r>
        <w:tab/>
        <w:t>Miceliji za gojenje gob</w:t>
      </w:r>
    </w:p>
    <w:p w:rsidR="004611C8" w:rsidRDefault="004611C8" w:rsidP="00634B76">
      <w:pPr>
        <w:spacing w:after="50"/>
      </w:pPr>
      <w:r>
        <w:t>310027</w:t>
      </w:r>
      <w:r>
        <w:tab/>
        <w:t>Kostanj-plod, surov</w:t>
      </w:r>
    </w:p>
    <w:p w:rsidR="004611C8" w:rsidRDefault="004611C8" w:rsidP="00634B76">
      <w:pPr>
        <w:spacing w:after="50"/>
      </w:pPr>
      <w:r>
        <w:t>310028</w:t>
      </w:r>
      <w:r>
        <w:tab/>
        <w:t>Apno za živalsko krmo</w:t>
      </w:r>
    </w:p>
    <w:p w:rsidR="004611C8" w:rsidRDefault="004611C8" w:rsidP="00634B76">
      <w:pPr>
        <w:spacing w:after="50"/>
      </w:pPr>
      <w:r>
        <w:t>310029</w:t>
      </w:r>
      <w:r>
        <w:tab/>
        <w:t>Cikorija, korenine</w:t>
      </w:r>
    </w:p>
    <w:p w:rsidR="004611C8" w:rsidRDefault="004611C8" w:rsidP="00634B76">
      <w:pPr>
        <w:spacing w:after="50"/>
      </w:pPr>
      <w:r>
        <w:t>310030</w:t>
      </w:r>
      <w:r>
        <w:tab/>
        <w:t>Cikorija, sveža</w:t>
      </w:r>
    </w:p>
    <w:p w:rsidR="004611C8" w:rsidRDefault="004611C8" w:rsidP="00634B76">
      <w:pPr>
        <w:spacing w:after="50"/>
      </w:pPr>
      <w:r>
        <w:t>310031</w:t>
      </w:r>
      <w:r>
        <w:tab/>
        <w:t>Pasji piškoti</w:t>
      </w:r>
    </w:p>
    <w:p w:rsidR="004611C8" w:rsidRDefault="004611C8" w:rsidP="00634B76">
      <w:pPr>
        <w:spacing w:after="50"/>
      </w:pPr>
      <w:r>
        <w:t>310032</w:t>
      </w:r>
      <w:r>
        <w:tab/>
        <w:t>Limone, sveže</w:t>
      </w:r>
    </w:p>
    <w:p w:rsidR="004611C8" w:rsidRDefault="004611C8" w:rsidP="00634B76">
      <w:pPr>
        <w:spacing w:after="50"/>
      </w:pPr>
      <w:r>
        <w:t>310033</w:t>
      </w:r>
      <w:r>
        <w:tab/>
        <w:t>Lupine kokosovih orehov</w:t>
      </w:r>
    </w:p>
    <w:p w:rsidR="004611C8" w:rsidRDefault="004611C8" w:rsidP="00634B76">
      <w:pPr>
        <w:spacing w:after="50"/>
      </w:pPr>
      <w:r>
        <w:t>310034</w:t>
      </w:r>
      <w:r>
        <w:tab/>
        <w:t>Kokosovi orehi</w:t>
      </w:r>
    </w:p>
    <w:p w:rsidR="004611C8" w:rsidRDefault="004611C8" w:rsidP="00634B76">
      <w:pPr>
        <w:spacing w:after="50"/>
      </w:pPr>
      <w:r>
        <w:t>310035</w:t>
      </w:r>
      <w:r>
        <w:tab/>
        <w:t>Ptičja hrana</w:t>
      </w:r>
    </w:p>
    <w:p w:rsidR="004611C8" w:rsidRDefault="004611C8" w:rsidP="00634B76">
      <w:pPr>
        <w:spacing w:after="50"/>
      </w:pPr>
      <w:r>
        <w:t>310036</w:t>
      </w:r>
      <w:r>
        <w:tab/>
        <w:t>Pogača iz oljne ogrščice za krmljenje živine</w:t>
      </w:r>
    </w:p>
    <w:p w:rsidR="004611C8" w:rsidRDefault="004611C8" w:rsidP="00634B76">
      <w:pPr>
        <w:spacing w:after="50"/>
      </w:pPr>
      <w:r>
        <w:t>310037</w:t>
      </w:r>
      <w:r>
        <w:tab/>
        <w:t>Kumare, sveže</w:t>
      </w:r>
    </w:p>
    <w:p w:rsidR="004611C8" w:rsidRDefault="004611C8" w:rsidP="00634B76">
      <w:pPr>
        <w:spacing w:after="50"/>
      </w:pPr>
      <w:r>
        <w:t>310038</w:t>
      </w:r>
      <w:r>
        <w:tab/>
        <w:t>Nepredelani hmeljni storžki</w:t>
      </w:r>
    </w:p>
    <w:p w:rsidR="004611C8" w:rsidRDefault="004611C8" w:rsidP="00634B76">
      <w:pPr>
        <w:spacing w:after="50"/>
      </w:pPr>
      <w:r>
        <w:t>310039</w:t>
      </w:r>
      <w:r>
        <w:tab/>
        <w:t>Kaša iz otrobov, za živalsko prehrano</w:t>
      </w:r>
    </w:p>
    <w:p w:rsidR="004611C8" w:rsidRDefault="004611C8" w:rsidP="00634B76">
      <w:pPr>
        <w:spacing w:after="50"/>
      </w:pPr>
      <w:r>
        <w:t>310040</w:t>
      </w:r>
      <w:r>
        <w:tab/>
        <w:t>Posušena jedra kokosovih orehov</w:t>
      </w:r>
    </w:p>
    <w:p w:rsidR="004611C8" w:rsidRDefault="004611C8" w:rsidP="00634B76">
      <w:pPr>
        <w:spacing w:after="50"/>
      </w:pPr>
      <w:r>
        <w:t>310041</w:t>
      </w:r>
      <w:r>
        <w:tab/>
        <w:t>Lupinarji, živi</w:t>
      </w:r>
    </w:p>
    <w:p w:rsidR="004611C8" w:rsidRDefault="004611C8" w:rsidP="00634B76">
      <w:pPr>
        <w:spacing w:after="50"/>
      </w:pPr>
      <w:r>
        <w:t>310042</w:t>
      </w:r>
      <w:r>
        <w:tab/>
        <w:t>Sveža zelenjava</w:t>
      </w:r>
    </w:p>
    <w:p w:rsidR="004611C8" w:rsidRDefault="004611C8" w:rsidP="00634B76">
      <w:pPr>
        <w:spacing w:after="50"/>
      </w:pPr>
      <w:r>
        <w:t>310043</w:t>
      </w:r>
      <w:r>
        <w:tab/>
        <w:t>Jedilne buče, sveže</w:t>
      </w:r>
    </w:p>
    <w:p w:rsidR="004611C8" w:rsidRDefault="004611C8" w:rsidP="00634B76">
      <w:pPr>
        <w:spacing w:after="50"/>
      </w:pPr>
      <w:r>
        <w:t>310044</w:t>
      </w:r>
      <w:r>
        <w:tab/>
        <w:t>Venci iz svežih rož</w:t>
      </w:r>
    </w:p>
    <w:p w:rsidR="004611C8" w:rsidRDefault="004611C8" w:rsidP="00634B76">
      <w:pPr>
        <w:spacing w:after="50"/>
      </w:pPr>
      <w:r>
        <w:t>310046</w:t>
      </w:r>
      <w:r>
        <w:tab/>
        <w:t>Slamnati drobir za pokrivanje</w:t>
      </w:r>
    </w:p>
    <w:p w:rsidR="004611C8" w:rsidRDefault="004611C8" w:rsidP="00634B76">
      <w:pPr>
        <w:spacing w:after="50"/>
      </w:pPr>
      <w:r>
        <w:t>310048</w:t>
      </w:r>
      <w:r>
        <w:tab/>
        <w:t>Destilacijski ostanki za živalsko prehrano</w:t>
      </w:r>
    </w:p>
    <w:p w:rsidR="004611C8" w:rsidRDefault="004611C8" w:rsidP="00634B76">
      <w:pPr>
        <w:spacing w:after="50"/>
      </w:pPr>
      <w:r>
        <w:t>310049</w:t>
      </w:r>
      <w:r>
        <w:tab/>
        <w:t>Tropine</w:t>
      </w:r>
    </w:p>
    <w:p w:rsidR="004611C8" w:rsidRDefault="004611C8" w:rsidP="00634B76">
      <w:pPr>
        <w:spacing w:after="50"/>
      </w:pPr>
      <w:r>
        <w:t>310050</w:t>
      </w:r>
      <w:r>
        <w:tab/>
        <w:t>Vzrejna živina</w:t>
      </w:r>
    </w:p>
    <w:p w:rsidR="004611C8" w:rsidRDefault="004611C8" w:rsidP="00634B76">
      <w:pPr>
        <w:spacing w:after="50"/>
      </w:pPr>
      <w:r>
        <w:t>310053</w:t>
      </w:r>
      <w:r>
        <w:tab/>
        <w:t>Riževa moka za krmo</w:t>
      </w:r>
    </w:p>
    <w:p w:rsidR="004611C8" w:rsidRDefault="004611C8" w:rsidP="00634B76">
      <w:pPr>
        <w:spacing w:after="50"/>
      </w:pPr>
      <w:r>
        <w:t>310054</w:t>
      </w:r>
      <w:r>
        <w:tab/>
        <w:t>Fižol, svež</w:t>
      </w:r>
    </w:p>
    <w:p w:rsidR="004611C8" w:rsidRDefault="004611C8" w:rsidP="00634B76">
      <w:pPr>
        <w:spacing w:after="50"/>
      </w:pPr>
      <w:r>
        <w:t>310055</w:t>
      </w:r>
      <w:r>
        <w:tab/>
        <w:t>Rože</w:t>
      </w:r>
    </w:p>
    <w:p w:rsidR="004611C8" w:rsidRDefault="004611C8" w:rsidP="00634B76">
      <w:pPr>
        <w:spacing w:after="50"/>
      </w:pPr>
      <w:r>
        <w:t>310056</w:t>
      </w:r>
      <w:r>
        <w:tab/>
        <w:t>Rože, suhe za dekoracijo</w:t>
      </w:r>
    </w:p>
    <w:p w:rsidR="004611C8" w:rsidRDefault="004611C8" w:rsidP="00634B76">
      <w:pPr>
        <w:spacing w:after="50"/>
      </w:pPr>
      <w:r>
        <w:t>310057</w:t>
      </w:r>
      <w:r>
        <w:tab/>
        <w:t>Pelod [surovina]</w:t>
      </w:r>
    </w:p>
    <w:p w:rsidR="004611C8" w:rsidRDefault="004611C8" w:rsidP="00634B76">
      <w:pPr>
        <w:spacing w:after="50"/>
      </w:pPr>
      <w:r>
        <w:t>310058</w:t>
      </w:r>
      <w:r>
        <w:tab/>
        <w:t>Seno</w:t>
      </w:r>
    </w:p>
    <w:p w:rsidR="004611C8" w:rsidRDefault="004611C8" w:rsidP="00634B76">
      <w:pPr>
        <w:spacing w:after="50"/>
      </w:pPr>
      <w:r>
        <w:t>310059</w:t>
      </w:r>
      <w:r>
        <w:tab/>
        <w:t>Krepilna živila za živali</w:t>
      </w:r>
    </w:p>
    <w:p w:rsidR="004611C8" w:rsidRDefault="004611C8" w:rsidP="00634B76">
      <w:pPr>
        <w:spacing w:after="50"/>
      </w:pPr>
      <w:r>
        <w:t>310061</w:t>
      </w:r>
      <w:r>
        <w:tab/>
        <w:t>Pšenica</w:t>
      </w:r>
    </w:p>
    <w:p w:rsidR="004611C8" w:rsidRDefault="004611C8" w:rsidP="00634B76">
      <w:pPr>
        <w:spacing w:after="50"/>
      </w:pPr>
      <w:r>
        <w:t>310062</w:t>
      </w:r>
      <w:r>
        <w:tab/>
        <w:t>Sveže sadje</w:t>
      </w:r>
    </w:p>
    <w:p w:rsidR="004611C8" w:rsidRDefault="004611C8" w:rsidP="00634B76">
      <w:pPr>
        <w:spacing w:after="50"/>
      </w:pPr>
      <w:r>
        <w:t>310064</w:t>
      </w:r>
      <w:r>
        <w:tab/>
        <w:t>Brinove jagode</w:t>
      </w:r>
    </w:p>
    <w:p w:rsidR="004611C8" w:rsidRDefault="004611C8" w:rsidP="00634B76">
      <w:pPr>
        <w:spacing w:after="50"/>
      </w:pPr>
      <w:r>
        <w:t>310065</w:t>
      </w:r>
      <w:r>
        <w:tab/>
        <w:t>Kalčki, za botanične namene</w:t>
      </w:r>
    </w:p>
    <w:p w:rsidR="004611C8" w:rsidRDefault="004611C8" w:rsidP="00634B76">
      <w:pPr>
        <w:spacing w:after="50"/>
      </w:pPr>
      <w:r>
        <w:t>310066</w:t>
      </w:r>
      <w:r>
        <w:tab/>
        <w:t>Zrnje žitaric</w:t>
      </w:r>
    </w:p>
    <w:p w:rsidR="004611C8" w:rsidRDefault="004611C8" w:rsidP="00634B76">
      <w:pPr>
        <w:spacing w:after="50"/>
      </w:pPr>
      <w:r>
        <w:t>310067</w:t>
      </w:r>
      <w:r>
        <w:tab/>
        <w:t>Zrnje za živalsko prehrano</w:t>
      </w:r>
    </w:p>
    <w:p w:rsidR="004611C8" w:rsidRDefault="004611C8" w:rsidP="00634B76">
      <w:pPr>
        <w:spacing w:after="50"/>
      </w:pPr>
      <w:r>
        <w:t>310069</w:t>
      </w:r>
      <w:r>
        <w:tab/>
        <w:t>Kaša za perutnino</w:t>
      </w:r>
    </w:p>
    <w:p w:rsidR="004611C8" w:rsidRDefault="004611C8" w:rsidP="00634B76">
      <w:pPr>
        <w:spacing w:after="50"/>
      </w:pPr>
      <w:r>
        <w:t>310070</w:t>
      </w:r>
      <w:r>
        <w:tab/>
        <w:t>Vrtna zelišča, sveža</w:t>
      </w:r>
    </w:p>
    <w:p w:rsidR="004611C8" w:rsidRDefault="004611C8" w:rsidP="00634B76">
      <w:pPr>
        <w:spacing w:after="50"/>
      </w:pPr>
      <w:r>
        <w:lastRenderedPageBreak/>
        <w:t>310071</w:t>
      </w:r>
      <w:r>
        <w:tab/>
        <w:t>Rastline</w:t>
      </w:r>
    </w:p>
    <w:p w:rsidR="004611C8" w:rsidRDefault="004611C8" w:rsidP="00634B76">
      <w:pPr>
        <w:spacing w:after="50"/>
      </w:pPr>
      <w:r>
        <w:t>310072</w:t>
      </w:r>
      <w:r>
        <w:tab/>
        <w:t>Sadike</w:t>
      </w:r>
    </w:p>
    <w:p w:rsidR="004611C8" w:rsidRDefault="004611C8" w:rsidP="00634B76">
      <w:pPr>
        <w:spacing w:after="50"/>
      </w:pPr>
      <w:r>
        <w:t>310073</w:t>
      </w:r>
      <w:r>
        <w:tab/>
        <w:t>Hmelj</w:t>
      </w:r>
    </w:p>
    <w:p w:rsidR="004611C8" w:rsidRDefault="004611C8" w:rsidP="00634B76">
      <w:pPr>
        <w:spacing w:after="50"/>
      </w:pPr>
      <w:r>
        <w:t>310075</w:t>
      </w:r>
      <w:r>
        <w:tab/>
        <w:t>Zelena solata, sveža</w:t>
      </w:r>
    </w:p>
    <w:p w:rsidR="004611C8" w:rsidRDefault="004611C8" w:rsidP="00634B76">
      <w:pPr>
        <w:spacing w:after="50"/>
      </w:pPr>
      <w:r>
        <w:t>310076</w:t>
      </w:r>
      <w:r>
        <w:tab/>
        <w:t>Leča, sveža</w:t>
      </w:r>
    </w:p>
    <w:p w:rsidR="004611C8" w:rsidRDefault="004611C8" w:rsidP="00634B76">
      <w:pPr>
        <w:spacing w:after="50"/>
      </w:pPr>
      <w:r>
        <w:t>310077</w:t>
      </w:r>
      <w:r>
        <w:tab/>
        <w:t>Kvas za živalsko prehrano</w:t>
      </w:r>
    </w:p>
    <w:p w:rsidR="004611C8" w:rsidRDefault="004611C8" w:rsidP="00634B76">
      <w:pPr>
        <w:spacing w:after="50"/>
      </w:pPr>
      <w:r>
        <w:t>310078</w:t>
      </w:r>
      <w:r>
        <w:tab/>
        <w:t>Surova pluta</w:t>
      </w:r>
    </w:p>
    <w:p w:rsidR="004611C8" w:rsidRDefault="004611C8" w:rsidP="00634B76">
      <w:pPr>
        <w:spacing w:after="50"/>
      </w:pPr>
      <w:r>
        <w:t>310079</w:t>
      </w:r>
      <w:r>
        <w:tab/>
        <w:t>Lanena moka [krma]</w:t>
      </w:r>
    </w:p>
    <w:p w:rsidR="004611C8" w:rsidRDefault="004611C8" w:rsidP="00634B76">
      <w:pPr>
        <w:spacing w:after="50"/>
      </w:pPr>
      <w:r>
        <w:t>310080</w:t>
      </w:r>
      <w:r>
        <w:tab/>
        <w:t>Stelja za živali</w:t>
      </w:r>
    </w:p>
    <w:p w:rsidR="004611C8" w:rsidRDefault="004611C8" w:rsidP="00634B76">
      <w:pPr>
        <w:spacing w:after="50"/>
      </w:pPr>
      <w:r>
        <w:t>310081</w:t>
      </w:r>
      <w:r>
        <w:tab/>
        <w:t>Stelja iz šote</w:t>
      </w:r>
    </w:p>
    <w:p w:rsidR="004611C8" w:rsidRDefault="004611C8" w:rsidP="00634B76">
      <w:pPr>
        <w:spacing w:after="50"/>
      </w:pPr>
      <w:r>
        <w:t>310082</w:t>
      </w:r>
      <w:r>
        <w:tab/>
        <w:t>Koruza</w:t>
      </w:r>
    </w:p>
    <w:p w:rsidR="004611C8" w:rsidRDefault="004611C8" w:rsidP="00634B76">
      <w:pPr>
        <w:spacing w:after="50"/>
      </w:pPr>
      <w:r>
        <w:t>310083</w:t>
      </w:r>
      <w:r>
        <w:tab/>
        <w:t>Koruzna pogača za živino</w:t>
      </w:r>
    </w:p>
    <w:p w:rsidR="004611C8" w:rsidRDefault="004611C8" w:rsidP="00634B76">
      <w:pPr>
        <w:spacing w:after="50"/>
      </w:pPr>
      <w:r>
        <w:t>310084</w:t>
      </w:r>
      <w:r>
        <w:tab/>
        <w:t>Slad za kuhanje in destilacijo</w:t>
      </w:r>
    </w:p>
    <w:p w:rsidR="004611C8" w:rsidRDefault="004611C8" w:rsidP="00634B76">
      <w:pPr>
        <w:spacing w:after="50"/>
      </w:pPr>
      <w:r>
        <w:t>310087</w:t>
      </w:r>
      <w:r>
        <w:tab/>
        <w:t>Sveži lešniki</w:t>
      </w:r>
    </w:p>
    <w:p w:rsidR="004611C8" w:rsidRDefault="004611C8" w:rsidP="00634B76">
      <w:pPr>
        <w:spacing w:after="50"/>
      </w:pPr>
      <w:r>
        <w:t>310088</w:t>
      </w:r>
      <w:r>
        <w:tab/>
        <w:t>Moka za živali</w:t>
      </w:r>
    </w:p>
    <w:p w:rsidR="004611C8" w:rsidRDefault="004611C8" w:rsidP="00634B76">
      <w:pPr>
        <w:spacing w:after="50"/>
      </w:pPr>
      <w:r>
        <w:t>310089</w:t>
      </w:r>
      <w:r>
        <w:tab/>
        <w:t>Ribje ikre</w:t>
      </w:r>
    </w:p>
    <w:p w:rsidR="004611C8" w:rsidRDefault="004611C8" w:rsidP="00634B76">
      <w:pPr>
        <w:spacing w:after="50"/>
      </w:pPr>
      <w:r>
        <w:t>310090</w:t>
      </w:r>
      <w:r>
        <w:tab/>
        <w:t>Jajca sviloprejk</w:t>
      </w:r>
    </w:p>
    <w:p w:rsidR="004611C8" w:rsidRDefault="004611C8" w:rsidP="00634B76">
      <w:pPr>
        <w:spacing w:after="50"/>
      </w:pPr>
      <w:r>
        <w:t>310092</w:t>
      </w:r>
      <w:r>
        <w:tab/>
        <w:t>Čebula, sveža zelenjava</w:t>
      </w:r>
    </w:p>
    <w:p w:rsidR="004611C8" w:rsidRDefault="004611C8" w:rsidP="00634B76">
      <w:pPr>
        <w:spacing w:after="50"/>
      </w:pPr>
      <w:r>
        <w:t>310093</w:t>
      </w:r>
      <w:r>
        <w:tab/>
        <w:t>Sveže olive</w:t>
      </w:r>
    </w:p>
    <w:p w:rsidR="004611C8" w:rsidRDefault="004611C8" w:rsidP="00634B76">
      <w:pPr>
        <w:spacing w:after="50"/>
      </w:pPr>
      <w:r>
        <w:t>310094</w:t>
      </w:r>
      <w:r>
        <w:tab/>
        <w:t>Pomaranče</w:t>
      </w:r>
    </w:p>
    <w:p w:rsidR="004611C8" w:rsidRDefault="004611C8" w:rsidP="00634B76">
      <w:pPr>
        <w:spacing w:after="50"/>
      </w:pPr>
      <w:r>
        <w:t>310095</w:t>
      </w:r>
      <w:r>
        <w:tab/>
        <w:t>Ječmen</w:t>
      </w:r>
    </w:p>
    <w:p w:rsidR="004611C8" w:rsidRDefault="004611C8" w:rsidP="00634B76">
      <w:pPr>
        <w:spacing w:after="50"/>
      </w:pPr>
      <w:r>
        <w:t>310096</w:t>
      </w:r>
      <w:r>
        <w:tab/>
        <w:t>Koprive</w:t>
      </w:r>
    </w:p>
    <w:p w:rsidR="004611C8" w:rsidRDefault="004611C8" w:rsidP="00634B76">
      <w:pPr>
        <w:spacing w:after="50"/>
      </w:pPr>
      <w:r>
        <w:t>310097</w:t>
      </w:r>
      <w:r>
        <w:tab/>
        <w:t>Sipine kosti za ptiče</w:t>
      </w:r>
    </w:p>
    <w:p w:rsidR="004611C8" w:rsidRDefault="004611C8" w:rsidP="00634B76">
      <w:pPr>
        <w:spacing w:after="50"/>
      </w:pPr>
      <w:r>
        <w:t>310098</w:t>
      </w:r>
      <w:r>
        <w:tab/>
        <w:t>Slamnata stelja</w:t>
      </w:r>
    </w:p>
    <w:p w:rsidR="004611C8" w:rsidRDefault="004611C8" w:rsidP="00634B76">
      <w:pPr>
        <w:spacing w:after="50"/>
      </w:pPr>
      <w:r>
        <w:t>310099</w:t>
      </w:r>
      <w:r>
        <w:tab/>
        <w:t>Slama za krmo</w:t>
      </w:r>
    </w:p>
    <w:p w:rsidR="004611C8" w:rsidRDefault="004611C8" w:rsidP="00634B76">
      <w:pPr>
        <w:spacing w:after="50"/>
      </w:pPr>
      <w:r>
        <w:t>310100</w:t>
      </w:r>
      <w:r>
        <w:tab/>
        <w:t>Palme, listi</w:t>
      </w:r>
    </w:p>
    <w:p w:rsidR="004611C8" w:rsidRDefault="004611C8" w:rsidP="00634B76">
      <w:pPr>
        <w:spacing w:after="50"/>
      </w:pPr>
      <w:r>
        <w:t>310101</w:t>
      </w:r>
      <w:r>
        <w:tab/>
        <w:t>Palme, drevesa</w:t>
      </w:r>
    </w:p>
    <w:p w:rsidR="004611C8" w:rsidRDefault="004611C8" w:rsidP="00634B76">
      <w:pPr>
        <w:spacing w:after="50"/>
      </w:pPr>
      <w:r>
        <w:t>310102</w:t>
      </w:r>
      <w:r>
        <w:tab/>
        <w:t>Kašasta krma za vzrejo živali</w:t>
      </w:r>
    </w:p>
    <w:p w:rsidR="004611C8" w:rsidRDefault="004611C8" w:rsidP="00634B76">
      <w:pPr>
        <w:spacing w:after="50"/>
      </w:pPr>
      <w:r>
        <w:t>310103</w:t>
      </w:r>
      <w:r>
        <w:tab/>
        <w:t>Žive ribe</w:t>
      </w:r>
    </w:p>
    <w:p w:rsidR="004611C8" w:rsidRDefault="004611C8" w:rsidP="00634B76">
      <w:pPr>
        <w:spacing w:after="50"/>
      </w:pPr>
      <w:r>
        <w:t>310104</w:t>
      </w:r>
      <w:r>
        <w:tab/>
        <w:t>Vinska trta</w:t>
      </w:r>
    </w:p>
    <w:p w:rsidR="004611C8" w:rsidRDefault="004611C8" w:rsidP="00634B76">
      <w:pPr>
        <w:spacing w:after="50"/>
      </w:pPr>
      <w:r>
        <w:t>310105</w:t>
      </w:r>
      <w:r>
        <w:tab/>
        <w:t>Borovi storži</w:t>
      </w:r>
    </w:p>
    <w:p w:rsidR="004611C8" w:rsidRDefault="004611C8" w:rsidP="00634B76">
      <w:pPr>
        <w:spacing w:after="50"/>
      </w:pPr>
      <w:r>
        <w:t>310106</w:t>
      </w:r>
      <w:r>
        <w:tab/>
        <w:t>Paprika [rastlina]</w:t>
      </w:r>
    </w:p>
    <w:p w:rsidR="004611C8" w:rsidRDefault="004611C8" w:rsidP="00634B76">
      <w:pPr>
        <w:spacing w:after="50"/>
      </w:pPr>
      <w:r>
        <w:t>310107</w:t>
      </w:r>
      <w:r>
        <w:tab/>
        <w:t>Suhe rastline za dekoracijo</w:t>
      </w:r>
    </w:p>
    <w:p w:rsidR="004611C8" w:rsidRDefault="004611C8" w:rsidP="00634B76">
      <w:pPr>
        <w:spacing w:after="50"/>
      </w:pPr>
      <w:r>
        <w:t>310108</w:t>
      </w:r>
      <w:r>
        <w:tab/>
        <w:t>Por, svež</w:t>
      </w:r>
    </w:p>
    <w:p w:rsidR="004611C8" w:rsidRDefault="004611C8" w:rsidP="00634B76">
      <w:pPr>
        <w:spacing w:after="50"/>
      </w:pPr>
      <w:r>
        <w:t>310109</w:t>
      </w:r>
      <w:r>
        <w:tab/>
        <w:t>Grah, svež</w:t>
      </w:r>
    </w:p>
    <w:p w:rsidR="004611C8" w:rsidRDefault="004611C8" w:rsidP="00634B76">
      <w:pPr>
        <w:spacing w:after="50"/>
      </w:pPr>
      <w:r>
        <w:t>310110</w:t>
      </w:r>
      <w:r>
        <w:tab/>
        <w:t>Krompir, svež</w:t>
      </w:r>
    </w:p>
    <w:p w:rsidR="004611C8" w:rsidRDefault="004611C8" w:rsidP="00634B76">
      <w:pPr>
        <w:spacing w:after="50"/>
      </w:pPr>
      <w:r>
        <w:t>310111</w:t>
      </w:r>
      <w:r>
        <w:tab/>
        <w:t>Proizvodi za nesnice</w:t>
      </w:r>
    </w:p>
    <w:p w:rsidR="004611C8" w:rsidRDefault="004611C8" w:rsidP="00634B76">
      <w:pPr>
        <w:spacing w:after="50"/>
      </w:pPr>
      <w:r>
        <w:t>310112</w:t>
      </w:r>
      <w:r>
        <w:tab/>
        <w:t>Krma za živali</w:t>
      </w:r>
    </w:p>
    <w:p w:rsidR="004611C8" w:rsidRDefault="004611C8" w:rsidP="00634B76">
      <w:pPr>
        <w:spacing w:after="50"/>
      </w:pPr>
      <w:r>
        <w:t>310114</w:t>
      </w:r>
      <w:r>
        <w:tab/>
        <w:t>Korenine za živalsko prehrano</w:t>
      </w:r>
    </w:p>
    <w:p w:rsidR="004611C8" w:rsidRDefault="004611C8" w:rsidP="00634B76">
      <w:pPr>
        <w:spacing w:after="50"/>
      </w:pPr>
      <w:r>
        <w:t>310115</w:t>
      </w:r>
      <w:r>
        <w:tab/>
        <w:t>Grozdje, sveže</w:t>
      </w:r>
    </w:p>
    <w:p w:rsidR="004611C8" w:rsidRDefault="004611C8" w:rsidP="00634B76">
      <w:pPr>
        <w:spacing w:after="50"/>
      </w:pPr>
      <w:r>
        <w:t>310116</w:t>
      </w:r>
      <w:r>
        <w:tab/>
        <w:t>Rabarbara, sveža</w:t>
      </w:r>
    </w:p>
    <w:p w:rsidR="004611C8" w:rsidRDefault="004611C8" w:rsidP="00634B76">
      <w:pPr>
        <w:spacing w:after="50"/>
      </w:pPr>
      <w:r>
        <w:t>310117</w:t>
      </w:r>
      <w:r>
        <w:tab/>
        <w:t>Rožni grmi</w:t>
      </w:r>
    </w:p>
    <w:p w:rsidR="004611C8" w:rsidRDefault="004611C8" w:rsidP="00634B76">
      <w:pPr>
        <w:spacing w:after="50"/>
      </w:pPr>
      <w:r>
        <w:t>310118</w:t>
      </w:r>
      <w:r>
        <w:tab/>
        <w:t>Semena rži</w:t>
      </w:r>
    </w:p>
    <w:p w:rsidR="004611C8" w:rsidRDefault="004611C8" w:rsidP="00634B76">
      <w:pPr>
        <w:spacing w:after="50"/>
      </w:pPr>
      <w:r>
        <w:t>310119</w:t>
      </w:r>
      <w:r>
        <w:tab/>
        <w:t>Sviloprejke</w:t>
      </w:r>
    </w:p>
    <w:p w:rsidR="004611C8" w:rsidRDefault="004611C8" w:rsidP="00634B76">
      <w:pPr>
        <w:spacing w:after="50"/>
      </w:pPr>
      <w:r>
        <w:t>310120</w:t>
      </w:r>
      <w:r>
        <w:tab/>
        <w:t>Jedilni sezam, neobdelan</w:t>
      </w:r>
    </w:p>
    <w:p w:rsidR="004611C8" w:rsidRDefault="004611C8" w:rsidP="00634B76">
      <w:pPr>
        <w:spacing w:after="50"/>
      </w:pPr>
      <w:r>
        <w:t>310121</w:t>
      </w:r>
      <w:r>
        <w:tab/>
        <w:t>Gomoljike, sveže</w:t>
      </w:r>
    </w:p>
    <w:p w:rsidR="004611C8" w:rsidRDefault="004611C8" w:rsidP="00634B76">
      <w:pPr>
        <w:spacing w:after="50"/>
      </w:pPr>
      <w:r>
        <w:t>310122</w:t>
      </w:r>
      <w:r>
        <w:tab/>
        <w:t>Droži (usedlina v vinu po končanem vrenju)</w:t>
      </w:r>
    </w:p>
    <w:p w:rsidR="004611C8" w:rsidRDefault="004611C8" w:rsidP="00634B76">
      <w:pPr>
        <w:spacing w:after="50"/>
      </w:pPr>
      <w:r>
        <w:t>310123</w:t>
      </w:r>
      <w:r>
        <w:tab/>
        <w:t>Živa perutnina</w:t>
      </w:r>
    </w:p>
    <w:p w:rsidR="004611C8" w:rsidRDefault="004611C8" w:rsidP="00634B76">
      <w:pPr>
        <w:spacing w:after="50"/>
      </w:pPr>
      <w:r>
        <w:t>310124</w:t>
      </w:r>
      <w:r>
        <w:tab/>
        <w:t>Rožičevo zrnje za živalsko prehrano</w:t>
      </w:r>
    </w:p>
    <w:p w:rsidR="004611C8" w:rsidRDefault="004611C8" w:rsidP="00634B76">
      <w:pPr>
        <w:spacing w:after="50"/>
      </w:pPr>
      <w:r>
        <w:t>310125</w:t>
      </w:r>
      <w:r>
        <w:tab/>
        <w:t>Mandlji, sadeži</w:t>
      </w:r>
    </w:p>
    <w:p w:rsidR="004611C8" w:rsidRDefault="004611C8" w:rsidP="00634B76">
      <w:pPr>
        <w:spacing w:after="50"/>
      </w:pPr>
      <w:r>
        <w:t>310126</w:t>
      </w:r>
      <w:r>
        <w:tab/>
        <w:t>Arašidi (sveži)</w:t>
      </w:r>
    </w:p>
    <w:p w:rsidR="004611C8" w:rsidRDefault="004611C8" w:rsidP="00634B76">
      <w:pPr>
        <w:spacing w:after="50"/>
      </w:pPr>
      <w:r>
        <w:t>310127</w:t>
      </w:r>
      <w:r>
        <w:tab/>
        <w:t>Arašidna moka za živali</w:t>
      </w:r>
    </w:p>
    <w:p w:rsidR="004611C8" w:rsidRDefault="004611C8" w:rsidP="00634B76">
      <w:pPr>
        <w:spacing w:after="50"/>
      </w:pPr>
      <w:r>
        <w:t>310128</w:t>
      </w:r>
      <w:r>
        <w:tab/>
        <w:t>Arašidna pogača za živali</w:t>
      </w:r>
    </w:p>
    <w:p w:rsidR="004611C8" w:rsidRDefault="004611C8" w:rsidP="00634B76">
      <w:pPr>
        <w:spacing w:after="50"/>
      </w:pPr>
      <w:r>
        <w:t>310131</w:t>
      </w:r>
      <w:r>
        <w:tab/>
        <w:t>Ostanki pri predelavi sladkornega trsa [surov material]</w:t>
      </w:r>
    </w:p>
    <w:p w:rsidR="004611C8" w:rsidRDefault="004611C8" w:rsidP="00634B76">
      <w:pPr>
        <w:spacing w:after="50"/>
      </w:pPr>
      <w:r>
        <w:t>310132</w:t>
      </w:r>
      <w:r>
        <w:tab/>
        <w:t>Ribiške vabe, žive</w:t>
      </w:r>
    </w:p>
    <w:p w:rsidR="004611C8" w:rsidRDefault="004611C8" w:rsidP="00634B76">
      <w:pPr>
        <w:spacing w:after="50"/>
      </w:pPr>
      <w:r>
        <w:t>310133</w:t>
      </w:r>
      <w:r>
        <w:tab/>
        <w:t>Sladkovodni raki, živi</w:t>
      </w:r>
    </w:p>
    <w:p w:rsidR="004611C8" w:rsidRDefault="004611C8" w:rsidP="00634B76">
      <w:pPr>
        <w:spacing w:after="50"/>
      </w:pPr>
      <w:r>
        <w:t>310134</w:t>
      </w:r>
      <w:r>
        <w:tab/>
        <w:t>Raki, živi</w:t>
      </w:r>
    </w:p>
    <w:p w:rsidR="004611C8" w:rsidRDefault="004611C8" w:rsidP="00634B76">
      <w:pPr>
        <w:spacing w:after="50"/>
      </w:pPr>
      <w:r>
        <w:t>310135</w:t>
      </w:r>
      <w:r>
        <w:tab/>
        <w:t>Jastogi, živi</w:t>
      </w:r>
    </w:p>
    <w:p w:rsidR="004611C8" w:rsidRDefault="004611C8" w:rsidP="00634B76">
      <w:pPr>
        <w:spacing w:after="50"/>
      </w:pPr>
      <w:r>
        <w:t>310136</w:t>
      </w:r>
      <w:r>
        <w:tab/>
        <w:t>Školjke, žive</w:t>
      </w:r>
    </w:p>
    <w:p w:rsidR="004611C8" w:rsidRDefault="004611C8" w:rsidP="00634B76">
      <w:pPr>
        <w:spacing w:after="50"/>
      </w:pPr>
      <w:r>
        <w:t>310137</w:t>
      </w:r>
      <w:r>
        <w:tab/>
        <w:t>Ostrige, žive</w:t>
      </w:r>
    </w:p>
    <w:p w:rsidR="004611C8" w:rsidRDefault="004611C8" w:rsidP="00634B76">
      <w:pPr>
        <w:spacing w:after="50"/>
      </w:pPr>
      <w:r>
        <w:t>310138</w:t>
      </w:r>
      <w:r>
        <w:tab/>
        <w:t>Hrana za domače živali</w:t>
      </w:r>
    </w:p>
    <w:p w:rsidR="004611C8" w:rsidRDefault="004611C8" w:rsidP="00634B76">
      <w:pPr>
        <w:spacing w:after="50"/>
      </w:pPr>
      <w:r>
        <w:t>310139</w:t>
      </w:r>
      <w:r>
        <w:tab/>
        <w:t>Surovo lubje</w:t>
      </w:r>
    </w:p>
    <w:p w:rsidR="004611C8" w:rsidRDefault="004611C8" w:rsidP="00634B76">
      <w:pPr>
        <w:spacing w:after="50"/>
      </w:pPr>
      <w:r>
        <w:t>310140</w:t>
      </w:r>
      <w:r>
        <w:tab/>
        <w:t>Rarogi, živi</w:t>
      </w:r>
    </w:p>
    <w:p w:rsidR="004611C8" w:rsidRDefault="004611C8" w:rsidP="00634B76">
      <w:pPr>
        <w:spacing w:after="50"/>
      </w:pPr>
      <w:r>
        <w:t>310141</w:t>
      </w:r>
      <w:r>
        <w:tab/>
        <w:t>Užitna žvečila za živali</w:t>
      </w:r>
    </w:p>
    <w:p w:rsidR="004611C8" w:rsidRDefault="004611C8" w:rsidP="00634B76">
      <w:pPr>
        <w:spacing w:after="50"/>
      </w:pPr>
      <w:r>
        <w:t>310142</w:t>
      </w:r>
      <w:r>
        <w:tab/>
        <w:t>Napitki za domače ljubljence (živali)</w:t>
      </w:r>
    </w:p>
    <w:p w:rsidR="004611C8" w:rsidRDefault="004611C8" w:rsidP="00634B76">
      <w:pPr>
        <w:spacing w:after="50"/>
      </w:pPr>
      <w:r>
        <w:t>310143</w:t>
      </w:r>
      <w:r>
        <w:tab/>
        <w:t>Ribja moka za živalsko prehrano</w:t>
      </w:r>
    </w:p>
    <w:p w:rsidR="004611C8" w:rsidRDefault="004611C8" w:rsidP="00634B76">
      <w:pPr>
        <w:spacing w:after="50"/>
      </w:pPr>
      <w:r>
        <w:t>310144</w:t>
      </w:r>
      <w:r>
        <w:tab/>
        <w:t>Nepredelan riž</w:t>
      </w:r>
    </w:p>
    <w:p w:rsidR="004611C8" w:rsidRDefault="004611C8" w:rsidP="00634B76">
      <w:pPr>
        <w:spacing w:after="50"/>
      </w:pPr>
      <w:r>
        <w:t>310145</w:t>
      </w:r>
      <w:r>
        <w:tab/>
        <w:t>Morske kumare, žive</w:t>
      </w:r>
    </w:p>
    <w:p w:rsidR="004611C8" w:rsidRDefault="004611C8" w:rsidP="00634B76">
      <w:pPr>
        <w:spacing w:after="50"/>
      </w:pPr>
      <w:r>
        <w:t>310146</w:t>
      </w:r>
      <w:r>
        <w:tab/>
        <w:t>Peščen papir [stelja] za hišne ljubljence</w:t>
      </w:r>
    </w:p>
    <w:p w:rsidR="004611C8" w:rsidRDefault="004611C8" w:rsidP="00634B76">
      <w:pPr>
        <w:spacing w:after="50"/>
      </w:pPr>
      <w:r>
        <w:t>310147</w:t>
      </w:r>
      <w:r>
        <w:tab/>
        <w:t>Odišavljen pesek [stelja] za hišne ljubljence</w:t>
      </w:r>
    </w:p>
    <w:p w:rsidR="004611C8" w:rsidRDefault="004611C8" w:rsidP="00634B76">
      <w:pPr>
        <w:spacing w:after="50"/>
      </w:pPr>
      <w:r>
        <w:t>310148</w:t>
      </w:r>
      <w:r>
        <w:tab/>
        <w:t>Aloe vera (rastlina)</w:t>
      </w:r>
    </w:p>
    <w:p w:rsidR="004611C8" w:rsidRDefault="004611C8" w:rsidP="00634B76">
      <w:pPr>
        <w:spacing w:after="50"/>
      </w:pPr>
      <w:r>
        <w:t>310149</w:t>
      </w:r>
      <w:r>
        <w:tab/>
        <w:t>Špinača, sveža</w:t>
      </w:r>
    </w:p>
    <w:p w:rsidR="004611C8" w:rsidRDefault="004611C8" w:rsidP="00634B76">
      <w:pPr>
        <w:spacing w:after="50"/>
      </w:pPr>
      <w:r>
        <w:t>310152</w:t>
      </w:r>
      <w:r>
        <w:tab/>
        <w:t>Pšenični kalčki za živalsko prehrano</w:t>
      </w:r>
    </w:p>
    <w:p w:rsidR="004611C8" w:rsidRDefault="004611C8" w:rsidP="00634B76">
      <w:pPr>
        <w:spacing w:after="50"/>
      </w:pPr>
      <w:r>
        <w:t>310153</w:t>
      </w:r>
      <w:r>
        <w:tab/>
        <w:t>Sveže artičoke</w:t>
      </w:r>
    </w:p>
    <w:p w:rsidR="004611C8" w:rsidRDefault="004611C8" w:rsidP="00634B76">
      <w:pPr>
        <w:spacing w:after="50"/>
      </w:pPr>
      <w:r>
        <w:t>310154</w:t>
      </w:r>
      <w:r>
        <w:tab/>
        <w:t>Sled, živ</w:t>
      </w:r>
    </w:p>
    <w:p w:rsidR="004611C8" w:rsidRDefault="004611C8" w:rsidP="00634B76">
      <w:pPr>
        <w:spacing w:after="50"/>
      </w:pPr>
      <w:r>
        <w:t>310155</w:t>
      </w:r>
      <w:r>
        <w:tab/>
        <w:t>Losos, živ</w:t>
      </w:r>
    </w:p>
    <w:p w:rsidR="004611C8" w:rsidRDefault="004611C8" w:rsidP="00634B76">
      <w:pPr>
        <w:spacing w:after="50"/>
      </w:pPr>
      <w:r>
        <w:t>310156</w:t>
      </w:r>
      <w:r>
        <w:tab/>
        <w:t>Sardine, žive</w:t>
      </w:r>
    </w:p>
    <w:p w:rsidR="004611C8" w:rsidRDefault="004611C8" w:rsidP="00634B76">
      <w:pPr>
        <w:spacing w:after="50"/>
      </w:pPr>
      <w:r>
        <w:t>310157</w:t>
      </w:r>
      <w:r>
        <w:tab/>
        <w:t>Tun, živ</w:t>
      </w:r>
    </w:p>
    <w:p w:rsidR="004611C8" w:rsidRDefault="004611C8" w:rsidP="00634B76">
      <w:pPr>
        <w:spacing w:after="50"/>
      </w:pPr>
      <w:r>
        <w:t>310158</w:t>
      </w:r>
      <w:r>
        <w:tab/>
        <w:t>Česen, sveži</w:t>
      </w:r>
    </w:p>
    <w:p w:rsidR="004611C8" w:rsidRDefault="004611C8" w:rsidP="00634B76">
      <w:pPr>
        <w:spacing w:after="50"/>
      </w:pPr>
      <w:r>
        <w:t>310159</w:t>
      </w:r>
      <w:r>
        <w:tab/>
        <w:t>Užitne buče, sveže</w:t>
      </w:r>
    </w:p>
    <w:p w:rsidR="004611C8" w:rsidRDefault="004611C8" w:rsidP="00634B76">
      <w:pPr>
        <w:spacing w:after="50"/>
      </w:pPr>
      <w:r>
        <w:t>310161</w:t>
      </w:r>
      <w:r>
        <w:tab/>
        <w:t>Aranžmaji iz svežega sadja</w:t>
      </w:r>
    </w:p>
    <w:p w:rsidR="004611C8" w:rsidRDefault="004611C8" w:rsidP="00634B76">
      <w:pPr>
        <w:spacing w:after="50"/>
      </w:pPr>
      <w:r>
        <w:t>310162</w:t>
      </w:r>
      <w:r>
        <w:tab/>
        <w:t>Sardoni, živi</w:t>
      </w:r>
    </w:p>
    <w:p w:rsidR="004611C8" w:rsidRDefault="004611C8" w:rsidP="00634B76">
      <w:pPr>
        <w:spacing w:after="50"/>
      </w:pPr>
      <w:r>
        <w:t>310163</w:t>
      </w:r>
      <w:r>
        <w:tab/>
        <w:t>Užitne žuželke, žive</w:t>
      </w:r>
    </w:p>
    <w:p w:rsidR="004611C8" w:rsidRDefault="004611C8" w:rsidP="00634B76">
      <w:pPr>
        <w:spacing w:after="50"/>
      </w:pPr>
      <w:r>
        <w:t>310164</w:t>
      </w:r>
      <w:r>
        <w:tab/>
        <w:t>Nepredelani storži sladke koruze [oluščeni ali neoluščeni]</w:t>
      </w:r>
    </w:p>
    <w:p w:rsidR="004611C8" w:rsidRDefault="004611C8" w:rsidP="00634B76">
      <w:pPr>
        <w:spacing w:after="50"/>
      </w:pPr>
      <w:r>
        <w:t>310165</w:t>
      </w:r>
      <w:r>
        <w:tab/>
        <w:t>Nepredelana kvinoja</w:t>
      </w:r>
    </w:p>
    <w:p w:rsidR="004611C8" w:rsidRDefault="004611C8" w:rsidP="00634B76">
      <w:pPr>
        <w:spacing w:after="50"/>
      </w:pPr>
      <w:r>
        <w:t>310166</w:t>
      </w:r>
      <w:r>
        <w:tab/>
        <w:t>Nepredelana ajda</w:t>
      </w:r>
    </w:p>
    <w:p w:rsidR="004611C8" w:rsidRDefault="004611C8" w:rsidP="00634B76">
      <w:pPr>
        <w:spacing w:after="50"/>
      </w:pPr>
      <w:r>
        <w:t>310167</w:t>
      </w:r>
      <w:r>
        <w:tab/>
        <w:t>Krapi koi, živi</w:t>
      </w:r>
    </w:p>
    <w:p w:rsidR="004611C8" w:rsidRDefault="004611C8" w:rsidP="00634B76">
      <w:pPr>
        <w:spacing w:after="50"/>
      </w:pPr>
      <w:r>
        <w:t>310169</w:t>
      </w:r>
      <w:r>
        <w:tab/>
        <w:t>Liofilizirane ribiške vabe</w:t>
      </w:r>
    </w:p>
    <w:p w:rsidR="004611C8" w:rsidRDefault="004611C8" w:rsidP="00634B76">
      <w:pPr>
        <w:spacing w:after="50"/>
      </w:pPr>
      <w:r>
        <w:t>310170</w:t>
      </w:r>
      <w:r>
        <w:tab/>
        <w:t>Jedilno sveže cvetje</w:t>
      </w:r>
    </w:p>
    <w:p w:rsidR="004611C8" w:rsidRDefault="004611C8" w:rsidP="00634B76">
      <w:pPr>
        <w:spacing w:after="50"/>
      </w:pPr>
      <w:r>
        <w:t>310171</w:t>
      </w:r>
      <w:r>
        <w:tab/>
        <w:t>Svež ingver</w:t>
      </w:r>
    </w:p>
    <w:p w:rsidR="004611C8" w:rsidRDefault="004611C8" w:rsidP="00634B76">
      <w:pPr>
        <w:spacing w:after="50"/>
      </w:pPr>
      <w:r>
        <w:t>310172</w:t>
      </w:r>
      <w:r>
        <w:tab/>
        <w:t>Sveža sojina semena</w:t>
      </w:r>
    </w:p>
    <w:p w:rsidR="004611C8" w:rsidRDefault="004611C8" w:rsidP="00634B76">
      <w:pPr>
        <w:spacing w:after="50"/>
      </w:pPr>
      <w:r>
        <w:t>310173</w:t>
      </w:r>
      <w:r>
        <w:tab/>
        <w:t>Rastline konoplje</w:t>
      </w:r>
    </w:p>
    <w:p w:rsidR="004611C8" w:rsidRDefault="004611C8" w:rsidP="00634B76">
      <w:pPr>
        <w:spacing w:after="50"/>
      </w:pPr>
      <w:r>
        <w:t>310174</w:t>
      </w:r>
      <w:r>
        <w:tab/>
        <w:t>Kanabis, nepredelan</w:t>
      </w:r>
    </w:p>
    <w:p w:rsidR="004611C8" w:rsidRDefault="004611C8" w:rsidP="00634B76">
      <w:pPr>
        <w:spacing w:after="50"/>
      </w:pPr>
      <w:r>
        <w:t>310175</w:t>
      </w:r>
      <w:r>
        <w:tab/>
        <w:t>Brezova metlica za savno</w:t>
      </w:r>
    </w:p>
    <w:p w:rsidR="004611C8" w:rsidRDefault="004611C8" w:rsidP="00634B76">
      <w:pPr>
        <w:spacing w:after="50"/>
      </w:pPr>
      <w:r>
        <w:t>310176</w:t>
      </w:r>
      <w:r>
        <w:tab/>
        <w:t>Nepredelana bučna semena</w:t>
      </w:r>
    </w:p>
    <w:p w:rsidR="004611C8" w:rsidRDefault="004611C8" w:rsidP="00634B76">
      <w:pPr>
        <w:spacing w:after="50"/>
      </w:pPr>
      <w:r>
        <w:t>310177</w:t>
      </w:r>
      <w:r>
        <w:tab/>
        <w:t>Nepredelana konopljina semena</w:t>
      </w:r>
    </w:p>
    <w:p w:rsidR="004611C8" w:rsidRDefault="004611C8" w:rsidP="00634B76">
      <w:pPr>
        <w:spacing w:after="50"/>
      </w:pPr>
      <w:r>
        <w:t>310178</w:t>
      </w:r>
      <w:r>
        <w:tab/>
        <w:t>Nepredelana pira</w:t>
      </w:r>
    </w:p>
    <w:p w:rsidR="004611C8" w:rsidRDefault="004611C8" w:rsidP="00634B76">
      <w:pPr>
        <w:spacing w:after="50"/>
      </w:pPr>
      <w:r>
        <w:t>310179</w:t>
      </w:r>
      <w:r>
        <w:tab/>
        <w:t>Mačja meta</w:t>
      </w:r>
    </w:p>
    <w:p w:rsidR="004611C8" w:rsidRDefault="004611C8" w:rsidP="00634B76">
      <w:pPr>
        <w:spacing w:after="50"/>
      </w:pPr>
      <w:r>
        <w:t>310180</w:t>
      </w:r>
      <w:r>
        <w:tab/>
        <w:t>Nepredelana enozrna pšenica</w:t>
      </w:r>
    </w:p>
    <w:p w:rsidR="004611C8" w:rsidRDefault="004611C8" w:rsidP="00634B76">
      <w:pPr>
        <w:spacing w:after="50"/>
      </w:pPr>
      <w:r>
        <w:t>310181</w:t>
      </w:r>
      <w:r>
        <w:tab/>
        <w:t>Pesek za stranišča hišnih ljubljenčkov</w:t>
      </w:r>
    </w:p>
    <w:p w:rsidR="004611C8" w:rsidRDefault="004611C8" w:rsidP="00634B76">
      <w:pPr>
        <w:spacing w:after="50"/>
      </w:pPr>
      <w:r>
        <w:t>310182</w:t>
      </w:r>
      <w:r>
        <w:tab/>
        <w:t>Plod kavovca, nepredelan</w:t>
      </w:r>
    </w:p>
    <w:p w:rsidR="004611C8" w:rsidRDefault="004611C8" w:rsidP="00634B76">
      <w:pPr>
        <w:spacing w:after="50"/>
      </w:pPr>
      <w:r>
        <w:t>310183</w:t>
      </w:r>
      <w:r>
        <w:tab/>
        <w:t>Lesni ostružki za živalsko steljo</w:t>
      </w:r>
    </w:p>
    <w:p w:rsidR="004611C8" w:rsidRDefault="004611C8" w:rsidP="00634B76">
      <w:pPr>
        <w:spacing w:after="50"/>
      </w:pPr>
      <w:r>
        <w:t>310184</w:t>
      </w:r>
      <w:r>
        <w:tab/>
        <w:t>Sveži dateljni</w:t>
      </w:r>
    </w:p>
    <w:p w:rsidR="004611C8" w:rsidRDefault="004611C8" w:rsidP="00634B76">
      <w:pPr>
        <w:spacing w:after="50"/>
      </w:pPr>
      <w:r>
        <w:t>310185</w:t>
      </w:r>
      <w:r>
        <w:tab/>
        <w:t>Svež avokado</w:t>
      </w:r>
    </w:p>
    <w:p w:rsidR="001F500C" w:rsidRDefault="001F500C" w:rsidP="000B6F09">
      <w:pPr>
        <w:pStyle w:val="Naslov1"/>
        <w:ind w:left="0" w:firstLine="0"/>
        <w:sectPr w:rsidR="001F500C" w:rsidSect="00E00425">
          <w:type w:val="continuous"/>
          <w:pgSz w:w="11907" w:h="16840" w:code="9"/>
          <w:pgMar w:top="1418" w:right="1418" w:bottom="1418" w:left="1418" w:header="720" w:footer="720" w:gutter="0"/>
          <w:cols w:num="2" w:space="720"/>
          <w:docGrid w:linePitch="360"/>
        </w:sectPr>
      </w:pPr>
    </w:p>
    <w:p w:rsidR="002B5A0D" w:rsidRPr="002B5A0D" w:rsidRDefault="002B5A0D" w:rsidP="00634B76">
      <w:pPr>
        <w:pStyle w:val="Naslov1"/>
        <w:spacing w:before="0"/>
        <w:rPr>
          <w:lang w:val="sl-SI" w:eastAsia="sl-SI"/>
        </w:rPr>
      </w:pPr>
      <w:r w:rsidRPr="002B5A0D">
        <w:rPr>
          <w:lang w:val="sl-SI" w:eastAsia="sl-SI"/>
        </w:rPr>
        <w:lastRenderedPageBreak/>
        <w:t xml:space="preserve">Razred 32 </w:t>
      </w:r>
    </w:p>
    <w:p w:rsidR="002B5A0D" w:rsidRDefault="002B5A0D" w:rsidP="007F7938">
      <w:pPr>
        <w:pStyle w:val="Naslov2"/>
        <w:rPr>
          <w:lang w:val="sl-SI" w:eastAsia="sl-SI"/>
        </w:rPr>
      </w:pPr>
      <w:r w:rsidRPr="002B5A0D">
        <w:rPr>
          <w:lang w:val="sl-SI" w:eastAsia="sl-SI"/>
        </w:rPr>
        <w:t>Pivo; neakoholne pijače; mineralne vode in sodavice ter druge brezalkoholne pijače; sadne pijače in sadni sokovi; sirupi in drugi pripravki za proizvodnjo brezalkoholnih pijač</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7F7938" w:rsidRPr="00D85EAF" w:rsidTr="00CF2B9C">
        <w:trPr>
          <w:trHeight w:val="143"/>
          <w:tblHeader/>
        </w:trPr>
        <w:tc>
          <w:tcPr>
            <w:tcW w:w="9493" w:type="dxa"/>
            <w:gridSpan w:val="2"/>
            <w:shd w:val="clear" w:color="auto" w:fill="F2F2F2" w:themeFill="background1" w:themeFillShade="F2"/>
            <w:vAlign w:val="center"/>
          </w:tcPr>
          <w:p w:rsidR="007F7938" w:rsidRPr="0087064C" w:rsidRDefault="007F7938" w:rsidP="009020C3">
            <w:pPr>
              <w:pStyle w:val="opomba"/>
              <w:spacing w:after="60"/>
              <w:rPr>
                <w:b/>
              </w:rPr>
            </w:pPr>
            <w:r w:rsidRPr="0087064C">
              <w:rPr>
                <w:b/>
              </w:rPr>
              <w:t xml:space="preserve">RAZRED </w:t>
            </w:r>
            <w:r w:rsidR="009020C3">
              <w:rPr>
                <w:b/>
              </w:rPr>
              <w:t>3</w:t>
            </w:r>
            <w:r w:rsidRPr="0087064C">
              <w:rPr>
                <w:b/>
              </w:rPr>
              <w:t>2 - pojasnjevalne opombe</w:t>
            </w:r>
          </w:p>
        </w:tc>
      </w:tr>
      <w:tr w:rsidR="007F7938" w:rsidRPr="00D85EAF" w:rsidTr="009020C3">
        <w:trPr>
          <w:trHeight w:val="275"/>
        </w:trPr>
        <w:tc>
          <w:tcPr>
            <w:tcW w:w="9493" w:type="dxa"/>
            <w:gridSpan w:val="2"/>
            <w:shd w:val="clear" w:color="auto" w:fill="F2F2F2" w:themeFill="background1" w:themeFillShade="F2"/>
            <w:vAlign w:val="center"/>
          </w:tcPr>
          <w:p w:rsidR="007F7938" w:rsidRPr="00993A45" w:rsidRDefault="009020C3" w:rsidP="009020C3">
            <w:pPr>
              <w:pStyle w:val="opomba"/>
              <w:spacing w:before="40" w:after="40"/>
            </w:pPr>
            <w:r>
              <w:t>Razred 32 vključuje predvsem nealkoholne pijače, kot tudi pivo.</w:t>
            </w:r>
          </w:p>
        </w:tc>
      </w:tr>
      <w:tr w:rsidR="007F7938" w:rsidRPr="00D85EAF" w:rsidTr="00634B76">
        <w:trPr>
          <w:trHeight w:val="4069"/>
        </w:trPr>
        <w:tc>
          <w:tcPr>
            <w:tcW w:w="4746" w:type="dxa"/>
            <w:shd w:val="clear" w:color="auto" w:fill="F2F2F2" w:themeFill="background1" w:themeFillShade="F2"/>
          </w:tcPr>
          <w:p w:rsidR="007F7938" w:rsidRPr="00993A45" w:rsidRDefault="007F7938" w:rsidP="00634B76">
            <w:pPr>
              <w:pStyle w:val="opomba"/>
              <w:spacing w:after="60" w:line="240" w:lineRule="auto"/>
            </w:pPr>
            <w:r w:rsidRPr="00D85EAF">
              <w:t>V ta razred so vključeni zlasti:</w:t>
            </w:r>
          </w:p>
          <w:p w:rsidR="009020C3" w:rsidRDefault="009020C3" w:rsidP="00634B76">
            <w:pPr>
              <w:pStyle w:val="opombapika"/>
              <w:spacing w:line="240" w:lineRule="auto"/>
            </w:pPr>
            <w:r>
              <w:t>deakoholizirane pijače</w:t>
            </w:r>
          </w:p>
          <w:p w:rsidR="009020C3" w:rsidRDefault="009020C3" w:rsidP="00634B76">
            <w:pPr>
              <w:pStyle w:val="opombapika"/>
              <w:spacing w:line="240" w:lineRule="auto"/>
            </w:pPr>
            <w:r>
              <w:t>gazirane pijače</w:t>
            </w:r>
          </w:p>
          <w:p w:rsidR="009020C3" w:rsidRDefault="009020C3" w:rsidP="00634B76">
            <w:pPr>
              <w:pStyle w:val="opombapika"/>
              <w:spacing w:line="240" w:lineRule="auto"/>
            </w:pPr>
            <w:r>
              <w:t>pijače na osnovi riža in soje, razen mlečnih nadomestkov</w:t>
            </w:r>
          </w:p>
          <w:p w:rsidR="009020C3" w:rsidRDefault="009020C3" w:rsidP="00634B76">
            <w:pPr>
              <w:pStyle w:val="opombapika"/>
              <w:spacing w:line="240" w:lineRule="auto"/>
            </w:pPr>
            <w:r>
              <w:t>energijske pijače, izotonične pijače, z beljakovinami obogatene športne pijače</w:t>
            </w:r>
          </w:p>
          <w:p w:rsidR="007F7938" w:rsidRPr="00993A45" w:rsidRDefault="009020C3" w:rsidP="00634B76">
            <w:pPr>
              <w:pStyle w:val="opombapika"/>
              <w:spacing w:line="240" w:lineRule="auto"/>
            </w:pPr>
            <w:r>
              <w:t>brezalkoholne esence in sadni izvlečki za pripravo pijač</w:t>
            </w:r>
          </w:p>
        </w:tc>
        <w:tc>
          <w:tcPr>
            <w:tcW w:w="4747" w:type="dxa"/>
            <w:shd w:val="clear" w:color="auto" w:fill="F2F2F2" w:themeFill="background1" w:themeFillShade="F2"/>
          </w:tcPr>
          <w:p w:rsidR="007F7938" w:rsidRPr="00993A45" w:rsidRDefault="007F7938" w:rsidP="00634B76">
            <w:pPr>
              <w:pStyle w:val="opomba"/>
              <w:spacing w:after="60" w:line="240" w:lineRule="auto"/>
            </w:pPr>
            <w:r w:rsidRPr="00D85EAF">
              <w:t>V ta razred niso vključeni zlasti:</w:t>
            </w:r>
          </w:p>
          <w:p w:rsidR="009020C3" w:rsidRDefault="009020C3" w:rsidP="00634B76">
            <w:pPr>
              <w:pStyle w:val="opombapika"/>
              <w:spacing w:line="240" w:lineRule="auto"/>
            </w:pPr>
            <w:r>
              <w:t>limonin sok za kulinarične namene, paradižnikov sok za kuhanje (razred 29)</w:t>
            </w:r>
          </w:p>
          <w:p w:rsidR="009020C3" w:rsidRDefault="009020C3" w:rsidP="00634B76">
            <w:pPr>
              <w:pStyle w:val="opombapika"/>
              <w:spacing w:line="240" w:lineRule="auto"/>
            </w:pPr>
            <w:r>
              <w:t>pijače za medicinske namene (razred 5);</w:t>
            </w:r>
          </w:p>
          <w:p w:rsidR="009020C3" w:rsidRDefault="009020C3" w:rsidP="00634B76">
            <w:pPr>
              <w:pStyle w:val="opombapika"/>
              <w:spacing w:line="240" w:lineRule="auto"/>
            </w:pPr>
            <w:r>
              <w:t>mlečne pijače (mleko kot glavna sestavina) (razred 29);</w:t>
            </w:r>
          </w:p>
          <w:p w:rsidR="009020C3" w:rsidRDefault="009020C3" w:rsidP="00634B76">
            <w:pPr>
              <w:pStyle w:val="opombapika"/>
              <w:spacing w:line="240" w:lineRule="auto"/>
            </w:pPr>
            <w:r>
              <w:t>mlečni nadomestki, na primer mandljevo mleko, kokosovo mleko, arašidovo mleko, riževo mleko, sojino mleko (razred 29)</w:t>
            </w:r>
          </w:p>
          <w:p w:rsidR="009020C3" w:rsidRDefault="009020C3" w:rsidP="00634B76">
            <w:pPr>
              <w:pStyle w:val="opombapika"/>
              <w:spacing w:line="240" w:lineRule="auto"/>
            </w:pPr>
            <w:r>
              <w:t>pijače na osnovi kave, kakava, čokolade ali čaja (razred 30)</w:t>
            </w:r>
          </w:p>
          <w:p w:rsidR="009020C3" w:rsidRDefault="009020C3" w:rsidP="00634B76">
            <w:pPr>
              <w:pStyle w:val="opombapika"/>
              <w:spacing w:line="240" w:lineRule="auto"/>
            </w:pPr>
            <w:r>
              <w:t>arome za pijače (razred 30)</w:t>
            </w:r>
          </w:p>
          <w:p w:rsidR="009020C3" w:rsidRDefault="009020C3" w:rsidP="00634B76">
            <w:pPr>
              <w:pStyle w:val="opombapika"/>
              <w:spacing w:line="240" w:lineRule="auto"/>
            </w:pPr>
            <w:r>
              <w:t>pijače za hišne ljubljenčke (razred 31)</w:t>
            </w:r>
          </w:p>
          <w:p w:rsidR="007F7938" w:rsidRPr="00993A45" w:rsidRDefault="009020C3" w:rsidP="00634B76">
            <w:pPr>
              <w:pStyle w:val="opombapika"/>
              <w:spacing w:line="240" w:lineRule="auto"/>
            </w:pPr>
            <w:r>
              <w:t>alkoholne pijače (razen piva) (razred 33)</w:t>
            </w:r>
          </w:p>
        </w:tc>
      </w:tr>
    </w:tbl>
    <w:p w:rsidR="007F7938" w:rsidRPr="001C05F7" w:rsidRDefault="007F7938" w:rsidP="00634B76">
      <w:pPr>
        <w:spacing w:after="360"/>
        <w:ind w:left="0" w:firstLine="0"/>
        <w:rPr>
          <w:lang w:val="sl-SI"/>
        </w:rPr>
      </w:pPr>
    </w:p>
    <w:p w:rsidR="001F500C" w:rsidRPr="002B5A0D" w:rsidRDefault="001F500C">
      <w:pPr>
        <w:rPr>
          <w:lang w:val="sl-SI"/>
        </w:rPr>
        <w:sectPr w:rsidR="001F500C" w:rsidRPr="002B5A0D" w:rsidSect="00E00425">
          <w:type w:val="continuous"/>
          <w:pgSz w:w="11907" w:h="16840" w:code="9"/>
          <w:pgMar w:top="1418" w:right="1418" w:bottom="1418" w:left="1418" w:header="720" w:footer="720" w:gutter="0"/>
          <w:cols w:space="720"/>
          <w:docGrid w:linePitch="360"/>
        </w:sectPr>
      </w:pPr>
    </w:p>
    <w:p w:rsidR="004611C8" w:rsidRDefault="004611C8" w:rsidP="00634B76">
      <w:r>
        <w:t>320001</w:t>
      </w:r>
      <w:r>
        <w:tab/>
        <w:t>Nealkoholni sadni ekstrakti</w:t>
      </w:r>
    </w:p>
    <w:p w:rsidR="004611C8" w:rsidRDefault="004611C8" w:rsidP="00634B76">
      <w:r>
        <w:t>320002</w:t>
      </w:r>
      <w:r>
        <w:tab/>
        <w:t>Pivo</w:t>
      </w:r>
    </w:p>
    <w:p w:rsidR="004611C8" w:rsidRDefault="004611C8" w:rsidP="00634B76">
      <w:r>
        <w:t>320004</w:t>
      </w:r>
      <w:r>
        <w:tab/>
        <w:t>Pivo iz slada</w:t>
      </w:r>
    </w:p>
    <w:p w:rsidR="004611C8" w:rsidRDefault="004611C8" w:rsidP="00634B76">
      <w:r>
        <w:t>320005</w:t>
      </w:r>
      <w:r>
        <w:tab/>
        <w:t>Pivski slad</w:t>
      </w:r>
    </w:p>
    <w:p w:rsidR="004611C8" w:rsidRDefault="004611C8" w:rsidP="00634B76">
      <w:r>
        <w:t>320006</w:t>
      </w:r>
      <w:r>
        <w:tab/>
        <w:t>Nealkoholne pijače iz sadnih sokov</w:t>
      </w:r>
    </w:p>
    <w:p w:rsidR="004611C8" w:rsidRDefault="004611C8" w:rsidP="00634B76">
      <w:r>
        <w:t>320007</w:t>
      </w:r>
      <w:r>
        <w:tab/>
        <w:t>Pijače iz sirotke</w:t>
      </w:r>
    </w:p>
    <w:p w:rsidR="004611C8" w:rsidRDefault="004611C8" w:rsidP="00634B76">
      <w:r>
        <w:t>320008</w:t>
      </w:r>
      <w:r>
        <w:tab/>
        <w:t>Pripravki za pripravo brezalkoholnih pijač</w:t>
      </w:r>
    </w:p>
    <w:p w:rsidR="004611C8" w:rsidRDefault="004611C8" w:rsidP="00634B76">
      <w:r>
        <w:t>320009</w:t>
      </w:r>
      <w:r>
        <w:tab/>
        <w:t>Ekstrakti za izdelavo brezalkoholnih pijač, ne v obliki eteričnih olj</w:t>
      </w:r>
    </w:p>
    <w:p w:rsidR="004611C8" w:rsidRDefault="004611C8" w:rsidP="00634B76">
      <w:r>
        <w:t>320011</w:t>
      </w:r>
      <w:r>
        <w:tab/>
        <w:t>Sirupi za pijače</w:t>
      </w:r>
    </w:p>
    <w:p w:rsidR="004611C8" w:rsidRDefault="004611C8" w:rsidP="00634B76">
      <w:r>
        <w:t>320012</w:t>
      </w:r>
      <w:r>
        <w:tab/>
        <w:t>Vode [pijače]</w:t>
      </w:r>
    </w:p>
    <w:p w:rsidR="004611C8" w:rsidRDefault="004611C8" w:rsidP="00634B76">
      <w:r>
        <w:t>320014</w:t>
      </w:r>
      <w:r>
        <w:tab/>
        <w:t>Voda z dodanim litijem</w:t>
      </w:r>
    </w:p>
    <w:p w:rsidR="004611C8" w:rsidRDefault="004611C8" w:rsidP="00634B76">
      <w:r>
        <w:t>320015</w:t>
      </w:r>
      <w:r>
        <w:tab/>
        <w:t>Mineralna voda</w:t>
      </w:r>
    </w:p>
    <w:p w:rsidR="004611C8" w:rsidRDefault="004611C8" w:rsidP="00634B76">
      <w:r>
        <w:t>320017</w:t>
      </w:r>
      <w:r>
        <w:tab/>
        <w:t>Seltzer voda</w:t>
      </w:r>
    </w:p>
    <w:p w:rsidR="004611C8" w:rsidRDefault="004611C8" w:rsidP="00634B76">
      <w:r>
        <w:t>320018</w:t>
      </w:r>
      <w:r>
        <w:tab/>
        <w:t>Namizne vode</w:t>
      </w:r>
    </w:p>
    <w:p w:rsidR="004611C8" w:rsidRDefault="004611C8" w:rsidP="00634B76">
      <w:r>
        <w:t>320019</w:t>
      </w:r>
      <w:r>
        <w:tab/>
        <w:t>Mošt</w:t>
      </w:r>
    </w:p>
    <w:p w:rsidR="004611C8" w:rsidRDefault="004611C8" w:rsidP="00634B76">
      <w:r>
        <w:t>320020</w:t>
      </w:r>
      <w:r>
        <w:tab/>
        <w:t>Limonade</w:t>
      </w:r>
    </w:p>
    <w:p w:rsidR="004611C8" w:rsidRDefault="004611C8" w:rsidP="00634B76">
      <w:r>
        <w:t>320021</w:t>
      </w:r>
      <w:r>
        <w:tab/>
        <w:t>Hmeljevi ekstrakti za izdelavo piva</w:t>
      </w:r>
    </w:p>
    <w:p w:rsidR="004611C8" w:rsidRDefault="004611C8" w:rsidP="00634B76">
      <w:r>
        <w:t>320022</w:t>
      </w:r>
      <w:r>
        <w:tab/>
        <w:t>Zelenjavni sokovi [pijače]</w:t>
      </w:r>
    </w:p>
    <w:p w:rsidR="004611C8" w:rsidRDefault="004611C8" w:rsidP="00634B76">
      <w:r>
        <w:t>320023</w:t>
      </w:r>
      <w:r>
        <w:tab/>
        <w:t>Sirupi za limonado</w:t>
      </w:r>
    </w:p>
    <w:p w:rsidR="004611C8" w:rsidRDefault="004611C8" w:rsidP="00634B76">
      <w:r>
        <w:t>320025</w:t>
      </w:r>
      <w:r>
        <w:tab/>
        <w:t>Sladna pivina</w:t>
      </w:r>
    </w:p>
    <w:p w:rsidR="004611C8" w:rsidRDefault="004611C8" w:rsidP="00634B76">
      <w:r>
        <w:t>320026</w:t>
      </w:r>
      <w:r>
        <w:tab/>
        <w:t>Grozdni mošt, neprevret</w:t>
      </w:r>
    </w:p>
    <w:p w:rsidR="004611C8" w:rsidRDefault="004611C8" w:rsidP="00634B76">
      <w:r>
        <w:t>320027</w:t>
      </w:r>
      <w:r>
        <w:tab/>
        <w:t>Sladki sirup iz mandljev</w:t>
      </w:r>
    </w:p>
    <w:p w:rsidR="004611C8" w:rsidRDefault="004611C8" w:rsidP="00634B76">
      <w:r>
        <w:t>320028</w:t>
      </w:r>
      <w:r>
        <w:tab/>
        <w:t>Sodavica</w:t>
      </w:r>
    </w:p>
    <w:p w:rsidR="004611C8" w:rsidRDefault="004611C8" w:rsidP="00634B76">
      <w:r>
        <w:t>320030</w:t>
      </w:r>
      <w:r>
        <w:tab/>
        <w:t>Paradižnikov sok [pijača]</w:t>
      </w:r>
    </w:p>
    <w:p w:rsidR="004611C8" w:rsidRDefault="004611C8" w:rsidP="00634B76">
      <w:r>
        <w:t>320031</w:t>
      </w:r>
      <w:r>
        <w:tab/>
        <w:t>Brezalkoholne pijače</w:t>
      </w:r>
    </w:p>
    <w:p w:rsidR="004611C8" w:rsidRDefault="004611C8" w:rsidP="00634B76">
      <w:r>
        <w:t>320033</w:t>
      </w:r>
      <w:r>
        <w:tab/>
        <w:t>Tablete za peneče pijače (šumeče tablete)</w:t>
      </w:r>
    </w:p>
    <w:p w:rsidR="004611C8" w:rsidRDefault="004611C8" w:rsidP="00634B76">
      <w:r>
        <w:t>320034</w:t>
      </w:r>
      <w:r>
        <w:tab/>
        <w:t>Pripravki v prahu za peneče pijače</w:t>
      </w:r>
    </w:p>
    <w:p w:rsidR="004611C8" w:rsidRDefault="004611C8" w:rsidP="00634B76">
      <w:r>
        <w:t>320041</w:t>
      </w:r>
      <w:r>
        <w:tab/>
        <w:t>Sarsaparilla [vrsta brezalkoholne pijače]</w:t>
      </w:r>
    </w:p>
    <w:p w:rsidR="004611C8" w:rsidRDefault="004611C8" w:rsidP="00634B76">
      <w:r>
        <w:t>320042</w:t>
      </w:r>
      <w:r>
        <w:tab/>
        <w:t>Aperitivi, brezalkoholni</w:t>
      </w:r>
    </w:p>
    <w:p w:rsidR="004611C8" w:rsidRDefault="004611C8" w:rsidP="00634B76">
      <w:r>
        <w:t>320043</w:t>
      </w:r>
      <w:r>
        <w:tab/>
        <w:t>Koktajli, brezalkoholni</w:t>
      </w:r>
    </w:p>
    <w:p w:rsidR="004611C8" w:rsidRDefault="004611C8" w:rsidP="00634B76">
      <w:r>
        <w:t>320044</w:t>
      </w:r>
      <w:r>
        <w:tab/>
        <w:t>Sadni nektar (brezalkoholni)</w:t>
      </w:r>
    </w:p>
    <w:p w:rsidR="004611C8" w:rsidRDefault="004611C8" w:rsidP="00634B76">
      <w:r>
        <w:t>320045</w:t>
      </w:r>
      <w:r>
        <w:tab/>
        <w:t>Izotonične pijače</w:t>
      </w:r>
    </w:p>
    <w:p w:rsidR="004611C8" w:rsidRDefault="004611C8" w:rsidP="00634B76">
      <w:r>
        <w:t>320047</w:t>
      </w:r>
      <w:r>
        <w:tab/>
        <w:t>Brezalkoholni mošt</w:t>
      </w:r>
    </w:p>
    <w:p w:rsidR="004611C8" w:rsidRDefault="004611C8" w:rsidP="00634B76">
      <w:r>
        <w:t>320048</w:t>
      </w:r>
      <w:r>
        <w:tab/>
        <w:t>Kvas [nealkoholna pijača]</w:t>
      </w:r>
    </w:p>
    <w:p w:rsidR="004611C8" w:rsidRDefault="004611C8" w:rsidP="00634B76">
      <w:r>
        <w:t>320049</w:t>
      </w:r>
      <w:r>
        <w:tab/>
        <w:t>Brezalkoholne pijače na osnovi medu</w:t>
      </w:r>
    </w:p>
    <w:p w:rsidR="004611C8" w:rsidRDefault="004611C8" w:rsidP="00634B76">
      <w:r>
        <w:t>320050</w:t>
      </w:r>
      <w:r>
        <w:tab/>
        <w:t>Smoothie (zmiksane pijače iz sadja ali zelenjave)</w:t>
      </w:r>
    </w:p>
    <w:p w:rsidR="004611C8" w:rsidRPr="003834FA" w:rsidRDefault="004611C8" w:rsidP="00634B76">
      <w:pPr>
        <w:rPr>
          <w:lang w:val="fr-FR"/>
        </w:rPr>
      </w:pPr>
      <w:r>
        <w:t>320051</w:t>
      </w:r>
      <w:r>
        <w:tab/>
      </w:r>
      <w:r w:rsidRPr="003834FA">
        <w:rPr>
          <w:lang w:val="fr-FR"/>
        </w:rPr>
        <w:t>Pijače iz aloe vera, brezalkoholne</w:t>
      </w:r>
    </w:p>
    <w:p w:rsidR="004611C8" w:rsidRDefault="004611C8" w:rsidP="00634B76">
      <w:r>
        <w:t>320052</w:t>
      </w:r>
      <w:r>
        <w:tab/>
        <w:t>Koktajli na osnovi piva</w:t>
      </w:r>
    </w:p>
    <w:p w:rsidR="004611C8" w:rsidRDefault="004611C8" w:rsidP="00634B76">
      <w:r>
        <w:t>320053</w:t>
      </w:r>
      <w:r>
        <w:tab/>
        <w:t>Napitki na osnovi soje, razen nadomestkov mleka</w:t>
      </w:r>
    </w:p>
    <w:p w:rsidR="004611C8" w:rsidRDefault="004611C8" w:rsidP="00634B76">
      <w:r>
        <w:t>320054</w:t>
      </w:r>
      <w:r>
        <w:tab/>
        <w:t>Z beljakovinami obogatene športne pijače</w:t>
      </w:r>
    </w:p>
    <w:p w:rsidR="004611C8" w:rsidRDefault="004611C8" w:rsidP="00634B76">
      <w:r>
        <w:t>320055</w:t>
      </w:r>
      <w:r>
        <w:tab/>
        <w:t>Pijače na osnovi riža, ki niso nadomestek za mleko</w:t>
      </w:r>
    </w:p>
    <w:p w:rsidR="004611C8" w:rsidRDefault="004611C8" w:rsidP="00634B76">
      <w:r>
        <w:t>320058</w:t>
      </w:r>
      <w:r>
        <w:tab/>
        <w:t>Pijače brez vsebnosti alkohola</w:t>
      </w:r>
    </w:p>
    <w:p w:rsidR="004611C8" w:rsidRDefault="004611C8" w:rsidP="00634B76">
      <w:r>
        <w:t>320059</w:t>
      </w:r>
      <w:r>
        <w:tab/>
        <w:t>Ječmenovo vino [pivo]</w:t>
      </w:r>
    </w:p>
    <w:p w:rsidR="004611C8" w:rsidRDefault="004611C8" w:rsidP="00634B76">
      <w:r>
        <w:t>320060</w:t>
      </w:r>
      <w:r>
        <w:tab/>
        <w:t>Energijski napitki</w:t>
      </w:r>
    </w:p>
    <w:p w:rsidR="004611C8" w:rsidRDefault="004611C8" w:rsidP="00634B76">
      <w:r>
        <w:t>320061</w:t>
      </w:r>
      <w:r>
        <w:tab/>
        <w:t>Brezalkoholne pijače iz sušenega sadja</w:t>
      </w:r>
    </w:p>
    <w:p w:rsidR="004611C8" w:rsidRDefault="004611C8" w:rsidP="00634B76">
      <w:r>
        <w:lastRenderedPageBreak/>
        <w:t>320062</w:t>
      </w:r>
      <w:r>
        <w:tab/>
        <w:t xml:space="preserve">Mešanica navadnega piva in ingverjevega </w:t>
      </w:r>
      <w:proofErr w:type="gramStart"/>
      <w:r>
        <w:t>piva,limonade</w:t>
      </w:r>
      <w:proofErr w:type="gramEnd"/>
      <w:r>
        <w:t>, gaziranega limoninega soka, ingverjeve kole ali cidra</w:t>
      </w:r>
    </w:p>
    <w:p w:rsidR="004611C8" w:rsidRDefault="004611C8" w:rsidP="00634B76">
      <w:r>
        <w:t>320063</w:t>
      </w:r>
      <w:r>
        <w:tab/>
        <w:t>Suhe mešanice na osnovi škroba za pripravo pijač</w:t>
      </w:r>
    </w:p>
    <w:p w:rsidR="004611C8" w:rsidRDefault="004611C8" w:rsidP="00634B76">
      <w:r>
        <w:t>320064</w:t>
      </w:r>
      <w:r>
        <w:tab/>
        <w:t>Brezalkoholni koktajli na osnovi piva</w:t>
      </w:r>
    </w:p>
    <w:p w:rsidR="004611C8" w:rsidRDefault="004611C8" w:rsidP="00634B76">
      <w:r>
        <w:t>320065</w:t>
      </w:r>
      <w:r>
        <w:tab/>
        <w:t>Brezalkoholno pivo</w:t>
      </w:r>
    </w:p>
    <w:p w:rsidR="004611C8" w:rsidRDefault="004611C8" w:rsidP="00634B76">
      <w:r>
        <w:t>320066</w:t>
      </w:r>
      <w:r>
        <w:tab/>
        <w:t>Praški za proizvodnjo brezalkoholnih pijač</w:t>
      </w:r>
    </w:p>
    <w:p w:rsidR="004611C8" w:rsidRDefault="004611C8" w:rsidP="00634B76">
      <w:r>
        <w:t>320067</w:t>
      </w:r>
      <w:r>
        <w:tab/>
        <w:t>Zamrznjen hmelj za varjenje piva</w:t>
      </w:r>
    </w:p>
    <w:p w:rsidR="004611C8" w:rsidRPr="003834FA" w:rsidRDefault="004611C8" w:rsidP="00634B76">
      <w:pPr>
        <w:rPr>
          <w:lang w:val="fr-FR"/>
        </w:rPr>
      </w:pPr>
      <w:r>
        <w:t>320068</w:t>
      </w:r>
      <w:r>
        <w:tab/>
      </w:r>
      <w:r w:rsidRPr="003834FA">
        <w:rPr>
          <w:lang w:val="fr-FR"/>
        </w:rPr>
        <w:t>Hmeljni peleti za varjenje piva</w:t>
      </w:r>
    </w:p>
    <w:p w:rsidR="004611C8" w:rsidRPr="003834FA" w:rsidRDefault="004611C8" w:rsidP="00634B76">
      <w:pPr>
        <w:rPr>
          <w:lang w:val="fr-FR"/>
        </w:rPr>
      </w:pPr>
      <w:r>
        <w:t>320069</w:t>
      </w:r>
      <w:r>
        <w:tab/>
      </w:r>
      <w:r w:rsidRPr="003834FA">
        <w:rPr>
          <w:lang w:val="fr-FR"/>
        </w:rPr>
        <w:t>Sušen hmelj za varjenje piva</w:t>
      </w:r>
    </w:p>
    <w:p w:rsidR="004611C8" w:rsidRDefault="004611C8" w:rsidP="00634B76">
      <w:r>
        <w:t>320070</w:t>
      </w:r>
      <w:r>
        <w:tab/>
        <w:t>Brezalkoholne pijače iz sadnega kisa</w:t>
      </w:r>
    </w:p>
    <w:p w:rsidR="004611C8" w:rsidRDefault="004611C8" w:rsidP="00634B76">
      <w:r>
        <w:t>320071</w:t>
      </w:r>
      <w:r>
        <w:tab/>
        <w:t>Grozdna piva</w:t>
      </w:r>
    </w:p>
    <w:p w:rsidR="001F500C" w:rsidRDefault="001F500C">
      <w:pPr>
        <w:pStyle w:val="Naslov1"/>
        <w:sectPr w:rsidR="001F500C" w:rsidSect="00E00425">
          <w:type w:val="continuous"/>
          <w:pgSz w:w="11907" w:h="16840" w:code="9"/>
          <w:pgMar w:top="1418" w:right="1418" w:bottom="1418" w:left="1418" w:header="720" w:footer="720" w:gutter="0"/>
          <w:cols w:num="2" w:space="720"/>
          <w:docGrid w:linePitch="360"/>
        </w:sectPr>
      </w:pPr>
    </w:p>
    <w:p w:rsidR="00EA4E60" w:rsidRPr="00EA4E60" w:rsidRDefault="00EA4E60" w:rsidP="00634B76">
      <w:pPr>
        <w:pStyle w:val="Naslov1"/>
        <w:rPr>
          <w:lang w:val="sl-SI" w:eastAsia="sl-SI"/>
        </w:rPr>
      </w:pPr>
      <w:r w:rsidRPr="00EA4E60">
        <w:rPr>
          <w:lang w:val="sl-SI" w:eastAsia="sl-SI"/>
        </w:rPr>
        <w:t xml:space="preserve">Razred 33 </w:t>
      </w:r>
    </w:p>
    <w:p w:rsidR="00EA4E60" w:rsidRDefault="00EA4E60" w:rsidP="007F7938">
      <w:pPr>
        <w:pStyle w:val="Naslov2"/>
        <w:rPr>
          <w:lang w:val="sl-SI" w:eastAsia="sl-SI"/>
        </w:rPr>
      </w:pPr>
      <w:r w:rsidRPr="00EA4E60">
        <w:rPr>
          <w:lang w:val="sl-SI" w:eastAsia="sl-SI"/>
        </w:rPr>
        <w:t>Alkoholne pijače (razen piva); alkoholni pripravki za pripravo pijač</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7F7938" w:rsidRPr="00D85EAF" w:rsidTr="00CF2B9C">
        <w:trPr>
          <w:trHeight w:val="143"/>
          <w:tblHeader/>
        </w:trPr>
        <w:tc>
          <w:tcPr>
            <w:tcW w:w="9493" w:type="dxa"/>
            <w:gridSpan w:val="2"/>
            <w:shd w:val="clear" w:color="auto" w:fill="F2F2F2" w:themeFill="background1" w:themeFillShade="F2"/>
            <w:vAlign w:val="center"/>
          </w:tcPr>
          <w:p w:rsidR="007F7938" w:rsidRPr="0087064C" w:rsidRDefault="007F7938" w:rsidP="009020C3">
            <w:pPr>
              <w:pStyle w:val="opomba"/>
              <w:spacing w:after="60"/>
              <w:rPr>
                <w:b/>
              </w:rPr>
            </w:pPr>
            <w:r w:rsidRPr="0087064C">
              <w:rPr>
                <w:b/>
              </w:rPr>
              <w:t xml:space="preserve">RAZRED </w:t>
            </w:r>
            <w:r w:rsidR="009020C3">
              <w:rPr>
                <w:b/>
              </w:rPr>
              <w:t>33</w:t>
            </w:r>
            <w:r w:rsidRPr="0087064C">
              <w:rPr>
                <w:b/>
              </w:rPr>
              <w:t xml:space="preserve"> - pojasnjevalne opombe</w:t>
            </w:r>
          </w:p>
        </w:tc>
      </w:tr>
      <w:tr w:rsidR="007F7938" w:rsidRPr="00D85EAF" w:rsidTr="00CF2B9C">
        <w:trPr>
          <w:trHeight w:val="390"/>
        </w:trPr>
        <w:tc>
          <w:tcPr>
            <w:tcW w:w="9493" w:type="dxa"/>
            <w:gridSpan w:val="2"/>
            <w:shd w:val="clear" w:color="auto" w:fill="F2F2F2" w:themeFill="background1" w:themeFillShade="F2"/>
            <w:vAlign w:val="center"/>
          </w:tcPr>
          <w:p w:rsidR="007F7938" w:rsidRPr="00993A45" w:rsidRDefault="009020C3" w:rsidP="009020C3">
            <w:pPr>
              <w:pStyle w:val="opomba"/>
              <w:spacing w:before="40" w:after="40"/>
            </w:pPr>
            <w:r>
              <w:t>Razred 33 vključuje predvsem alkoholne pijače, esence in ekstrakte.</w:t>
            </w:r>
          </w:p>
        </w:tc>
      </w:tr>
      <w:tr w:rsidR="007F7938" w:rsidRPr="00D85EAF" w:rsidTr="00634B76">
        <w:trPr>
          <w:trHeight w:val="2198"/>
        </w:trPr>
        <w:tc>
          <w:tcPr>
            <w:tcW w:w="4746" w:type="dxa"/>
            <w:shd w:val="clear" w:color="auto" w:fill="F2F2F2" w:themeFill="background1" w:themeFillShade="F2"/>
          </w:tcPr>
          <w:p w:rsidR="007F7938" w:rsidRPr="00993A45" w:rsidRDefault="007F7938" w:rsidP="00634B76">
            <w:pPr>
              <w:pStyle w:val="opomba"/>
              <w:spacing w:after="60"/>
            </w:pPr>
            <w:r w:rsidRPr="00D85EAF">
              <w:t>V ta razred so vključeni zlasti:</w:t>
            </w:r>
          </w:p>
          <w:p w:rsidR="009020C3" w:rsidRDefault="009020C3" w:rsidP="00634B76">
            <w:pPr>
              <w:pStyle w:val="opombapika"/>
            </w:pPr>
            <w:r>
              <w:t>vina, alkoholizirana vina</w:t>
            </w:r>
          </w:p>
          <w:p w:rsidR="009020C3" w:rsidRDefault="009020C3" w:rsidP="00634B76">
            <w:pPr>
              <w:pStyle w:val="opombapika"/>
            </w:pPr>
            <w:r>
              <w:t>alkoholni jabolčnik, hruškovec</w:t>
            </w:r>
          </w:p>
          <w:p w:rsidR="009020C3" w:rsidRDefault="009020C3" w:rsidP="00634B76">
            <w:pPr>
              <w:pStyle w:val="opombapika"/>
            </w:pPr>
            <w:r>
              <w:t>žganja, likerji</w:t>
            </w:r>
          </w:p>
          <w:p w:rsidR="007F7938" w:rsidRPr="00993A45" w:rsidRDefault="009020C3" w:rsidP="00634B76">
            <w:pPr>
              <w:pStyle w:val="opombapika"/>
            </w:pPr>
            <w:r>
              <w:t>alkoholne esence, alkoholni sadni izvlečki, grenčice</w:t>
            </w:r>
          </w:p>
        </w:tc>
        <w:tc>
          <w:tcPr>
            <w:tcW w:w="4747" w:type="dxa"/>
            <w:shd w:val="clear" w:color="auto" w:fill="F2F2F2" w:themeFill="background1" w:themeFillShade="F2"/>
          </w:tcPr>
          <w:p w:rsidR="007F7938" w:rsidRPr="00993A45" w:rsidRDefault="007F7938" w:rsidP="00634B76">
            <w:pPr>
              <w:pStyle w:val="opomba"/>
              <w:spacing w:after="60"/>
            </w:pPr>
            <w:r w:rsidRPr="00D85EAF">
              <w:t>V ta razred niso vključeni zlasti:</w:t>
            </w:r>
          </w:p>
          <w:p w:rsidR="009020C3" w:rsidRDefault="009020C3" w:rsidP="00634B76">
            <w:pPr>
              <w:pStyle w:val="opombapika"/>
            </w:pPr>
            <w:r>
              <w:t>zdravilne pijače (razred 5);</w:t>
            </w:r>
          </w:p>
          <w:p w:rsidR="009020C3" w:rsidRDefault="009020C3" w:rsidP="00634B76">
            <w:pPr>
              <w:pStyle w:val="opombapika"/>
            </w:pPr>
            <w:r>
              <w:t>piva (razred 32)</w:t>
            </w:r>
          </w:p>
          <w:p w:rsidR="009020C3" w:rsidRDefault="009020C3" w:rsidP="00634B76">
            <w:pPr>
              <w:pStyle w:val="opombapika"/>
            </w:pPr>
            <w:r>
              <w:t>deakoholizirane pijače (razred 32)</w:t>
            </w:r>
          </w:p>
          <w:p w:rsidR="007F7938" w:rsidRPr="00993A45" w:rsidRDefault="009020C3" w:rsidP="00634B76">
            <w:pPr>
              <w:pStyle w:val="opombapika"/>
            </w:pPr>
            <w:r>
              <w:t>brezalkoholni mešalniki, ki se uporabljajo za pripravo alkoholnih pijač, na primer brezalkoholnih pijač, gazirane vode (razred 32)</w:t>
            </w:r>
          </w:p>
        </w:tc>
      </w:tr>
    </w:tbl>
    <w:p w:rsidR="00F875A9" w:rsidRPr="00EA4E60" w:rsidRDefault="00F875A9" w:rsidP="00634B76">
      <w:pPr>
        <w:spacing w:after="360"/>
        <w:rPr>
          <w:lang w:val="sl-SI"/>
        </w:rPr>
      </w:pPr>
    </w:p>
    <w:p w:rsidR="001F500C" w:rsidRPr="00EA4E60" w:rsidRDefault="001F500C">
      <w:pPr>
        <w:rPr>
          <w:lang w:val="sl-SI"/>
        </w:rPr>
        <w:sectPr w:rsidR="001F500C" w:rsidRPr="00EA4E60" w:rsidSect="00E00425">
          <w:type w:val="continuous"/>
          <w:pgSz w:w="11907" w:h="16840" w:code="9"/>
          <w:pgMar w:top="1418" w:right="1418" w:bottom="1418" w:left="1418" w:header="720" w:footer="720" w:gutter="0"/>
          <w:cols w:space="720"/>
          <w:docGrid w:linePitch="360"/>
        </w:sectPr>
      </w:pPr>
    </w:p>
    <w:p w:rsidR="004611C8" w:rsidRDefault="004611C8" w:rsidP="00634B76">
      <w:r>
        <w:t>330001</w:t>
      </w:r>
      <w:r>
        <w:tab/>
        <w:t>Metin liker</w:t>
      </w:r>
    </w:p>
    <w:p w:rsidR="004611C8" w:rsidRDefault="004611C8" w:rsidP="00634B76">
      <w:r>
        <w:t>330002</w:t>
      </w:r>
      <w:r>
        <w:tab/>
        <w:t>Sadni ekstrakti, alkoholni</w:t>
      </w:r>
    </w:p>
    <w:p w:rsidR="004611C8" w:rsidRDefault="004611C8" w:rsidP="00634B76">
      <w:r>
        <w:t>330003</w:t>
      </w:r>
      <w:r>
        <w:tab/>
        <w:t>Grenčice</w:t>
      </w:r>
    </w:p>
    <w:p w:rsidR="004611C8" w:rsidRDefault="004611C8" w:rsidP="00634B76">
      <w:r>
        <w:t>330004</w:t>
      </w:r>
      <w:r>
        <w:tab/>
        <w:t>Janežev liker</w:t>
      </w:r>
    </w:p>
    <w:p w:rsidR="004611C8" w:rsidRDefault="004611C8" w:rsidP="00634B76">
      <w:r>
        <w:t>330005</w:t>
      </w:r>
      <w:r>
        <w:tab/>
        <w:t>Janeževec [liker]</w:t>
      </w:r>
    </w:p>
    <w:p w:rsidR="004611C8" w:rsidRDefault="004611C8" w:rsidP="00634B76">
      <w:r>
        <w:t>330006</w:t>
      </w:r>
      <w:r>
        <w:tab/>
        <w:t>Aperitivi</w:t>
      </w:r>
    </w:p>
    <w:p w:rsidR="004611C8" w:rsidRDefault="004611C8" w:rsidP="00634B76">
      <w:r>
        <w:t>330008</w:t>
      </w:r>
      <w:r>
        <w:tab/>
        <w:t>Žgane pijače (narejene z destilacijo)</w:t>
      </w:r>
    </w:p>
    <w:p w:rsidR="004611C8" w:rsidRDefault="004611C8" w:rsidP="00634B76">
      <w:r>
        <w:t>330009</w:t>
      </w:r>
      <w:r>
        <w:tab/>
        <w:t>Jabolčni mošt (zavret)</w:t>
      </w:r>
    </w:p>
    <w:p w:rsidR="004611C8" w:rsidRDefault="004611C8" w:rsidP="00634B76">
      <w:r>
        <w:t>330010</w:t>
      </w:r>
      <w:r>
        <w:tab/>
        <w:t>Koktajli</w:t>
      </w:r>
    </w:p>
    <w:p w:rsidR="004611C8" w:rsidRDefault="004611C8" w:rsidP="00634B76">
      <w:r>
        <w:t>330011</w:t>
      </w:r>
      <w:r>
        <w:tab/>
        <w:t>Curacao (liker iz lupin grenkih pomaranč)</w:t>
      </w:r>
    </w:p>
    <w:p w:rsidR="004611C8" w:rsidRDefault="004611C8" w:rsidP="00634B76">
      <w:r>
        <w:t>330012</w:t>
      </w:r>
      <w:r>
        <w:tab/>
        <w:t>Digestivi [likerji in žgane pijače]</w:t>
      </w:r>
    </w:p>
    <w:p w:rsidR="004611C8" w:rsidRDefault="004611C8" w:rsidP="00634B76">
      <w:r>
        <w:t>330013</w:t>
      </w:r>
      <w:r>
        <w:tab/>
        <w:t>Vino</w:t>
      </w:r>
    </w:p>
    <w:p w:rsidR="004611C8" w:rsidRDefault="004611C8" w:rsidP="00634B76">
      <w:r>
        <w:t>330014</w:t>
      </w:r>
      <w:r>
        <w:tab/>
        <w:t>Gin (žganje z okusom po brinovih jagodah)</w:t>
      </w:r>
    </w:p>
    <w:p w:rsidR="004611C8" w:rsidRDefault="004611C8" w:rsidP="00634B76">
      <w:r>
        <w:t>330015</w:t>
      </w:r>
      <w:r>
        <w:tab/>
        <w:t>Likerji</w:t>
      </w:r>
    </w:p>
    <w:p w:rsidR="004611C8" w:rsidRDefault="004611C8" w:rsidP="00634B76">
      <w:r>
        <w:t>330017</w:t>
      </w:r>
      <w:r>
        <w:tab/>
        <w:t>Češnjevo žganje</w:t>
      </w:r>
    </w:p>
    <w:p w:rsidR="004611C8" w:rsidRDefault="004611C8" w:rsidP="00634B76">
      <w:r>
        <w:t>330018</w:t>
      </w:r>
      <w:r>
        <w:tab/>
        <w:t>Žgane alkoholne pijače</w:t>
      </w:r>
    </w:p>
    <w:p w:rsidR="004611C8" w:rsidRDefault="004611C8" w:rsidP="00634B76">
      <w:r>
        <w:t>330019</w:t>
      </w:r>
      <w:r>
        <w:tab/>
        <w:t>Brendi</w:t>
      </w:r>
    </w:p>
    <w:p w:rsidR="004611C8" w:rsidRDefault="004611C8" w:rsidP="00634B76">
      <w:r>
        <w:t>330020</w:t>
      </w:r>
      <w:r>
        <w:tab/>
        <w:t>Vino iz tropin</w:t>
      </w:r>
    </w:p>
    <w:p w:rsidR="004611C8" w:rsidRDefault="004611C8" w:rsidP="00634B76">
      <w:r>
        <w:t>330021</w:t>
      </w:r>
      <w:r>
        <w:tab/>
        <w:t>Hruškov mošt (zavret)</w:t>
      </w:r>
    </w:p>
    <w:p w:rsidR="004611C8" w:rsidRDefault="004611C8" w:rsidP="00634B76">
      <w:r>
        <w:t>330022</w:t>
      </w:r>
      <w:r>
        <w:tab/>
        <w:t>Sake (japonsko riževo žganje)</w:t>
      </w:r>
    </w:p>
    <w:p w:rsidR="004611C8" w:rsidRDefault="004611C8" w:rsidP="00634B76">
      <w:r>
        <w:t>330023</w:t>
      </w:r>
      <w:r>
        <w:tab/>
        <w:t>Viski</w:t>
      </w:r>
    </w:p>
    <w:p w:rsidR="004611C8" w:rsidRDefault="004611C8" w:rsidP="00634B76">
      <w:r>
        <w:t>330024</w:t>
      </w:r>
      <w:r>
        <w:tab/>
        <w:t>Alkoholni izvlečki</w:t>
      </w:r>
    </w:p>
    <w:p w:rsidR="004611C8" w:rsidRDefault="004611C8" w:rsidP="00634B76">
      <w:r>
        <w:t>330025</w:t>
      </w:r>
      <w:r>
        <w:tab/>
        <w:t>Alkoholni ekstrakti</w:t>
      </w:r>
    </w:p>
    <w:p w:rsidR="004611C8" w:rsidRDefault="004611C8" w:rsidP="00634B76">
      <w:r>
        <w:t>330026</w:t>
      </w:r>
      <w:r>
        <w:tab/>
        <w:t>Alkoholne pijače (razen piva)</w:t>
      </w:r>
    </w:p>
    <w:p w:rsidR="004611C8" w:rsidRDefault="004611C8" w:rsidP="00634B76">
      <w:r>
        <w:t>330031</w:t>
      </w:r>
      <w:r>
        <w:tab/>
        <w:t>Alkoholne sadne pijače</w:t>
      </w:r>
    </w:p>
    <w:p w:rsidR="004611C8" w:rsidRDefault="004611C8" w:rsidP="00634B76">
      <w:r>
        <w:t>330032</w:t>
      </w:r>
      <w:r>
        <w:tab/>
        <w:t>Riževo žganje</w:t>
      </w:r>
    </w:p>
    <w:p w:rsidR="004611C8" w:rsidRDefault="004611C8" w:rsidP="00634B76">
      <w:r>
        <w:t>330033</w:t>
      </w:r>
      <w:r>
        <w:tab/>
        <w:t>Rum</w:t>
      </w:r>
    </w:p>
    <w:p w:rsidR="004611C8" w:rsidRDefault="004611C8" w:rsidP="00634B76">
      <w:r>
        <w:t>330034</w:t>
      </w:r>
      <w:r>
        <w:tab/>
        <w:t>Vodka</w:t>
      </w:r>
    </w:p>
    <w:p w:rsidR="004611C8" w:rsidRDefault="004611C8" w:rsidP="00634B76">
      <w:r>
        <w:t>330035</w:t>
      </w:r>
      <w:r>
        <w:tab/>
        <w:t>Vnaprej pripravljene mešanice alkoholnih pijač, ki niso na osnovi piva</w:t>
      </w:r>
    </w:p>
    <w:p w:rsidR="004611C8" w:rsidRDefault="004611C8" w:rsidP="00634B76">
      <w:r>
        <w:t>330036</w:t>
      </w:r>
      <w:r>
        <w:tab/>
        <w:t>Alkoholne pijače na osnovi sladkornega trsa</w:t>
      </w:r>
    </w:p>
    <w:p w:rsidR="004611C8" w:rsidRDefault="004611C8" w:rsidP="00634B76">
      <w:r>
        <w:t>330037</w:t>
      </w:r>
      <w:r>
        <w:tab/>
        <w:t>Destilirane alkoholne pijače na osnovi žitaric</w:t>
      </w:r>
    </w:p>
    <w:p w:rsidR="004611C8" w:rsidRDefault="004611C8" w:rsidP="00634B76">
      <w:r>
        <w:t>330038</w:t>
      </w:r>
      <w:r>
        <w:tab/>
        <w:t>Pijače na osnovi vina</w:t>
      </w:r>
    </w:p>
    <w:p w:rsidR="004611C8" w:rsidRPr="003834FA" w:rsidRDefault="004611C8" w:rsidP="00634B76">
      <w:pPr>
        <w:rPr>
          <w:lang w:val="fr-FR"/>
        </w:rPr>
      </w:pPr>
      <w:r>
        <w:t>330039</w:t>
      </w:r>
      <w:r>
        <w:tab/>
      </w:r>
      <w:r w:rsidRPr="003834FA">
        <w:rPr>
          <w:lang w:val="fr-FR"/>
        </w:rPr>
        <w:t>Korejske destilirane žgane pijače [soju]</w:t>
      </w:r>
    </w:p>
    <w:p w:rsidR="004611C8" w:rsidRDefault="004611C8" w:rsidP="00634B76">
      <w:r>
        <w:t>330040</w:t>
      </w:r>
      <w:r>
        <w:tab/>
        <w:t>Korejsko tradicionalno riževo vino [makgeoli]</w:t>
      </w:r>
    </w:p>
    <w:p w:rsidR="004611C8" w:rsidRDefault="004611C8" w:rsidP="00634B76">
      <w:r>
        <w:t>330041</w:t>
      </w:r>
      <w:r>
        <w:tab/>
        <w:t>Alkoholne sodavice</w:t>
      </w:r>
    </w:p>
    <w:p w:rsidR="004611C8" w:rsidRDefault="004611C8" w:rsidP="00634B76">
      <w:r>
        <w:t>330043</w:t>
      </w:r>
      <w:r>
        <w:tab/>
        <w:t>Riževo žganje</w:t>
      </w:r>
    </w:p>
    <w:p w:rsidR="001F500C" w:rsidRDefault="001F500C">
      <w:pPr>
        <w:pStyle w:val="Naslov1"/>
        <w:sectPr w:rsidR="001F500C" w:rsidSect="00E00425">
          <w:type w:val="continuous"/>
          <w:pgSz w:w="11907" w:h="16840" w:code="9"/>
          <w:pgMar w:top="1418" w:right="1418" w:bottom="1418" w:left="1418" w:header="720" w:footer="720" w:gutter="0"/>
          <w:cols w:num="2" w:space="720"/>
          <w:docGrid w:linePitch="360"/>
        </w:sectPr>
      </w:pPr>
    </w:p>
    <w:p w:rsidR="00EA4E60" w:rsidRPr="00EA4E60" w:rsidRDefault="00EA4E60" w:rsidP="000B6F09">
      <w:pPr>
        <w:pStyle w:val="Naslov1"/>
        <w:spacing w:before="0"/>
        <w:rPr>
          <w:lang w:val="sl-SI" w:eastAsia="sl-SI"/>
        </w:rPr>
      </w:pPr>
      <w:r w:rsidRPr="00EA4E60">
        <w:rPr>
          <w:lang w:val="sl-SI" w:eastAsia="sl-SI"/>
        </w:rPr>
        <w:lastRenderedPageBreak/>
        <w:t xml:space="preserve">Razred 34 </w:t>
      </w:r>
    </w:p>
    <w:p w:rsidR="00EA4E60" w:rsidRDefault="00EA4E60" w:rsidP="007F7938">
      <w:pPr>
        <w:pStyle w:val="Naslov2"/>
        <w:rPr>
          <w:lang w:val="sl-SI" w:eastAsia="sl-SI"/>
        </w:rPr>
      </w:pPr>
      <w:r w:rsidRPr="00EA4E60">
        <w:rPr>
          <w:lang w:val="sl-SI" w:eastAsia="sl-SI"/>
        </w:rPr>
        <w:t>tobačni nadomestki (ne za medicinske namene); cigarete in cigare; elektronske cigarete in oralni uparjalniki za kadilce; proizvodi za kadilce; vžigalice</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7F7938" w:rsidRPr="00D85EAF" w:rsidTr="00CF2B9C">
        <w:trPr>
          <w:trHeight w:val="143"/>
          <w:tblHeader/>
        </w:trPr>
        <w:tc>
          <w:tcPr>
            <w:tcW w:w="9493" w:type="dxa"/>
            <w:gridSpan w:val="2"/>
            <w:shd w:val="clear" w:color="auto" w:fill="F2F2F2" w:themeFill="background1" w:themeFillShade="F2"/>
            <w:vAlign w:val="center"/>
          </w:tcPr>
          <w:p w:rsidR="007F7938" w:rsidRPr="0087064C" w:rsidRDefault="007F7938" w:rsidP="00CF2B9C">
            <w:pPr>
              <w:pStyle w:val="opomba"/>
              <w:rPr>
                <w:b/>
              </w:rPr>
            </w:pPr>
            <w:r w:rsidRPr="0087064C">
              <w:rPr>
                <w:b/>
              </w:rPr>
              <w:t xml:space="preserve">RAZRED </w:t>
            </w:r>
            <w:r w:rsidR="009020C3">
              <w:rPr>
                <w:b/>
              </w:rPr>
              <w:t>34</w:t>
            </w:r>
            <w:r w:rsidRPr="0087064C">
              <w:rPr>
                <w:b/>
              </w:rPr>
              <w:t xml:space="preserve"> - pojasnjevalne opombe</w:t>
            </w:r>
          </w:p>
        </w:tc>
      </w:tr>
      <w:tr w:rsidR="007F7938" w:rsidRPr="00D85EAF" w:rsidTr="00CF2B9C">
        <w:trPr>
          <w:trHeight w:val="390"/>
        </w:trPr>
        <w:tc>
          <w:tcPr>
            <w:tcW w:w="9493" w:type="dxa"/>
            <w:gridSpan w:val="2"/>
            <w:shd w:val="clear" w:color="auto" w:fill="F2F2F2" w:themeFill="background1" w:themeFillShade="F2"/>
            <w:vAlign w:val="center"/>
          </w:tcPr>
          <w:p w:rsidR="007F7938" w:rsidRPr="00993A45" w:rsidRDefault="009020C3" w:rsidP="00CF2B9C">
            <w:pPr>
              <w:pStyle w:val="opomba"/>
            </w:pPr>
            <w:r>
              <w:t>Razred 34 vključuje predvsem tobak in izdelke, ki se uporabljajo za kajenje, ter nekatere dodatke in posode, povezane z njihovo uporabo.</w:t>
            </w:r>
          </w:p>
        </w:tc>
      </w:tr>
      <w:tr w:rsidR="007F7938" w:rsidRPr="00D85EAF" w:rsidTr="00634B76">
        <w:trPr>
          <w:trHeight w:val="3097"/>
        </w:trPr>
        <w:tc>
          <w:tcPr>
            <w:tcW w:w="4746" w:type="dxa"/>
            <w:shd w:val="clear" w:color="auto" w:fill="F2F2F2" w:themeFill="background1" w:themeFillShade="F2"/>
          </w:tcPr>
          <w:p w:rsidR="007F7938" w:rsidRPr="00993A45" w:rsidRDefault="007F7938" w:rsidP="00CF2B9C">
            <w:pPr>
              <w:pStyle w:val="opomba"/>
            </w:pPr>
            <w:r w:rsidRPr="00D85EAF">
              <w:t>V ta razred so vključeni zlasti:</w:t>
            </w:r>
          </w:p>
          <w:p w:rsidR="009020C3" w:rsidRDefault="009020C3" w:rsidP="009020C3">
            <w:pPr>
              <w:pStyle w:val="opombapika"/>
            </w:pPr>
            <w:r>
              <w:t>tobačni nadomestki, ne za medicinske namene</w:t>
            </w:r>
          </w:p>
          <w:p w:rsidR="009020C3" w:rsidRDefault="009020C3" w:rsidP="009020C3">
            <w:pPr>
              <w:pStyle w:val="opombapika"/>
            </w:pPr>
            <w:r>
              <w:t>arome za uporabo v elektronskih cigaretah ali ustnih uparjalnikih za kadilce</w:t>
            </w:r>
          </w:p>
          <w:p w:rsidR="009020C3" w:rsidRDefault="009020C3" w:rsidP="009020C3">
            <w:pPr>
              <w:pStyle w:val="opombapika"/>
            </w:pPr>
            <w:r>
              <w:t>zelišča za kajenje</w:t>
            </w:r>
          </w:p>
          <w:p w:rsidR="009020C3" w:rsidRDefault="009020C3" w:rsidP="009020C3">
            <w:pPr>
              <w:pStyle w:val="opombapika"/>
            </w:pPr>
            <w:r>
              <w:t>njuhanec (tobak za njuhanje)</w:t>
            </w:r>
          </w:p>
          <w:p w:rsidR="007F7938" w:rsidRPr="00993A45" w:rsidRDefault="009020C3" w:rsidP="009020C3">
            <w:pPr>
              <w:pStyle w:val="opombapika"/>
            </w:pPr>
            <w:r>
              <w:t>nekateri dodatki in posode v zvezi z uporabo tobaka in predmeti za kajenje, na primer vžigalniki za kadilce, pepelniki za kadilce, kozarci za tobak, škatlice za tobak, humidorji za cigare</w:t>
            </w:r>
          </w:p>
        </w:tc>
        <w:tc>
          <w:tcPr>
            <w:tcW w:w="4747" w:type="dxa"/>
            <w:shd w:val="clear" w:color="auto" w:fill="F2F2F2" w:themeFill="background1" w:themeFillShade="F2"/>
          </w:tcPr>
          <w:p w:rsidR="007F7938" w:rsidRPr="00993A45" w:rsidRDefault="007F7938" w:rsidP="00CF2B9C">
            <w:pPr>
              <w:pStyle w:val="opomba"/>
            </w:pPr>
            <w:r w:rsidRPr="00D85EAF">
              <w:t>V ta razred niso vključeni zlasti:</w:t>
            </w:r>
          </w:p>
          <w:p w:rsidR="009020C3" w:rsidRDefault="009020C3" w:rsidP="009020C3">
            <w:pPr>
              <w:pStyle w:val="opombapika"/>
            </w:pPr>
            <w:r>
              <w:t>cigarete brez tobaka za medicinske namene (razred 5)</w:t>
            </w:r>
          </w:p>
          <w:p w:rsidR="009020C3" w:rsidRDefault="009020C3" w:rsidP="009020C3">
            <w:pPr>
              <w:pStyle w:val="opombapika"/>
            </w:pPr>
            <w:r>
              <w:t>baterije in polnilci za elektronske cigarete (razred 9)</w:t>
            </w:r>
          </w:p>
          <w:p w:rsidR="007F7938" w:rsidRPr="00993A45" w:rsidRDefault="009020C3" w:rsidP="009020C3">
            <w:pPr>
              <w:pStyle w:val="opombapika"/>
            </w:pPr>
            <w:r>
              <w:t>pepelniki za avtomobile (razred 12)</w:t>
            </w:r>
          </w:p>
        </w:tc>
      </w:tr>
    </w:tbl>
    <w:p w:rsidR="00F875A9" w:rsidRDefault="00F875A9" w:rsidP="009020C3">
      <w:pPr>
        <w:spacing w:after="240"/>
      </w:pPr>
    </w:p>
    <w:p w:rsidR="001F500C" w:rsidRDefault="001F500C">
      <w:pPr>
        <w:sectPr w:rsidR="001F500C" w:rsidSect="00E00425">
          <w:type w:val="continuous"/>
          <w:pgSz w:w="11907" w:h="16840" w:code="9"/>
          <w:pgMar w:top="1418" w:right="1418" w:bottom="1418" w:left="1418" w:header="720" w:footer="720" w:gutter="0"/>
          <w:cols w:space="720"/>
          <w:docGrid w:linePitch="360"/>
        </w:sectPr>
      </w:pPr>
    </w:p>
    <w:p w:rsidR="007F7938" w:rsidRDefault="007F7938" w:rsidP="007F7938">
      <w:r>
        <w:t>340001</w:t>
      </w:r>
      <w:r>
        <w:tab/>
        <w:t>Vžigalice</w:t>
      </w:r>
    </w:p>
    <w:p w:rsidR="007F7938" w:rsidRDefault="007F7938" w:rsidP="007F7938">
      <w:r>
        <w:t>340002</w:t>
      </w:r>
      <w:r>
        <w:tab/>
        <w:t>Nastavki iz jantarja za ustnike za cigare in cigarete</w:t>
      </w:r>
    </w:p>
    <w:p w:rsidR="007F7938" w:rsidRDefault="007F7938" w:rsidP="007F7938">
      <w:r>
        <w:t>340003</w:t>
      </w:r>
      <w:r>
        <w:tab/>
        <w:t>Tobak</w:t>
      </w:r>
    </w:p>
    <w:p w:rsidR="007F7938" w:rsidRDefault="007F7938" w:rsidP="007F7938">
      <w:r>
        <w:t>340004</w:t>
      </w:r>
      <w:r>
        <w:tab/>
        <w:t>Mošnjički za tobak</w:t>
      </w:r>
    </w:p>
    <w:p w:rsidR="007F7938" w:rsidRDefault="007F7938" w:rsidP="007F7938">
      <w:r>
        <w:t>340005</w:t>
      </w:r>
      <w:r>
        <w:tab/>
        <w:t>Filtri za cigarete</w:t>
      </w:r>
    </w:p>
    <w:p w:rsidR="007F7938" w:rsidRDefault="007F7938" w:rsidP="007F7938">
      <w:r>
        <w:t>340006</w:t>
      </w:r>
      <w:r>
        <w:tab/>
        <w:t>Cigaretni filtri</w:t>
      </w:r>
    </w:p>
    <w:p w:rsidR="007F7938" w:rsidRDefault="007F7938" w:rsidP="007F7938">
      <w:r>
        <w:t>340007</w:t>
      </w:r>
      <w:r>
        <w:tab/>
        <w:t>Vžigalniki za kadilce</w:t>
      </w:r>
    </w:p>
    <w:p w:rsidR="007F7938" w:rsidRDefault="007F7938" w:rsidP="007F7938">
      <w:r>
        <w:t>340008</w:t>
      </w:r>
      <w:r>
        <w:tab/>
        <w:t>Plinske doze za vžigalnike</w:t>
      </w:r>
    </w:p>
    <w:p w:rsidR="007F7938" w:rsidRDefault="007F7938" w:rsidP="007F7938">
      <w:r>
        <w:t>340009</w:t>
      </w:r>
      <w:r>
        <w:tab/>
        <w:t>Pipe</w:t>
      </w:r>
    </w:p>
    <w:p w:rsidR="007F7938" w:rsidRDefault="007F7938" w:rsidP="007F7938">
      <w:r>
        <w:t>340010</w:t>
      </w:r>
      <w:r>
        <w:tab/>
        <w:t>Zavojčki cigaretnega papirja za zvijanje cigaret</w:t>
      </w:r>
    </w:p>
    <w:p w:rsidR="007F7938" w:rsidRPr="003834FA" w:rsidRDefault="007F7938" w:rsidP="007F7938">
      <w:pPr>
        <w:rPr>
          <w:lang w:val="fr-FR"/>
        </w:rPr>
      </w:pPr>
      <w:r>
        <w:t>340011</w:t>
      </w:r>
      <w:r>
        <w:tab/>
      </w:r>
      <w:r w:rsidRPr="003834FA">
        <w:rPr>
          <w:lang w:val="fr-FR"/>
        </w:rPr>
        <w:t>Vpojen papir za pipe za kajenje tobaka</w:t>
      </w:r>
    </w:p>
    <w:p w:rsidR="007F7938" w:rsidRDefault="007F7938" w:rsidP="007F7938">
      <w:r>
        <w:t>340012</w:t>
      </w:r>
      <w:r>
        <w:tab/>
        <w:t>Tobak za žvečenje</w:t>
      </w:r>
    </w:p>
    <w:p w:rsidR="007F7938" w:rsidRDefault="007F7938" w:rsidP="007F7938">
      <w:r>
        <w:t>340013</w:t>
      </w:r>
      <w:r>
        <w:tab/>
        <w:t>Cigare</w:t>
      </w:r>
    </w:p>
    <w:p w:rsidR="007F7938" w:rsidRDefault="007F7938" w:rsidP="007F7938">
      <w:r>
        <w:t>340014</w:t>
      </w:r>
      <w:r>
        <w:tab/>
        <w:t>Rezila za prirezovanje cigar</w:t>
      </w:r>
    </w:p>
    <w:p w:rsidR="007F7938" w:rsidRDefault="007F7938" w:rsidP="007F7938">
      <w:r>
        <w:t>340015</w:t>
      </w:r>
      <w:r>
        <w:tab/>
        <w:t>Cigarnice</w:t>
      </w:r>
    </w:p>
    <w:p w:rsidR="007F7938" w:rsidRDefault="007F7938" w:rsidP="007F7938">
      <w:r>
        <w:t>340016</w:t>
      </w:r>
      <w:r>
        <w:tab/>
        <w:t>Cigaretnice</w:t>
      </w:r>
    </w:p>
    <w:p w:rsidR="007F7938" w:rsidRDefault="007F7938" w:rsidP="007F7938">
      <w:r>
        <w:t>340017</w:t>
      </w:r>
      <w:r>
        <w:tab/>
        <w:t>Ustniki za cigare</w:t>
      </w:r>
    </w:p>
    <w:p w:rsidR="007F7938" w:rsidRDefault="007F7938" w:rsidP="007F7938">
      <w:r>
        <w:t>340019</w:t>
      </w:r>
      <w:r>
        <w:tab/>
        <w:t>Cigarete polnjene z nadomestki tobaka, ne za medicinske namene</w:t>
      </w:r>
    </w:p>
    <w:p w:rsidR="007F7938" w:rsidRDefault="007F7938" w:rsidP="007F7938">
      <w:r>
        <w:t>340020</w:t>
      </w:r>
      <w:r>
        <w:tab/>
        <w:t>Cigarete</w:t>
      </w:r>
    </w:p>
    <w:p w:rsidR="007F7938" w:rsidRDefault="007F7938" w:rsidP="007F7938">
      <w:r>
        <w:t>340021</w:t>
      </w:r>
      <w:r>
        <w:tab/>
        <w:t>Žepni strojček za zvijanje cigaret</w:t>
      </w:r>
    </w:p>
    <w:p w:rsidR="007F7938" w:rsidRDefault="007F7938" w:rsidP="007F7938">
      <w:r>
        <w:t>340022</w:t>
      </w:r>
      <w:r>
        <w:tab/>
        <w:t>Ustniki za cigarete</w:t>
      </w:r>
    </w:p>
    <w:p w:rsidR="007F7938" w:rsidRDefault="007F7938" w:rsidP="007F7938">
      <w:r>
        <w:t>340023</w:t>
      </w:r>
      <w:r>
        <w:tab/>
        <w:t>Ustni nastavki za cigaretne ustnike</w:t>
      </w:r>
    </w:p>
    <w:p w:rsidR="007F7938" w:rsidRDefault="007F7938" w:rsidP="007F7938">
      <w:r>
        <w:t>340024</w:t>
      </w:r>
      <w:r>
        <w:tab/>
        <w:t>Cigaretni papir</w:t>
      </w:r>
    </w:p>
    <w:p w:rsidR="007F7938" w:rsidRDefault="007F7938" w:rsidP="007F7938">
      <w:r>
        <w:t>340025</w:t>
      </w:r>
      <w:r>
        <w:tab/>
        <w:t>Cigarilosi</w:t>
      </w:r>
    </w:p>
    <w:p w:rsidR="007F7938" w:rsidRDefault="007F7938" w:rsidP="007F7938">
      <w:r>
        <w:t>340026</w:t>
      </w:r>
      <w:r>
        <w:tab/>
        <w:t>Čistilniki za pipe za kajenje tobaka</w:t>
      </w:r>
    </w:p>
    <w:p w:rsidR="007F7938" w:rsidRDefault="007F7938" w:rsidP="007F7938">
      <w:r>
        <w:t>340027</w:t>
      </w:r>
      <w:r>
        <w:tab/>
        <w:t>Kresilniki za kadilce</w:t>
      </w:r>
    </w:p>
    <w:p w:rsidR="007F7938" w:rsidRDefault="007F7938" w:rsidP="007F7938">
      <w:r>
        <w:t>340028</w:t>
      </w:r>
      <w:r>
        <w:tab/>
        <w:t>Zelišča za kajenje</w:t>
      </w:r>
    </w:p>
    <w:p w:rsidR="007F7938" w:rsidRDefault="007F7938" w:rsidP="007F7938">
      <w:r>
        <w:t>340030</w:t>
      </w:r>
      <w:r>
        <w:tab/>
        <w:t>Stojala za pipe za kajenje tobaka</w:t>
      </w:r>
    </w:p>
    <w:p w:rsidR="007F7938" w:rsidRDefault="007F7938" w:rsidP="007F7938">
      <w:r>
        <w:t>340031</w:t>
      </w:r>
      <w:r>
        <w:tab/>
        <w:t>Podstavki za vžigalice</w:t>
      </w:r>
    </w:p>
    <w:p w:rsidR="007F7938" w:rsidRDefault="007F7938" w:rsidP="007F7938">
      <w:r>
        <w:t>340032</w:t>
      </w:r>
      <w:r>
        <w:tab/>
        <w:t>Doze za tobak</w:t>
      </w:r>
    </w:p>
    <w:p w:rsidR="007F7938" w:rsidRDefault="007F7938" w:rsidP="007F7938">
      <w:r>
        <w:t>340033</w:t>
      </w:r>
      <w:r>
        <w:tab/>
        <w:t>Njuhanec (tobak za njuhanje)</w:t>
      </w:r>
    </w:p>
    <w:p w:rsidR="007F7938" w:rsidRDefault="007F7938" w:rsidP="007F7938">
      <w:r>
        <w:t>340034</w:t>
      </w:r>
      <w:r>
        <w:tab/>
        <w:t>Tobačnice za njuhanec</w:t>
      </w:r>
    </w:p>
    <w:p w:rsidR="007F7938" w:rsidRDefault="007F7938" w:rsidP="007F7938">
      <w:r>
        <w:t>340035</w:t>
      </w:r>
      <w:r>
        <w:tab/>
        <w:t>Škatle za vžigalice</w:t>
      </w:r>
    </w:p>
    <w:p w:rsidR="007F7938" w:rsidRDefault="007F7938" w:rsidP="007F7938">
      <w:r>
        <w:t>340036</w:t>
      </w:r>
      <w:r>
        <w:tab/>
        <w:t>Pepelniki</w:t>
      </w:r>
    </w:p>
    <w:p w:rsidR="007F7938" w:rsidRDefault="007F7938" w:rsidP="007F7938">
      <w:r>
        <w:t>340037</w:t>
      </w:r>
      <w:r>
        <w:tab/>
        <w:t>Pljuvalniki za kadilce</w:t>
      </w:r>
    </w:p>
    <w:p w:rsidR="007F7938" w:rsidRDefault="007F7938" w:rsidP="007F7938">
      <w:r>
        <w:t>340038</w:t>
      </w:r>
      <w:r>
        <w:tab/>
        <w:t>Vlažilne škatle za cigare</w:t>
      </w:r>
    </w:p>
    <w:p w:rsidR="007F7938" w:rsidRDefault="007F7938" w:rsidP="007F7938">
      <w:r>
        <w:t>340039</w:t>
      </w:r>
      <w:r>
        <w:tab/>
        <w:t>Elektronske cigarete</w:t>
      </w:r>
    </w:p>
    <w:p w:rsidR="007F7938" w:rsidRDefault="007F7938" w:rsidP="007F7938">
      <w:r>
        <w:t>340040</w:t>
      </w:r>
      <w:r>
        <w:tab/>
        <w:t>Tekoče raztopine za uporabo v elektronskih cigaretah</w:t>
      </w:r>
    </w:p>
    <w:p w:rsidR="007F7938" w:rsidRDefault="007F7938" w:rsidP="007F7938">
      <w:r>
        <w:t>340041</w:t>
      </w:r>
      <w:r>
        <w:tab/>
        <w:t>Ustniki z izhlapevanjem za kadilce</w:t>
      </w:r>
    </w:p>
    <w:p w:rsidR="007F7938" w:rsidRDefault="007F7938" w:rsidP="007F7938">
      <w:r>
        <w:t>340044</w:t>
      </w:r>
      <w:r>
        <w:tab/>
        <w:t>Stenji za vžigalnike</w:t>
      </w:r>
    </w:p>
    <w:p w:rsidR="007F7938" w:rsidRDefault="007F7938" w:rsidP="007F7938">
      <w:r>
        <w:t>340045</w:t>
      </w:r>
      <w:r>
        <w:tab/>
        <w:t>Vodne pipe za kajenje</w:t>
      </w:r>
    </w:p>
    <w:p w:rsidR="007F7938" w:rsidRDefault="007F7938" w:rsidP="007F7938">
      <w:r>
        <w:t>340046</w:t>
      </w:r>
      <w:r>
        <w:tab/>
        <w:t>Naprave za segrevanje tobaka, za inhaliranje</w:t>
      </w:r>
    </w:p>
    <w:p w:rsidR="007F7938" w:rsidRDefault="007F7938" w:rsidP="007F7938">
      <w:r>
        <w:t>340047</w:t>
      </w:r>
      <w:r>
        <w:tab/>
        <w:t>Nikotinske vrečke za uporabo kot nadomestek tobaka, ne za medicinske namene</w:t>
      </w:r>
    </w:p>
    <w:p w:rsidR="001F500C" w:rsidRDefault="001F500C">
      <w:pPr>
        <w:pStyle w:val="Naslov1"/>
        <w:sectPr w:rsidR="001F500C" w:rsidSect="00E00425">
          <w:type w:val="continuous"/>
          <w:pgSz w:w="11907" w:h="16840" w:code="9"/>
          <w:pgMar w:top="1418" w:right="1418" w:bottom="1418" w:left="1418" w:header="720" w:footer="720" w:gutter="0"/>
          <w:cols w:num="2" w:space="720"/>
          <w:docGrid w:linePitch="360"/>
        </w:sectPr>
      </w:pPr>
    </w:p>
    <w:p w:rsidR="00EA4E60" w:rsidRPr="00EA4E60" w:rsidRDefault="00EA4E60" w:rsidP="000B6F09">
      <w:pPr>
        <w:pStyle w:val="Naslov1"/>
        <w:spacing w:before="0"/>
        <w:rPr>
          <w:lang w:val="sl-SI" w:eastAsia="sl-SI"/>
        </w:rPr>
      </w:pPr>
      <w:r w:rsidRPr="00EA4E60">
        <w:rPr>
          <w:lang w:val="sl-SI" w:eastAsia="sl-SI"/>
        </w:rPr>
        <w:lastRenderedPageBreak/>
        <w:t xml:space="preserve">Razred 35 </w:t>
      </w:r>
    </w:p>
    <w:p w:rsidR="00EA4E60" w:rsidRDefault="00EA4E60" w:rsidP="007F7938">
      <w:pPr>
        <w:pStyle w:val="Naslov2"/>
        <w:rPr>
          <w:lang w:val="sl-SI" w:eastAsia="sl-SI"/>
        </w:rPr>
      </w:pPr>
      <w:r w:rsidRPr="00EA4E60">
        <w:rPr>
          <w:lang w:val="sl-SI" w:eastAsia="sl-SI"/>
        </w:rPr>
        <w:t>Oglasna dejavnost; poslovno upravljanje, organizacija in vodenje; pisarniški posli</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7F7938" w:rsidRPr="00D85EAF" w:rsidTr="00CF2B9C">
        <w:trPr>
          <w:trHeight w:val="143"/>
          <w:tblHeader/>
        </w:trPr>
        <w:tc>
          <w:tcPr>
            <w:tcW w:w="9493" w:type="dxa"/>
            <w:gridSpan w:val="2"/>
            <w:shd w:val="clear" w:color="auto" w:fill="F2F2F2" w:themeFill="background1" w:themeFillShade="F2"/>
            <w:vAlign w:val="center"/>
          </w:tcPr>
          <w:p w:rsidR="007F7938" w:rsidRPr="0087064C" w:rsidRDefault="007F7938" w:rsidP="009020C3">
            <w:pPr>
              <w:pStyle w:val="opomba"/>
              <w:spacing w:after="60"/>
              <w:rPr>
                <w:b/>
              </w:rPr>
            </w:pPr>
            <w:r w:rsidRPr="0087064C">
              <w:rPr>
                <w:b/>
              </w:rPr>
              <w:t xml:space="preserve">RAZRED </w:t>
            </w:r>
            <w:r w:rsidR="009020C3">
              <w:rPr>
                <w:b/>
              </w:rPr>
              <w:t>35</w:t>
            </w:r>
            <w:r w:rsidRPr="0087064C">
              <w:rPr>
                <w:b/>
              </w:rPr>
              <w:t xml:space="preserve"> - pojasnjevalne opombe</w:t>
            </w:r>
          </w:p>
        </w:tc>
      </w:tr>
      <w:tr w:rsidR="007F7938" w:rsidRPr="00D85EAF" w:rsidTr="00CF2B9C">
        <w:trPr>
          <w:trHeight w:val="390"/>
        </w:trPr>
        <w:tc>
          <w:tcPr>
            <w:tcW w:w="9493" w:type="dxa"/>
            <w:gridSpan w:val="2"/>
            <w:shd w:val="clear" w:color="auto" w:fill="F2F2F2" w:themeFill="background1" w:themeFillShade="F2"/>
            <w:vAlign w:val="center"/>
          </w:tcPr>
          <w:p w:rsidR="007F7938" w:rsidRPr="00993A45" w:rsidRDefault="009020C3" w:rsidP="009020C3">
            <w:pPr>
              <w:pStyle w:val="opomba"/>
              <w:spacing w:before="40" w:after="40"/>
            </w:pPr>
            <w:r>
              <w:t>Razred 35 vključuje predvsem storitve, ki vključujejo poslovno upravljanje, delovanje, organizacijo in vodenje komercialnega ali industrijskega podjetja, kot tudi storitve oglaševanja, trženja in promocije. Prodaja blaga se za namene razvrščanja ne šteje za storitev.</w:t>
            </w:r>
          </w:p>
        </w:tc>
      </w:tr>
      <w:tr w:rsidR="007F7938" w:rsidRPr="00D85EAF" w:rsidTr="009020C3">
        <w:trPr>
          <w:trHeight w:val="2287"/>
        </w:trPr>
        <w:tc>
          <w:tcPr>
            <w:tcW w:w="4746" w:type="dxa"/>
            <w:shd w:val="clear" w:color="auto" w:fill="F2F2F2" w:themeFill="background1" w:themeFillShade="F2"/>
          </w:tcPr>
          <w:p w:rsidR="007F7938" w:rsidRPr="00993A45" w:rsidRDefault="007F7938" w:rsidP="000B6F09">
            <w:pPr>
              <w:pStyle w:val="opomba"/>
              <w:spacing w:after="60"/>
            </w:pPr>
            <w:r w:rsidRPr="00D85EAF">
              <w:t>V ta razred so vključeni zlasti:</w:t>
            </w:r>
          </w:p>
          <w:p w:rsidR="009020C3" w:rsidRDefault="009020C3" w:rsidP="000B6F09">
            <w:pPr>
              <w:pStyle w:val="opombapika"/>
              <w:spacing w:after="40"/>
            </w:pPr>
            <w:r>
              <w:t>združevanje številnih izdelkov v korist tretjih oseb, razen njihovega prevoza, kar strankam omogoča udoben pregled in nakup teh izdelkov</w:t>
            </w:r>
          </w:p>
          <w:p w:rsidR="009020C3" w:rsidRDefault="009020C3" w:rsidP="000B6F09">
            <w:pPr>
              <w:pStyle w:val="opombapika"/>
              <w:spacing w:after="40"/>
            </w:pPr>
            <w:r>
              <w:t>take storitve lahko zagotavljajo maloprodajne trgovine, veletrgovine prek prodajnih avtomatov, katalogov za naročilo po pošti ali prek elektronskih medijev, na primer prek spletnih strani ali programov televizijske prodaje.</w:t>
            </w:r>
          </w:p>
          <w:p w:rsidR="009020C3" w:rsidRDefault="009020C3" w:rsidP="000B6F09">
            <w:pPr>
              <w:pStyle w:val="opombapika"/>
              <w:spacing w:after="40"/>
            </w:pPr>
            <w:r>
              <w:t>storitve oglaševanja, trženja in promocije, na primer distribucija vzorcev, razvoj oglaševalskih konceptov, pisanje in objava oglasnih besedil</w:t>
            </w:r>
          </w:p>
          <w:p w:rsidR="009020C3" w:rsidRDefault="009020C3" w:rsidP="000B6F09">
            <w:pPr>
              <w:pStyle w:val="opombapika"/>
              <w:spacing w:after="40"/>
            </w:pPr>
            <w:r>
              <w:t>aranžiranje izložb</w:t>
            </w:r>
          </w:p>
          <w:p w:rsidR="009020C3" w:rsidRDefault="009020C3" w:rsidP="000B6F09">
            <w:pPr>
              <w:pStyle w:val="opombapika"/>
              <w:spacing w:after="40"/>
            </w:pPr>
            <w:r>
              <w:t>storitve odnosov z javnostmi</w:t>
            </w:r>
          </w:p>
          <w:p w:rsidR="009020C3" w:rsidRDefault="009020C3" w:rsidP="000B6F09">
            <w:pPr>
              <w:pStyle w:val="opombapika"/>
              <w:spacing w:after="40"/>
            </w:pPr>
            <w:r>
              <w:t>produkcija programov televizijske prodaje</w:t>
            </w:r>
          </w:p>
          <w:p w:rsidR="009020C3" w:rsidRDefault="009020C3" w:rsidP="000B6F09">
            <w:pPr>
              <w:pStyle w:val="opombapika"/>
              <w:spacing w:after="40"/>
            </w:pPr>
            <w:r>
              <w:t>organizacija trgovskih sejmov in razstav za komercialne ali oglasne namene</w:t>
            </w:r>
          </w:p>
          <w:p w:rsidR="009020C3" w:rsidRDefault="009020C3" w:rsidP="000B6F09">
            <w:pPr>
              <w:pStyle w:val="opombapika"/>
              <w:spacing w:after="40"/>
            </w:pPr>
            <w:r>
              <w:t>optimizacija iskalnikov za pospeševanje prodaje</w:t>
            </w:r>
          </w:p>
          <w:p w:rsidR="009020C3" w:rsidRDefault="009020C3" w:rsidP="000B6F09">
            <w:pPr>
              <w:pStyle w:val="opombapika"/>
              <w:spacing w:after="40"/>
            </w:pPr>
            <w:r>
              <w:t>storitve komercialne pomoči, na primer zaposlovanje osebja, pogajanja o poslovnih pogodbah za tretje osebe, analiza cene stroškov, storitve uvozno-izvozne agencije</w:t>
            </w:r>
          </w:p>
          <w:p w:rsidR="009020C3" w:rsidRDefault="009020C3" w:rsidP="000B6F09">
            <w:pPr>
              <w:pStyle w:val="opombapika"/>
              <w:spacing w:after="40"/>
            </w:pPr>
            <w:r>
              <w:t>administrativne storitve v zvezi s poslovnimi transakcijami in finančnimi evidencami, na primer knjigovodstvo, priprava računovodskih izkazov, poslovna in finančna revizija, poslovne cenitve, storitve priprave davčne napovedi in oddaje</w:t>
            </w:r>
          </w:p>
          <w:p w:rsidR="009020C3" w:rsidRDefault="009020C3" w:rsidP="000B6F09">
            <w:pPr>
              <w:pStyle w:val="opombapika"/>
              <w:spacing w:after="40"/>
            </w:pPr>
            <w:r>
              <w:t>poslovna administracija licenciranja blaga in storitev za tretje osebe</w:t>
            </w:r>
          </w:p>
          <w:p w:rsidR="009020C3" w:rsidRDefault="009020C3" w:rsidP="000B6F09">
            <w:pPr>
              <w:pStyle w:val="opombapika"/>
              <w:spacing w:after="40"/>
            </w:pPr>
            <w:r>
              <w:t>storitve registracije, transkripcije, sestavljanja, združevanja ali sistematizacije pisanih sporočil in registracij, kot tudi združevanje matematičnih ali statističnih podatkov</w:t>
            </w:r>
          </w:p>
          <w:p w:rsidR="007F7938" w:rsidRPr="00993A45" w:rsidRDefault="009020C3" w:rsidP="000B6F09">
            <w:pPr>
              <w:pStyle w:val="opombapika"/>
              <w:spacing w:after="40"/>
            </w:pPr>
            <w:r>
              <w:t>pisarniške storitve, na primer storitve načrtovanja sestankov in opomnikov, iskanje podatkov v računalniških datotekah za tretje osebe, računalniško upravljanje datotek, storitve telefonske centrale</w:t>
            </w:r>
          </w:p>
        </w:tc>
        <w:tc>
          <w:tcPr>
            <w:tcW w:w="4747" w:type="dxa"/>
            <w:shd w:val="clear" w:color="auto" w:fill="F2F2F2" w:themeFill="background1" w:themeFillShade="F2"/>
          </w:tcPr>
          <w:p w:rsidR="007F7938" w:rsidRPr="00993A45" w:rsidRDefault="007F7938" w:rsidP="00CF2B9C">
            <w:pPr>
              <w:pStyle w:val="opomba"/>
            </w:pPr>
            <w:r w:rsidRPr="00D85EAF">
              <w:t>V ta razred niso vključeni zlasti:</w:t>
            </w:r>
          </w:p>
          <w:p w:rsidR="009020C3" w:rsidRDefault="009020C3" w:rsidP="000B6F09">
            <w:pPr>
              <w:pStyle w:val="opombapika"/>
              <w:spacing w:after="40"/>
            </w:pPr>
            <w:r>
              <w:t>finančne storitve, na primer finančna analiza, finančno upravljanje, finančno sponzorstvo (razred 36)</w:t>
            </w:r>
          </w:p>
          <w:p w:rsidR="009020C3" w:rsidRDefault="009020C3" w:rsidP="000B6F09">
            <w:pPr>
              <w:pStyle w:val="opombapika"/>
              <w:spacing w:after="40"/>
            </w:pPr>
            <w:r>
              <w:t>upravljanje nepremičnin (razred 36)</w:t>
            </w:r>
          </w:p>
          <w:p w:rsidR="009020C3" w:rsidRDefault="009020C3" w:rsidP="000B6F09">
            <w:pPr>
              <w:pStyle w:val="opombapika"/>
              <w:spacing w:after="40"/>
            </w:pPr>
            <w:r>
              <w:t>borznoposredniške storitve (razred 36)</w:t>
            </w:r>
          </w:p>
          <w:p w:rsidR="009020C3" w:rsidRDefault="009020C3" w:rsidP="000B6F09">
            <w:pPr>
              <w:pStyle w:val="opombapika"/>
              <w:spacing w:after="40"/>
            </w:pPr>
            <w:r>
              <w:t>logistika prevoza (razred 39)</w:t>
            </w:r>
          </w:p>
          <w:p w:rsidR="009020C3" w:rsidRDefault="009020C3" w:rsidP="000B6F09">
            <w:pPr>
              <w:pStyle w:val="opombapika"/>
              <w:spacing w:after="40"/>
            </w:pPr>
            <w:r>
              <w:t>energetski pregled (razred 42)</w:t>
            </w:r>
          </w:p>
          <w:p w:rsidR="009020C3" w:rsidRDefault="009020C3" w:rsidP="000B6F09">
            <w:pPr>
              <w:pStyle w:val="opombapika"/>
              <w:spacing w:after="40"/>
            </w:pPr>
            <w:r>
              <w:t>grafično oblikovanje promocijskih materialov (razred 42)</w:t>
            </w:r>
          </w:p>
          <w:p w:rsidR="009020C3" w:rsidRDefault="009020C3" w:rsidP="000B6F09">
            <w:pPr>
              <w:pStyle w:val="opombapika"/>
              <w:spacing w:after="40"/>
            </w:pPr>
            <w:r>
              <w:t>pravne storitve v zvezi s pogajanji o pogodbah za tretje osebe (razred 45)</w:t>
            </w:r>
          </w:p>
          <w:p w:rsidR="009020C3" w:rsidRDefault="009020C3" w:rsidP="000B6F09">
            <w:pPr>
              <w:pStyle w:val="opombapika"/>
              <w:spacing w:after="40"/>
            </w:pPr>
            <w:r>
              <w:t>licenciranje intelektualne lastnine, pravno upravljanje licenc, upravljanje avtorskih pravic (razred 45)</w:t>
            </w:r>
          </w:p>
          <w:p w:rsidR="007F7938" w:rsidRPr="00993A45" w:rsidRDefault="009020C3" w:rsidP="000B6F09">
            <w:pPr>
              <w:pStyle w:val="opombapika"/>
              <w:spacing w:after="40"/>
            </w:pPr>
            <w:r>
              <w:t>registracija domenskih imen (razred 45)</w:t>
            </w:r>
          </w:p>
        </w:tc>
      </w:tr>
    </w:tbl>
    <w:p w:rsidR="00F875A9" w:rsidRDefault="00F875A9" w:rsidP="00634B76">
      <w:pPr>
        <w:spacing w:after="240"/>
        <w:ind w:left="0" w:firstLine="0"/>
      </w:pPr>
    </w:p>
    <w:p w:rsidR="001F500C" w:rsidRDefault="001F500C">
      <w:pPr>
        <w:sectPr w:rsidR="001F500C" w:rsidSect="00E00425">
          <w:type w:val="continuous"/>
          <w:pgSz w:w="11907" w:h="16840" w:code="9"/>
          <w:pgMar w:top="1418" w:right="1418" w:bottom="1418" w:left="1418" w:header="720" w:footer="720" w:gutter="0"/>
          <w:cols w:space="720"/>
          <w:docGrid w:linePitch="360"/>
        </w:sectPr>
      </w:pPr>
    </w:p>
    <w:p w:rsidR="007F7938" w:rsidRDefault="007F7938" w:rsidP="00634B76">
      <w:r>
        <w:t>350001</w:t>
      </w:r>
      <w:r>
        <w:tab/>
        <w:t>Pomoč pri upravljanju poslovnih dejavnosti</w:t>
      </w:r>
    </w:p>
    <w:p w:rsidR="007F7938" w:rsidRDefault="007F7938" w:rsidP="00634B76">
      <w:r>
        <w:t>350002</w:t>
      </w:r>
      <w:r>
        <w:tab/>
        <w:t>Poslovne poizvedbe</w:t>
      </w:r>
    </w:p>
    <w:p w:rsidR="007F7938" w:rsidRDefault="007F7938" w:rsidP="00634B76">
      <w:r>
        <w:t>350003</w:t>
      </w:r>
      <w:r>
        <w:tab/>
        <w:t>Plakatiranje</w:t>
      </w:r>
    </w:p>
    <w:p w:rsidR="007F7938" w:rsidRDefault="007F7938" w:rsidP="00634B76">
      <w:r>
        <w:t>350005</w:t>
      </w:r>
      <w:r>
        <w:tab/>
        <w:t>Uvozno - izvozne agencije</w:t>
      </w:r>
    </w:p>
    <w:p w:rsidR="007F7938" w:rsidRDefault="007F7938" w:rsidP="00634B76">
      <w:r>
        <w:t>350006</w:t>
      </w:r>
      <w:r>
        <w:tab/>
        <w:t>Agencije za poslovne informacije</w:t>
      </w:r>
    </w:p>
    <w:p w:rsidR="007F7938" w:rsidRDefault="007F7938" w:rsidP="00634B76">
      <w:r>
        <w:t>350007</w:t>
      </w:r>
      <w:r>
        <w:tab/>
        <w:t>Stroškovno - cenovne analize</w:t>
      </w:r>
    </w:p>
    <w:p w:rsidR="007F7938" w:rsidRDefault="007F7938" w:rsidP="00634B76">
      <w:r>
        <w:lastRenderedPageBreak/>
        <w:t>350008</w:t>
      </w:r>
      <w:r>
        <w:tab/>
        <w:t>Širjenje oglasov</w:t>
      </w:r>
    </w:p>
    <w:p w:rsidR="007F7938" w:rsidRDefault="007F7938" w:rsidP="00634B76">
      <w:r>
        <w:t>350009</w:t>
      </w:r>
      <w:r>
        <w:tab/>
        <w:t>Storitve fotokopiranja</w:t>
      </w:r>
    </w:p>
    <w:p w:rsidR="007F7938" w:rsidRDefault="007F7938" w:rsidP="00634B76">
      <w:r>
        <w:t>350012</w:t>
      </w:r>
      <w:r>
        <w:tab/>
        <w:t>Zaposlovalne agencije</w:t>
      </w:r>
    </w:p>
    <w:p w:rsidR="007F7938" w:rsidRDefault="007F7938" w:rsidP="00634B76">
      <w:r>
        <w:t>350016</w:t>
      </w:r>
      <w:r>
        <w:tab/>
        <w:t>Saldakonti</w:t>
      </w:r>
    </w:p>
    <w:p w:rsidR="007F7938" w:rsidRDefault="007F7938" w:rsidP="00634B76">
      <w:r>
        <w:t>350017</w:t>
      </w:r>
      <w:r>
        <w:tab/>
        <w:t>Poslovno revidiranje</w:t>
      </w:r>
    </w:p>
    <w:p w:rsidR="007F7938" w:rsidRDefault="007F7938" w:rsidP="00634B76">
      <w:r>
        <w:t>350019</w:t>
      </w:r>
      <w:r>
        <w:tab/>
        <w:t>Svetovanje pri upravljanju s človeškimi viri</w:t>
      </w:r>
    </w:p>
    <w:p w:rsidR="007F7938" w:rsidRDefault="007F7938" w:rsidP="00634B76">
      <w:r>
        <w:t>350020</w:t>
      </w:r>
      <w:r>
        <w:tab/>
        <w:t>Poslovodno svetovanje</w:t>
      </w:r>
    </w:p>
    <w:p w:rsidR="007F7938" w:rsidRDefault="007F7938" w:rsidP="00634B76">
      <w:r>
        <w:t>350022</w:t>
      </w:r>
      <w:r>
        <w:tab/>
        <w:t>Strojepisje</w:t>
      </w:r>
    </w:p>
    <w:p w:rsidR="007F7938" w:rsidRDefault="007F7938" w:rsidP="00634B76">
      <w:r>
        <w:t>350023</w:t>
      </w:r>
      <w:r>
        <w:tab/>
        <w:t>Predstavitev izdelkov</w:t>
      </w:r>
    </w:p>
    <w:p w:rsidR="007F7938" w:rsidRDefault="007F7938" w:rsidP="00634B76">
      <w:r>
        <w:t>350024</w:t>
      </w:r>
      <w:r>
        <w:tab/>
        <w:t>Neposredno oglaševanje po pošti</w:t>
      </w:r>
    </w:p>
    <w:p w:rsidR="007F7938" w:rsidRDefault="007F7938" w:rsidP="00634B76">
      <w:r>
        <w:t>350025</w:t>
      </w:r>
      <w:r>
        <w:tab/>
        <w:t>Pomoč pri industrijskem ali poslovnem vodenju</w:t>
      </w:r>
    </w:p>
    <w:p w:rsidR="007F7938" w:rsidRDefault="007F7938" w:rsidP="00634B76">
      <w:r>
        <w:t>350027</w:t>
      </w:r>
      <w:r>
        <w:tab/>
        <w:t>Izpopolnjevanje reklamnega gradiva</w:t>
      </w:r>
    </w:p>
    <w:p w:rsidR="007F7938" w:rsidRDefault="007F7938" w:rsidP="00634B76">
      <w:r>
        <w:t>350028</w:t>
      </w:r>
      <w:r>
        <w:tab/>
        <w:t>Distribucija vzorcev</w:t>
      </w:r>
    </w:p>
    <w:p w:rsidR="007F7938" w:rsidRDefault="007F7938" w:rsidP="00634B76">
      <w:r>
        <w:t>350029</w:t>
      </w:r>
      <w:r>
        <w:tab/>
        <w:t>Strokovne storitve na področju poslovne učinkovitosti</w:t>
      </w:r>
    </w:p>
    <w:p w:rsidR="007F7938" w:rsidRDefault="007F7938" w:rsidP="00634B76">
      <w:r>
        <w:t>350030</w:t>
      </w:r>
      <w:r>
        <w:tab/>
        <w:t>Storitve v zvezi s prodajami na dražbi</w:t>
      </w:r>
    </w:p>
    <w:p w:rsidR="007F7938" w:rsidRDefault="007F7938" w:rsidP="00634B76">
      <w:r>
        <w:t>350031</w:t>
      </w:r>
      <w:r>
        <w:tab/>
        <w:t>Tržne študije</w:t>
      </w:r>
    </w:p>
    <w:p w:rsidR="007F7938" w:rsidRDefault="007F7938" w:rsidP="00634B76">
      <w:r>
        <w:t>350032</w:t>
      </w:r>
      <w:r>
        <w:tab/>
        <w:t>Poslovne cenitve</w:t>
      </w:r>
    </w:p>
    <w:p w:rsidR="007F7938" w:rsidRDefault="007F7938" w:rsidP="00634B76">
      <w:r>
        <w:t>350033</w:t>
      </w:r>
      <w:r>
        <w:tab/>
        <w:t>Poslovne preiskave</w:t>
      </w:r>
    </w:p>
    <w:p w:rsidR="007F7938" w:rsidRDefault="007F7938" w:rsidP="00634B76">
      <w:r>
        <w:t>350035</w:t>
      </w:r>
      <w:r>
        <w:tab/>
        <w:t>Oddajanje oglasnih materialov v najem</w:t>
      </w:r>
    </w:p>
    <w:p w:rsidR="007F7938" w:rsidRDefault="007F7938" w:rsidP="00634B76">
      <w:r>
        <w:t>350036</w:t>
      </w:r>
      <w:r>
        <w:tab/>
        <w:t>Svetovanje v zvezi s poslovno organizacijo</w:t>
      </w:r>
    </w:p>
    <w:p w:rsidR="007F7938" w:rsidRDefault="007F7938" w:rsidP="00634B76">
      <w:r>
        <w:t>350038</w:t>
      </w:r>
      <w:r>
        <w:tab/>
        <w:t>Objavljanje reklamnih besedil</w:t>
      </w:r>
    </w:p>
    <w:p w:rsidR="007F7938" w:rsidRDefault="007F7938" w:rsidP="00634B76">
      <w:r>
        <w:t>350040</w:t>
      </w:r>
      <w:r>
        <w:tab/>
        <w:t>Reklamno oglaševanje po radiu</w:t>
      </w:r>
    </w:p>
    <w:p w:rsidR="007F7938" w:rsidRDefault="007F7938" w:rsidP="00634B76">
      <w:r>
        <w:t>350041</w:t>
      </w:r>
      <w:r>
        <w:tab/>
        <w:t>Raziskave na področju poslovanja</w:t>
      </w:r>
    </w:p>
    <w:p w:rsidR="007F7938" w:rsidRDefault="007F7938" w:rsidP="00634B76">
      <w:r>
        <w:t>350042</w:t>
      </w:r>
      <w:r>
        <w:tab/>
        <w:t>Storitve na področju odnosov z javnostmi</w:t>
      </w:r>
    </w:p>
    <w:p w:rsidR="007F7938" w:rsidRDefault="007F7938" w:rsidP="00634B76">
      <w:r>
        <w:t>350043</w:t>
      </w:r>
      <w:r>
        <w:tab/>
        <w:t>Stenografija</w:t>
      </w:r>
    </w:p>
    <w:p w:rsidR="007F7938" w:rsidRDefault="007F7938" w:rsidP="00634B76">
      <w:r>
        <w:t>350044</w:t>
      </w:r>
      <w:r>
        <w:tab/>
        <w:t>Reklamno oglaševanje po televiziji</w:t>
      </w:r>
    </w:p>
    <w:p w:rsidR="007F7938" w:rsidRDefault="007F7938" w:rsidP="00634B76">
      <w:r>
        <w:t>350045</w:t>
      </w:r>
      <w:r>
        <w:tab/>
        <w:t>Komunikacijske transkripcijske storitve [pisarniški posli]</w:t>
      </w:r>
    </w:p>
    <w:p w:rsidR="007F7938" w:rsidRDefault="007F7938" w:rsidP="00634B76">
      <w:r>
        <w:t>350046</w:t>
      </w:r>
      <w:r>
        <w:tab/>
        <w:t>Aranžiranje izložb</w:t>
      </w:r>
    </w:p>
    <w:p w:rsidR="007F7938" w:rsidRDefault="007F7938" w:rsidP="00634B76">
      <w:r>
        <w:t>350048</w:t>
      </w:r>
      <w:r>
        <w:tab/>
        <w:t>Svetovalne storitve s področja poslovnega vodenja</w:t>
      </w:r>
    </w:p>
    <w:p w:rsidR="007F7938" w:rsidRDefault="007F7938" w:rsidP="00634B76">
      <w:r>
        <w:t>350049</w:t>
      </w:r>
      <w:r>
        <w:tab/>
        <w:t>Manekenske storitve za oglasne namene ali pospeševanje prodaje</w:t>
      </w:r>
    </w:p>
    <w:p w:rsidR="007F7938" w:rsidRDefault="007F7938" w:rsidP="00634B76">
      <w:r>
        <w:t>350051</w:t>
      </w:r>
      <w:r>
        <w:tab/>
        <w:t>Tržne raziskave</w:t>
      </w:r>
    </w:p>
    <w:p w:rsidR="007F7938" w:rsidRDefault="007F7938" w:rsidP="00634B76">
      <w:r>
        <w:t>350061</w:t>
      </w:r>
      <w:r>
        <w:tab/>
        <w:t>Vodenje podatkovnih baz</w:t>
      </w:r>
    </w:p>
    <w:p w:rsidR="007F7938" w:rsidRDefault="007F7938" w:rsidP="00634B76">
      <w:r>
        <w:t>350062</w:t>
      </w:r>
      <w:r>
        <w:tab/>
        <w:t>Storitve na področju poslovnega svetovanja</w:t>
      </w:r>
    </w:p>
    <w:p w:rsidR="007F7938" w:rsidRDefault="007F7938" w:rsidP="00634B76">
      <w:r>
        <w:t>350063</w:t>
      </w:r>
      <w:r>
        <w:tab/>
        <w:t>Ekonomske prognoze</w:t>
      </w:r>
    </w:p>
    <w:p w:rsidR="007F7938" w:rsidRDefault="007F7938" w:rsidP="00634B76">
      <w:r>
        <w:t>350064</w:t>
      </w:r>
      <w:r>
        <w:tab/>
        <w:t>Razstave v komercialne ali oglaševalske namene</w:t>
      </w:r>
    </w:p>
    <w:p w:rsidR="007F7938" w:rsidRDefault="007F7938" w:rsidP="00634B76">
      <w:r>
        <w:t>350065</w:t>
      </w:r>
      <w:r>
        <w:tab/>
        <w:t>Poslovne informacije</w:t>
      </w:r>
    </w:p>
    <w:p w:rsidR="007F7938" w:rsidRDefault="007F7938" w:rsidP="00634B76">
      <w:r>
        <w:t>350066</w:t>
      </w:r>
      <w:r>
        <w:tab/>
        <w:t>Javnomnenjske raziskave</w:t>
      </w:r>
    </w:p>
    <w:p w:rsidR="007F7938" w:rsidRDefault="007F7938" w:rsidP="00634B76">
      <w:r>
        <w:t>350067</w:t>
      </w:r>
      <w:r>
        <w:tab/>
        <w:t>Priprava plačilne liste</w:t>
      </w:r>
    </w:p>
    <w:p w:rsidR="007F7938" w:rsidRDefault="007F7938" w:rsidP="00634B76">
      <w:r>
        <w:t>350068</w:t>
      </w:r>
      <w:r>
        <w:tab/>
        <w:t>Zaposlovanje osebja</w:t>
      </w:r>
    </w:p>
    <w:p w:rsidR="007F7938" w:rsidRDefault="007F7938" w:rsidP="00634B76">
      <w:r>
        <w:t>350069</w:t>
      </w:r>
      <w:r>
        <w:tab/>
        <w:t>Selitvene storitve za podjetja</w:t>
      </w:r>
    </w:p>
    <w:p w:rsidR="007F7938" w:rsidRDefault="007F7938" w:rsidP="00634B76">
      <w:r>
        <w:t>350070</w:t>
      </w:r>
      <w:r>
        <w:tab/>
        <w:t>Oddajanje oglasnih površin v najem</w:t>
      </w:r>
    </w:p>
    <w:p w:rsidR="007F7938" w:rsidRDefault="007F7938" w:rsidP="00634B76">
      <w:r>
        <w:t>350071</w:t>
      </w:r>
      <w:r>
        <w:tab/>
        <w:t>Pospeševanje prodaje (za druge)</w:t>
      </w:r>
    </w:p>
    <w:p w:rsidR="007F7938" w:rsidRDefault="007F7938" w:rsidP="00634B76">
      <w:r>
        <w:t>350072</w:t>
      </w:r>
      <w:r>
        <w:tab/>
        <w:t>Tajniške storitve</w:t>
      </w:r>
    </w:p>
    <w:p w:rsidR="007F7938" w:rsidRDefault="007F7938" w:rsidP="00634B76">
      <w:r>
        <w:t>350073</w:t>
      </w:r>
      <w:r>
        <w:tab/>
        <w:t>Davčne napovedi</w:t>
      </w:r>
    </w:p>
    <w:p w:rsidR="007F7938" w:rsidRDefault="007F7938" w:rsidP="00634B76">
      <w:r>
        <w:t>350074</w:t>
      </w:r>
      <w:r>
        <w:tab/>
        <w:t>Storitve telefonskih tajnic</w:t>
      </w:r>
    </w:p>
    <w:p w:rsidR="007F7938" w:rsidRDefault="007F7938" w:rsidP="00634B76">
      <w:r>
        <w:t>350075</w:t>
      </w:r>
      <w:r>
        <w:tab/>
        <w:t>Urejanje besedil</w:t>
      </w:r>
    </w:p>
    <w:p w:rsidR="007F7938" w:rsidRDefault="007F7938" w:rsidP="00634B76">
      <w:r>
        <w:t>350076</w:t>
      </w:r>
      <w:r>
        <w:tab/>
        <w:t>Urejanje časopisnih naročnin (za druge)</w:t>
      </w:r>
    </w:p>
    <w:p w:rsidR="007F7938" w:rsidRDefault="007F7938" w:rsidP="00634B76">
      <w:r>
        <w:t>350077</w:t>
      </w:r>
      <w:r>
        <w:tab/>
        <w:t>Reklamiranje po pošti</w:t>
      </w:r>
    </w:p>
    <w:p w:rsidR="007F7938" w:rsidRDefault="007F7938" w:rsidP="00634B76">
      <w:r>
        <w:t>350078</w:t>
      </w:r>
      <w:r>
        <w:tab/>
        <w:t>Poslovno upravljanje hotelov</w:t>
      </w:r>
    </w:p>
    <w:p w:rsidR="007F7938" w:rsidRDefault="007F7938" w:rsidP="00634B76">
      <w:r>
        <w:t>350079</w:t>
      </w:r>
      <w:r>
        <w:tab/>
        <w:t>Poslovno upravljanje nastopajočih umetnikov</w:t>
      </w:r>
    </w:p>
    <w:p w:rsidR="007F7938" w:rsidRDefault="007F7938" w:rsidP="00634B76">
      <w:r>
        <w:t>350080</w:t>
      </w:r>
      <w:r>
        <w:tab/>
        <w:t>Sestavljanje informacij v računalniške podatkovne baze</w:t>
      </w:r>
    </w:p>
    <w:p w:rsidR="007F7938" w:rsidRDefault="007F7938" w:rsidP="00634B76">
      <w:r>
        <w:t>350081</w:t>
      </w:r>
      <w:r>
        <w:tab/>
        <w:t>Sistematizacija informacij v računalniške baze podatkov</w:t>
      </w:r>
    </w:p>
    <w:p w:rsidR="007F7938" w:rsidRDefault="007F7938" w:rsidP="00634B76">
      <w:r>
        <w:t>350082</w:t>
      </w:r>
      <w:r>
        <w:tab/>
        <w:t>Prirejanje trgovskih sejmov</w:t>
      </w:r>
    </w:p>
    <w:p w:rsidR="007F7938" w:rsidRDefault="007F7938" w:rsidP="00634B76">
      <w:r>
        <w:t>350083</w:t>
      </w:r>
      <w:r>
        <w:tab/>
        <w:t>Najem fotokopirnih strojev</w:t>
      </w:r>
    </w:p>
    <w:p w:rsidR="007F7938" w:rsidRDefault="007F7938" w:rsidP="00634B76">
      <w:r>
        <w:t>350084</w:t>
      </w:r>
      <w:r>
        <w:tab/>
        <w:t>Spletno oglaševanje preko računalniškega omrežja</w:t>
      </w:r>
    </w:p>
    <w:p w:rsidR="007F7938" w:rsidRDefault="007F7938" w:rsidP="00634B76">
      <w:r>
        <w:t>350085</w:t>
      </w:r>
      <w:r>
        <w:tab/>
        <w:t>Prokuratorske storitve [nabava blaga in storitev za druga podjetja]</w:t>
      </w:r>
    </w:p>
    <w:p w:rsidR="007F7938" w:rsidRDefault="007F7938" w:rsidP="00634B76">
      <w:r>
        <w:t>350086</w:t>
      </w:r>
      <w:r>
        <w:tab/>
        <w:t>Iskanje podatkov v računalniških datotekah (za druge)</w:t>
      </w:r>
    </w:p>
    <w:p w:rsidR="007F7938" w:rsidRDefault="007F7938" w:rsidP="00634B76">
      <w:r>
        <w:t>350087</w:t>
      </w:r>
      <w:r>
        <w:tab/>
        <w:t>Najem oglaševalskega prostora v komunikacijskih medijih</w:t>
      </w:r>
    </w:p>
    <w:p w:rsidR="007F7938" w:rsidRDefault="007F7938" w:rsidP="00634B76">
      <w:r>
        <w:t>350088</w:t>
      </w:r>
      <w:r>
        <w:tab/>
        <w:t>Raziskovanje in zbiranje podatkov iz medijev</w:t>
      </w:r>
    </w:p>
    <w:p w:rsidR="007F7938" w:rsidRDefault="007F7938" w:rsidP="00634B76">
      <w:r>
        <w:t>350089</w:t>
      </w:r>
      <w:r>
        <w:tab/>
        <w:t>Izposoja prodajnih avtomatov</w:t>
      </w:r>
    </w:p>
    <w:p w:rsidR="007F7938" w:rsidRDefault="007F7938" w:rsidP="00634B76">
      <w:r>
        <w:t>350090</w:t>
      </w:r>
      <w:r>
        <w:tab/>
        <w:t>Psihološko testiranje za izbiro kadrov</w:t>
      </w:r>
    </w:p>
    <w:p w:rsidR="007F7938" w:rsidRDefault="007F7938" w:rsidP="00634B76">
      <w:r>
        <w:t>350091</w:t>
      </w:r>
      <w:r>
        <w:tab/>
        <w:t>Storitve primerjave cen</w:t>
      </w:r>
    </w:p>
    <w:p w:rsidR="007F7938" w:rsidRDefault="007F7938" w:rsidP="00634B76">
      <w:r>
        <w:t>350092</w:t>
      </w:r>
      <w:r>
        <w:tab/>
        <w:t>Predstavitev blaga v komunikacijskih medijih (prodaja na drobno)</w:t>
      </w:r>
    </w:p>
    <w:p w:rsidR="007F7938" w:rsidRDefault="007F7938" w:rsidP="00634B76">
      <w:r>
        <w:t>350093</w:t>
      </w:r>
      <w:r>
        <w:tab/>
        <w:t>Komercialne informacije in svetovanje za potrošnike (poslovalnica za svetovanje potrošnikom)</w:t>
      </w:r>
    </w:p>
    <w:p w:rsidR="007F7938" w:rsidRDefault="007F7938" w:rsidP="00634B76">
      <w:r>
        <w:t>350094</w:t>
      </w:r>
      <w:r>
        <w:tab/>
        <w:t>Urejanje naročnin za telekomunikacijske storitve (za druge)</w:t>
      </w:r>
    </w:p>
    <w:p w:rsidR="007F7938" w:rsidRDefault="007F7938" w:rsidP="00634B76">
      <w:r>
        <w:t>350095</w:t>
      </w:r>
      <w:r>
        <w:tab/>
        <w:t>Administrativna obdelava naročilnic</w:t>
      </w:r>
    </w:p>
    <w:p w:rsidR="007F7938" w:rsidRDefault="007F7938" w:rsidP="00634B76">
      <w:r>
        <w:t>350096</w:t>
      </w:r>
      <w:r>
        <w:tab/>
        <w:t>Poslovna administracija licenciranja blaga in storitev drugih</w:t>
      </w:r>
    </w:p>
    <w:p w:rsidR="007F7938" w:rsidRDefault="007F7938" w:rsidP="00634B76">
      <w:r>
        <w:t>350097</w:t>
      </w:r>
      <w:r>
        <w:tab/>
        <w:t>Storitve zunanjih izvajalcev (poslovna pomoč)</w:t>
      </w:r>
    </w:p>
    <w:p w:rsidR="007F7938" w:rsidRDefault="007F7938" w:rsidP="00634B76">
      <w:r>
        <w:t>350098</w:t>
      </w:r>
      <w:r>
        <w:tab/>
        <w:t>Fakturiranje</w:t>
      </w:r>
    </w:p>
    <w:p w:rsidR="007F7938" w:rsidRDefault="007F7938" w:rsidP="00634B76">
      <w:r>
        <w:t>350099</w:t>
      </w:r>
      <w:r>
        <w:tab/>
        <w:t>Pisanje reklamnih tekstov</w:t>
      </w:r>
    </w:p>
    <w:p w:rsidR="007F7938" w:rsidRDefault="007F7938" w:rsidP="00634B76">
      <w:r>
        <w:t>350100</w:t>
      </w:r>
      <w:r>
        <w:tab/>
        <w:t>Sestavljanje statistik</w:t>
      </w:r>
    </w:p>
    <w:p w:rsidR="007F7938" w:rsidRDefault="007F7938" w:rsidP="00634B76">
      <w:r>
        <w:t>350101</w:t>
      </w:r>
      <w:r>
        <w:tab/>
        <w:t>Storitve urejanja v oglaševalske namene</w:t>
      </w:r>
    </w:p>
    <w:p w:rsidR="007F7938" w:rsidRDefault="007F7938" w:rsidP="00634B76">
      <w:r>
        <w:t>350102</w:t>
      </w:r>
      <w:r>
        <w:tab/>
        <w:t>Iskanje sponzorstva</w:t>
      </w:r>
    </w:p>
    <w:p w:rsidR="007F7938" w:rsidRDefault="007F7938" w:rsidP="00634B76">
      <w:r>
        <w:t>350103</w:t>
      </w:r>
      <w:r>
        <w:tab/>
        <w:t>Organizacija modnih revij v reklamne namene</w:t>
      </w:r>
    </w:p>
    <w:p w:rsidR="007F7938" w:rsidRDefault="007F7938" w:rsidP="00634B76">
      <w:r>
        <w:t>350104</w:t>
      </w:r>
      <w:r>
        <w:tab/>
        <w:t>Produkcija oglaševalskih filmov</w:t>
      </w:r>
    </w:p>
    <w:p w:rsidR="007F7938" w:rsidRDefault="007F7938" w:rsidP="00634B76">
      <w:r>
        <w:t>350105</w:t>
      </w:r>
      <w:r>
        <w:tab/>
        <w:t>Poslovno upravljanje športnikov</w:t>
      </w:r>
    </w:p>
    <w:p w:rsidR="007F7938" w:rsidRDefault="007F7938" w:rsidP="00634B76">
      <w:r>
        <w:t>350106</w:t>
      </w:r>
      <w:r>
        <w:tab/>
        <w:t>Storitve trženja</w:t>
      </w:r>
    </w:p>
    <w:p w:rsidR="007F7938" w:rsidRDefault="007F7938" w:rsidP="00634B76">
      <w:r>
        <w:t>350107</w:t>
      </w:r>
      <w:r>
        <w:tab/>
        <w:t>Storitve telemarketinga</w:t>
      </w:r>
    </w:p>
    <w:p w:rsidR="007F7938" w:rsidRDefault="007F7938" w:rsidP="00634B76">
      <w:r>
        <w:t>350108</w:t>
      </w:r>
      <w:r>
        <w:tab/>
        <w:t>Maloprodajne ali veleprodajne storitve za farmacevtske, veterinarske in sanitarne proizvode in medicinske potrebščine</w:t>
      </w:r>
    </w:p>
    <w:p w:rsidR="007F7938" w:rsidRDefault="007F7938" w:rsidP="00634B76">
      <w:r>
        <w:t>350109</w:t>
      </w:r>
      <w:r>
        <w:tab/>
        <w:t>Najem prodajnih stojnic</w:t>
      </w:r>
    </w:p>
    <w:p w:rsidR="007F7938" w:rsidRDefault="007F7938" w:rsidP="00634B76">
      <w:r>
        <w:t>350110</w:t>
      </w:r>
      <w:r>
        <w:tab/>
        <w:t>Nudenje komercialnih in poslovnih kontaktnih informacij</w:t>
      </w:r>
    </w:p>
    <w:p w:rsidR="007F7938" w:rsidRDefault="007F7938" w:rsidP="00634B76">
      <w:r>
        <w:lastRenderedPageBreak/>
        <w:t>350113</w:t>
      </w:r>
      <w:r>
        <w:tab/>
        <w:t>Oglaševanje po načelu plačaj na klik</w:t>
      </w:r>
    </w:p>
    <w:p w:rsidR="007F7938" w:rsidRDefault="007F7938" w:rsidP="00634B76">
      <w:r>
        <w:t>350114</w:t>
      </w:r>
      <w:r>
        <w:tab/>
        <w:t>Storitve poslovnega posredovanja</w:t>
      </w:r>
    </w:p>
    <w:p w:rsidR="007F7938" w:rsidRDefault="007F7938" w:rsidP="00634B76">
      <w:r>
        <w:t>350115</w:t>
      </w:r>
      <w:r>
        <w:tab/>
        <w:t>Vodenje komercialnih poslov za zunanje ponudnike storitev</w:t>
      </w:r>
    </w:p>
    <w:p w:rsidR="007F7938" w:rsidRDefault="007F7938" w:rsidP="00634B76">
      <w:r>
        <w:t>350116</w:t>
      </w:r>
      <w:r>
        <w:tab/>
        <w:t>Pogajanje in poravnave komercialnih transakcij za tretje osebe</w:t>
      </w:r>
    </w:p>
    <w:p w:rsidR="007F7938" w:rsidRDefault="007F7938" w:rsidP="00634B76">
      <w:r>
        <w:t>350117</w:t>
      </w:r>
      <w:r>
        <w:tab/>
        <w:t>Posodabljanje in vzdrževanje podatkov v računalniških zbirkah</w:t>
      </w:r>
    </w:p>
    <w:p w:rsidR="007F7938" w:rsidRDefault="007F7938" w:rsidP="00634B76">
      <w:r>
        <w:t>350118</w:t>
      </w:r>
      <w:r>
        <w:tab/>
        <w:t>Storitve poslovnega projektnega vodenja za gradbene projekte</w:t>
      </w:r>
    </w:p>
    <w:p w:rsidR="007F7938" w:rsidRDefault="007F7938" w:rsidP="00634B76">
      <w:r>
        <w:t>350119</w:t>
      </w:r>
      <w:r>
        <w:tab/>
        <w:t>Nudenje poslovnih informacij preko spletne strani</w:t>
      </w:r>
    </w:p>
    <w:p w:rsidR="007F7938" w:rsidRDefault="007F7938" w:rsidP="00634B76">
      <w:r>
        <w:t>350120</w:t>
      </w:r>
      <w:r>
        <w:tab/>
        <w:t>Zagotavljanje spletnega trga za kupce in prodajalce blaga in storitev</w:t>
      </w:r>
    </w:p>
    <w:p w:rsidR="007F7938" w:rsidRDefault="007F7938" w:rsidP="00634B76">
      <w:r>
        <w:t>350121</w:t>
      </w:r>
      <w:r>
        <w:tab/>
        <w:t>Razvoj oglaševalskih konceptov</w:t>
      </w:r>
    </w:p>
    <w:p w:rsidR="007F7938" w:rsidRDefault="007F7938" w:rsidP="00634B76">
      <w:r>
        <w:t>350122</w:t>
      </w:r>
      <w:r>
        <w:tab/>
        <w:t>Oddajanje upravnega poslovodenja za podjetja v izvajanje zunanjim izvajalcem</w:t>
      </w:r>
    </w:p>
    <w:p w:rsidR="007F7938" w:rsidRDefault="007F7938" w:rsidP="00634B76">
      <w:r>
        <w:t>350123</w:t>
      </w:r>
      <w:r>
        <w:tab/>
        <w:t>Storitve davčnih napovedi</w:t>
      </w:r>
    </w:p>
    <w:p w:rsidR="007F7938" w:rsidRDefault="007F7938" w:rsidP="00634B76">
      <w:r>
        <w:t>350125</w:t>
      </w:r>
      <w:r>
        <w:tab/>
        <w:t>Najem panojev [oglaševalskih tabel]</w:t>
      </w:r>
    </w:p>
    <w:p w:rsidR="007F7938" w:rsidRDefault="007F7938" w:rsidP="00634B76">
      <w:r>
        <w:t>350127</w:t>
      </w:r>
      <w:r>
        <w:tab/>
        <w:t>Spletno indeksiranje za komercialne ali oglaševalske namene</w:t>
      </w:r>
    </w:p>
    <w:p w:rsidR="007F7938" w:rsidRDefault="007F7938" w:rsidP="00634B76">
      <w:r>
        <w:t>350128</w:t>
      </w:r>
      <w:r>
        <w:tab/>
        <w:t>Upravljanje programov za redne letalske potnike</w:t>
      </w:r>
    </w:p>
    <w:p w:rsidR="007F7938" w:rsidRDefault="007F7938" w:rsidP="00634B76">
      <w:r>
        <w:t>350129</w:t>
      </w:r>
      <w:r>
        <w:tab/>
        <w:t>Storitve razporejanja terminov [pisarniški posli]</w:t>
      </w:r>
    </w:p>
    <w:p w:rsidR="007F7938" w:rsidRDefault="007F7938" w:rsidP="00634B76">
      <w:r>
        <w:t>350130</w:t>
      </w:r>
      <w:r>
        <w:tab/>
        <w:t>Storitve opominjanja na sestanke (pisarniški posli)</w:t>
      </w:r>
    </w:p>
    <w:p w:rsidR="007F7938" w:rsidRDefault="007F7938" w:rsidP="00634B76">
      <w:r>
        <w:t>350131</w:t>
      </w:r>
      <w:r>
        <w:tab/>
        <w:t>Upravljanje programov zvestobe strank</w:t>
      </w:r>
    </w:p>
    <w:p w:rsidR="007F7938" w:rsidRPr="003834FA" w:rsidRDefault="007F7938" w:rsidP="00634B76">
      <w:pPr>
        <w:rPr>
          <w:lang w:val="fr-FR"/>
        </w:rPr>
      </w:pPr>
      <w:r>
        <w:t>350132</w:t>
      </w:r>
      <w:r>
        <w:tab/>
      </w:r>
      <w:r w:rsidRPr="003834FA">
        <w:rPr>
          <w:lang w:val="fr-FR"/>
        </w:rPr>
        <w:t>Pisanje scenarijev za namene oglaševanja</w:t>
      </w:r>
    </w:p>
    <w:p w:rsidR="007F7938" w:rsidRDefault="007F7938" w:rsidP="00634B76">
      <w:r>
        <w:t>350133</w:t>
      </w:r>
      <w:r>
        <w:tab/>
        <w:t>Vpis pisnih komunikacij in podatkov</w:t>
      </w:r>
    </w:p>
    <w:p w:rsidR="007F7938" w:rsidRDefault="007F7938" w:rsidP="00634B76">
      <w:r>
        <w:t>350134</w:t>
      </w:r>
      <w:r>
        <w:tab/>
        <w:t>Posodabljanje in vzdrževanje informacij v registrih</w:t>
      </w:r>
    </w:p>
    <w:p w:rsidR="007F7938" w:rsidRDefault="007F7938" w:rsidP="00634B76">
      <w:r>
        <w:t>350135</w:t>
      </w:r>
      <w:r>
        <w:tab/>
        <w:t>Sestavljanje kazalnikov informacij za komercialne ali oglaševalne namene</w:t>
      </w:r>
    </w:p>
    <w:p w:rsidR="007F7938" w:rsidRDefault="007F7938" w:rsidP="00634B76">
      <w:r>
        <w:t>350136</w:t>
      </w:r>
      <w:r>
        <w:tab/>
        <w:t>Poslovne posredniške storitve v zvezi s povezovanjem potencialnih zasebnih vlagateljev s podjetniki, ki potrebujejo finančna sredstva</w:t>
      </w:r>
    </w:p>
    <w:p w:rsidR="007F7938" w:rsidRDefault="007F7938" w:rsidP="00634B76">
      <w:r>
        <w:t>350138</w:t>
      </w:r>
      <w:r>
        <w:tab/>
        <w:t>Svetovanje o komunikacijski strategiji za odnose z javnostmi</w:t>
      </w:r>
    </w:p>
    <w:p w:rsidR="007F7938" w:rsidRDefault="007F7938" w:rsidP="00634B76">
      <w:r>
        <w:t>350139</w:t>
      </w:r>
      <w:r>
        <w:tab/>
        <w:t>Svetovanje o komunikacijski strategiji za oglaševanje</w:t>
      </w:r>
    </w:p>
    <w:p w:rsidR="007F7938" w:rsidRDefault="007F7938" w:rsidP="00634B76">
      <w:r>
        <w:t>350140</w:t>
      </w:r>
      <w:r>
        <w:tab/>
        <w:t>Pogajanje o poslovnih pogodbah za druge</w:t>
      </w:r>
    </w:p>
    <w:p w:rsidR="007F7938" w:rsidRDefault="007F7938" w:rsidP="00634B76">
      <w:r>
        <w:t>350141</w:t>
      </w:r>
      <w:r>
        <w:tab/>
        <w:t>Promocija blaga in storitev preko sponzoriranja športnih dogodkov</w:t>
      </w:r>
    </w:p>
    <w:p w:rsidR="007F7938" w:rsidRDefault="007F7938" w:rsidP="00634B76">
      <w:r>
        <w:t>350142</w:t>
      </w:r>
      <w:r>
        <w:tab/>
        <w:t>Storitve obveščanja o konkurenci</w:t>
      </w:r>
    </w:p>
    <w:p w:rsidR="007F7938" w:rsidRDefault="007F7938" w:rsidP="00634B76">
      <w:r>
        <w:t>350143</w:t>
      </w:r>
      <w:r>
        <w:tab/>
        <w:t>Nudenje storitev poslovnega obveščanja v zvezi s trgi</w:t>
      </w:r>
    </w:p>
    <w:p w:rsidR="007F7938" w:rsidRDefault="007F7938" w:rsidP="00634B76">
      <w:r>
        <w:t>350144</w:t>
      </w:r>
      <w:r>
        <w:tab/>
        <w:t>Finančna revizija</w:t>
      </w:r>
    </w:p>
    <w:p w:rsidR="007F7938" w:rsidRDefault="007F7938" w:rsidP="00634B76">
      <w:r>
        <w:t>350145</w:t>
      </w:r>
      <w:r>
        <w:tab/>
        <w:t>Spletne maloprodajne storitve za naložljivo digitalno glasbo</w:t>
      </w:r>
    </w:p>
    <w:p w:rsidR="007F7938" w:rsidRDefault="007F7938" w:rsidP="00634B76">
      <w:r>
        <w:t>350146</w:t>
      </w:r>
      <w:r>
        <w:tab/>
        <w:t>Spletne maloprodajne storitve za naložljive tone zvonjenja</w:t>
      </w:r>
    </w:p>
    <w:p w:rsidR="007F7938" w:rsidRDefault="007F7938" w:rsidP="00634B76">
      <w:r>
        <w:t>350147</w:t>
      </w:r>
      <w:r>
        <w:tab/>
        <w:t>Spletne maloprodajne storitve za naložljivo in predposneto glasbo in naložljive in predposnete filme</w:t>
      </w:r>
    </w:p>
    <w:p w:rsidR="007F7938" w:rsidRDefault="007F7938" w:rsidP="00634B76">
      <w:r>
        <w:t>350148</w:t>
      </w:r>
      <w:r>
        <w:tab/>
        <w:t>Veleprodajne storitve za farmacevtske, veterinarske in sanitarne pripravke ter medicinsko opremo</w:t>
      </w:r>
    </w:p>
    <w:p w:rsidR="007F7938" w:rsidRDefault="007F7938" w:rsidP="00634B76">
      <w:r>
        <w:t>350149</w:t>
      </w:r>
      <w:r>
        <w:tab/>
        <w:t>Storitve darilnih seznamov</w:t>
      </w:r>
    </w:p>
    <w:p w:rsidR="007F7938" w:rsidRDefault="007F7938" w:rsidP="00634B76">
      <w:r>
        <w:t>350150</w:t>
      </w:r>
      <w:r>
        <w:tab/>
        <w:t>Ciljno usmerjeno trženje</w:t>
      </w:r>
    </w:p>
    <w:p w:rsidR="007F7938" w:rsidRDefault="007F7938" w:rsidP="00634B76">
      <w:r>
        <w:t>350151</w:t>
      </w:r>
      <w:r>
        <w:tab/>
        <w:t>Začasno poslovno upravljanje</w:t>
      </w:r>
    </w:p>
    <w:p w:rsidR="007F7938" w:rsidRDefault="007F7938" w:rsidP="00634B76">
      <w:r>
        <w:t>350152</w:t>
      </w:r>
      <w:r>
        <w:tab/>
        <w:t>Zunanje oglaševanje</w:t>
      </w:r>
    </w:p>
    <w:p w:rsidR="007F7938" w:rsidRDefault="007F7938" w:rsidP="00634B76">
      <w:r>
        <w:t>350153</w:t>
      </w:r>
      <w:r>
        <w:tab/>
        <w:t>Maloprodajne storitve za umetniška dela, ki jih nudijo umetnostne galerije</w:t>
      </w:r>
    </w:p>
    <w:p w:rsidR="007F7938" w:rsidRDefault="007F7938" w:rsidP="00634B76">
      <w:r>
        <w:t>350155</w:t>
      </w:r>
      <w:r>
        <w:tab/>
        <w:t>Trženje v okviru izdajanja programske opreme</w:t>
      </w:r>
    </w:p>
    <w:p w:rsidR="007F7938" w:rsidRDefault="007F7938" w:rsidP="00634B76">
      <w:r>
        <w:t>350156</w:t>
      </w:r>
      <w:r>
        <w:tab/>
        <w:t>Storitve odnosov z mediji</w:t>
      </w:r>
    </w:p>
    <w:p w:rsidR="007F7938" w:rsidRDefault="007F7938" w:rsidP="00634B76">
      <w:r>
        <w:t>350157</w:t>
      </w:r>
      <w:r>
        <w:tab/>
        <w:t>Storitve organizacijskega komuniciranja</w:t>
      </w:r>
    </w:p>
    <w:p w:rsidR="007F7938" w:rsidRDefault="007F7938" w:rsidP="00634B76">
      <w:r>
        <w:t>350159</w:t>
      </w:r>
      <w:r>
        <w:tab/>
        <w:t>Storitve poslovnega lobiranja</w:t>
      </w:r>
    </w:p>
    <w:p w:rsidR="007F7938" w:rsidRDefault="007F7938" w:rsidP="00634B76">
      <w:r>
        <w:t>350160</w:t>
      </w:r>
      <w:r>
        <w:tab/>
        <w:t>Zagotavljanje ocen uporabnikov za komercialne in oglaševalske namene</w:t>
      </w:r>
    </w:p>
    <w:p w:rsidR="007F7938" w:rsidRDefault="007F7938" w:rsidP="00634B76">
      <w:r>
        <w:t>350162</w:t>
      </w:r>
      <w:r>
        <w:tab/>
        <w:t>Upravljanje telefonske centrale za druge</w:t>
      </w:r>
    </w:p>
    <w:p w:rsidR="007F7938" w:rsidRDefault="007F7938" w:rsidP="00634B76">
      <w:r>
        <w:t>350163</w:t>
      </w:r>
      <w:r>
        <w:tab/>
        <w:t>Maloprodajne storitve v zvezi s pekovskimi izdelki</w:t>
      </w:r>
    </w:p>
    <w:p w:rsidR="007F7938" w:rsidRDefault="007F7938" w:rsidP="00634B76">
      <w:r>
        <w:t>350164</w:t>
      </w:r>
      <w:r>
        <w:tab/>
        <w:t>Izdelava profilov potrošnikov za komercialne in tržne namene</w:t>
      </w:r>
    </w:p>
    <w:p w:rsidR="007F7938" w:rsidRDefault="007F7938" w:rsidP="00634B76">
      <w:r>
        <w:t>350165</w:t>
      </w:r>
      <w:r>
        <w:tab/>
        <w:t>Administrativne storitve v zvezi z zdravstvenimi napotitvami</w:t>
      </w:r>
    </w:p>
    <w:p w:rsidR="007F7938" w:rsidRDefault="007F7938" w:rsidP="00634B76">
      <w:r>
        <w:t>350166</w:t>
      </w:r>
      <w:r>
        <w:tab/>
        <w:t>Poslovne svetovalne storitve za digitalno preobrazbo</w:t>
      </w:r>
    </w:p>
    <w:p w:rsidR="007F7938" w:rsidRDefault="007F7938" w:rsidP="00634B76">
      <w:r>
        <w:t>350167</w:t>
      </w:r>
      <w:r>
        <w:tab/>
        <w:t>Storitve poslovnega posredovanja v zvezi z vzpostavljanjem stikov med profesionalnimi izvajalci in strankami</w:t>
      </w:r>
    </w:p>
    <w:p w:rsidR="007F7938" w:rsidRDefault="007F7938" w:rsidP="00634B76">
      <w:r>
        <w:t>350168</w:t>
      </w:r>
      <w:r>
        <w:tab/>
        <w:t>Storitve recepcije za obiskovalce [pisarniški posli]</w:t>
      </w:r>
    </w:p>
    <w:p w:rsidR="007F7938" w:rsidRDefault="007F7938" w:rsidP="00634B76">
      <w:r>
        <w:t>350169</w:t>
      </w:r>
      <w:r>
        <w:tab/>
        <w:t>Priprava študij o donosnosti poslovanja</w:t>
      </w:r>
    </w:p>
    <w:p w:rsidR="007F7938" w:rsidRDefault="007F7938" w:rsidP="00634B76">
      <w:r>
        <w:t>350170</w:t>
      </w:r>
      <w:r>
        <w:tab/>
        <w:t>Nudenje informacij iz telefonskega imenika</w:t>
      </w:r>
    </w:p>
    <w:p w:rsidR="007F7938" w:rsidRDefault="007F7938" w:rsidP="00634B76">
      <w:r>
        <w:t>350171</w:t>
      </w:r>
      <w:r>
        <w:tab/>
        <w:t>Urejanje prijav na elektronsko cestninjenje za druge</w:t>
      </w:r>
    </w:p>
    <w:p w:rsidR="007F7938" w:rsidRDefault="007F7938" w:rsidP="00634B76">
      <w:r>
        <w:t>350172</w:t>
      </w:r>
      <w:r>
        <w:tab/>
        <w:t>Prirejanje in izvajanje komercialnih prireditev</w:t>
      </w:r>
    </w:p>
    <w:p w:rsidR="007F7938" w:rsidRDefault="007F7938" w:rsidP="00634B76">
      <w:r>
        <w:t>350173</w:t>
      </w:r>
      <w:r>
        <w:tab/>
        <w:t>Storitve obdelave podatkov [pisarniške naloge]</w:t>
      </w:r>
    </w:p>
    <w:p w:rsidR="007F7938" w:rsidRDefault="007F7938" w:rsidP="00634B76">
      <w:r>
        <w:t>350174</w:t>
      </w:r>
      <w:r>
        <w:tab/>
        <w:t>Najem registrskih blagajn</w:t>
      </w:r>
    </w:p>
    <w:p w:rsidR="007F7938" w:rsidRDefault="007F7938" w:rsidP="00634B76">
      <w:r>
        <w:t>350175</w:t>
      </w:r>
      <w:r>
        <w:tab/>
        <w:t>Pridobivanje potencialnih strank</w:t>
      </w:r>
    </w:p>
    <w:p w:rsidR="007F7938" w:rsidRDefault="007F7938" w:rsidP="00634B76">
      <w:r>
        <w:t>350176</w:t>
      </w:r>
      <w:r>
        <w:tab/>
        <w:t>Računalniško vodeno upravljanje zdravstvenih evidenc in datotek</w:t>
      </w:r>
    </w:p>
    <w:p w:rsidR="007F7938" w:rsidRDefault="007F7938" w:rsidP="00634B76">
      <w:r>
        <w:t>350177</w:t>
      </w:r>
      <w:r>
        <w:tab/>
        <w:t>Storitve spletnega naročanja na področju restavracij, ki dostavljajo in kjer gostje odnesejo hrano s seboj</w:t>
      </w:r>
    </w:p>
    <w:p w:rsidR="007F7938" w:rsidRDefault="007F7938" w:rsidP="00634B76">
      <w:r>
        <w:t>350178</w:t>
      </w:r>
      <w:r>
        <w:tab/>
        <w:t>Oglaševalske storitve za ustvarjanje identitete blagovne znamke za druge</w:t>
      </w:r>
    </w:p>
    <w:p w:rsidR="007F7938" w:rsidRDefault="007F7938" w:rsidP="00634B76">
      <w:r>
        <w:t>350179</w:t>
      </w:r>
      <w:r>
        <w:tab/>
        <w:t>Promocija blaga s pomočjo vplivnežev</w:t>
      </w:r>
    </w:p>
    <w:p w:rsidR="007F7938" w:rsidRDefault="007F7938" w:rsidP="00634B76">
      <w:r>
        <w:t>350180</w:t>
      </w:r>
      <w:r>
        <w:tab/>
        <w:t>Trženje za vplivneže</w:t>
      </w:r>
    </w:p>
    <w:p w:rsidR="007F7938" w:rsidRDefault="007F7938" w:rsidP="00634B76">
      <w:r>
        <w:t>350181</w:t>
      </w:r>
      <w:r>
        <w:tab/>
        <w:t>Iskanje potencialnih kupcev za druge</w:t>
      </w:r>
    </w:p>
    <w:p w:rsidR="007F7938" w:rsidRDefault="007F7938" w:rsidP="00634B76">
      <w:r>
        <w:t>350182</w:t>
      </w:r>
      <w:r>
        <w:tab/>
        <w:t>Razvoj trženjskih konceptov</w:t>
      </w:r>
    </w:p>
    <w:p w:rsidR="007F7938" w:rsidRDefault="007F7938" w:rsidP="00634B76">
      <w:r>
        <w:t>350183</w:t>
      </w:r>
      <w:r>
        <w:tab/>
        <w:t>Spletne maloprodajne storitve v zvezi z naložljivimi virtualnimi oblačili</w:t>
      </w:r>
    </w:p>
    <w:p w:rsidR="007F7938" w:rsidRDefault="007F7938" w:rsidP="00634B76">
      <w:r>
        <w:t>350184</w:t>
      </w:r>
      <w:r>
        <w:tab/>
        <w:t>Razvoj strategij poslovne organizacije v zvezi s korporativno družbeno odgovornostjo</w:t>
      </w:r>
    </w:p>
    <w:p w:rsidR="007F7938" w:rsidRDefault="007F7938" w:rsidP="00634B76">
      <w:r>
        <w:lastRenderedPageBreak/>
        <w:t>350185</w:t>
      </w:r>
      <w:r>
        <w:tab/>
        <w:t>Storitve maloprodaje v zvezi z naložljivimi datotekami digitalnih slik, verificiranimi z nezamenljivimi žetoni [NFT-ji]</w:t>
      </w:r>
    </w:p>
    <w:p w:rsidR="007F7938" w:rsidRDefault="007F7938" w:rsidP="00634B76">
      <w:r>
        <w:t>350186</w:t>
      </w:r>
      <w:r>
        <w:tab/>
        <w:t>Storitve iskanja poslovnih partnerstev</w:t>
      </w:r>
    </w:p>
    <w:p w:rsidR="007F7938" w:rsidRDefault="007F7938" w:rsidP="00634B76">
      <w:r>
        <w:t>350187</w:t>
      </w:r>
      <w:r>
        <w:tab/>
        <w:t>Trženje z umeščanjem izdelkov za druge v virtualnih okoljih</w:t>
      </w:r>
    </w:p>
    <w:p w:rsidR="007F7938" w:rsidRDefault="007F7938" w:rsidP="00634B76">
      <w:r>
        <w:t>350188</w:t>
      </w:r>
      <w:r>
        <w:tab/>
        <w:t xml:space="preserve">Nudenje spletne tržnice za kupce in prodajalce naložljivih datotek z </w:t>
      </w:r>
      <w:r>
        <w:t>digitalnimi slikami, overjenih z nezamenljivimi žetoni [NFT-ji]</w:t>
      </w:r>
    </w:p>
    <w:p w:rsidR="007F7938" w:rsidRDefault="007F7938" w:rsidP="00634B76">
      <w:r>
        <w:t>350189</w:t>
      </w:r>
      <w:r>
        <w:tab/>
        <w:t>Razvoj tržnih raziskav</w:t>
      </w:r>
    </w:p>
    <w:p w:rsidR="007F7938" w:rsidRPr="003834FA" w:rsidRDefault="007F7938" w:rsidP="00634B76">
      <w:pPr>
        <w:rPr>
          <w:lang w:val="fr-FR"/>
        </w:rPr>
      </w:pPr>
      <w:r>
        <w:t>350190</w:t>
      </w:r>
      <w:r>
        <w:tab/>
      </w:r>
      <w:r w:rsidRPr="003834FA">
        <w:rPr>
          <w:lang w:val="fr-FR"/>
        </w:rPr>
        <w:t>Beleženje prenosa delnic [pisarniški posli]</w:t>
      </w:r>
    </w:p>
    <w:p w:rsidR="007F7938" w:rsidRDefault="007F7938" w:rsidP="00634B76">
      <w:r>
        <w:t>350191</w:t>
      </w:r>
      <w:r>
        <w:tab/>
        <w:t>Upravljanje stroškov gradbenih projektov</w:t>
      </w:r>
    </w:p>
    <w:p w:rsidR="007F7938" w:rsidRDefault="007F7938" w:rsidP="00634B76">
      <w:r>
        <w:t>350192</w:t>
      </w:r>
      <w:r>
        <w:tab/>
        <w:t>Urejanje naročnin na multimedijske vsebine za druge</w:t>
      </w:r>
    </w:p>
    <w:p w:rsidR="001F500C" w:rsidRDefault="001F500C" w:rsidP="00634B76">
      <w:pPr>
        <w:pStyle w:val="Naslov1"/>
        <w:sectPr w:rsidR="001F500C" w:rsidSect="00E00425">
          <w:type w:val="continuous"/>
          <w:pgSz w:w="11907" w:h="16840" w:code="9"/>
          <w:pgMar w:top="1418" w:right="1418" w:bottom="1418" w:left="1418" w:header="720" w:footer="720" w:gutter="0"/>
          <w:cols w:num="2" w:space="720"/>
          <w:docGrid w:linePitch="360"/>
        </w:sectPr>
      </w:pPr>
    </w:p>
    <w:p w:rsidR="00EA4E60" w:rsidRPr="00EA4E60" w:rsidRDefault="00EA4E60" w:rsidP="00634B76">
      <w:pPr>
        <w:pStyle w:val="Naslov1"/>
        <w:rPr>
          <w:lang w:val="sl-SI" w:eastAsia="sl-SI"/>
        </w:rPr>
      </w:pPr>
      <w:r w:rsidRPr="00EA4E60">
        <w:rPr>
          <w:lang w:val="sl-SI" w:eastAsia="sl-SI"/>
        </w:rPr>
        <w:t xml:space="preserve">Razred 36 </w:t>
      </w:r>
    </w:p>
    <w:p w:rsidR="00EA4E60" w:rsidRDefault="00EA4E60" w:rsidP="007F7938">
      <w:pPr>
        <w:pStyle w:val="Naslov2"/>
        <w:rPr>
          <w:lang w:val="sl-SI" w:eastAsia="sl-SI"/>
        </w:rPr>
      </w:pPr>
      <w:r w:rsidRPr="00EA4E60">
        <w:rPr>
          <w:lang w:val="sl-SI" w:eastAsia="sl-SI"/>
        </w:rPr>
        <w:t>Finančne in denarne storitve in bančništvo; zavarovalniške storitve; nepremičninske storitve</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7F7938" w:rsidRPr="00D85EAF" w:rsidTr="00CF2B9C">
        <w:trPr>
          <w:trHeight w:val="143"/>
          <w:tblHeader/>
        </w:trPr>
        <w:tc>
          <w:tcPr>
            <w:tcW w:w="9493" w:type="dxa"/>
            <w:gridSpan w:val="2"/>
            <w:shd w:val="clear" w:color="auto" w:fill="F2F2F2" w:themeFill="background1" w:themeFillShade="F2"/>
            <w:vAlign w:val="center"/>
          </w:tcPr>
          <w:p w:rsidR="007F7938" w:rsidRPr="0087064C" w:rsidRDefault="007F7938" w:rsidP="00CF2B9C">
            <w:pPr>
              <w:pStyle w:val="opomba"/>
              <w:rPr>
                <w:b/>
              </w:rPr>
            </w:pPr>
            <w:r w:rsidRPr="0087064C">
              <w:rPr>
                <w:b/>
              </w:rPr>
              <w:t xml:space="preserve">RAZRED </w:t>
            </w:r>
            <w:r w:rsidR="000B6F09">
              <w:rPr>
                <w:b/>
              </w:rPr>
              <w:t>36</w:t>
            </w:r>
            <w:r w:rsidRPr="0087064C">
              <w:rPr>
                <w:b/>
              </w:rPr>
              <w:t xml:space="preserve"> - pojasnjevalne opombe</w:t>
            </w:r>
          </w:p>
        </w:tc>
      </w:tr>
      <w:tr w:rsidR="007F7938" w:rsidRPr="00D85EAF" w:rsidTr="00CF2B9C">
        <w:trPr>
          <w:trHeight w:val="390"/>
        </w:trPr>
        <w:tc>
          <w:tcPr>
            <w:tcW w:w="9493" w:type="dxa"/>
            <w:gridSpan w:val="2"/>
            <w:shd w:val="clear" w:color="auto" w:fill="F2F2F2" w:themeFill="background1" w:themeFillShade="F2"/>
            <w:vAlign w:val="center"/>
          </w:tcPr>
          <w:p w:rsidR="007F7938" w:rsidRPr="00993A45" w:rsidRDefault="000B6F09" w:rsidP="00CF2B9C">
            <w:pPr>
              <w:pStyle w:val="opomba"/>
            </w:pPr>
            <w:r>
              <w:t>Razred 36 vključuje predvsem storitve v zvezi z bančništvom in drugimi finančnimi transakcijami, storitve finančnega vrednotenja ter zavarovalniške in nepremičninske dejavnosti.</w:t>
            </w:r>
          </w:p>
        </w:tc>
      </w:tr>
      <w:tr w:rsidR="007F7938" w:rsidRPr="00D85EAF" w:rsidTr="00634B76">
        <w:trPr>
          <w:trHeight w:val="6323"/>
        </w:trPr>
        <w:tc>
          <w:tcPr>
            <w:tcW w:w="4746" w:type="dxa"/>
            <w:shd w:val="clear" w:color="auto" w:fill="F2F2F2" w:themeFill="background1" w:themeFillShade="F2"/>
          </w:tcPr>
          <w:p w:rsidR="007F7938" w:rsidRPr="00993A45" w:rsidRDefault="007F7938" w:rsidP="00CF2B9C">
            <w:pPr>
              <w:pStyle w:val="opomba"/>
            </w:pPr>
            <w:r w:rsidRPr="00D85EAF">
              <w:t>V ta razred so vključeni zlasti:</w:t>
            </w:r>
          </w:p>
          <w:p w:rsidR="000B6F09" w:rsidRDefault="000B6F09" w:rsidP="00634B76">
            <w:pPr>
              <w:pStyle w:val="opombapika"/>
              <w:spacing w:after="40"/>
            </w:pPr>
            <w:r>
              <w:t>finančne transakcije in plačilne storitve, na primer menjava denarja, elektronski prenos sredstev, obdelava plačil s kreditno in debetno kartico, izdajanje potovalnih čekov</w:t>
            </w:r>
          </w:p>
          <w:p w:rsidR="000B6F09" w:rsidRDefault="000B6F09" w:rsidP="00634B76">
            <w:pPr>
              <w:pStyle w:val="opombapika"/>
              <w:spacing w:after="40"/>
            </w:pPr>
            <w:r>
              <w:t>finančno upravljanje in raziskave</w:t>
            </w:r>
          </w:p>
          <w:p w:rsidR="000B6F09" w:rsidRDefault="000B6F09" w:rsidP="00634B76">
            <w:pPr>
              <w:pStyle w:val="opombapika"/>
              <w:spacing w:after="40"/>
            </w:pPr>
            <w:r>
              <w:t>finančne cenitve, na primer cenitev nakita, umetnin in nepremičnin, ocena stroškov popravil</w:t>
            </w:r>
          </w:p>
          <w:p w:rsidR="000B6F09" w:rsidRDefault="000B6F09" w:rsidP="00634B76">
            <w:pPr>
              <w:pStyle w:val="opombapika"/>
              <w:spacing w:after="40"/>
            </w:pPr>
            <w:r>
              <w:t>preverjanje čekov</w:t>
            </w:r>
          </w:p>
          <w:p w:rsidR="000B6F09" w:rsidRDefault="000B6F09" w:rsidP="00634B76">
            <w:pPr>
              <w:pStyle w:val="opombapika"/>
              <w:spacing w:after="40"/>
            </w:pPr>
            <w:r>
              <w:t>storitve financiranja in kreditiranja, na primer posojila, izdajanje kreditnih kartic, financiranje najema ali zakupa s poznejšim nakupom</w:t>
            </w:r>
          </w:p>
          <w:p w:rsidR="000B6F09" w:rsidRDefault="000B6F09" w:rsidP="00634B76">
            <w:pPr>
              <w:pStyle w:val="opombapika"/>
              <w:spacing w:after="40"/>
            </w:pPr>
            <w:r>
              <w:t>množično financiranje</w:t>
            </w:r>
          </w:p>
          <w:p w:rsidR="000B6F09" w:rsidRDefault="000B6F09" w:rsidP="00634B76">
            <w:pPr>
              <w:pStyle w:val="opombapika"/>
              <w:spacing w:after="40"/>
            </w:pPr>
            <w:r>
              <w:t>storitve hrambe v sefu</w:t>
            </w:r>
          </w:p>
          <w:p w:rsidR="000B6F09" w:rsidRDefault="000B6F09" w:rsidP="00634B76">
            <w:pPr>
              <w:pStyle w:val="opombapika"/>
              <w:spacing w:after="40"/>
            </w:pPr>
            <w:r>
              <w:t>finančno sponzorstvo</w:t>
            </w:r>
          </w:p>
          <w:p w:rsidR="000B6F09" w:rsidRDefault="000B6F09" w:rsidP="00634B76">
            <w:pPr>
              <w:pStyle w:val="opombapika"/>
              <w:spacing w:after="40"/>
            </w:pPr>
            <w:r>
              <w:t>storitve nepremičninske agencije, upravljanje nepremičnin, oddajanje stanovanj v najem, pobiranje najemnin</w:t>
            </w:r>
          </w:p>
          <w:p w:rsidR="000B6F09" w:rsidRDefault="000B6F09" w:rsidP="00634B76">
            <w:pPr>
              <w:pStyle w:val="opombapika"/>
              <w:spacing w:after="40"/>
            </w:pPr>
            <w:r>
              <w:t>sklepanje zavarovanj, aktuarske storitve</w:t>
            </w:r>
          </w:p>
          <w:p w:rsidR="007F7938" w:rsidRPr="00993A45" w:rsidRDefault="000B6F09" w:rsidP="000B6F09">
            <w:pPr>
              <w:pStyle w:val="opombapika"/>
            </w:pPr>
            <w:r>
              <w:t>posredniške storitve, na primer vrednostni papirji, zavarovalništvo in nepremičninsko posredništvo, posredništvo s krediti za zmanjšanje izpustov ogljika, zastavljalništvo</w:t>
            </w:r>
          </w:p>
        </w:tc>
        <w:tc>
          <w:tcPr>
            <w:tcW w:w="4747" w:type="dxa"/>
            <w:shd w:val="clear" w:color="auto" w:fill="F2F2F2" w:themeFill="background1" w:themeFillShade="F2"/>
          </w:tcPr>
          <w:p w:rsidR="007F7938" w:rsidRPr="00993A45" w:rsidRDefault="007F7938" w:rsidP="00CF2B9C">
            <w:pPr>
              <w:pStyle w:val="opomba"/>
            </w:pPr>
            <w:r w:rsidRPr="00D85EAF">
              <w:t>V ta razred niso vključeni zlasti:</w:t>
            </w:r>
          </w:p>
          <w:p w:rsidR="000B6F09" w:rsidRDefault="000B6F09" w:rsidP="000B6F09">
            <w:pPr>
              <w:pStyle w:val="opombapika"/>
            </w:pPr>
            <w:r>
              <w:t>administrativne storitve v zvezi s poslovnimi transakcijami in finančnimi evidencami, na primer knjigovodstvo, priprava računovodskih izkazov, poslovna in finančna revizija, poslovne cenitve, storitve priprave davčne napovedi in oddaje (razred 35)</w:t>
            </w:r>
          </w:p>
          <w:p w:rsidR="000B6F09" w:rsidRDefault="000B6F09" w:rsidP="000B6F09">
            <w:pPr>
              <w:pStyle w:val="opombapika"/>
            </w:pPr>
            <w:r>
              <w:t>iskanje sponzorstva, promocija blaga in storitev s sponzoriranjem športnih prireditev (razred 35)</w:t>
            </w:r>
          </w:p>
          <w:p w:rsidR="000B6F09" w:rsidRDefault="000B6F09" w:rsidP="000B6F09">
            <w:pPr>
              <w:pStyle w:val="opombapika"/>
            </w:pPr>
            <w:r>
              <w:t>polnjenje gotovine na bankomatih (razred 39)</w:t>
            </w:r>
          </w:p>
          <w:p w:rsidR="000B6F09" w:rsidRDefault="000B6F09" w:rsidP="000B6F09">
            <w:pPr>
              <w:pStyle w:val="opombapika"/>
            </w:pPr>
            <w:r>
              <w:t>posredništvo špedicijskih storitev, posredništvo transportnih storitev (razred 39)</w:t>
            </w:r>
          </w:p>
          <w:p w:rsidR="007F7938" w:rsidRPr="00993A45" w:rsidRDefault="000B6F09" w:rsidP="000B6F09">
            <w:pPr>
              <w:pStyle w:val="opombapika"/>
            </w:pPr>
            <w:r>
              <w:t>ocenjevanje kakovosti volne in neposekanega lesa (razred 42)</w:t>
            </w:r>
          </w:p>
        </w:tc>
      </w:tr>
    </w:tbl>
    <w:p w:rsidR="007F7938" w:rsidRPr="007F7938" w:rsidRDefault="007F7938" w:rsidP="007F7938">
      <w:pPr>
        <w:rPr>
          <w:lang w:val="sl-SI" w:eastAsia="sl-SI"/>
        </w:rPr>
      </w:pPr>
    </w:p>
    <w:p w:rsidR="001F500C" w:rsidRPr="00EA4E60" w:rsidRDefault="001F500C">
      <w:pPr>
        <w:rPr>
          <w:lang w:val="sl-SI"/>
        </w:rPr>
        <w:sectPr w:rsidR="001F500C" w:rsidRPr="00EA4E60" w:rsidSect="00E00425">
          <w:type w:val="continuous"/>
          <w:pgSz w:w="11907" w:h="16840" w:code="9"/>
          <w:pgMar w:top="1418" w:right="1418" w:bottom="1418" w:left="1418" w:header="720" w:footer="720" w:gutter="0"/>
          <w:cols w:space="720"/>
          <w:docGrid w:linePitch="360"/>
        </w:sectPr>
      </w:pPr>
    </w:p>
    <w:p w:rsidR="007F7938" w:rsidRDefault="007F7938" w:rsidP="007F7938">
      <w:r>
        <w:t>360001</w:t>
      </w:r>
      <w:r>
        <w:tab/>
        <w:t>Sklepanje nezgodnega zavarovanja</w:t>
      </w:r>
    </w:p>
    <w:p w:rsidR="007F7938" w:rsidRDefault="007F7938" w:rsidP="007F7938">
      <w:r>
        <w:t>360002</w:t>
      </w:r>
      <w:r>
        <w:tab/>
        <w:t>Obročna posojila</w:t>
      </w:r>
    </w:p>
    <w:p w:rsidR="007F7938" w:rsidRDefault="007F7938" w:rsidP="007F7938">
      <w:r>
        <w:t>360003</w:t>
      </w:r>
      <w:r>
        <w:tab/>
        <w:t>Aktuarske storitve</w:t>
      </w:r>
    </w:p>
    <w:p w:rsidR="007F7938" w:rsidRDefault="007F7938" w:rsidP="007F7938">
      <w:r>
        <w:t>360004</w:t>
      </w:r>
      <w:r>
        <w:tab/>
        <w:t>Urejanje najema nepremičnin</w:t>
      </w:r>
    </w:p>
    <w:p w:rsidR="007F7938" w:rsidRDefault="007F7938" w:rsidP="007F7938">
      <w:r>
        <w:t>360005</w:t>
      </w:r>
      <w:r>
        <w:tab/>
        <w:t>Borzno posredništvo</w:t>
      </w:r>
    </w:p>
    <w:p w:rsidR="007F7938" w:rsidRDefault="007F7938" w:rsidP="007F7938">
      <w:r>
        <w:t>360006</w:t>
      </w:r>
      <w:r>
        <w:tab/>
        <w:t>Kreditne agencije</w:t>
      </w:r>
    </w:p>
    <w:p w:rsidR="007F7938" w:rsidRDefault="007F7938" w:rsidP="007F7938">
      <w:r>
        <w:t>360007</w:t>
      </w:r>
      <w:r>
        <w:tab/>
        <w:t>Agencije za posredovanje (nepremičnine)</w:t>
      </w:r>
    </w:p>
    <w:p w:rsidR="007F7938" w:rsidRDefault="007F7938" w:rsidP="007F7938">
      <w:r>
        <w:t>360008</w:t>
      </w:r>
      <w:r>
        <w:tab/>
        <w:t>Nepremičninsko posredovanje</w:t>
      </w:r>
    </w:p>
    <w:p w:rsidR="007F7938" w:rsidRDefault="007F7938" w:rsidP="007F7938">
      <w:r>
        <w:t>360009</w:t>
      </w:r>
      <w:r>
        <w:tab/>
        <w:t>Agencije za izterjavo dolgov</w:t>
      </w:r>
    </w:p>
    <w:p w:rsidR="007F7938" w:rsidRDefault="007F7938" w:rsidP="007F7938">
      <w:r>
        <w:t>360010</w:t>
      </w:r>
      <w:r>
        <w:tab/>
        <w:t>Zavarovalno posredništvo</w:t>
      </w:r>
    </w:p>
    <w:p w:rsidR="007F7938" w:rsidRPr="003834FA" w:rsidRDefault="007F7938" w:rsidP="007F7938">
      <w:pPr>
        <w:rPr>
          <w:lang w:val="fr-FR"/>
        </w:rPr>
      </w:pPr>
      <w:r>
        <w:t>360011</w:t>
      </w:r>
      <w:r>
        <w:tab/>
      </w:r>
      <w:r w:rsidRPr="003834FA">
        <w:rPr>
          <w:lang w:val="fr-FR"/>
        </w:rPr>
        <w:t>Storitve posredovanja na finančni carini</w:t>
      </w:r>
    </w:p>
    <w:p w:rsidR="007F7938" w:rsidRDefault="007F7938" w:rsidP="007F7938">
      <w:r>
        <w:t>360012</w:t>
      </w:r>
      <w:r>
        <w:tab/>
        <w:t>Zavarovalniške storitve</w:t>
      </w:r>
    </w:p>
    <w:p w:rsidR="007F7938" w:rsidRDefault="007F7938" w:rsidP="007F7938">
      <w:r>
        <w:t>360013</w:t>
      </w:r>
      <w:r>
        <w:tab/>
        <w:t>Bančništvo</w:t>
      </w:r>
    </w:p>
    <w:p w:rsidR="007F7938" w:rsidRDefault="007F7938" w:rsidP="007F7938">
      <w:r>
        <w:t>360014</w:t>
      </w:r>
      <w:r>
        <w:tab/>
        <w:t>Cenitev nepremičnin</w:t>
      </w:r>
    </w:p>
    <w:p w:rsidR="007F7938" w:rsidRDefault="007F7938" w:rsidP="007F7938">
      <w:r>
        <w:lastRenderedPageBreak/>
        <w:t>360015</w:t>
      </w:r>
      <w:r>
        <w:tab/>
        <w:t>Zbiranje dobrodelnih prispevkov</w:t>
      </w:r>
    </w:p>
    <w:p w:rsidR="007F7938" w:rsidRDefault="007F7938" w:rsidP="007F7938">
      <w:r>
        <w:t>360016</w:t>
      </w:r>
      <w:r>
        <w:tab/>
        <w:t>Vzajemni skladi</w:t>
      </w:r>
    </w:p>
    <w:p w:rsidR="007F7938" w:rsidRDefault="007F7938" w:rsidP="007F7938">
      <w:r>
        <w:t>360017</w:t>
      </w:r>
      <w:r>
        <w:tab/>
        <w:t>Finančne naložbe</w:t>
      </w:r>
    </w:p>
    <w:p w:rsidR="007F7938" w:rsidRDefault="007F7938" w:rsidP="007F7938">
      <w:r>
        <w:t>360018</w:t>
      </w:r>
      <w:r>
        <w:tab/>
        <w:t>Jamstvene storitve</w:t>
      </w:r>
    </w:p>
    <w:p w:rsidR="007F7938" w:rsidRDefault="007F7938" w:rsidP="007F7938">
      <w:r>
        <w:t>360019</w:t>
      </w:r>
      <w:r>
        <w:tab/>
        <w:t>Trgovanje z valutami in menjalniške storitve</w:t>
      </w:r>
    </w:p>
    <w:p w:rsidR="007F7938" w:rsidRDefault="007F7938" w:rsidP="007F7938">
      <w:r>
        <w:t>360021</w:t>
      </w:r>
      <w:r>
        <w:tab/>
        <w:t>Finančni kliring</w:t>
      </w:r>
    </w:p>
    <w:p w:rsidR="007F7938" w:rsidRDefault="007F7938" w:rsidP="007F7938">
      <w:r>
        <w:t>360022</w:t>
      </w:r>
      <w:r>
        <w:tab/>
        <w:t>Hramba v sefih</w:t>
      </w:r>
    </w:p>
    <w:p w:rsidR="007F7938" w:rsidRDefault="007F7938" w:rsidP="007F7938">
      <w:r>
        <w:t>360023</w:t>
      </w:r>
      <w:r>
        <w:tab/>
        <w:t>Organizacija pobiranja in izterjave</w:t>
      </w:r>
    </w:p>
    <w:p w:rsidR="007F7938" w:rsidRDefault="007F7938" w:rsidP="007F7938">
      <w:r>
        <w:t>360024</w:t>
      </w:r>
      <w:r>
        <w:tab/>
        <w:t>Posojila [financiranje]</w:t>
      </w:r>
    </w:p>
    <w:p w:rsidR="007F7938" w:rsidRDefault="007F7938" w:rsidP="007F7938">
      <w:r>
        <w:t>360025</w:t>
      </w:r>
      <w:r>
        <w:tab/>
        <w:t>Fiskalne cenitve</w:t>
      </w:r>
    </w:p>
    <w:p w:rsidR="007F7938" w:rsidRDefault="007F7938" w:rsidP="007F7938">
      <w:r>
        <w:t>360026</w:t>
      </w:r>
      <w:r>
        <w:tab/>
        <w:t>Finančno vrednotenje [v zavarovalništvu, bančništvu, pri nepremičninah]</w:t>
      </w:r>
    </w:p>
    <w:p w:rsidR="007F7938" w:rsidRDefault="007F7938" w:rsidP="007F7938">
      <w:r>
        <w:t>360027</w:t>
      </w:r>
      <w:r>
        <w:tab/>
        <w:t>Faktoring</w:t>
      </w:r>
    </w:p>
    <w:p w:rsidR="007F7938" w:rsidRDefault="007F7938" w:rsidP="007F7938">
      <w:r>
        <w:t>360029</w:t>
      </w:r>
      <w:r>
        <w:tab/>
        <w:t>Storitve financiranja</w:t>
      </w:r>
    </w:p>
    <w:p w:rsidR="007F7938" w:rsidRDefault="007F7938" w:rsidP="007F7938">
      <w:r>
        <w:t>360030</w:t>
      </w:r>
      <w:r>
        <w:tab/>
        <w:t>Finančno upravljanje</w:t>
      </w:r>
    </w:p>
    <w:p w:rsidR="007F7938" w:rsidRDefault="007F7938" w:rsidP="007F7938">
      <w:r>
        <w:t>360031</w:t>
      </w:r>
      <w:r>
        <w:tab/>
        <w:t>Storitve zastavljalnic</w:t>
      </w:r>
    </w:p>
    <w:p w:rsidR="007F7938" w:rsidRDefault="007F7938" w:rsidP="007F7938">
      <w:r>
        <w:t>360032</w:t>
      </w:r>
      <w:r>
        <w:tab/>
        <w:t>Upravljanje lastnine (nepremičnine)</w:t>
      </w:r>
    </w:p>
    <w:p w:rsidR="007F7938" w:rsidRDefault="007F7938" w:rsidP="007F7938">
      <w:r>
        <w:t>360033</w:t>
      </w:r>
      <w:r>
        <w:tab/>
        <w:t>Upravljanje stanovanjskih zgradb</w:t>
      </w:r>
    </w:p>
    <w:p w:rsidR="007F7938" w:rsidRDefault="007F7938" w:rsidP="007F7938">
      <w:r>
        <w:t>360034</w:t>
      </w:r>
      <w:r>
        <w:tab/>
        <w:t>Sklepanje protipožarnega zavarovanja</w:t>
      </w:r>
    </w:p>
    <w:p w:rsidR="007F7938" w:rsidRDefault="007F7938" w:rsidP="007F7938">
      <w:r>
        <w:t>360035</w:t>
      </w:r>
      <w:r>
        <w:tab/>
        <w:t>Najem stanovanj</w:t>
      </w:r>
    </w:p>
    <w:p w:rsidR="007F7938" w:rsidRDefault="007F7938" w:rsidP="007F7938">
      <w:r>
        <w:t>360036</w:t>
      </w:r>
      <w:r>
        <w:tab/>
        <w:t>Zakup kmetij</w:t>
      </w:r>
    </w:p>
    <w:p w:rsidR="007F7938" w:rsidRDefault="007F7938" w:rsidP="007F7938">
      <w:r>
        <w:t>360038</w:t>
      </w:r>
      <w:r>
        <w:tab/>
        <w:t>Sklepanje zdravstvenega zavarovanja</w:t>
      </w:r>
    </w:p>
    <w:p w:rsidR="007F7938" w:rsidRDefault="007F7938" w:rsidP="007F7938">
      <w:r>
        <w:t>360039</w:t>
      </w:r>
      <w:r>
        <w:tab/>
        <w:t>Sklepanje pomorskega zavarovanja</w:t>
      </w:r>
    </w:p>
    <w:p w:rsidR="007F7938" w:rsidRDefault="007F7938" w:rsidP="007F7938">
      <w:r>
        <w:t>360040</w:t>
      </w:r>
      <w:r>
        <w:tab/>
        <w:t>Hipotekarno bančništvo</w:t>
      </w:r>
    </w:p>
    <w:p w:rsidR="007F7938" w:rsidRDefault="007F7938" w:rsidP="007F7938">
      <w:r>
        <w:t>360041</w:t>
      </w:r>
      <w:r>
        <w:tab/>
        <w:t>Storitve hranilnic</w:t>
      </w:r>
    </w:p>
    <w:p w:rsidR="007F7938" w:rsidRDefault="007F7938" w:rsidP="007F7938">
      <w:r>
        <w:t>360043</w:t>
      </w:r>
      <w:r>
        <w:tab/>
        <w:t>Posredovanje v zvezi z vrednostnimi papirji</w:t>
      </w:r>
    </w:p>
    <w:p w:rsidR="007F7938" w:rsidRDefault="007F7938" w:rsidP="007F7938">
      <w:r>
        <w:t>360044</w:t>
      </w:r>
      <w:r>
        <w:tab/>
        <w:t>Sklepanje življenjskega zavarovanja</w:t>
      </w:r>
    </w:p>
    <w:p w:rsidR="007F7938" w:rsidRDefault="007F7938" w:rsidP="007F7938">
      <w:r>
        <w:t>360045</w:t>
      </w:r>
      <w:r>
        <w:tab/>
        <w:t>Najem nastanitve (stanovanj)</w:t>
      </w:r>
    </w:p>
    <w:p w:rsidR="007F7938" w:rsidRDefault="007F7938" w:rsidP="007F7938">
      <w:r>
        <w:t>360046</w:t>
      </w:r>
      <w:r>
        <w:tab/>
        <w:t>Finančna analiza</w:t>
      </w:r>
    </w:p>
    <w:p w:rsidR="007F7938" w:rsidRDefault="007F7938" w:rsidP="007F7938">
      <w:r>
        <w:t>360051</w:t>
      </w:r>
      <w:r>
        <w:tab/>
        <w:t>Cenitev starin</w:t>
      </w:r>
    </w:p>
    <w:p w:rsidR="007F7938" w:rsidRDefault="007F7938" w:rsidP="007F7938">
      <w:r>
        <w:t>360052</w:t>
      </w:r>
      <w:r>
        <w:tab/>
        <w:t>Cenitev umetnin</w:t>
      </w:r>
    </w:p>
    <w:p w:rsidR="007F7938" w:rsidRDefault="007F7938" w:rsidP="007F7938">
      <w:r>
        <w:t>360054</w:t>
      </w:r>
      <w:r>
        <w:tab/>
        <w:t>Finančno svetovanje</w:t>
      </w:r>
    </w:p>
    <w:p w:rsidR="007F7938" w:rsidRDefault="007F7938" w:rsidP="007F7938">
      <w:r>
        <w:t>360055</w:t>
      </w:r>
      <w:r>
        <w:tab/>
        <w:t>Zavarovalniško svetovanje</w:t>
      </w:r>
    </w:p>
    <w:p w:rsidR="007F7938" w:rsidRDefault="007F7938" w:rsidP="007F7938">
      <w:r>
        <w:t>360056</w:t>
      </w:r>
      <w:r>
        <w:tab/>
        <w:t>Obdelava plačil s kreditno kartico</w:t>
      </w:r>
    </w:p>
    <w:p w:rsidR="007F7938" w:rsidRDefault="007F7938" w:rsidP="007F7938">
      <w:r>
        <w:t>360057</w:t>
      </w:r>
      <w:r>
        <w:tab/>
        <w:t>Obdelava plačil z debetno kartico</w:t>
      </w:r>
    </w:p>
    <w:p w:rsidR="007F7938" w:rsidRDefault="007F7938" w:rsidP="007F7938">
      <w:r>
        <w:t>360058</w:t>
      </w:r>
      <w:r>
        <w:tab/>
        <w:t>Denarna nakazila preko elektronskih medijev (SWIFT)</w:t>
      </w:r>
    </w:p>
    <w:p w:rsidR="007F7938" w:rsidRDefault="007F7938" w:rsidP="007F7938">
      <w:r>
        <w:t>360059</w:t>
      </w:r>
      <w:r>
        <w:tab/>
        <w:t>Zagotavljanje finančnih informacij</w:t>
      </w:r>
    </w:p>
    <w:p w:rsidR="007F7938" w:rsidRDefault="007F7938" w:rsidP="007F7938">
      <w:r>
        <w:t>360060</w:t>
      </w:r>
      <w:r>
        <w:tab/>
        <w:t>Nudenje informacij o zavarovanjih</w:t>
      </w:r>
    </w:p>
    <w:p w:rsidR="007F7938" w:rsidRDefault="007F7938" w:rsidP="007F7938">
      <w:r>
        <w:t>360062</w:t>
      </w:r>
      <w:r>
        <w:tab/>
        <w:t>Numizmatična cenitev</w:t>
      </w:r>
    </w:p>
    <w:p w:rsidR="007F7938" w:rsidRDefault="007F7938" w:rsidP="007F7938">
      <w:r>
        <w:t>360063</w:t>
      </w:r>
      <w:r>
        <w:tab/>
        <w:t>Pobiranje najemnin</w:t>
      </w:r>
    </w:p>
    <w:p w:rsidR="007F7938" w:rsidRDefault="007F7938" w:rsidP="007F7938">
      <w:r>
        <w:t>360064</w:t>
      </w:r>
      <w:r>
        <w:tab/>
        <w:t>Vrednotenje znamk</w:t>
      </w:r>
    </w:p>
    <w:p w:rsidR="007F7938" w:rsidRDefault="007F7938" w:rsidP="007F7938">
      <w:r>
        <w:t>360065</w:t>
      </w:r>
      <w:r>
        <w:tab/>
        <w:t>Izdaja predplačniških vrednotnic</w:t>
      </w:r>
    </w:p>
    <w:p w:rsidR="007F7938" w:rsidRDefault="007F7938" w:rsidP="007F7938">
      <w:r>
        <w:t>360066</w:t>
      </w:r>
      <w:r>
        <w:tab/>
        <w:t>Depozit dragocenosti</w:t>
      </w:r>
    </w:p>
    <w:p w:rsidR="007F7938" w:rsidRDefault="007F7938" w:rsidP="007F7938">
      <w:r>
        <w:t>360067</w:t>
      </w:r>
      <w:r>
        <w:tab/>
        <w:t>Borzno notiranje</w:t>
      </w:r>
    </w:p>
    <w:p w:rsidR="007F7938" w:rsidRDefault="007F7938" w:rsidP="007F7938">
      <w:r>
        <w:t>360068</w:t>
      </w:r>
      <w:r>
        <w:tab/>
        <w:t>Izdaja kreditnih kartic</w:t>
      </w:r>
    </w:p>
    <w:p w:rsidR="007F7938" w:rsidRDefault="007F7938" w:rsidP="007F7938">
      <w:r>
        <w:t>360069</w:t>
      </w:r>
      <w:r>
        <w:tab/>
        <w:t>Najem pisarniških prostorov</w:t>
      </w:r>
    </w:p>
    <w:p w:rsidR="007F7938" w:rsidRDefault="007F7938" w:rsidP="007F7938">
      <w:r>
        <w:t>360070</w:t>
      </w:r>
      <w:r>
        <w:tab/>
        <w:t>Storitve izplačevanja pokojnin</w:t>
      </w:r>
    </w:p>
    <w:p w:rsidR="007F7938" w:rsidRDefault="007F7938" w:rsidP="007F7938">
      <w:r>
        <w:t>360071</w:t>
      </w:r>
      <w:r>
        <w:tab/>
        <w:t>Finančno sponzoriranje</w:t>
      </w:r>
    </w:p>
    <w:p w:rsidR="007F7938" w:rsidRDefault="007F7938" w:rsidP="007F7938">
      <w:r>
        <w:t>360072</w:t>
      </w:r>
      <w:r>
        <w:tab/>
        <w:t>Domače bančništvo</w:t>
      </w:r>
    </w:p>
    <w:p w:rsidR="007F7938" w:rsidRDefault="007F7938" w:rsidP="007F7938">
      <w:r>
        <w:t>360073</w:t>
      </w:r>
      <w:r>
        <w:tab/>
        <w:t>Likvidacije podjetij (finančne storitve)</w:t>
      </w:r>
    </w:p>
    <w:p w:rsidR="007F7938" w:rsidRDefault="007F7938" w:rsidP="007F7938">
      <w:r>
        <w:t>360103</w:t>
      </w:r>
      <w:r>
        <w:tab/>
        <w:t>Finančno vrednotenje stroškov popravil</w:t>
      </w:r>
    </w:p>
    <w:p w:rsidR="007F7938" w:rsidRDefault="007F7938" w:rsidP="007F7938">
      <w:r>
        <w:t>360104</w:t>
      </w:r>
      <w:r>
        <w:tab/>
        <w:t>Posredovanje emisijskih kuponov (carbon credits)</w:t>
      </w:r>
    </w:p>
    <w:p w:rsidR="007F7938" w:rsidRDefault="007F7938" w:rsidP="007F7938">
      <w:r>
        <w:t>360108</w:t>
      </w:r>
      <w:r>
        <w:tab/>
        <w:t>Storitve nudenja posojil z zavarovanjem</w:t>
      </w:r>
    </w:p>
    <w:p w:rsidR="007F7938" w:rsidRDefault="007F7938" w:rsidP="007F7938">
      <w:r>
        <w:t>360109</w:t>
      </w:r>
      <w:r>
        <w:tab/>
        <w:t>Storitve skladov za socialno pomoč</w:t>
      </w:r>
    </w:p>
    <w:p w:rsidR="007F7938" w:rsidRDefault="007F7938" w:rsidP="007F7938">
      <w:r>
        <w:t>360110</w:t>
      </w:r>
      <w:r>
        <w:tab/>
        <w:t>Storitve borznega posredovanja</w:t>
      </w:r>
    </w:p>
    <w:p w:rsidR="007F7938" w:rsidRDefault="007F7938" w:rsidP="007F7938">
      <w:r>
        <w:t>360111</w:t>
      </w:r>
      <w:r>
        <w:tab/>
        <w:t>Svetovalne storitve v zvezi z dolgovi</w:t>
      </w:r>
    </w:p>
    <w:p w:rsidR="007F7938" w:rsidRDefault="007F7938" w:rsidP="007F7938">
      <w:r>
        <w:t>360112</w:t>
      </w:r>
      <w:r>
        <w:tab/>
        <w:t>Vodenje financ za gradbene projekte</w:t>
      </w:r>
    </w:p>
    <w:p w:rsidR="007F7938" w:rsidRDefault="007F7938" w:rsidP="007F7938">
      <w:r>
        <w:t>360113</w:t>
      </w:r>
      <w:r>
        <w:tab/>
        <w:t>Nudenje finančnih informacij preko spletne strani</w:t>
      </w:r>
    </w:p>
    <w:p w:rsidR="007F7938" w:rsidRDefault="007F7938" w:rsidP="007F7938">
      <w:r>
        <w:t>360114</w:t>
      </w:r>
      <w:r>
        <w:tab/>
        <w:t>Finančno upravljanje plačil nadomestil za druge</w:t>
      </w:r>
    </w:p>
    <w:p w:rsidR="007F7938" w:rsidRDefault="007F7938" w:rsidP="007F7938">
      <w:r>
        <w:t>360115</w:t>
      </w:r>
      <w:r>
        <w:tab/>
        <w:t>Investiranje sredstev</w:t>
      </w:r>
    </w:p>
    <w:p w:rsidR="007F7938" w:rsidRDefault="007F7938" w:rsidP="007F7938">
      <w:r>
        <w:t>360116</w:t>
      </w:r>
      <w:r>
        <w:tab/>
        <w:t>Posredovanje delnic in obveznic</w:t>
      </w:r>
    </w:p>
    <w:p w:rsidR="007F7938" w:rsidRDefault="007F7938" w:rsidP="007F7938">
      <w:r>
        <w:t>360117</w:t>
      </w:r>
      <w:r>
        <w:tab/>
        <w:t>Nudenje rabatov v sodelujočih ustanovah drugih z uporabo članske kartice</w:t>
      </w:r>
    </w:p>
    <w:p w:rsidR="007F7938" w:rsidRDefault="007F7938" w:rsidP="007F7938">
      <w:r>
        <w:t>360118</w:t>
      </w:r>
      <w:r>
        <w:tab/>
        <w:t>Storitve jamstvenih garancij</w:t>
      </w:r>
    </w:p>
    <w:p w:rsidR="007F7938" w:rsidRDefault="007F7938" w:rsidP="007F7938">
      <w:r>
        <w:t>360119</w:t>
      </w:r>
      <w:r>
        <w:tab/>
        <w:t>Najem pisarn za coworking</w:t>
      </w:r>
    </w:p>
    <w:p w:rsidR="007F7938" w:rsidRDefault="007F7938" w:rsidP="007F7938">
      <w:r>
        <w:t>360121</w:t>
      </w:r>
      <w:r>
        <w:tab/>
        <w:t>Finančna vrednotenja stroškov razvoja v zvezi z naftno, plinsko in rudarsko industrijo</w:t>
      </w:r>
    </w:p>
    <w:p w:rsidR="007F7938" w:rsidRDefault="007F7938" w:rsidP="007F7938">
      <w:r>
        <w:t>360122</w:t>
      </w:r>
      <w:r>
        <w:tab/>
        <w:t>Finančno raziskovalne storitve</w:t>
      </w:r>
    </w:p>
    <w:p w:rsidR="007F7938" w:rsidRDefault="007F7938" w:rsidP="007F7938">
      <w:r>
        <w:t>360123</w:t>
      </w:r>
      <w:r>
        <w:tab/>
        <w:t>Storitve poslovanja z nepremičninami</w:t>
      </w:r>
    </w:p>
    <w:p w:rsidR="007F7938" w:rsidRDefault="007F7938" w:rsidP="007F7938">
      <w:r>
        <w:t>360124</w:t>
      </w:r>
      <w:r>
        <w:tab/>
        <w:t>Elektronski prenos kriptovalut</w:t>
      </w:r>
    </w:p>
    <w:p w:rsidR="007F7938" w:rsidRDefault="007F7938" w:rsidP="007F7938">
      <w:r>
        <w:t>360125</w:t>
      </w:r>
      <w:r>
        <w:tab/>
        <w:t>Finančno vrednotenje sredstev intelektualne lastnine</w:t>
      </w:r>
    </w:p>
    <w:p w:rsidR="007F7938" w:rsidRDefault="007F7938" w:rsidP="007F7938">
      <w:r>
        <w:t>360126</w:t>
      </w:r>
      <w:r>
        <w:tab/>
        <w:t>Priprava ponudb za namene ocenjevanja stroškov</w:t>
      </w:r>
    </w:p>
    <w:p w:rsidR="007F7938" w:rsidRDefault="007F7938" w:rsidP="007F7938">
      <w:r>
        <w:t>360127</w:t>
      </w:r>
      <w:r>
        <w:tab/>
        <w:t>Storitve množičnega financiranja [crowdfunding]</w:t>
      </w:r>
    </w:p>
    <w:p w:rsidR="007F7938" w:rsidRDefault="007F7938" w:rsidP="007F7938">
      <w:r>
        <w:t>360128</w:t>
      </w:r>
      <w:r>
        <w:tab/>
        <w:t>Storitve elektronske denarnice (storitve plačilnega prometa)</w:t>
      </w:r>
    </w:p>
    <w:p w:rsidR="007F7938" w:rsidRDefault="007F7938" w:rsidP="007F7938">
      <w:r>
        <w:t>360129</w:t>
      </w:r>
      <w:r>
        <w:tab/>
        <w:t>Finančna menjava kriptovalut</w:t>
      </w:r>
    </w:p>
    <w:p w:rsidR="007F7938" w:rsidRDefault="007F7938" w:rsidP="007F7938">
      <w:r>
        <w:t>360130</w:t>
      </w:r>
      <w:r>
        <w:tab/>
        <w:t>Elektronski prenos sredstev prek tehnologije veriženja blokov</w:t>
      </w:r>
    </w:p>
    <w:p w:rsidR="007F7938" w:rsidRDefault="007F7938" w:rsidP="007F7938">
      <w:r>
        <w:t>360131</w:t>
      </w:r>
      <w:r>
        <w:tab/>
        <w:t>Izdajanje darilnih certifikatov</w:t>
      </w:r>
    </w:p>
    <w:p w:rsidR="007F7938" w:rsidRDefault="007F7938" w:rsidP="007F7938">
      <w:r>
        <w:t>360132</w:t>
      </w:r>
      <w:r>
        <w:tab/>
        <w:t>Storitve mobilnega bančništva</w:t>
      </w:r>
    </w:p>
    <w:p w:rsidR="007F7938" w:rsidRDefault="007F7938" w:rsidP="007F7938">
      <w:r>
        <w:t>360133</w:t>
      </w:r>
      <w:r>
        <w:tab/>
        <w:t>Administracija finančnih zadev</w:t>
      </w:r>
    </w:p>
    <w:p w:rsidR="007F7938" w:rsidRDefault="007F7938" w:rsidP="007F7938">
      <w:r>
        <w:t>360134</w:t>
      </w:r>
      <w:r>
        <w:tab/>
        <w:t>Finančno svetovalne storitve v zvezi z obdavčenjem</w:t>
      </w:r>
    </w:p>
    <w:p w:rsidR="007F7938" w:rsidRDefault="007F7938" w:rsidP="007F7938">
      <w:r>
        <w:t>360135</w:t>
      </w:r>
      <w:r>
        <w:tab/>
        <w:t>Poslovno posredništvo</w:t>
      </w:r>
    </w:p>
    <w:p w:rsidR="007F7938" w:rsidRDefault="007F7938" w:rsidP="007F7938">
      <w:r>
        <w:t>360136</w:t>
      </w:r>
      <w:r>
        <w:tab/>
        <w:t>Finančno pokroviteljstvo</w:t>
      </w:r>
    </w:p>
    <w:p w:rsidR="007F7938" w:rsidRDefault="007F7938" w:rsidP="007F7938">
      <w:r>
        <w:t>360137</w:t>
      </w:r>
      <w:r>
        <w:tab/>
        <w:t>Finančno posvetovanje</w:t>
      </w:r>
    </w:p>
    <w:p w:rsidR="007F7938" w:rsidRDefault="007F7938" w:rsidP="007F7938">
      <w:r>
        <w:t>360138</w:t>
      </w:r>
      <w:r>
        <w:tab/>
        <w:t>Izdajanje predplačniških darilnih kartic</w:t>
      </w:r>
    </w:p>
    <w:p w:rsidR="007F7938" w:rsidRDefault="007F7938" w:rsidP="007F7938">
      <w:r>
        <w:t>360139</w:t>
      </w:r>
      <w:r>
        <w:tab/>
        <w:t>Storitve spletnega bančništva, nudene v virtualnih okoljih</w:t>
      </w:r>
    </w:p>
    <w:p w:rsidR="007F7938" w:rsidRDefault="007F7938" w:rsidP="007F7938">
      <w:r>
        <w:t>360140</w:t>
      </w:r>
      <w:r>
        <w:tab/>
        <w:t>Finančno trgovanje s kriptovalutami</w:t>
      </w:r>
    </w:p>
    <w:p w:rsidR="007F7938" w:rsidRDefault="007F7938" w:rsidP="007F7938">
      <w:r>
        <w:t>360141</w:t>
      </w:r>
      <w:r>
        <w:tab/>
        <w:t>Storitve posredništva pri prodaji avtomobilov</w:t>
      </w:r>
    </w:p>
    <w:p w:rsidR="007F7938" w:rsidRDefault="007F7938" w:rsidP="007F7938">
      <w:r>
        <w:t>360142</w:t>
      </w:r>
      <w:r>
        <w:tab/>
        <w:t>Storitve administracije z garancijskimi zahtevki</w:t>
      </w:r>
    </w:p>
    <w:p w:rsidR="007F7938" w:rsidRDefault="007F7938" w:rsidP="007F7938">
      <w:r>
        <w:t>360143</w:t>
      </w:r>
      <w:r>
        <w:tab/>
        <w:t>Najem pašnikov</w:t>
      </w:r>
    </w:p>
    <w:p w:rsidR="007F7938" w:rsidRDefault="007F7938" w:rsidP="007F7938">
      <w:r>
        <w:t>360144</w:t>
      </w:r>
      <w:r>
        <w:tab/>
        <w:t>Finančni inženiring</w:t>
      </w:r>
    </w:p>
    <w:p w:rsidR="007F7938" w:rsidRDefault="007F7938" w:rsidP="007F7938">
      <w:r>
        <w:t>360145</w:t>
      </w:r>
      <w:r>
        <w:tab/>
        <w:t>Administracija zavarovalnih načrtov</w:t>
      </w:r>
    </w:p>
    <w:p w:rsidR="007F7938" w:rsidRDefault="007F7938" w:rsidP="007F7938">
      <w:r>
        <w:t>360146</w:t>
      </w:r>
      <w:r>
        <w:tab/>
        <w:t>Najem plačilnih terminalov</w:t>
      </w:r>
    </w:p>
    <w:p w:rsidR="001F500C" w:rsidRDefault="001F500C">
      <w:pPr>
        <w:pStyle w:val="Naslov1"/>
        <w:sectPr w:rsidR="001F500C" w:rsidSect="00E00425">
          <w:type w:val="continuous"/>
          <w:pgSz w:w="11907" w:h="16840" w:code="9"/>
          <w:pgMar w:top="1418" w:right="1418" w:bottom="1418" w:left="1418" w:header="720" w:footer="720" w:gutter="0"/>
          <w:cols w:num="2" w:space="720"/>
          <w:docGrid w:linePitch="360"/>
        </w:sectPr>
      </w:pPr>
    </w:p>
    <w:p w:rsidR="00632B98" w:rsidRPr="00632B98" w:rsidRDefault="00632B98" w:rsidP="00634B76">
      <w:pPr>
        <w:pStyle w:val="Naslov1"/>
        <w:spacing w:before="0"/>
        <w:rPr>
          <w:lang w:val="sl-SI" w:eastAsia="sl-SI"/>
        </w:rPr>
      </w:pPr>
      <w:r w:rsidRPr="00632B98">
        <w:rPr>
          <w:lang w:val="sl-SI" w:eastAsia="sl-SI"/>
        </w:rPr>
        <w:lastRenderedPageBreak/>
        <w:t xml:space="preserve">Razred 37 </w:t>
      </w:r>
    </w:p>
    <w:p w:rsidR="00632B98" w:rsidRDefault="00632B98" w:rsidP="007F7938">
      <w:pPr>
        <w:pStyle w:val="Naslov2"/>
        <w:rPr>
          <w:lang w:val="sl-SI" w:eastAsia="sl-SI"/>
        </w:rPr>
      </w:pPr>
      <w:r w:rsidRPr="00632B98">
        <w:rPr>
          <w:lang w:val="sl-SI" w:eastAsia="sl-SI"/>
        </w:rPr>
        <w:t xml:space="preserve">Gradbeništvo; popravila; storitve v zvezi z montažo; rudarska dela in črpanje nafte </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7F7938" w:rsidRPr="00D85EAF" w:rsidTr="00CF2B9C">
        <w:trPr>
          <w:trHeight w:val="143"/>
          <w:tblHeader/>
        </w:trPr>
        <w:tc>
          <w:tcPr>
            <w:tcW w:w="9493" w:type="dxa"/>
            <w:gridSpan w:val="2"/>
            <w:shd w:val="clear" w:color="auto" w:fill="F2F2F2" w:themeFill="background1" w:themeFillShade="F2"/>
            <w:vAlign w:val="center"/>
          </w:tcPr>
          <w:p w:rsidR="007F7938" w:rsidRPr="0087064C" w:rsidRDefault="007F7938" w:rsidP="00CF2B9C">
            <w:pPr>
              <w:pStyle w:val="opomba"/>
              <w:rPr>
                <w:b/>
              </w:rPr>
            </w:pPr>
            <w:r w:rsidRPr="0087064C">
              <w:rPr>
                <w:b/>
              </w:rPr>
              <w:t xml:space="preserve">RAZRED </w:t>
            </w:r>
            <w:r w:rsidR="000B6F09">
              <w:rPr>
                <w:b/>
              </w:rPr>
              <w:t>37</w:t>
            </w:r>
            <w:r w:rsidRPr="0087064C">
              <w:rPr>
                <w:b/>
              </w:rPr>
              <w:t xml:space="preserve"> - pojasnjevalne opombe</w:t>
            </w:r>
          </w:p>
        </w:tc>
      </w:tr>
      <w:tr w:rsidR="007F7938" w:rsidRPr="00D85EAF" w:rsidTr="00CF2B9C">
        <w:trPr>
          <w:trHeight w:val="390"/>
        </w:trPr>
        <w:tc>
          <w:tcPr>
            <w:tcW w:w="9493" w:type="dxa"/>
            <w:gridSpan w:val="2"/>
            <w:shd w:val="clear" w:color="auto" w:fill="F2F2F2" w:themeFill="background1" w:themeFillShade="F2"/>
            <w:vAlign w:val="center"/>
          </w:tcPr>
          <w:p w:rsidR="007F7938" w:rsidRPr="00993A45" w:rsidRDefault="000B6F09" w:rsidP="00CF2B9C">
            <w:pPr>
              <w:pStyle w:val="opomba"/>
            </w:pPr>
            <w:r>
              <w:t>Razred 37 vključuje predvsem storitve, ki jih opravijo izvajalci in podizvajalci v gradbeništvu ali pri izdelavi stalnih zgradb, kot tudi storitve, ki jih opravijo osebe ali organizacije, ki se ukvarjajo z restavriranjem objektov v njihovo prvotno stanje ali njihovo ohranitvijo brez spreminjanja fizičnih ali kemijskih lastnosti.</w:t>
            </w:r>
          </w:p>
        </w:tc>
      </w:tr>
      <w:tr w:rsidR="007F7938" w:rsidRPr="00D85EAF" w:rsidTr="00634B76">
        <w:trPr>
          <w:trHeight w:val="5141"/>
        </w:trPr>
        <w:tc>
          <w:tcPr>
            <w:tcW w:w="4746" w:type="dxa"/>
            <w:shd w:val="clear" w:color="auto" w:fill="F2F2F2" w:themeFill="background1" w:themeFillShade="F2"/>
          </w:tcPr>
          <w:p w:rsidR="007F7938" w:rsidRPr="00993A45" w:rsidRDefault="007F7938" w:rsidP="00CF2B9C">
            <w:pPr>
              <w:pStyle w:val="opomba"/>
            </w:pPr>
            <w:r w:rsidRPr="00D85EAF">
              <w:t>V ta razred so vključeni zlasti:</w:t>
            </w:r>
          </w:p>
          <w:p w:rsidR="000B6F09" w:rsidRDefault="000B6F09" w:rsidP="00634B76">
            <w:pPr>
              <w:pStyle w:val="opombapika"/>
              <w:spacing w:after="50"/>
            </w:pPr>
            <w:r>
              <w:t>storitve v zvezi z gradnjo stavb, cest, mostov, jezov ali prenosnih linij in storitve podjetij, ki so specializirana na področju gradbeništva, kot so pleskarji, vodoinštalaterji, toplotni in strešni delavci;</w:t>
            </w:r>
          </w:p>
          <w:p w:rsidR="000B6F09" w:rsidRDefault="000B6F09" w:rsidP="00634B76">
            <w:pPr>
              <w:pStyle w:val="opombapika"/>
              <w:spacing w:after="50"/>
            </w:pPr>
            <w:r>
              <w:t>ladjedelniške storitve;</w:t>
            </w:r>
          </w:p>
          <w:p w:rsidR="000B6F09" w:rsidRDefault="000B6F09" w:rsidP="00634B76">
            <w:pPr>
              <w:pStyle w:val="opombapika"/>
              <w:spacing w:after="50"/>
            </w:pPr>
            <w:r>
              <w:t>storitve najema orodij ali gradbenih materialov;</w:t>
            </w:r>
          </w:p>
          <w:p w:rsidR="000B6F09" w:rsidRDefault="000B6F09" w:rsidP="00634B76">
            <w:pPr>
              <w:pStyle w:val="opombapika"/>
              <w:spacing w:after="50"/>
            </w:pPr>
            <w:r>
              <w:t>storitve popravil na področju elektrike, pohištva, instrumentov, orodij itd.;</w:t>
            </w:r>
          </w:p>
          <w:p w:rsidR="000B6F09" w:rsidRDefault="000B6F09" w:rsidP="00634B76">
            <w:pPr>
              <w:pStyle w:val="opombapika"/>
              <w:spacing w:after="50"/>
            </w:pPr>
            <w:r>
              <w:t>različne restavratorske storitve, na primer restavriranje stavb, restavriranje pohištva in restavriranje umetnin</w:t>
            </w:r>
          </w:p>
          <w:p w:rsidR="000B6F09" w:rsidRDefault="000B6F09" w:rsidP="00634B76">
            <w:pPr>
              <w:pStyle w:val="opombapika"/>
              <w:spacing w:after="50"/>
            </w:pPr>
            <w:r>
              <w:t>storitve vzdrževanja za ohranitev predmeta v prvotnem stanju brez spreminjanja njegovih lastnosti, na primer vzdrževanje pohištva, vzdrževanje vozil, vzdrževanje bazenov in vzdrževanje računalniške strojne opreme</w:t>
            </w:r>
          </w:p>
          <w:p w:rsidR="007F7938" w:rsidRPr="00993A45" w:rsidRDefault="000B6F09" w:rsidP="000B6F09">
            <w:pPr>
              <w:pStyle w:val="opombapika"/>
            </w:pPr>
            <w:r>
              <w:t>čiščenje različnih predmetov, na primer oken, vozil, oblačil, kot tudi pranje in likanje oblačil</w:t>
            </w:r>
          </w:p>
        </w:tc>
        <w:tc>
          <w:tcPr>
            <w:tcW w:w="4747" w:type="dxa"/>
            <w:shd w:val="clear" w:color="auto" w:fill="F2F2F2" w:themeFill="background1" w:themeFillShade="F2"/>
          </w:tcPr>
          <w:p w:rsidR="007F7938" w:rsidRPr="00993A45" w:rsidRDefault="007F7938" w:rsidP="00CF2B9C">
            <w:pPr>
              <w:pStyle w:val="opomba"/>
            </w:pPr>
            <w:r w:rsidRPr="00D85EAF">
              <w:t>V ta razred niso vključeni zlasti:</w:t>
            </w:r>
          </w:p>
          <w:p w:rsidR="000B6F09" w:rsidRDefault="000B6F09" w:rsidP="000B6F09">
            <w:pPr>
              <w:pStyle w:val="opombapika"/>
            </w:pPr>
            <w:r>
              <w:t>storitve, ki obsegajo skladiščenje blaga (razred 39);</w:t>
            </w:r>
          </w:p>
          <w:p w:rsidR="000B6F09" w:rsidRDefault="000B6F09" w:rsidP="000B6F09">
            <w:pPr>
              <w:pStyle w:val="opombapika"/>
            </w:pPr>
            <w:r>
              <w:t>preoblikovanje predmeta ali snovi, ki vključuje proces spreminjanja njegovih bistvenih lastnosti, na primer rezanje, barvanje, protipožarna zaščita blaga (razred 40), ulivanje, prevleka, obdelava kovine (razred 40), krojenje po meri, šivanje, vezenje (razred 40), konzerviranje hrane in pijače (razred 40)</w:t>
            </w:r>
          </w:p>
          <w:p w:rsidR="000B6F09" w:rsidRDefault="000B6F09" w:rsidP="000B6F09">
            <w:pPr>
              <w:pStyle w:val="opombapika"/>
            </w:pPr>
            <w:r>
              <w:t>izdelava gradbenih načrtov, arhitekturne storitve (razred 42)</w:t>
            </w:r>
          </w:p>
          <w:p w:rsidR="007F7938" w:rsidRPr="00993A45" w:rsidRDefault="000B6F09" w:rsidP="000B6F09">
            <w:pPr>
              <w:pStyle w:val="opombapika"/>
            </w:pPr>
            <w:r>
              <w:t>namestitev, vzdrževanje in posodabljanje računalniške programske opreme (razred 42), izdelava in gostovanje spletnih strani (razred 42)</w:t>
            </w:r>
          </w:p>
        </w:tc>
      </w:tr>
    </w:tbl>
    <w:p w:rsidR="00F875A9" w:rsidRPr="00632B98" w:rsidRDefault="00F875A9" w:rsidP="00634B76">
      <w:pPr>
        <w:spacing w:after="240"/>
        <w:rPr>
          <w:lang w:val="sl-SI"/>
        </w:rPr>
      </w:pPr>
    </w:p>
    <w:p w:rsidR="001F500C" w:rsidRPr="00632B98" w:rsidRDefault="001F500C">
      <w:pPr>
        <w:rPr>
          <w:lang w:val="sl-SI"/>
        </w:rPr>
        <w:sectPr w:rsidR="001F500C" w:rsidRPr="00632B98" w:rsidSect="00E00425">
          <w:type w:val="continuous"/>
          <w:pgSz w:w="11907" w:h="16840" w:code="9"/>
          <w:pgMar w:top="1418" w:right="1418" w:bottom="1418" w:left="1418" w:header="720" w:footer="720" w:gutter="0"/>
          <w:cols w:space="720"/>
          <w:docGrid w:linePitch="360"/>
        </w:sectPr>
      </w:pPr>
    </w:p>
    <w:p w:rsidR="007F7938" w:rsidRDefault="007F7938" w:rsidP="007F7938">
      <w:r>
        <w:t>370001</w:t>
      </w:r>
      <w:r>
        <w:tab/>
        <w:t>Vzdrževanje pohištva</w:t>
      </w:r>
    </w:p>
    <w:p w:rsidR="007F7938" w:rsidRDefault="007F7938" w:rsidP="007F7938">
      <w:r>
        <w:t>370002</w:t>
      </w:r>
      <w:r>
        <w:tab/>
        <w:t>Popravljanje fotoaparatov</w:t>
      </w:r>
    </w:p>
    <w:p w:rsidR="007F7938" w:rsidRDefault="007F7938" w:rsidP="007F7938">
      <w:r>
        <w:t>370003</w:t>
      </w:r>
      <w:r>
        <w:tab/>
        <w:t>Instalacija in popravljanje električnih naprav</w:t>
      </w:r>
    </w:p>
    <w:p w:rsidR="007F7938" w:rsidRDefault="007F7938" w:rsidP="007F7938">
      <w:r>
        <w:t>370005</w:t>
      </w:r>
      <w:r>
        <w:tab/>
        <w:t>Asfaltiranje</w:t>
      </w:r>
    </w:p>
    <w:p w:rsidR="007F7938" w:rsidRDefault="007F7938" w:rsidP="007F7938">
      <w:r>
        <w:t>370006</w:t>
      </w:r>
      <w:r>
        <w:tab/>
        <w:t>Vzdrževanje in popravilo vozil</w:t>
      </w:r>
    </w:p>
    <w:p w:rsidR="007F7938" w:rsidRDefault="007F7938" w:rsidP="007F7938">
      <w:r>
        <w:t>370008</w:t>
      </w:r>
      <w:r>
        <w:tab/>
        <w:t>Vzdrževanje in popravilo letal</w:t>
      </w:r>
    </w:p>
    <w:p w:rsidR="007F7938" w:rsidRDefault="007F7938" w:rsidP="007F7938">
      <w:r>
        <w:t>370009</w:t>
      </w:r>
      <w:r>
        <w:tab/>
        <w:t>Čiščenje stavb [notranje]</w:t>
      </w:r>
    </w:p>
    <w:p w:rsidR="007F7938" w:rsidRDefault="007F7938" w:rsidP="007F7938">
      <w:r>
        <w:t>370010</w:t>
      </w:r>
      <w:r>
        <w:tab/>
        <w:t>Storitve pranja</w:t>
      </w:r>
    </w:p>
    <w:p w:rsidR="007F7938" w:rsidRDefault="007F7938" w:rsidP="007F7938">
      <w:r>
        <w:t>370011</w:t>
      </w:r>
      <w:r>
        <w:tab/>
        <w:t>Čiščenje in popravilo kotlov</w:t>
      </w:r>
    </w:p>
    <w:p w:rsidR="007F7938" w:rsidRDefault="007F7938" w:rsidP="007F7938">
      <w:r>
        <w:t>370012</w:t>
      </w:r>
      <w:r>
        <w:tab/>
        <w:t>Čiščenje in popravilo gorilnika</w:t>
      </w:r>
    </w:p>
    <w:p w:rsidR="007F7938" w:rsidRDefault="007F7938" w:rsidP="007F7938">
      <w:r>
        <w:t>370013</w:t>
      </w:r>
      <w:r>
        <w:tab/>
        <w:t>Izposoja buldožerjev</w:t>
      </w:r>
    </w:p>
    <w:p w:rsidR="007F7938" w:rsidRDefault="007F7938" w:rsidP="007F7938">
      <w:r>
        <w:t>370014</w:t>
      </w:r>
      <w:r>
        <w:tab/>
        <w:t>Instalacija, vzdrževanje in popravljanje pisarniške opreme</w:t>
      </w:r>
    </w:p>
    <w:p w:rsidR="007F7938" w:rsidRDefault="007F7938" w:rsidP="007F7938">
      <w:r>
        <w:t>370015</w:t>
      </w:r>
      <w:r>
        <w:tab/>
        <w:t>Instalacija in popravilo protipožarnih alarmov</w:t>
      </w:r>
    </w:p>
    <w:p w:rsidR="007F7938" w:rsidRDefault="007F7938" w:rsidP="007F7938">
      <w:r>
        <w:t>370016</w:t>
      </w:r>
      <w:r>
        <w:tab/>
        <w:t>Instalacija in popravilo protivlomnih alarmnih naprav</w:t>
      </w:r>
    </w:p>
    <w:p w:rsidR="007F7938" w:rsidRDefault="007F7938" w:rsidP="007F7938">
      <w:r>
        <w:t>370017</w:t>
      </w:r>
      <w:r>
        <w:tab/>
        <w:t>Tapetniška popravila</w:t>
      </w:r>
    </w:p>
    <w:p w:rsidR="007F7938" w:rsidRDefault="007F7938" w:rsidP="007F7938">
      <w:r>
        <w:t>370018</w:t>
      </w:r>
      <w:r>
        <w:tab/>
        <w:t>Vzdrževanje in popravilo trezorja</w:t>
      </w:r>
    </w:p>
    <w:p w:rsidR="007F7938" w:rsidRDefault="007F7938" w:rsidP="007F7938">
      <w:r>
        <w:t>370020</w:t>
      </w:r>
      <w:r>
        <w:tab/>
        <w:t>Najem opreme za gradbeništvo</w:t>
      </w:r>
    </w:p>
    <w:p w:rsidR="007F7938" w:rsidRDefault="007F7938" w:rsidP="007F7938">
      <w:r>
        <w:t>370021</w:t>
      </w:r>
      <w:r>
        <w:tab/>
        <w:t>Ladjedelništvo</w:t>
      </w:r>
    </w:p>
    <w:p w:rsidR="007F7938" w:rsidRDefault="007F7938" w:rsidP="007F7938">
      <w:r>
        <w:t>370022</w:t>
      </w:r>
      <w:r>
        <w:tab/>
        <w:t>Obnavljanje oblačil</w:t>
      </w:r>
    </w:p>
    <w:p w:rsidR="007F7938" w:rsidRDefault="007F7938" w:rsidP="007F7938">
      <w:r>
        <w:t>370024</w:t>
      </w:r>
      <w:r>
        <w:tab/>
        <w:t>Montaža in popravilo opreme za ogrevanje</w:t>
      </w:r>
    </w:p>
    <w:p w:rsidR="007F7938" w:rsidRDefault="007F7938" w:rsidP="007F7938">
      <w:r>
        <w:t>370025</w:t>
      </w:r>
      <w:r>
        <w:tab/>
        <w:t>Popravilo in vzdrževanje čevljev</w:t>
      </w:r>
    </w:p>
    <w:p w:rsidR="007F7938" w:rsidRDefault="007F7938" w:rsidP="007F7938">
      <w:r>
        <w:t>370026</w:t>
      </w:r>
      <w:r>
        <w:tab/>
        <w:t>Pometanje dimnikov</w:t>
      </w:r>
    </w:p>
    <w:p w:rsidR="007F7938" w:rsidRDefault="007F7938" w:rsidP="007F7938">
      <w:r>
        <w:t>370027</w:t>
      </w:r>
      <w:r>
        <w:tab/>
        <w:t>Vzdrževanje in popravilo sefov</w:t>
      </w:r>
    </w:p>
    <w:p w:rsidR="007F7938" w:rsidRDefault="007F7938" w:rsidP="007F7938">
      <w:r>
        <w:t>370028</w:t>
      </w:r>
      <w:r>
        <w:tab/>
        <w:t>Montaža in popravilo klimatskih naprav</w:t>
      </w:r>
    </w:p>
    <w:p w:rsidR="007F7938" w:rsidRDefault="007F7938" w:rsidP="007F7938">
      <w:r>
        <w:t>370029</w:t>
      </w:r>
      <w:r>
        <w:tab/>
        <w:t>Gradbeništvo</w:t>
      </w:r>
    </w:p>
    <w:p w:rsidR="007F7938" w:rsidRDefault="007F7938" w:rsidP="007F7938">
      <w:r>
        <w:t>370030</w:t>
      </w:r>
      <w:r>
        <w:tab/>
        <w:t>Podvodna gradbena dela</w:t>
      </w:r>
    </w:p>
    <w:p w:rsidR="007F7938" w:rsidRDefault="007F7938" w:rsidP="007F7938">
      <w:r>
        <w:t>370031</w:t>
      </w:r>
      <w:r>
        <w:tab/>
        <w:t>Gradbeni nadzor</w:t>
      </w:r>
    </w:p>
    <w:p w:rsidR="007F7938" w:rsidRDefault="007F7938" w:rsidP="007F7938">
      <w:r>
        <w:t>370032</w:t>
      </w:r>
      <w:r>
        <w:tab/>
        <w:t>Popravljanje oblačil</w:t>
      </w:r>
    </w:p>
    <w:p w:rsidR="007F7938" w:rsidRDefault="007F7938" w:rsidP="007F7938">
      <w:r>
        <w:t>370034</w:t>
      </w:r>
      <w:r>
        <w:tab/>
        <w:t>Vzdrževanje, čiščenje in popravljanje usnja</w:t>
      </w:r>
    </w:p>
    <w:p w:rsidR="007F7938" w:rsidRDefault="007F7938" w:rsidP="007F7938">
      <w:r>
        <w:t>370035</w:t>
      </w:r>
      <w:r>
        <w:tab/>
        <w:t>Vgradnja kuhinjske opreme</w:t>
      </w:r>
    </w:p>
    <w:p w:rsidR="007F7938" w:rsidRDefault="007F7938" w:rsidP="007F7938">
      <w:r>
        <w:t>370036</w:t>
      </w:r>
      <w:r>
        <w:tab/>
        <w:t>Rušenje zgradb</w:t>
      </w:r>
    </w:p>
    <w:p w:rsidR="007F7938" w:rsidRDefault="007F7938" w:rsidP="007F7938">
      <w:r>
        <w:t>370037</w:t>
      </w:r>
      <w:r>
        <w:tab/>
        <w:t>Zaščita proti rji</w:t>
      </w:r>
    </w:p>
    <w:p w:rsidR="007F7938" w:rsidRDefault="007F7938" w:rsidP="007F7938">
      <w:r>
        <w:t>370038</w:t>
      </w:r>
      <w:r>
        <w:tab/>
        <w:t>Dezinfekcija</w:t>
      </w:r>
    </w:p>
    <w:p w:rsidR="007F7938" w:rsidRDefault="007F7938" w:rsidP="007F7938">
      <w:r>
        <w:t>370040</w:t>
      </w:r>
      <w:r>
        <w:tab/>
        <w:t>Znaki (barvanje ali popravilo)</w:t>
      </w:r>
    </w:p>
    <w:p w:rsidR="007F7938" w:rsidRDefault="007F7938" w:rsidP="007F7938">
      <w:r>
        <w:t>370041</w:t>
      </w:r>
      <w:r>
        <w:tab/>
        <w:t>Gradnja in popravilo skladišč</w:t>
      </w:r>
    </w:p>
    <w:p w:rsidR="007F7938" w:rsidRDefault="007F7938" w:rsidP="007F7938">
      <w:r>
        <w:lastRenderedPageBreak/>
        <w:t>370044</w:t>
      </w:r>
      <w:r>
        <w:tab/>
        <w:t>Najem bagrov</w:t>
      </w:r>
    </w:p>
    <w:p w:rsidR="007F7938" w:rsidRDefault="007F7938" w:rsidP="007F7938">
      <w:r>
        <w:t>370045</w:t>
      </w:r>
      <w:r>
        <w:tab/>
        <w:t>Čiščenje oken</w:t>
      </w:r>
    </w:p>
    <w:p w:rsidR="007F7938" w:rsidRDefault="007F7938" w:rsidP="007F7938">
      <w:r>
        <w:t>370046</w:t>
      </w:r>
      <w:r>
        <w:tab/>
        <w:t>Popravljanje in vzdrževanje kinoprojektorjev</w:t>
      </w:r>
    </w:p>
    <w:p w:rsidR="007F7938" w:rsidRDefault="007F7938" w:rsidP="007F7938">
      <w:r>
        <w:t>370047</w:t>
      </w:r>
      <w:r>
        <w:tab/>
        <w:t>Instalacija in popravljanje peči</w:t>
      </w:r>
    </w:p>
    <w:p w:rsidR="007F7938" w:rsidRDefault="007F7938" w:rsidP="007F7938">
      <w:r>
        <w:t>370048</w:t>
      </w:r>
      <w:r>
        <w:tab/>
        <w:t>Vzdrževanje, čiščenje in popravljanje krzna</w:t>
      </w:r>
    </w:p>
    <w:p w:rsidR="007F7938" w:rsidRDefault="007F7938" w:rsidP="007F7938">
      <w:r>
        <w:t>370050</w:t>
      </w:r>
      <w:r>
        <w:tab/>
        <w:t>Čiščenje oblačil</w:t>
      </w:r>
    </w:p>
    <w:p w:rsidR="007F7938" w:rsidRDefault="007F7938" w:rsidP="007F7938">
      <w:r>
        <w:t>370051</w:t>
      </w:r>
      <w:r>
        <w:tab/>
        <w:t>Popravljanje ur</w:t>
      </w:r>
    </w:p>
    <w:p w:rsidR="007F7938" w:rsidRDefault="007F7938" w:rsidP="007F7938">
      <w:r>
        <w:t>370052</w:t>
      </w:r>
      <w:r>
        <w:tab/>
        <w:t>Gradnja tovarn</w:t>
      </w:r>
    </w:p>
    <w:p w:rsidR="007F7938" w:rsidRDefault="007F7938" w:rsidP="007F7938">
      <w:r>
        <w:t>370053</w:t>
      </w:r>
      <w:r>
        <w:tab/>
        <w:t>Instalacija in popravljanje namakalnih naprav</w:t>
      </w:r>
    </w:p>
    <w:p w:rsidR="007F7938" w:rsidRDefault="007F7938" w:rsidP="007F7938">
      <w:r>
        <w:t>370054</w:t>
      </w:r>
      <w:r>
        <w:tab/>
        <w:t>Gradbene izolacije</w:t>
      </w:r>
    </w:p>
    <w:p w:rsidR="007F7938" w:rsidRDefault="007F7938" w:rsidP="007F7938">
      <w:r>
        <w:t>370055</w:t>
      </w:r>
      <w:r>
        <w:tab/>
        <w:t>Pranje vozil</w:t>
      </w:r>
    </w:p>
    <w:p w:rsidR="007F7938" w:rsidRDefault="007F7938" w:rsidP="007F7938">
      <w:r>
        <w:t>370056</w:t>
      </w:r>
      <w:r>
        <w:tab/>
        <w:t>Pranje blaga</w:t>
      </w:r>
    </w:p>
    <w:p w:rsidR="007F7938" w:rsidRDefault="007F7938" w:rsidP="007F7938">
      <w:r>
        <w:t>370057</w:t>
      </w:r>
      <w:r>
        <w:tab/>
        <w:t>Pranje</w:t>
      </w:r>
    </w:p>
    <w:p w:rsidR="007F7938" w:rsidRDefault="007F7938" w:rsidP="007F7938">
      <w:r>
        <w:t>370058</w:t>
      </w:r>
      <w:r>
        <w:tab/>
        <w:t>Instalacija, vzdrževanje in popravljanje strojev</w:t>
      </w:r>
    </w:p>
    <w:p w:rsidR="007F7938" w:rsidRDefault="007F7938" w:rsidP="007F7938">
      <w:r>
        <w:t>370059</w:t>
      </w:r>
      <w:r>
        <w:tab/>
        <w:t>Zidarska dela</w:t>
      </w:r>
    </w:p>
    <w:p w:rsidR="007F7938" w:rsidRDefault="007F7938" w:rsidP="007F7938">
      <w:r>
        <w:t>370060</w:t>
      </w:r>
      <w:r>
        <w:tab/>
        <w:t>Restavriranje pohištva</w:t>
      </w:r>
    </w:p>
    <w:p w:rsidR="007F7938" w:rsidRDefault="007F7938" w:rsidP="007F7938">
      <w:r>
        <w:t>370061</w:t>
      </w:r>
      <w:r>
        <w:tab/>
        <w:t>Gradnja valobranov</w:t>
      </w:r>
    </w:p>
    <w:p w:rsidR="007F7938" w:rsidRDefault="007F7938" w:rsidP="007F7938">
      <w:r>
        <w:t>370062</w:t>
      </w:r>
      <w:r>
        <w:tab/>
        <w:t>Likanje oblačil</w:t>
      </w:r>
    </w:p>
    <w:p w:rsidR="007F7938" w:rsidRDefault="007F7938" w:rsidP="007F7938">
      <w:r>
        <w:t>370063</w:t>
      </w:r>
      <w:r>
        <w:tab/>
        <w:t>Gradnja in vzdrževanje cevovodov</w:t>
      </w:r>
    </w:p>
    <w:p w:rsidR="007F7938" w:rsidRDefault="007F7938" w:rsidP="007F7938">
      <w:r>
        <w:t>370065</w:t>
      </w:r>
      <w:r>
        <w:tab/>
        <w:t>Popravljanje dežnikov</w:t>
      </w:r>
    </w:p>
    <w:p w:rsidR="007F7938" w:rsidRDefault="007F7938" w:rsidP="007F7938">
      <w:r>
        <w:t>370066</w:t>
      </w:r>
      <w:r>
        <w:tab/>
        <w:t>Popravilo ročnih sončnikov</w:t>
      </w:r>
    </w:p>
    <w:p w:rsidR="007F7938" w:rsidRDefault="007F7938" w:rsidP="007F7938">
      <w:r>
        <w:t>370067</w:t>
      </w:r>
      <w:r>
        <w:tab/>
        <w:t>Oblazinjenje</w:t>
      </w:r>
    </w:p>
    <w:p w:rsidR="007F7938" w:rsidRDefault="007F7938" w:rsidP="007F7938">
      <w:r>
        <w:t>370068</w:t>
      </w:r>
      <w:r>
        <w:tab/>
        <w:t>Pleskanje notranjih in zunanjih površin</w:t>
      </w:r>
    </w:p>
    <w:p w:rsidR="007F7938" w:rsidRDefault="007F7938" w:rsidP="007F7938">
      <w:r>
        <w:t>370069</w:t>
      </w:r>
      <w:r>
        <w:tab/>
        <w:t>Glajenje s plovcem</w:t>
      </w:r>
    </w:p>
    <w:p w:rsidR="007F7938" w:rsidRDefault="007F7938" w:rsidP="007F7938">
      <w:r>
        <w:t>370070</w:t>
      </w:r>
      <w:r>
        <w:tab/>
        <w:t>Štukaterstvo</w:t>
      </w:r>
    </w:p>
    <w:p w:rsidR="007F7938" w:rsidRDefault="007F7938" w:rsidP="007F7938">
      <w:r>
        <w:t>370071</w:t>
      </w:r>
      <w:r>
        <w:tab/>
        <w:t>Kleparstvo</w:t>
      </w:r>
    </w:p>
    <w:p w:rsidR="007F7938" w:rsidRDefault="007F7938" w:rsidP="007F7938">
      <w:r>
        <w:t>370072</w:t>
      </w:r>
      <w:r>
        <w:tab/>
        <w:t>Poliranje vozil</w:t>
      </w:r>
    </w:p>
    <w:p w:rsidR="007F7938" w:rsidRDefault="007F7938" w:rsidP="007F7938">
      <w:r>
        <w:t>370073</w:t>
      </w:r>
      <w:r>
        <w:tab/>
        <w:t>Popravljanje črpalk</w:t>
      </w:r>
    </w:p>
    <w:p w:rsidR="007F7938" w:rsidRDefault="007F7938" w:rsidP="007F7938">
      <w:r>
        <w:t>370074</w:t>
      </w:r>
      <w:r>
        <w:tab/>
        <w:t>Gradnja pristanišč</w:t>
      </w:r>
    </w:p>
    <w:p w:rsidR="007F7938" w:rsidRDefault="007F7938" w:rsidP="007F7938">
      <w:r>
        <w:t>370078</w:t>
      </w:r>
      <w:r>
        <w:tab/>
        <w:t>Instalacija in popravilo zamrzovalnih naprav</w:t>
      </w:r>
    </w:p>
    <w:p w:rsidR="007F7938" w:rsidRDefault="007F7938" w:rsidP="007F7938">
      <w:r>
        <w:t>370079</w:t>
      </w:r>
      <w:r>
        <w:tab/>
        <w:t>Likanje gospodinjskega perila</w:t>
      </w:r>
    </w:p>
    <w:p w:rsidR="007F7938" w:rsidRDefault="007F7938" w:rsidP="007F7938">
      <w:r>
        <w:t>370080</w:t>
      </w:r>
      <w:r>
        <w:tab/>
        <w:t>Ponovno cinkanje</w:t>
      </w:r>
    </w:p>
    <w:p w:rsidR="007F7938" w:rsidRDefault="007F7938" w:rsidP="007F7938">
      <w:r>
        <w:t>370081</w:t>
      </w:r>
      <w:r>
        <w:tab/>
        <w:t>Kovičenje</w:t>
      </w:r>
    </w:p>
    <w:p w:rsidR="007F7938" w:rsidRDefault="007F7938" w:rsidP="007F7938">
      <w:r>
        <w:t>370082</w:t>
      </w:r>
      <w:r>
        <w:tab/>
        <w:t>Protikorozijska zaščita vozil</w:t>
      </w:r>
    </w:p>
    <w:p w:rsidR="007F7938" w:rsidRDefault="007F7938" w:rsidP="007F7938">
      <w:r>
        <w:t>370083</w:t>
      </w:r>
      <w:r>
        <w:tab/>
        <w:t>Avtoservisne delavnice [oskrba z gorivom in vzdrževanje]</w:t>
      </w:r>
    </w:p>
    <w:p w:rsidR="007F7938" w:rsidRDefault="007F7938" w:rsidP="007F7938">
      <w:r>
        <w:t>370084</w:t>
      </w:r>
      <w:r>
        <w:tab/>
        <w:t>Inštalacija in popravilo telefona</w:t>
      </w:r>
    </w:p>
    <w:p w:rsidR="007F7938" w:rsidRDefault="007F7938" w:rsidP="007F7938">
      <w:r>
        <w:t>370085</w:t>
      </w:r>
      <w:r>
        <w:tab/>
        <w:t>Vzdrževanje vozil</w:t>
      </w:r>
    </w:p>
    <w:p w:rsidR="007F7938" w:rsidRDefault="007F7938" w:rsidP="007F7938">
      <w:r>
        <w:t>370086</w:t>
      </w:r>
      <w:r>
        <w:tab/>
        <w:t>Lakirniška dela</w:t>
      </w:r>
    </w:p>
    <w:p w:rsidR="007F7938" w:rsidRDefault="007F7938" w:rsidP="007F7938">
      <w:r>
        <w:t>370087</w:t>
      </w:r>
      <w:r>
        <w:tab/>
        <w:t>Čiščenje vozil</w:t>
      </w:r>
    </w:p>
    <w:p w:rsidR="007F7938" w:rsidRPr="003834FA" w:rsidRDefault="007F7938" w:rsidP="007F7938">
      <w:pPr>
        <w:rPr>
          <w:lang w:val="fr-FR"/>
        </w:rPr>
      </w:pPr>
      <w:r>
        <w:t>370089</w:t>
      </w:r>
      <w:r>
        <w:tab/>
      </w:r>
      <w:r w:rsidRPr="003834FA">
        <w:rPr>
          <w:lang w:val="fr-FR"/>
        </w:rPr>
        <w:t>Storitve popravila vozila v primeru okvare</w:t>
      </w:r>
    </w:p>
    <w:p w:rsidR="007F7938" w:rsidRDefault="007F7938" w:rsidP="007F7938">
      <w:r>
        <w:t>370090</w:t>
      </w:r>
      <w:r>
        <w:tab/>
        <w:t>Najem čistilnih strojev</w:t>
      </w:r>
    </w:p>
    <w:p w:rsidR="007F7938" w:rsidRDefault="007F7938" w:rsidP="007F7938">
      <w:r>
        <w:t>370091</w:t>
      </w:r>
      <w:r>
        <w:tab/>
        <w:t>Uničevanje škodljivcev, razen za poljedelstvo, ribogojstvo, vrtnarstvo in gozdarstvo</w:t>
      </w:r>
    </w:p>
    <w:p w:rsidR="007F7938" w:rsidRDefault="007F7938" w:rsidP="007F7938">
      <w:r>
        <w:t>370093</w:t>
      </w:r>
      <w:r>
        <w:tab/>
        <w:t>Gradnja zidarskih odrov</w:t>
      </w:r>
    </w:p>
    <w:p w:rsidR="007F7938" w:rsidRDefault="007F7938" w:rsidP="007F7938">
      <w:r>
        <w:t>370101</w:t>
      </w:r>
      <w:r>
        <w:tab/>
        <w:t>Zidarstvo</w:t>
      </w:r>
    </w:p>
    <w:p w:rsidR="007F7938" w:rsidRDefault="007F7938" w:rsidP="007F7938">
      <w:r>
        <w:t>370102</w:t>
      </w:r>
      <w:r>
        <w:tab/>
        <w:t>Čiščenje plenic</w:t>
      </w:r>
    </w:p>
    <w:p w:rsidR="007F7938" w:rsidRDefault="007F7938" w:rsidP="007F7938">
      <w:r>
        <w:t>370103</w:t>
      </w:r>
      <w:r>
        <w:tab/>
        <w:t>Kemično čiščenje</w:t>
      </w:r>
    </w:p>
    <w:p w:rsidR="007F7938" w:rsidRDefault="007F7938" w:rsidP="007F7938">
      <w:r>
        <w:t>370104</w:t>
      </w:r>
      <w:r>
        <w:tab/>
        <w:t>Gradbeno svetovanje</w:t>
      </w:r>
    </w:p>
    <w:p w:rsidR="007F7938" w:rsidRDefault="007F7938" w:rsidP="007F7938">
      <w:r>
        <w:t>370105</w:t>
      </w:r>
      <w:r>
        <w:tab/>
        <w:t>Informacije o popravilih</w:t>
      </w:r>
    </w:p>
    <w:p w:rsidR="007F7938" w:rsidRDefault="007F7938" w:rsidP="007F7938">
      <w:r>
        <w:t>370106</w:t>
      </w:r>
      <w:r>
        <w:tab/>
        <w:t>Brušenje nožev</w:t>
      </w:r>
    </w:p>
    <w:p w:rsidR="007F7938" w:rsidRDefault="007F7938" w:rsidP="007F7938">
      <w:r>
        <w:t>370107</w:t>
      </w:r>
      <w:r>
        <w:tab/>
        <w:t>Pridobivanje mineralnih surovin</w:t>
      </w:r>
    </w:p>
    <w:p w:rsidR="007F7938" w:rsidRDefault="007F7938" w:rsidP="007F7938">
      <w:r>
        <w:t>370108</w:t>
      </w:r>
      <w:r>
        <w:tab/>
        <w:t>Storitve kamnoloma</w:t>
      </w:r>
    </w:p>
    <w:p w:rsidR="007F7938" w:rsidRDefault="007F7938" w:rsidP="007F7938">
      <w:r>
        <w:t>370109</w:t>
      </w:r>
      <w:r>
        <w:tab/>
        <w:t>Tlakovanje cest</w:t>
      </w:r>
    </w:p>
    <w:p w:rsidR="007F7938" w:rsidRDefault="007F7938" w:rsidP="007F7938">
      <w:r>
        <w:t>370110</w:t>
      </w:r>
      <w:r>
        <w:tab/>
        <w:t>Peskanje</w:t>
      </w:r>
    </w:p>
    <w:p w:rsidR="007F7938" w:rsidRDefault="007F7938" w:rsidP="007F7938">
      <w:r>
        <w:t>370111</w:t>
      </w:r>
      <w:r>
        <w:tab/>
        <w:t>Podvodna popravila</w:t>
      </w:r>
    </w:p>
    <w:p w:rsidR="007F7938" w:rsidRDefault="007F7938" w:rsidP="007F7938">
      <w:r>
        <w:t>370112</w:t>
      </w:r>
      <w:r>
        <w:tab/>
        <w:t>Zunanje čiščenje zgradb</w:t>
      </w:r>
    </w:p>
    <w:p w:rsidR="007F7938" w:rsidRDefault="007F7938" w:rsidP="007F7938">
      <w:r>
        <w:t>370114</w:t>
      </w:r>
      <w:r>
        <w:tab/>
        <w:t>Vrtanje vodnjakov</w:t>
      </w:r>
    </w:p>
    <w:p w:rsidR="007F7938" w:rsidRDefault="007F7938" w:rsidP="007F7938">
      <w:r>
        <w:t>370115</w:t>
      </w:r>
      <w:r>
        <w:tab/>
        <w:t>Konstrukcija sejemskih stojnic in trgovin</w:t>
      </w:r>
    </w:p>
    <w:p w:rsidR="007F7938" w:rsidRDefault="007F7938" w:rsidP="007F7938">
      <w:r>
        <w:t>370116</w:t>
      </w:r>
      <w:r>
        <w:tab/>
        <w:t>Montaža, vzdrževanje in popravila računalniške strojne opreme</w:t>
      </w:r>
    </w:p>
    <w:p w:rsidR="007F7938" w:rsidRDefault="007F7938" w:rsidP="007F7938">
      <w:r>
        <w:t>370117</w:t>
      </w:r>
      <w:r>
        <w:tab/>
        <w:t>Odpravljanje motenj v električnih aparatih</w:t>
      </w:r>
    </w:p>
    <w:p w:rsidR="007F7938" w:rsidRDefault="007F7938" w:rsidP="007F7938">
      <w:r>
        <w:t>370118</w:t>
      </w:r>
      <w:r>
        <w:tab/>
        <w:t>Obnova izrabljenih ali poškodovanih motorjev</w:t>
      </w:r>
    </w:p>
    <w:p w:rsidR="007F7938" w:rsidRDefault="007F7938" w:rsidP="007F7938">
      <w:r>
        <w:t>370119</w:t>
      </w:r>
      <w:r>
        <w:tab/>
        <w:t>Obnova izrabljenih ali poškodovanih strojev</w:t>
      </w:r>
    </w:p>
    <w:p w:rsidR="007F7938" w:rsidRDefault="007F7938" w:rsidP="007F7938">
      <w:r>
        <w:t>370120</w:t>
      </w:r>
      <w:r>
        <w:tab/>
        <w:t>Oddajanje v najem žerjavov [gradbena oprema]</w:t>
      </w:r>
    </w:p>
    <w:p w:rsidR="007F7938" w:rsidRDefault="007F7938" w:rsidP="007F7938">
      <w:r>
        <w:t>370121</w:t>
      </w:r>
      <w:r>
        <w:tab/>
        <w:t>Najem strojev za pometanje cest</w:t>
      </w:r>
    </w:p>
    <w:p w:rsidR="007F7938" w:rsidRDefault="007F7938" w:rsidP="007F7938">
      <w:r>
        <w:t>370122</w:t>
      </w:r>
      <w:r>
        <w:tab/>
        <w:t>Storitve krovcev</w:t>
      </w:r>
    </w:p>
    <w:p w:rsidR="007F7938" w:rsidRDefault="007F7938" w:rsidP="007F7938">
      <w:r>
        <w:t>370123</w:t>
      </w:r>
      <w:r>
        <w:tab/>
        <w:t>Storitve proizvajanja umetnega snega</w:t>
      </w:r>
    </w:p>
    <w:p w:rsidR="007F7938" w:rsidRDefault="007F7938" w:rsidP="007F7938">
      <w:r>
        <w:t>370124</w:t>
      </w:r>
      <w:r>
        <w:tab/>
        <w:t>Čiščenje ulic</w:t>
      </w:r>
    </w:p>
    <w:p w:rsidR="007F7938" w:rsidRDefault="007F7938" w:rsidP="007F7938">
      <w:r>
        <w:t>370125</w:t>
      </w:r>
      <w:r>
        <w:tab/>
        <w:t>Popravilo varnostnih ključavnic</w:t>
      </w:r>
    </w:p>
    <w:p w:rsidR="007F7938" w:rsidRDefault="007F7938" w:rsidP="007F7938">
      <w:r>
        <w:t>370126</w:t>
      </w:r>
      <w:r>
        <w:tab/>
        <w:t>Restavriranje umetniških del</w:t>
      </w:r>
    </w:p>
    <w:p w:rsidR="007F7938" w:rsidRDefault="007F7938" w:rsidP="007F7938">
      <w:r>
        <w:t>370127</w:t>
      </w:r>
      <w:r>
        <w:tab/>
        <w:t>Restavriranje glasbenih instrumentov</w:t>
      </w:r>
    </w:p>
    <w:p w:rsidR="007F7938" w:rsidRDefault="007F7938" w:rsidP="007F7938">
      <w:r>
        <w:t>370128</w:t>
      </w:r>
      <w:r>
        <w:tab/>
        <w:t>Vgradnja vrat in oken</w:t>
      </w:r>
    </w:p>
    <w:p w:rsidR="007F7938" w:rsidRDefault="007F7938" w:rsidP="007F7938">
      <w:r>
        <w:t>370129</w:t>
      </w:r>
      <w:r>
        <w:tab/>
        <w:t>Vzdrževanje bazenov</w:t>
      </w:r>
    </w:p>
    <w:p w:rsidR="007F7938" w:rsidRDefault="007F7938" w:rsidP="007F7938">
      <w:r>
        <w:t>370130</w:t>
      </w:r>
      <w:r>
        <w:tab/>
        <w:t>Ponovno polnjenje kartuš</w:t>
      </w:r>
    </w:p>
    <w:p w:rsidR="007F7938" w:rsidRDefault="007F7938" w:rsidP="007F7938">
      <w:r>
        <w:t>370131</w:t>
      </w:r>
      <w:r>
        <w:tab/>
        <w:t>Svetovanje pri gradnji</w:t>
      </w:r>
    </w:p>
    <w:p w:rsidR="007F7938" w:rsidRDefault="007F7938" w:rsidP="007F7938">
      <w:r>
        <w:t>370132</w:t>
      </w:r>
      <w:r>
        <w:tab/>
        <w:t>Tesarske storitve</w:t>
      </w:r>
    </w:p>
    <w:p w:rsidR="007F7938" w:rsidRPr="003834FA" w:rsidRDefault="007F7938" w:rsidP="007F7938">
      <w:pPr>
        <w:rPr>
          <w:lang w:val="fr-FR"/>
        </w:rPr>
      </w:pPr>
      <w:r>
        <w:t>370133</w:t>
      </w:r>
      <w:r>
        <w:tab/>
      </w:r>
      <w:r w:rsidRPr="003834FA">
        <w:rPr>
          <w:lang w:val="fr-FR"/>
        </w:rPr>
        <w:t>Vrtanje globokih vrtin nafte ali plina</w:t>
      </w:r>
    </w:p>
    <w:p w:rsidR="007F7938" w:rsidRDefault="007F7938" w:rsidP="007F7938">
      <w:r>
        <w:t>370134</w:t>
      </w:r>
      <w:r>
        <w:tab/>
        <w:t>Izposoja črpalk za drenažne namene</w:t>
      </w:r>
    </w:p>
    <w:p w:rsidR="007F7938" w:rsidRDefault="007F7938" w:rsidP="007F7938">
      <w:r>
        <w:t>370135</w:t>
      </w:r>
      <w:r>
        <w:tab/>
        <w:t>Izposoja pralnih strojev</w:t>
      </w:r>
    </w:p>
    <w:p w:rsidR="007F7938" w:rsidRDefault="007F7938" w:rsidP="007F7938">
      <w:r>
        <w:t>370136</w:t>
      </w:r>
      <w:r>
        <w:tab/>
        <w:t>Popravilo električne napeljave</w:t>
      </w:r>
    </w:p>
    <w:p w:rsidR="007F7938" w:rsidRDefault="007F7938" w:rsidP="007F7938">
      <w:r>
        <w:t>370137</w:t>
      </w:r>
      <w:r>
        <w:tab/>
        <w:t>Polnjenje avtomobilskih akumulatorjev</w:t>
      </w:r>
    </w:p>
    <w:p w:rsidR="007F7938" w:rsidRDefault="007F7938" w:rsidP="007F7938">
      <w:r>
        <w:t>370139</w:t>
      </w:r>
      <w:r>
        <w:tab/>
        <w:t>Uglaševanje glasbenih instrumentov</w:t>
      </w:r>
    </w:p>
    <w:p w:rsidR="007F7938" w:rsidRDefault="007F7938" w:rsidP="007F7938">
      <w:r>
        <w:t>370140</w:t>
      </w:r>
      <w:r>
        <w:tab/>
        <w:t>Polaganje kablov</w:t>
      </w:r>
    </w:p>
    <w:p w:rsidR="007F7938" w:rsidRDefault="007F7938" w:rsidP="007F7938">
      <w:r>
        <w:t>370143</w:t>
      </w:r>
      <w:r>
        <w:tab/>
        <w:t>Storitve zatiranja škodljivcev, razen za poljedelstvo, akvakulturo, vrtnarstvo in gozdarstvo</w:t>
      </w:r>
    </w:p>
    <w:p w:rsidR="007F7938" w:rsidRDefault="007F7938" w:rsidP="007F7938">
      <w:r>
        <w:t>370145</w:t>
      </w:r>
      <w:r>
        <w:tab/>
        <w:t>Izposoja strojev za sušenje posode</w:t>
      </w:r>
    </w:p>
    <w:p w:rsidR="007F7938" w:rsidRPr="003834FA" w:rsidRDefault="007F7938" w:rsidP="007F7938">
      <w:pPr>
        <w:rPr>
          <w:lang w:val="fr-FR"/>
        </w:rPr>
      </w:pPr>
      <w:r>
        <w:t>370146</w:t>
      </w:r>
      <w:r>
        <w:tab/>
      </w:r>
      <w:r w:rsidRPr="003834FA">
        <w:rPr>
          <w:lang w:val="fr-FR"/>
        </w:rPr>
        <w:t>Inštalacija komunalne infrastrukture na gradbiščih</w:t>
      </w:r>
    </w:p>
    <w:p w:rsidR="007F7938" w:rsidRDefault="007F7938" w:rsidP="007F7938">
      <w:r>
        <w:t>370147</w:t>
      </w:r>
      <w:r>
        <w:tab/>
        <w:t>Storitve električarjev</w:t>
      </w:r>
    </w:p>
    <w:p w:rsidR="007F7938" w:rsidRDefault="007F7938" w:rsidP="007F7938">
      <w:r>
        <w:t>370148</w:t>
      </w:r>
      <w:r>
        <w:tab/>
        <w:t>Montaža in popravila opreme za zaščito pred poplavo</w:t>
      </w:r>
    </w:p>
    <w:p w:rsidR="007F7938" w:rsidRDefault="007F7938" w:rsidP="007F7938">
      <w:r>
        <w:t>370149</w:t>
      </w:r>
      <w:r>
        <w:tab/>
        <w:t>Storitve čiščenja snega</w:t>
      </w:r>
    </w:p>
    <w:p w:rsidR="007F7938" w:rsidRDefault="007F7938" w:rsidP="007F7938">
      <w:r>
        <w:t>370150</w:t>
      </w:r>
      <w:r>
        <w:tab/>
        <w:t>Ponovno polnjenje črnilnih kartuš</w:t>
      </w:r>
    </w:p>
    <w:p w:rsidR="007F7938" w:rsidRDefault="007F7938" w:rsidP="007F7938">
      <w:r>
        <w:t>370151</w:t>
      </w:r>
      <w:r>
        <w:tab/>
        <w:t>Storitve ponovnega polnjenja električnih vozil</w:t>
      </w:r>
    </w:p>
    <w:p w:rsidR="007F7938" w:rsidRDefault="007F7938" w:rsidP="007F7938">
      <w:r>
        <w:lastRenderedPageBreak/>
        <w:t>370152</w:t>
      </w:r>
      <w:r>
        <w:tab/>
        <w:t>Gospodinjske storitve [storitve čiščenja]</w:t>
      </w:r>
    </w:p>
    <w:p w:rsidR="007F7938" w:rsidRDefault="007F7938" w:rsidP="007F7938">
      <w:r>
        <w:t>370154</w:t>
      </w:r>
      <w:r>
        <w:tab/>
        <w:t>Nastavitev karoserij vozil</w:t>
      </w:r>
    </w:p>
    <w:p w:rsidR="007F7938" w:rsidRDefault="007F7938" w:rsidP="007F7938">
      <w:r>
        <w:t>370155</w:t>
      </w:r>
      <w:r>
        <w:tab/>
        <w:t>Vgradnja zunanjih, notranjih in mehanskih delov vozila po naročilu [tuning]</w:t>
      </w:r>
    </w:p>
    <w:p w:rsidR="007F7938" w:rsidRDefault="007F7938" w:rsidP="007F7938">
      <w:r>
        <w:t>370156</w:t>
      </w:r>
      <w:r>
        <w:tab/>
        <w:t>Izkop ruševin, razen za arheološke namene</w:t>
      </w:r>
    </w:p>
    <w:p w:rsidR="007F7938" w:rsidRDefault="007F7938" w:rsidP="007F7938">
      <w:r>
        <w:t>370158</w:t>
      </w:r>
      <w:r>
        <w:tab/>
        <w:t>Polaganje umetne trave</w:t>
      </w:r>
    </w:p>
    <w:p w:rsidR="007F7938" w:rsidRDefault="007F7938" w:rsidP="007F7938">
      <w:r>
        <w:t>370159</w:t>
      </w:r>
      <w:r>
        <w:tab/>
        <w:t>Storitve urejanja krajine z inertnimi materiali</w:t>
      </w:r>
    </w:p>
    <w:p w:rsidR="007F7938" w:rsidRDefault="007F7938" w:rsidP="007F7938">
      <w:r>
        <w:t>370160</w:t>
      </w:r>
      <w:r>
        <w:tab/>
        <w:t>Najem prenosnih polnilnikov</w:t>
      </w:r>
    </w:p>
    <w:p w:rsidR="007F7938" w:rsidRDefault="007F7938" w:rsidP="007F7938">
      <w:r>
        <w:t>370161</w:t>
      </w:r>
      <w:r>
        <w:tab/>
        <w:t>Storitve sestavljanja v zvezi z montažo pohištva</w:t>
      </w:r>
    </w:p>
    <w:p w:rsidR="007F7938" w:rsidRDefault="007F7938" w:rsidP="007F7938">
      <w:r>
        <w:t>370162</w:t>
      </w:r>
      <w:r>
        <w:tab/>
        <w:t>Tesarske storitve [popravila lesnih izdelkov]</w:t>
      </w:r>
    </w:p>
    <w:p w:rsidR="007F7938" w:rsidRDefault="007F7938" w:rsidP="007F7938">
      <w:r>
        <w:t>370164</w:t>
      </w:r>
      <w:r>
        <w:tab/>
        <w:t>Obsevanje medicinskih instrumentov</w:t>
      </w:r>
    </w:p>
    <w:p w:rsidR="007F7938" w:rsidRDefault="007F7938" w:rsidP="007F7938">
      <w:r>
        <w:t>370165</w:t>
      </w:r>
      <w:r>
        <w:tab/>
        <w:t>Najem polnilnikov za baterije</w:t>
      </w:r>
    </w:p>
    <w:p w:rsidR="007F7938" w:rsidRDefault="007F7938" w:rsidP="007F7938">
      <w:r>
        <w:t>370167</w:t>
      </w:r>
      <w:r>
        <w:tab/>
        <w:t>Dezinfekcija kirurških instrumentov</w:t>
      </w:r>
    </w:p>
    <w:p w:rsidR="007F7938" w:rsidRDefault="007F7938" w:rsidP="007F7938">
      <w:r>
        <w:t>370168</w:t>
      </w:r>
      <w:r>
        <w:tab/>
        <w:t>Svetovanje na področju informacijske tehnologije v zvezi z namestitvijo, vzdrževanjem in popravilom računalniške strojne opreme</w:t>
      </w:r>
    </w:p>
    <w:p w:rsidR="007F7938" w:rsidRDefault="007F7938" w:rsidP="007F7938">
      <w:r>
        <w:t>370170</w:t>
      </w:r>
      <w:r>
        <w:tab/>
        <w:t>Polnjenje plinskih jeklenk, ki se uporabljajo za pripravo gaziranih pijač</w:t>
      </w:r>
    </w:p>
    <w:p w:rsidR="007F7938" w:rsidRDefault="007F7938" w:rsidP="007F7938">
      <w:r>
        <w:t>370172</w:t>
      </w:r>
      <w:r>
        <w:tab/>
        <w:t>Restavriranje tiskanih fotografij</w:t>
      </w:r>
    </w:p>
    <w:p w:rsidR="007F7938" w:rsidRDefault="007F7938" w:rsidP="007F7938">
      <w:r>
        <w:t>370173</w:t>
      </w:r>
      <w:r>
        <w:tab/>
        <w:t>Montaža vnaprej izdelanih hiš</w:t>
      </w:r>
    </w:p>
    <w:p w:rsidR="007F7938" w:rsidRDefault="007F7938" w:rsidP="007F7938">
      <w:r>
        <w:t>370174</w:t>
      </w:r>
      <w:r>
        <w:tab/>
        <w:t>Storitve polnjenja motornih vozil z zemeljskim plinom</w:t>
      </w:r>
    </w:p>
    <w:p w:rsidR="007F7938" w:rsidRDefault="007F7938" w:rsidP="007F7938">
      <w:r>
        <w:t>370176</w:t>
      </w:r>
      <w:r>
        <w:tab/>
        <w:t>Rezervacije polnilnih postaj za električna vozila</w:t>
      </w:r>
    </w:p>
    <w:p w:rsidR="007F7938" w:rsidRDefault="007F7938" w:rsidP="007F7938">
      <w:r>
        <w:t>370177</w:t>
      </w:r>
      <w:r>
        <w:tab/>
        <w:t>Zaplinjevanje proti škodljivcem, ki ni za kmetijstvo, vrtnarstvo in gozdarstvo</w:t>
      </w:r>
    </w:p>
    <w:p w:rsidR="007F7938" w:rsidRDefault="007F7938" w:rsidP="007F7938">
      <w:r>
        <w:t>370178</w:t>
      </w:r>
      <w:r>
        <w:tab/>
        <w:t>Popravilo ortodontskih aparatov</w:t>
      </w:r>
    </w:p>
    <w:p w:rsidR="007F7938" w:rsidRDefault="007F7938" w:rsidP="007F7938">
      <w:r>
        <w:t>370179</w:t>
      </w:r>
      <w:r>
        <w:tab/>
        <w:t>Storitve zamenjave električnih baterij vozil</w:t>
      </w:r>
    </w:p>
    <w:p w:rsidR="007F7938" w:rsidRDefault="007F7938" w:rsidP="007F7938">
      <w:r>
        <w:t>370182</w:t>
      </w:r>
      <w:r>
        <w:tab/>
        <w:t>Najem aparatov za točenje goriva</w:t>
      </w:r>
    </w:p>
    <w:p w:rsidR="007F7938" w:rsidRDefault="007F7938" w:rsidP="007F7938">
      <w:r>
        <w:t>370183</w:t>
      </w:r>
      <w:r>
        <w:tab/>
        <w:t>Popravilo sončnikov za dvorišča</w:t>
      </w:r>
    </w:p>
    <w:p w:rsidR="001F500C" w:rsidRDefault="001F500C">
      <w:pPr>
        <w:pStyle w:val="Naslov1"/>
        <w:sectPr w:rsidR="001F500C" w:rsidSect="00E00425">
          <w:type w:val="continuous"/>
          <w:pgSz w:w="11907" w:h="16840" w:code="9"/>
          <w:pgMar w:top="1418" w:right="1418" w:bottom="1418" w:left="1418" w:header="720" w:footer="720" w:gutter="0"/>
          <w:cols w:num="2" w:space="720"/>
          <w:docGrid w:linePitch="360"/>
        </w:sectPr>
      </w:pPr>
    </w:p>
    <w:p w:rsidR="005503A8" w:rsidRPr="005503A8" w:rsidRDefault="005503A8" w:rsidP="00634B76">
      <w:pPr>
        <w:pStyle w:val="Naslov1"/>
        <w:spacing w:before="720"/>
        <w:rPr>
          <w:lang w:val="sl-SI" w:eastAsia="sl-SI"/>
        </w:rPr>
      </w:pPr>
      <w:r w:rsidRPr="005503A8">
        <w:rPr>
          <w:lang w:val="sl-SI" w:eastAsia="sl-SI"/>
        </w:rPr>
        <w:t xml:space="preserve">Razred 38 </w:t>
      </w:r>
    </w:p>
    <w:p w:rsidR="005503A8" w:rsidRDefault="005503A8" w:rsidP="007F7938">
      <w:pPr>
        <w:pStyle w:val="Naslov2"/>
        <w:rPr>
          <w:lang w:val="sl-SI" w:eastAsia="sl-SI"/>
        </w:rPr>
      </w:pPr>
      <w:r w:rsidRPr="005503A8">
        <w:rPr>
          <w:lang w:val="sl-SI" w:eastAsia="sl-SI"/>
        </w:rPr>
        <w:t>Telekomunikacije storitve</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7F7938" w:rsidRPr="00D85EAF" w:rsidTr="00CF2B9C">
        <w:trPr>
          <w:trHeight w:val="143"/>
          <w:tblHeader/>
        </w:trPr>
        <w:tc>
          <w:tcPr>
            <w:tcW w:w="9493" w:type="dxa"/>
            <w:gridSpan w:val="2"/>
            <w:shd w:val="clear" w:color="auto" w:fill="F2F2F2" w:themeFill="background1" w:themeFillShade="F2"/>
            <w:vAlign w:val="center"/>
          </w:tcPr>
          <w:p w:rsidR="007F7938" w:rsidRPr="0087064C" w:rsidRDefault="007F7938" w:rsidP="00CF2B9C">
            <w:pPr>
              <w:pStyle w:val="opomba"/>
              <w:rPr>
                <w:b/>
              </w:rPr>
            </w:pPr>
            <w:r w:rsidRPr="0087064C">
              <w:rPr>
                <w:b/>
              </w:rPr>
              <w:t xml:space="preserve">RAZRED </w:t>
            </w:r>
            <w:r w:rsidR="000B6F09">
              <w:rPr>
                <w:b/>
              </w:rPr>
              <w:t>38</w:t>
            </w:r>
            <w:r w:rsidRPr="0087064C">
              <w:rPr>
                <w:b/>
              </w:rPr>
              <w:t xml:space="preserve"> - pojasnjevalne opombe</w:t>
            </w:r>
          </w:p>
        </w:tc>
      </w:tr>
      <w:tr w:rsidR="007F7938" w:rsidRPr="00D85EAF" w:rsidTr="00CF2B9C">
        <w:trPr>
          <w:trHeight w:val="390"/>
        </w:trPr>
        <w:tc>
          <w:tcPr>
            <w:tcW w:w="9493" w:type="dxa"/>
            <w:gridSpan w:val="2"/>
            <w:shd w:val="clear" w:color="auto" w:fill="F2F2F2" w:themeFill="background1" w:themeFillShade="F2"/>
            <w:vAlign w:val="center"/>
          </w:tcPr>
          <w:p w:rsidR="007F7938" w:rsidRPr="00993A45" w:rsidRDefault="000B6F09" w:rsidP="00CF2B9C">
            <w:pPr>
              <w:pStyle w:val="opomba"/>
            </w:pPr>
            <w:r>
              <w:rPr>
                <w:color w:val="333333"/>
              </w:rPr>
              <w:t xml:space="preserve">Razred 38 </w:t>
            </w:r>
            <w:r>
              <w:t>vključuje predvsem storitve, ki omogočajo komunikacijo med vsaj dvema stranema, ter storitve za oddajanje in prenos podatkov</w:t>
            </w:r>
          </w:p>
        </w:tc>
      </w:tr>
      <w:tr w:rsidR="007F7938" w:rsidRPr="00D85EAF" w:rsidTr="00CF2B9C">
        <w:trPr>
          <w:trHeight w:val="3742"/>
        </w:trPr>
        <w:tc>
          <w:tcPr>
            <w:tcW w:w="4746" w:type="dxa"/>
            <w:shd w:val="clear" w:color="auto" w:fill="F2F2F2" w:themeFill="background1" w:themeFillShade="F2"/>
          </w:tcPr>
          <w:p w:rsidR="007F7938" w:rsidRPr="00993A45" w:rsidRDefault="007F7938" w:rsidP="00CF2B9C">
            <w:pPr>
              <w:pStyle w:val="opomba"/>
            </w:pPr>
            <w:r w:rsidRPr="00D85EAF">
              <w:t>V ta razred so vključeni zlasti:</w:t>
            </w:r>
          </w:p>
          <w:p w:rsidR="000B6F09" w:rsidRDefault="000B6F09" w:rsidP="000B6F09">
            <w:pPr>
              <w:pStyle w:val="opombapika"/>
            </w:pPr>
            <w:r>
              <w:t>prenos digitalnih datotek in elektronske pošte</w:t>
            </w:r>
          </w:p>
          <w:p w:rsidR="000B6F09" w:rsidRDefault="000B6F09" w:rsidP="000B6F09">
            <w:pPr>
              <w:pStyle w:val="opombapika"/>
            </w:pPr>
            <w:r>
              <w:t>nudenje uporabniškega dostopa do globalnih računalniških omrežij</w:t>
            </w:r>
          </w:p>
          <w:p w:rsidR="000B6F09" w:rsidRDefault="000B6F09" w:rsidP="000B6F09">
            <w:pPr>
              <w:pStyle w:val="opombapika"/>
            </w:pPr>
            <w:r>
              <w:t>storitve, ki obsegajo v glavnem razširjanje radijskih ali televizijskih programov.</w:t>
            </w:r>
          </w:p>
          <w:p w:rsidR="000B6F09" w:rsidRDefault="000B6F09" w:rsidP="000B6F09">
            <w:pPr>
              <w:pStyle w:val="opombapika"/>
            </w:pPr>
            <w:r>
              <w:t>prenos videa na zahtevo</w:t>
            </w:r>
          </w:p>
          <w:p w:rsidR="000B6F09" w:rsidRDefault="000B6F09" w:rsidP="000B6F09">
            <w:pPr>
              <w:pStyle w:val="opombapika"/>
            </w:pPr>
            <w:r>
              <w:t>nudenje internetnih klepetalnic in spletnih forumov</w:t>
            </w:r>
          </w:p>
          <w:p w:rsidR="000B6F09" w:rsidRDefault="000B6F09" w:rsidP="000B6F09">
            <w:pPr>
              <w:pStyle w:val="opombapika"/>
            </w:pPr>
            <w:r>
              <w:t>telefonske storitve in storitve glasovne pošte</w:t>
            </w:r>
          </w:p>
          <w:p w:rsidR="007F7938" w:rsidRPr="00993A45" w:rsidRDefault="000B6F09" w:rsidP="000B6F09">
            <w:pPr>
              <w:pStyle w:val="opombapika"/>
            </w:pPr>
            <w:r>
              <w:t>telekonferenčne in videokonferenčne storitve</w:t>
            </w:r>
          </w:p>
        </w:tc>
        <w:tc>
          <w:tcPr>
            <w:tcW w:w="4747" w:type="dxa"/>
            <w:shd w:val="clear" w:color="auto" w:fill="F2F2F2" w:themeFill="background1" w:themeFillShade="F2"/>
          </w:tcPr>
          <w:p w:rsidR="007F7938" w:rsidRPr="00993A45" w:rsidRDefault="007F7938" w:rsidP="00CF2B9C">
            <w:pPr>
              <w:pStyle w:val="opomba"/>
            </w:pPr>
            <w:r w:rsidRPr="00D85EAF">
              <w:t>V ta razred niso vključeni zlasti:</w:t>
            </w:r>
          </w:p>
          <w:p w:rsidR="000B6F09" w:rsidRDefault="000B6F09" w:rsidP="000B6F09">
            <w:pPr>
              <w:pStyle w:val="opombapika"/>
              <w:spacing w:after="40"/>
            </w:pPr>
            <w:r>
              <w:t>storitve telemarketinga (razred 35)</w:t>
            </w:r>
          </w:p>
          <w:p w:rsidR="000B6F09" w:rsidRDefault="000B6F09" w:rsidP="000B6F09">
            <w:pPr>
              <w:pStyle w:val="opombapika"/>
              <w:spacing w:after="40"/>
            </w:pPr>
            <w:r>
              <w:t>vsebina ali predmet, ki ga lahko vsebuje komunikacijska dejavnost, na primer slikovne datoteke, ki jih je mogoče naložiti (razred 9), zagotavljanje poslovnih informacij prek spletne strani (razred 35), zagotavljanje filmov in televizijskih programov, ki jih ni mogoče naložiti, prek video-on - storitve na zahtevo (razred 41)</w:t>
            </w:r>
          </w:p>
          <w:p w:rsidR="000B6F09" w:rsidRDefault="000B6F09" w:rsidP="000B6F09">
            <w:pPr>
              <w:pStyle w:val="opombapika"/>
              <w:spacing w:after="40"/>
            </w:pPr>
            <w:r>
              <w:t>spletno oglaševanje v računalniškem omrežju, radijsko oglaševanje, televizijsko oglaševanje (razred 35)</w:t>
            </w:r>
          </w:p>
          <w:p w:rsidR="000B6F09" w:rsidRDefault="000B6F09" w:rsidP="000B6F09">
            <w:pPr>
              <w:pStyle w:val="opombapika"/>
              <w:spacing w:after="40"/>
            </w:pPr>
            <w:r>
              <w:t>storitve, ki se izvajajo z uporabo telekomunikacijskih povezav, na primer spletne maloprodajne storitve za naložljivo digitalno glasbo (razred 35), spletno bančništvo (razred 36)</w:t>
            </w:r>
          </w:p>
          <w:p w:rsidR="000B6F09" w:rsidRDefault="000B6F09" w:rsidP="000B6F09">
            <w:pPr>
              <w:pStyle w:val="opombapika"/>
              <w:spacing w:after="40"/>
            </w:pPr>
            <w:r>
              <w:t>produkcija radijskih in televizijskih programov (razred 41)</w:t>
            </w:r>
          </w:p>
          <w:p w:rsidR="000B6F09" w:rsidRDefault="000B6F09" w:rsidP="000B6F09">
            <w:pPr>
              <w:pStyle w:val="opombapika"/>
              <w:spacing w:after="40"/>
            </w:pPr>
            <w:r>
              <w:t>svetovanje na področju telekomunikacijske tehnologije (razred 42)</w:t>
            </w:r>
          </w:p>
          <w:p w:rsidR="007F7938" w:rsidRPr="00993A45" w:rsidRDefault="000B6F09" w:rsidP="000B6F09">
            <w:pPr>
              <w:pStyle w:val="opombapika"/>
            </w:pPr>
            <w:r>
              <w:t>spletne storitve socialnega mreženja (razred 45)</w:t>
            </w:r>
          </w:p>
        </w:tc>
      </w:tr>
    </w:tbl>
    <w:p w:rsidR="00F875A9" w:rsidRDefault="00F875A9" w:rsidP="000B6F09">
      <w:pPr>
        <w:spacing w:after="240"/>
        <w:ind w:left="0" w:firstLine="0"/>
      </w:pPr>
    </w:p>
    <w:p w:rsidR="001F500C" w:rsidRDefault="001F500C">
      <w:pPr>
        <w:sectPr w:rsidR="001F500C" w:rsidSect="00E00425">
          <w:type w:val="continuous"/>
          <w:pgSz w:w="11907" w:h="16840" w:code="9"/>
          <w:pgMar w:top="1418" w:right="1418" w:bottom="1418" w:left="1418" w:header="720" w:footer="720" w:gutter="0"/>
          <w:cols w:space="720"/>
          <w:docGrid w:linePitch="360"/>
        </w:sectPr>
      </w:pPr>
    </w:p>
    <w:p w:rsidR="007F7938" w:rsidRDefault="007F7938" w:rsidP="007F7938">
      <w:r>
        <w:lastRenderedPageBreak/>
        <w:t>380003</w:t>
      </w:r>
      <w:r>
        <w:tab/>
        <w:t>Radijsko oddajanje</w:t>
      </w:r>
    </w:p>
    <w:p w:rsidR="007F7938" w:rsidRDefault="007F7938" w:rsidP="007F7938">
      <w:r>
        <w:t>380004</w:t>
      </w:r>
      <w:r>
        <w:tab/>
        <w:t>Pošiljanje sporočil</w:t>
      </w:r>
    </w:p>
    <w:p w:rsidR="007F7938" w:rsidRDefault="007F7938" w:rsidP="007F7938">
      <w:r>
        <w:t>380005</w:t>
      </w:r>
      <w:r>
        <w:tab/>
        <w:t>Televizijsko oddajanje</w:t>
      </w:r>
    </w:p>
    <w:p w:rsidR="007F7938" w:rsidRDefault="007F7938" w:rsidP="007F7938">
      <w:r>
        <w:t>380006</w:t>
      </w:r>
      <w:r>
        <w:tab/>
        <w:t>Prenos telegramov</w:t>
      </w:r>
    </w:p>
    <w:p w:rsidR="007F7938" w:rsidRDefault="007F7938" w:rsidP="007F7938">
      <w:r>
        <w:t>380007</w:t>
      </w:r>
      <w:r>
        <w:tab/>
        <w:t>Telegrafske storitve</w:t>
      </w:r>
    </w:p>
    <w:p w:rsidR="007F7938" w:rsidRDefault="007F7938" w:rsidP="007F7938">
      <w:r>
        <w:t>380008</w:t>
      </w:r>
      <w:r>
        <w:tab/>
        <w:t>Komuniciranje s telegrami</w:t>
      </w:r>
    </w:p>
    <w:p w:rsidR="007F7938" w:rsidRDefault="007F7938" w:rsidP="007F7938">
      <w:r>
        <w:t>380009</w:t>
      </w:r>
      <w:r>
        <w:tab/>
        <w:t>Telefonske storitve in storitve mobilne telefonije</w:t>
      </w:r>
    </w:p>
    <w:p w:rsidR="007F7938" w:rsidRDefault="007F7938" w:rsidP="007F7938">
      <w:r>
        <w:t>380010</w:t>
      </w:r>
      <w:r>
        <w:tab/>
        <w:t>Telekomunikacije</w:t>
      </w:r>
    </w:p>
    <w:p w:rsidR="007F7938" w:rsidRDefault="007F7938" w:rsidP="007F7938">
      <w:r>
        <w:t>380011</w:t>
      </w:r>
      <w:r>
        <w:tab/>
        <w:t>Teleks storitve</w:t>
      </w:r>
    </w:p>
    <w:p w:rsidR="007F7938" w:rsidRDefault="007F7938" w:rsidP="007F7938">
      <w:r>
        <w:t>380012</w:t>
      </w:r>
      <w:r>
        <w:tab/>
        <w:t>Tiskovne agencije</w:t>
      </w:r>
    </w:p>
    <w:p w:rsidR="007F7938" w:rsidRDefault="007F7938" w:rsidP="007F7938">
      <w:r>
        <w:t>380021</w:t>
      </w:r>
      <w:r>
        <w:tab/>
        <w:t>Oddajanje kabelske televizije</w:t>
      </w:r>
    </w:p>
    <w:p w:rsidR="007F7938" w:rsidRDefault="007F7938" w:rsidP="007F7938">
      <w:r>
        <w:t>380023</w:t>
      </w:r>
      <w:r>
        <w:tab/>
        <w:t>Komuniciranje preko računalniških terminalov</w:t>
      </w:r>
    </w:p>
    <w:p w:rsidR="007F7938" w:rsidRDefault="007F7938" w:rsidP="007F7938">
      <w:r>
        <w:t>380024</w:t>
      </w:r>
      <w:r>
        <w:tab/>
        <w:t>Računalniško podprt prenos sporočil in slik</w:t>
      </w:r>
    </w:p>
    <w:p w:rsidR="007F7938" w:rsidRDefault="007F7938" w:rsidP="007F7938">
      <w:r>
        <w:t>380025</w:t>
      </w:r>
      <w:r>
        <w:tab/>
        <w:t>Elektronska pošta</w:t>
      </w:r>
    </w:p>
    <w:p w:rsidR="007F7938" w:rsidRDefault="007F7938" w:rsidP="007F7938">
      <w:r>
        <w:t>380026</w:t>
      </w:r>
      <w:r>
        <w:tab/>
        <w:t>Faksimilni prenos</w:t>
      </w:r>
    </w:p>
    <w:p w:rsidR="007F7938" w:rsidRDefault="007F7938" w:rsidP="007F7938">
      <w:r>
        <w:t>380027</w:t>
      </w:r>
      <w:r>
        <w:tab/>
        <w:t>Informacije o telekomunikacijah</w:t>
      </w:r>
    </w:p>
    <w:p w:rsidR="007F7938" w:rsidRDefault="007F7938" w:rsidP="007F7938">
      <w:r>
        <w:t>380028</w:t>
      </w:r>
      <w:r>
        <w:tab/>
        <w:t>Storitve osebnega klica (radio, telefon ali elektronska komunikacija druge vrste)</w:t>
      </w:r>
    </w:p>
    <w:p w:rsidR="007F7938" w:rsidRDefault="007F7938" w:rsidP="007F7938">
      <w:r>
        <w:t>380029</w:t>
      </w:r>
      <w:r>
        <w:tab/>
        <w:t>Najem aparatov za pošiljanje sporočil</w:t>
      </w:r>
    </w:p>
    <w:p w:rsidR="007F7938" w:rsidRDefault="007F7938" w:rsidP="007F7938">
      <w:r>
        <w:t>380031</w:t>
      </w:r>
      <w:r>
        <w:tab/>
        <w:t>Najem faksimilnih naprav</w:t>
      </w:r>
    </w:p>
    <w:p w:rsidR="007F7938" w:rsidRDefault="007F7938" w:rsidP="007F7938">
      <w:r>
        <w:t>380032</w:t>
      </w:r>
      <w:r>
        <w:tab/>
        <w:t>Najem modemov</w:t>
      </w:r>
    </w:p>
    <w:p w:rsidR="007F7938" w:rsidRDefault="007F7938" w:rsidP="007F7938">
      <w:r>
        <w:t>380033</w:t>
      </w:r>
      <w:r>
        <w:tab/>
        <w:t>Oddajanje v najem telekomunikacijske opreme</w:t>
      </w:r>
    </w:p>
    <w:p w:rsidR="007F7938" w:rsidRDefault="007F7938" w:rsidP="007F7938">
      <w:r>
        <w:t>380034</w:t>
      </w:r>
      <w:r>
        <w:tab/>
        <w:t>Najem telefonov</w:t>
      </w:r>
    </w:p>
    <w:p w:rsidR="007F7938" w:rsidRDefault="007F7938" w:rsidP="007F7938">
      <w:r>
        <w:t>380035</w:t>
      </w:r>
      <w:r>
        <w:tab/>
        <w:t>Satelitski prenos</w:t>
      </w:r>
    </w:p>
    <w:p w:rsidR="007F7938" w:rsidRDefault="007F7938" w:rsidP="007F7938">
      <w:r>
        <w:t>380036</w:t>
      </w:r>
      <w:r>
        <w:tab/>
        <w:t>Storitve elektronskih oglasnih panojev [telekomunikacijske storitve]</w:t>
      </w:r>
    </w:p>
    <w:p w:rsidR="007F7938" w:rsidRDefault="007F7938" w:rsidP="007F7938">
      <w:r>
        <w:t>380037</w:t>
      </w:r>
      <w:r>
        <w:tab/>
        <w:t>Omogočanje telekomunikacijskih povezav z globalno računalniško mrežo</w:t>
      </w:r>
    </w:p>
    <w:p w:rsidR="007F7938" w:rsidRDefault="007F7938" w:rsidP="007F7938">
      <w:r>
        <w:t>380038</w:t>
      </w:r>
      <w:r>
        <w:tab/>
        <w:t>Telekomunikacijsko usmerjanje in povezovanje</w:t>
      </w:r>
    </w:p>
    <w:p w:rsidR="007F7938" w:rsidRDefault="007F7938" w:rsidP="007F7938">
      <w:r>
        <w:t>380039</w:t>
      </w:r>
      <w:r>
        <w:tab/>
        <w:t>Telekonferenčne storitve</w:t>
      </w:r>
    </w:p>
    <w:p w:rsidR="007F7938" w:rsidRDefault="007F7938" w:rsidP="007F7938">
      <w:r>
        <w:t>380040</w:t>
      </w:r>
      <w:r>
        <w:tab/>
        <w:t>Nudenje uporabniškega dostopa do globalne računalniške mreže</w:t>
      </w:r>
    </w:p>
    <w:p w:rsidR="007F7938" w:rsidRDefault="007F7938" w:rsidP="007F7938">
      <w:r>
        <w:t>380041</w:t>
      </w:r>
      <w:r>
        <w:tab/>
        <w:t>Oddajanje v najem časovno omejenega dostopa v globalno računalniško mrežo</w:t>
      </w:r>
    </w:p>
    <w:p w:rsidR="007F7938" w:rsidRDefault="007F7938" w:rsidP="007F7938">
      <w:r>
        <w:t>380042</w:t>
      </w:r>
      <w:r>
        <w:tab/>
        <w:t>Nudenje telekomunikacijskih kanalov za storitve tele-nakupovanja</w:t>
      </w:r>
    </w:p>
    <w:p w:rsidR="007F7938" w:rsidRDefault="007F7938" w:rsidP="007F7938">
      <w:r>
        <w:t>380043</w:t>
      </w:r>
      <w:r>
        <w:tab/>
        <w:t>Forumi [klepetalnice] za socialno mreženje</w:t>
      </w:r>
    </w:p>
    <w:p w:rsidR="007F7938" w:rsidRDefault="007F7938" w:rsidP="007F7938">
      <w:r>
        <w:t>380044</w:t>
      </w:r>
      <w:r>
        <w:tab/>
        <w:t>Nudenje dostopa do računalniških baz podatkov</w:t>
      </w:r>
    </w:p>
    <w:p w:rsidR="007F7938" w:rsidRDefault="007F7938" w:rsidP="007F7938">
      <w:r>
        <w:t>380045</w:t>
      </w:r>
      <w:r>
        <w:tab/>
        <w:t>Storitve glasovne pošte</w:t>
      </w:r>
    </w:p>
    <w:p w:rsidR="007F7938" w:rsidRDefault="007F7938" w:rsidP="007F7938">
      <w:r>
        <w:t>380046</w:t>
      </w:r>
      <w:r>
        <w:tab/>
        <w:t>Prenos voščilnic na spletu</w:t>
      </w:r>
    </w:p>
    <w:p w:rsidR="007F7938" w:rsidRDefault="007F7938" w:rsidP="007F7938">
      <w:r>
        <w:t>380047</w:t>
      </w:r>
      <w:r>
        <w:tab/>
        <w:t>Prenos digitalnih datotek</w:t>
      </w:r>
    </w:p>
    <w:p w:rsidR="007F7938" w:rsidRDefault="007F7938" w:rsidP="007F7938">
      <w:r>
        <w:t>380048</w:t>
      </w:r>
      <w:r>
        <w:tab/>
        <w:t>Brezžično oddajanje</w:t>
      </w:r>
    </w:p>
    <w:p w:rsidR="007F7938" w:rsidRDefault="007F7938" w:rsidP="007F7938">
      <w:r>
        <w:t>380049</w:t>
      </w:r>
      <w:r>
        <w:tab/>
        <w:t>Nudenje videokonferenčnih storitev</w:t>
      </w:r>
    </w:p>
    <w:p w:rsidR="007F7938" w:rsidRDefault="007F7938" w:rsidP="007F7938">
      <w:r>
        <w:t>380050</w:t>
      </w:r>
      <w:r>
        <w:tab/>
        <w:t>Nudenje spletnih forumov</w:t>
      </w:r>
    </w:p>
    <w:p w:rsidR="007F7938" w:rsidRDefault="007F7938" w:rsidP="007F7938">
      <w:r>
        <w:t>380051</w:t>
      </w:r>
      <w:r>
        <w:tab/>
        <w:t>Pretok podatkov</w:t>
      </w:r>
    </w:p>
    <w:p w:rsidR="007F7938" w:rsidRDefault="007F7938" w:rsidP="007F7938">
      <w:r>
        <w:t>380052</w:t>
      </w:r>
      <w:r>
        <w:tab/>
        <w:t>Radijska komunikacija</w:t>
      </w:r>
    </w:p>
    <w:p w:rsidR="007F7938" w:rsidRDefault="007F7938" w:rsidP="007F7938">
      <w:r>
        <w:t>380053</w:t>
      </w:r>
      <w:r>
        <w:tab/>
        <w:t>Predvajanje videov na zahtevo</w:t>
      </w:r>
    </w:p>
    <w:p w:rsidR="007F7938" w:rsidRDefault="007F7938" w:rsidP="007F7938">
      <w:r>
        <w:t>380054</w:t>
      </w:r>
      <w:r>
        <w:tab/>
        <w:t>Prenos podcastov</w:t>
      </w:r>
    </w:p>
    <w:p w:rsidR="007F7938" w:rsidRDefault="007F7938" w:rsidP="007F7938">
      <w:r>
        <w:t>380055</w:t>
      </w:r>
      <w:r>
        <w:tab/>
        <w:t>Izposoja pametnih telefonov</w:t>
      </w:r>
    </w:p>
    <w:p w:rsidR="007F7938" w:rsidRDefault="007F7938" w:rsidP="007F7938">
      <w:r>
        <w:t>380056</w:t>
      </w:r>
      <w:r>
        <w:tab/>
        <w:t>Geolokacijske storitve [telekomunikacijske storitve]</w:t>
      </w:r>
    </w:p>
    <w:p w:rsidR="007F7938" w:rsidRDefault="007F7938" w:rsidP="007F7938">
      <w:r>
        <w:t>380057</w:t>
      </w:r>
      <w:r>
        <w:tab/>
        <w:t>Nudenje dostopa do omrežij blokovnih verig</w:t>
      </w:r>
    </w:p>
    <w:p w:rsidR="007F7938" w:rsidRDefault="007F7938" w:rsidP="007F7938">
      <w:r>
        <w:t>380058</w:t>
      </w:r>
      <w:r>
        <w:tab/>
        <w:t>Nudenje klepetalnic v virtualnih okoljih</w:t>
      </w:r>
    </w:p>
    <w:p w:rsidR="007F7938" w:rsidRDefault="007F7938" w:rsidP="007F7938">
      <w:r>
        <w:t>380059</w:t>
      </w:r>
      <w:r>
        <w:tab/>
        <w:t>Nudenje spletnih forumov, ki temeljijo na virtualni resničnosti, za delovno sodelovanje</w:t>
      </w:r>
    </w:p>
    <w:p w:rsidR="007F7938" w:rsidRDefault="007F7938" w:rsidP="007F7938">
      <w:r>
        <w:t>380060</w:t>
      </w:r>
      <w:r>
        <w:tab/>
        <w:t>Najem telefonskih odzivnikov</w:t>
      </w:r>
    </w:p>
    <w:p w:rsidR="001F500C" w:rsidRDefault="001F500C">
      <w:pPr>
        <w:pStyle w:val="Naslov1"/>
        <w:sectPr w:rsidR="001F500C" w:rsidSect="00E00425">
          <w:type w:val="continuous"/>
          <w:pgSz w:w="11907" w:h="16840" w:code="9"/>
          <w:pgMar w:top="1418" w:right="1418" w:bottom="1418" w:left="1418" w:header="720" w:footer="720" w:gutter="0"/>
          <w:cols w:num="2" w:space="720"/>
          <w:docGrid w:linePitch="360"/>
        </w:sectPr>
      </w:pPr>
    </w:p>
    <w:p w:rsidR="00634B76" w:rsidRDefault="00634B76">
      <w:pPr>
        <w:tabs>
          <w:tab w:val="clear" w:pos="907"/>
        </w:tabs>
        <w:spacing w:after="200" w:line="276" w:lineRule="auto"/>
        <w:ind w:left="0" w:firstLine="0"/>
        <w:rPr>
          <w:rFonts w:eastAsiaTheme="majorEastAsia" w:cstheme="majorBidi"/>
          <w:b/>
          <w:bCs/>
          <w:color w:val="000000" w:themeColor="text1"/>
          <w:sz w:val="22"/>
          <w:szCs w:val="28"/>
          <w:lang w:val="sl-SI" w:eastAsia="sl-SI"/>
        </w:rPr>
      </w:pPr>
      <w:r>
        <w:rPr>
          <w:lang w:val="sl-SI" w:eastAsia="sl-SI"/>
        </w:rPr>
        <w:br w:type="page"/>
      </w:r>
    </w:p>
    <w:p w:rsidR="005503A8" w:rsidRPr="005503A8" w:rsidRDefault="005503A8" w:rsidP="000B6F09">
      <w:pPr>
        <w:pStyle w:val="Naslov1"/>
        <w:spacing w:before="720"/>
        <w:rPr>
          <w:lang w:val="sl-SI" w:eastAsia="sl-SI"/>
        </w:rPr>
      </w:pPr>
      <w:r w:rsidRPr="005503A8">
        <w:rPr>
          <w:lang w:val="sl-SI" w:eastAsia="sl-SI"/>
        </w:rPr>
        <w:lastRenderedPageBreak/>
        <w:t xml:space="preserve">Razred 39 </w:t>
      </w:r>
    </w:p>
    <w:p w:rsidR="005503A8" w:rsidRDefault="005503A8" w:rsidP="007F7938">
      <w:pPr>
        <w:pStyle w:val="Naslov2"/>
        <w:rPr>
          <w:lang w:val="sl-SI" w:eastAsia="sl-SI"/>
        </w:rPr>
      </w:pPr>
      <w:r w:rsidRPr="005503A8">
        <w:rPr>
          <w:lang w:val="sl-SI" w:eastAsia="sl-SI"/>
        </w:rPr>
        <w:t>Prevozništvo; pakiranje in skladiščenje blaga; organizacija potovanj</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7F7938" w:rsidRPr="00D85EAF" w:rsidTr="00CF2B9C">
        <w:trPr>
          <w:trHeight w:val="143"/>
          <w:tblHeader/>
        </w:trPr>
        <w:tc>
          <w:tcPr>
            <w:tcW w:w="9493" w:type="dxa"/>
            <w:gridSpan w:val="2"/>
            <w:shd w:val="clear" w:color="auto" w:fill="F2F2F2" w:themeFill="background1" w:themeFillShade="F2"/>
            <w:vAlign w:val="center"/>
          </w:tcPr>
          <w:p w:rsidR="007F7938" w:rsidRPr="0087064C" w:rsidRDefault="007F7938" w:rsidP="00CF2B9C">
            <w:pPr>
              <w:pStyle w:val="opomba"/>
              <w:rPr>
                <w:b/>
              </w:rPr>
            </w:pPr>
            <w:r w:rsidRPr="0087064C">
              <w:rPr>
                <w:b/>
              </w:rPr>
              <w:t xml:space="preserve">RAZRED </w:t>
            </w:r>
            <w:r w:rsidR="000B6F09">
              <w:rPr>
                <w:b/>
              </w:rPr>
              <w:t>39</w:t>
            </w:r>
            <w:r w:rsidRPr="0087064C">
              <w:rPr>
                <w:b/>
              </w:rPr>
              <w:t xml:space="preserve"> - pojasnjevalne opombe</w:t>
            </w:r>
          </w:p>
        </w:tc>
      </w:tr>
      <w:tr w:rsidR="007F7938" w:rsidRPr="00D85EAF" w:rsidTr="00CF2B9C">
        <w:trPr>
          <w:trHeight w:val="390"/>
        </w:trPr>
        <w:tc>
          <w:tcPr>
            <w:tcW w:w="9493" w:type="dxa"/>
            <w:gridSpan w:val="2"/>
            <w:shd w:val="clear" w:color="auto" w:fill="F2F2F2" w:themeFill="background1" w:themeFillShade="F2"/>
            <w:vAlign w:val="center"/>
          </w:tcPr>
          <w:p w:rsidR="007F7938" w:rsidRPr="00993A45" w:rsidRDefault="000B6F09" w:rsidP="00CF2B9C">
            <w:pPr>
              <w:pStyle w:val="opomba"/>
            </w:pPr>
            <w:r>
              <w:t>Razred 39 vključuje predvsem storitve za prevoz ljudi, živali ali blaga z enega kraja na drugega (po tirih, cesti, vodi, zraku ali ceveh) in storitve, ki so neizogibno povezane s tovrstnim prevozom, kot tudi storitve v zvezi s shranjevanjem blaga v skladiščih ali drugih zgradbah za njegovo shranjevanje ali varovanje.</w:t>
            </w:r>
          </w:p>
        </w:tc>
      </w:tr>
      <w:tr w:rsidR="007F7938" w:rsidRPr="00D85EAF" w:rsidTr="00CF2B9C">
        <w:trPr>
          <w:trHeight w:val="3742"/>
        </w:trPr>
        <w:tc>
          <w:tcPr>
            <w:tcW w:w="4746" w:type="dxa"/>
            <w:shd w:val="clear" w:color="auto" w:fill="F2F2F2" w:themeFill="background1" w:themeFillShade="F2"/>
          </w:tcPr>
          <w:p w:rsidR="007F7938" w:rsidRPr="00993A45" w:rsidRDefault="007F7938" w:rsidP="00CF2B9C">
            <w:pPr>
              <w:pStyle w:val="opomba"/>
            </w:pPr>
            <w:r w:rsidRPr="00D85EAF">
              <w:t>V ta razred so vključeni zlasti:</w:t>
            </w:r>
          </w:p>
          <w:p w:rsidR="000B6F09" w:rsidRDefault="000B6F09" w:rsidP="00634B76">
            <w:pPr>
              <w:pStyle w:val="opombapika"/>
            </w:pPr>
            <w:r>
              <w:t>obratovanje postaj, mostov, železnic, trajektov in drugih prometnih objektov</w:t>
            </w:r>
          </w:p>
          <w:p w:rsidR="000B6F09" w:rsidRDefault="000B6F09" w:rsidP="00634B76">
            <w:pPr>
              <w:pStyle w:val="opombapika"/>
            </w:pPr>
            <w:r>
              <w:t>najem vozil za prevoz, kot tudi šoferske in pilotske storitve</w:t>
            </w:r>
          </w:p>
          <w:p w:rsidR="000B6F09" w:rsidRDefault="000B6F09" w:rsidP="00634B76">
            <w:pPr>
              <w:pStyle w:val="opombapika"/>
            </w:pPr>
            <w:r>
              <w:t>storitve najema v zvezi s prevozom, skladiščenjem in potovanjem, na primer najem parkirnih mest, najem garaž, najem skladiščnih kontejnerjev</w:t>
            </w:r>
          </w:p>
          <w:p w:rsidR="000B6F09" w:rsidRDefault="000B6F09" w:rsidP="00634B76">
            <w:pPr>
              <w:pStyle w:val="opombapika"/>
            </w:pPr>
            <w:r>
              <w:t>upravljanje pomorskih vlačilcev, razkladanje, upravljanje pristanišč in dokov ter reševanje ponesrečenih ladij in njihovega tovora</w:t>
            </w:r>
          </w:p>
          <w:p w:rsidR="000B6F09" w:rsidRDefault="000B6F09" w:rsidP="00634B76">
            <w:pPr>
              <w:pStyle w:val="opombapika"/>
            </w:pPr>
            <w:r>
              <w:t>pakiranje, polnjenje, zavijanje in dostava blaga</w:t>
            </w:r>
          </w:p>
          <w:p w:rsidR="000B6F09" w:rsidRDefault="000B6F09" w:rsidP="00634B76">
            <w:pPr>
              <w:pStyle w:val="opombapika"/>
            </w:pPr>
            <w:r>
              <w:t>polnjenje prodajnih avtomatov in bankomatov</w:t>
            </w:r>
          </w:p>
          <w:p w:rsidR="000B6F09" w:rsidRDefault="000B6F09" w:rsidP="00634B76">
            <w:pPr>
              <w:pStyle w:val="opombapika"/>
            </w:pPr>
            <w:r>
              <w:t>storitve za zagotavljanje informacij o potovanjih ali prevozu blaga s strani posrednikov in turističnih agencij ter za zagotavljanje informacij v zvezi s cenami, voznimi redi in načini prevoza</w:t>
            </w:r>
          </w:p>
          <w:p w:rsidR="000B6F09" w:rsidRDefault="000B6F09" w:rsidP="00634B76">
            <w:pPr>
              <w:pStyle w:val="opombapika"/>
            </w:pPr>
            <w:r>
              <w:t>storitve v zvezi s pregledovanjem vozil ali blaga pred prevozom</w:t>
            </w:r>
          </w:p>
          <w:p w:rsidR="007F7938" w:rsidRPr="00993A45" w:rsidRDefault="000B6F09" w:rsidP="00634B76">
            <w:pPr>
              <w:pStyle w:val="opombapika"/>
            </w:pPr>
            <w:r>
              <w:t>distribucija energije in električne energije ter distribucija in oskrba z vodo</w:t>
            </w:r>
          </w:p>
        </w:tc>
        <w:tc>
          <w:tcPr>
            <w:tcW w:w="4747" w:type="dxa"/>
            <w:shd w:val="clear" w:color="auto" w:fill="F2F2F2" w:themeFill="background1" w:themeFillShade="F2"/>
          </w:tcPr>
          <w:p w:rsidR="007F7938" w:rsidRPr="00993A45" w:rsidRDefault="007F7938" w:rsidP="00CF2B9C">
            <w:pPr>
              <w:pStyle w:val="opomba"/>
            </w:pPr>
            <w:r w:rsidRPr="00D85EAF">
              <w:t>V ta razred niso vključeni zlasti:</w:t>
            </w:r>
          </w:p>
          <w:p w:rsidR="000B6F09" w:rsidRDefault="000B6F09" w:rsidP="000B6F09">
            <w:pPr>
              <w:pStyle w:val="opombapika"/>
            </w:pPr>
            <w:r>
              <w:t>oglaševanje potovanj ali prevozov (razred 35)</w:t>
            </w:r>
          </w:p>
          <w:p w:rsidR="000B6F09" w:rsidRDefault="000B6F09" w:rsidP="000B6F09">
            <w:pPr>
              <w:pStyle w:val="opombapika"/>
            </w:pPr>
            <w:r>
              <w:t>storitve v zvezi z zavarovanji (komercialnimi, požarnimi ali življenjskimi) med prevozom oseb ali blaga (razred 36);</w:t>
            </w:r>
          </w:p>
          <w:p w:rsidR="000B6F09" w:rsidRDefault="000B6F09" w:rsidP="000B6F09">
            <w:pPr>
              <w:pStyle w:val="opombapika"/>
            </w:pPr>
            <w:r>
              <w:t>storitve vzdrževanja ali popravila vozil, niti vzdrževanje ali popravila predmetov, povezanih s prevozom oseb in blaga (razred 37);</w:t>
            </w:r>
          </w:p>
          <w:p w:rsidR="000B6F09" w:rsidRDefault="000B6F09" w:rsidP="000B6F09">
            <w:pPr>
              <w:pStyle w:val="opombapika"/>
            </w:pPr>
            <w:r>
              <w:t>izvajanje vodenih ogledov, vodenje izletov (razred 41)</w:t>
            </w:r>
          </w:p>
          <w:p w:rsidR="000B6F09" w:rsidRDefault="000B6F09" w:rsidP="000B6F09">
            <w:pPr>
              <w:pStyle w:val="opombapika"/>
            </w:pPr>
            <w:r>
              <w:t>elektronsko shranjevanje podatkov (razred 42)</w:t>
            </w:r>
          </w:p>
          <w:p w:rsidR="007F7938" w:rsidRPr="00993A45" w:rsidRDefault="000B6F09" w:rsidP="000B6F09">
            <w:pPr>
              <w:pStyle w:val="opombapika"/>
            </w:pPr>
            <w:r>
              <w:t>rezervacije hotelskih sob ali drugih začasnih namestitev s strani potovalnih agencij ali posrednikov (razred 43)</w:t>
            </w:r>
          </w:p>
        </w:tc>
      </w:tr>
    </w:tbl>
    <w:p w:rsidR="00F875A9" w:rsidRPr="005503A8" w:rsidRDefault="00F875A9" w:rsidP="00634B76">
      <w:pPr>
        <w:spacing w:after="360"/>
        <w:rPr>
          <w:lang w:val="sl-SI"/>
        </w:rPr>
      </w:pPr>
    </w:p>
    <w:p w:rsidR="001F500C" w:rsidRPr="005503A8" w:rsidRDefault="001F500C">
      <w:pPr>
        <w:rPr>
          <w:lang w:val="sl-SI"/>
        </w:rPr>
        <w:sectPr w:rsidR="001F500C" w:rsidRPr="005503A8" w:rsidSect="00E00425">
          <w:type w:val="continuous"/>
          <w:pgSz w:w="11907" w:h="16840" w:code="9"/>
          <w:pgMar w:top="1418" w:right="1418" w:bottom="1418" w:left="1418" w:header="720" w:footer="720" w:gutter="0"/>
          <w:cols w:space="720"/>
          <w:docGrid w:linePitch="360"/>
        </w:sectPr>
      </w:pPr>
    </w:p>
    <w:p w:rsidR="007F7938" w:rsidRDefault="007F7938" w:rsidP="007F7938">
      <w:r>
        <w:t>390002</w:t>
      </w:r>
      <w:r>
        <w:tab/>
        <w:t>Spremljanje potnikov</w:t>
      </w:r>
    </w:p>
    <w:p w:rsidR="007F7938" w:rsidRDefault="007F7938" w:rsidP="007F7938">
      <w:r>
        <w:t>390003</w:t>
      </w:r>
      <w:r>
        <w:tab/>
        <w:t>Oskrba z vodo</w:t>
      </w:r>
    </w:p>
    <w:p w:rsidR="007F7938" w:rsidRDefault="007F7938" w:rsidP="007F7938">
      <w:r>
        <w:t>390004</w:t>
      </w:r>
      <w:r>
        <w:tab/>
        <w:t>Zračni transport</w:t>
      </w:r>
    </w:p>
    <w:p w:rsidR="007F7938" w:rsidRDefault="007F7938" w:rsidP="007F7938">
      <w:r>
        <w:t>390006</w:t>
      </w:r>
      <w:r>
        <w:tab/>
        <w:t>Prevoz z reševalnim vozilom</w:t>
      </w:r>
    </w:p>
    <w:p w:rsidR="007F7938" w:rsidRDefault="007F7938" w:rsidP="007F7938">
      <w:r>
        <w:t>390007</w:t>
      </w:r>
      <w:r>
        <w:tab/>
        <w:t>Storitve vleke vozil v primeru okvare</w:t>
      </w:r>
    </w:p>
    <w:p w:rsidR="007F7938" w:rsidRDefault="007F7938" w:rsidP="007F7938">
      <w:r>
        <w:t>390008</w:t>
      </w:r>
      <w:r>
        <w:tab/>
        <w:t>Izposoja avtomobilov</w:t>
      </w:r>
    </w:p>
    <w:p w:rsidR="007F7938" w:rsidRDefault="007F7938" w:rsidP="007F7938">
      <w:r>
        <w:t>390009</w:t>
      </w:r>
      <w:r>
        <w:tab/>
        <w:t>Storitve prevoza z avtomobilom</w:t>
      </w:r>
    </w:p>
    <w:p w:rsidR="007F7938" w:rsidRDefault="007F7938" w:rsidP="007F7938">
      <w:r>
        <w:t>390010</w:t>
      </w:r>
      <w:r>
        <w:tab/>
        <w:t>Avtobusni transport</w:t>
      </w:r>
    </w:p>
    <w:p w:rsidR="007F7938" w:rsidRDefault="007F7938" w:rsidP="007F7938">
      <w:r>
        <w:t>390011</w:t>
      </w:r>
      <w:r>
        <w:tab/>
        <w:t>Transport z izletniškimi ladjami</w:t>
      </w:r>
    </w:p>
    <w:p w:rsidR="007F7938" w:rsidRDefault="007F7938" w:rsidP="007F7938">
      <w:r>
        <w:t>390012</w:t>
      </w:r>
      <w:r>
        <w:tab/>
        <w:t>Najem čolnov</w:t>
      </w:r>
    </w:p>
    <w:p w:rsidR="007F7938" w:rsidRDefault="007F7938" w:rsidP="007F7938">
      <w:r>
        <w:t>390013</w:t>
      </w:r>
      <w:r>
        <w:tab/>
        <w:t>Lomljenje ledu</w:t>
      </w:r>
    </w:p>
    <w:p w:rsidR="007F7938" w:rsidRDefault="007F7938" w:rsidP="007F7938">
      <w:r>
        <w:t>390014</w:t>
      </w:r>
      <w:r>
        <w:tab/>
        <w:t>Transport s tovornimi vozili</w:t>
      </w:r>
    </w:p>
    <w:p w:rsidR="007F7938" w:rsidRDefault="007F7938" w:rsidP="007F7938">
      <w:r>
        <w:t>390015</w:t>
      </w:r>
      <w:r>
        <w:tab/>
        <w:t>Dvigovanje potopljenih ladij</w:t>
      </w:r>
    </w:p>
    <w:p w:rsidR="007F7938" w:rsidRDefault="007F7938" w:rsidP="007F7938">
      <w:r>
        <w:t>390016</w:t>
      </w:r>
      <w:r>
        <w:tab/>
        <w:t>Storitve prekladanja</w:t>
      </w:r>
    </w:p>
    <w:p w:rsidR="007F7938" w:rsidRDefault="007F7938" w:rsidP="007F7938">
      <w:r>
        <w:t>390017</w:t>
      </w:r>
      <w:r>
        <w:tab/>
        <w:t>Prevozništvo</w:t>
      </w:r>
    </w:p>
    <w:p w:rsidR="007F7938" w:rsidRDefault="007F7938" w:rsidP="007F7938">
      <w:r>
        <w:t>390018</w:t>
      </w:r>
      <w:r>
        <w:tab/>
        <w:t>Železniški transport</w:t>
      </w:r>
    </w:p>
    <w:p w:rsidR="007F7938" w:rsidRDefault="007F7938" w:rsidP="007F7938">
      <w:r>
        <w:t>390019</w:t>
      </w:r>
      <w:r>
        <w:tab/>
        <w:t>Najem konjev za prevoz</w:t>
      </w:r>
    </w:p>
    <w:p w:rsidR="007F7938" w:rsidRDefault="007F7938" w:rsidP="007F7938">
      <w:r>
        <w:t>390020</w:t>
      </w:r>
      <w:r>
        <w:tab/>
        <w:t>Paketna dostava</w:t>
      </w:r>
    </w:p>
    <w:p w:rsidR="007F7938" w:rsidRDefault="007F7938" w:rsidP="007F7938">
      <w:r>
        <w:t>390021</w:t>
      </w:r>
      <w:r>
        <w:tab/>
        <w:t>Nošenje prtljage</w:t>
      </w:r>
    </w:p>
    <w:p w:rsidR="007F7938" w:rsidRDefault="007F7938" w:rsidP="007F7938">
      <w:r>
        <w:t>390022</w:t>
      </w:r>
      <w:r>
        <w:tab/>
        <w:t>Pakiranje blaga</w:t>
      </w:r>
    </w:p>
    <w:p w:rsidR="007F7938" w:rsidRDefault="007F7938" w:rsidP="007F7938">
      <w:r>
        <w:t>390023</w:t>
      </w:r>
      <w:r>
        <w:tab/>
        <w:t>Ladijsko posredništvo</w:t>
      </w:r>
    </w:p>
    <w:p w:rsidR="007F7938" w:rsidRDefault="007F7938" w:rsidP="007F7938">
      <w:r>
        <w:t>390024</w:t>
      </w:r>
      <w:r>
        <w:tab/>
        <w:t>Prirejanje križarjenj</w:t>
      </w:r>
    </w:p>
    <w:p w:rsidR="007F7938" w:rsidRDefault="007F7938" w:rsidP="007F7938">
      <w:r>
        <w:t>390025</w:t>
      </w:r>
      <w:r>
        <w:tab/>
        <w:t>Storitve prevoza potovanja z ogledom turističnih znamenitosti</w:t>
      </w:r>
    </w:p>
    <w:p w:rsidR="007F7938" w:rsidRDefault="007F7938" w:rsidP="007F7938">
      <w:r>
        <w:t>390026</w:t>
      </w:r>
      <w:r>
        <w:tab/>
        <w:t>Storitve raztovarjanja tovora</w:t>
      </w:r>
    </w:p>
    <w:p w:rsidR="007F7938" w:rsidRDefault="007F7938" w:rsidP="007F7938">
      <w:r>
        <w:t>390027</w:t>
      </w:r>
      <w:r>
        <w:tab/>
        <w:t>Dostava blaga</w:t>
      </w:r>
    </w:p>
    <w:p w:rsidR="007F7938" w:rsidRDefault="007F7938" w:rsidP="007F7938">
      <w:r>
        <w:t>390028</w:t>
      </w:r>
      <w:r>
        <w:tab/>
        <w:t>Hramba blaga</w:t>
      </w:r>
    </w:p>
    <w:p w:rsidR="007F7938" w:rsidRDefault="007F7938" w:rsidP="007F7938">
      <w:r>
        <w:t>390030</w:t>
      </w:r>
      <w:r>
        <w:tab/>
        <w:t>Distribucija vode</w:t>
      </w:r>
    </w:p>
    <w:p w:rsidR="007F7938" w:rsidRDefault="007F7938" w:rsidP="007F7938">
      <w:r>
        <w:t>390031</w:t>
      </w:r>
      <w:r>
        <w:tab/>
        <w:t>Distribucija elektrike</w:t>
      </w:r>
    </w:p>
    <w:p w:rsidR="007F7938" w:rsidRDefault="007F7938" w:rsidP="007F7938">
      <w:r>
        <w:t>390032</w:t>
      </w:r>
      <w:r>
        <w:tab/>
        <w:t>Delovanje kanalskih zapornic</w:t>
      </w:r>
    </w:p>
    <w:p w:rsidR="007F7938" w:rsidRDefault="007F7938" w:rsidP="007F7938">
      <w:r>
        <w:t>390035</w:t>
      </w:r>
      <w:r>
        <w:tab/>
        <w:t>Oddajanje skladišč v najem</w:t>
      </w:r>
    </w:p>
    <w:p w:rsidR="007F7938" w:rsidRDefault="007F7938" w:rsidP="007F7938">
      <w:r>
        <w:t>390036</w:t>
      </w:r>
      <w:r>
        <w:tab/>
        <w:t>Trajektni transport</w:t>
      </w:r>
    </w:p>
    <w:p w:rsidR="007F7938" w:rsidRDefault="007F7938" w:rsidP="007F7938">
      <w:r>
        <w:t>390037</w:t>
      </w:r>
      <w:r>
        <w:tab/>
        <w:t>Rečni transport</w:t>
      </w:r>
    </w:p>
    <w:p w:rsidR="007F7938" w:rsidRDefault="007F7938" w:rsidP="007F7938">
      <w:r>
        <w:t>390038</w:t>
      </w:r>
      <w:r>
        <w:tab/>
        <w:t>Transport tovora (odpošiljanje blaga)</w:t>
      </w:r>
    </w:p>
    <w:p w:rsidR="007F7938" w:rsidRDefault="007F7938" w:rsidP="007F7938">
      <w:r>
        <w:t>390039</w:t>
      </w:r>
      <w:r>
        <w:tab/>
        <w:t>Natovarjanje</w:t>
      </w:r>
    </w:p>
    <w:p w:rsidR="007F7938" w:rsidRDefault="007F7938" w:rsidP="007F7938">
      <w:r>
        <w:t>390040</w:t>
      </w:r>
      <w:r>
        <w:tab/>
        <w:t>Najem garaž</w:t>
      </w:r>
    </w:p>
    <w:p w:rsidR="007F7938" w:rsidRDefault="007F7938" w:rsidP="007F7938">
      <w:r>
        <w:lastRenderedPageBreak/>
        <w:t>390041</w:t>
      </w:r>
      <w:r>
        <w:tab/>
        <w:t>Cevovodni transport</w:t>
      </w:r>
    </w:p>
    <w:p w:rsidR="007F7938" w:rsidRDefault="007F7938" w:rsidP="007F7938">
      <w:r>
        <w:t>390042</w:t>
      </w:r>
      <w:r>
        <w:tab/>
        <w:t>Najem parkirnih prostorov</w:t>
      </w:r>
    </w:p>
    <w:p w:rsidR="007F7938" w:rsidRDefault="007F7938" w:rsidP="007F7938">
      <w:r>
        <w:t>390044</w:t>
      </w:r>
      <w:r>
        <w:tab/>
        <w:t>Najem in izposoja vozil</w:t>
      </w:r>
    </w:p>
    <w:p w:rsidR="007F7938" w:rsidRDefault="007F7938" w:rsidP="007F7938">
      <w:r>
        <w:t>390045</w:t>
      </w:r>
      <w:r>
        <w:tab/>
        <w:t>Najem železniškega vagona</w:t>
      </w:r>
    </w:p>
    <w:p w:rsidR="007F7938" w:rsidRDefault="007F7938" w:rsidP="007F7938">
      <w:r>
        <w:t>390046</w:t>
      </w:r>
      <w:r>
        <w:tab/>
        <w:t>Najem železniških tovornih vagonov</w:t>
      </w:r>
    </w:p>
    <w:p w:rsidR="007F7938" w:rsidRDefault="007F7938" w:rsidP="007F7938">
      <w:r>
        <w:t>390047</w:t>
      </w:r>
      <w:r>
        <w:tab/>
        <w:t>Prevoz pohištva</w:t>
      </w:r>
    </w:p>
    <w:p w:rsidR="007F7938" w:rsidRDefault="007F7938" w:rsidP="007F7938">
      <w:r>
        <w:t>390048</w:t>
      </w:r>
      <w:r>
        <w:tab/>
        <w:t>Transport</w:t>
      </w:r>
    </w:p>
    <w:p w:rsidR="007F7938" w:rsidRDefault="007F7938" w:rsidP="007F7938">
      <w:r>
        <w:t>390049</w:t>
      </w:r>
      <w:r>
        <w:tab/>
        <w:t>Ladijski transport</w:t>
      </w:r>
    </w:p>
    <w:p w:rsidR="007F7938" w:rsidRDefault="007F7938" w:rsidP="007F7938">
      <w:r>
        <w:t>390050</w:t>
      </w:r>
      <w:r>
        <w:tab/>
        <w:t>Organizacija ekskurzij</w:t>
      </w:r>
    </w:p>
    <w:p w:rsidR="007F7938" w:rsidRDefault="007F7938" w:rsidP="007F7938">
      <w:r>
        <w:t>390051</w:t>
      </w:r>
      <w:r>
        <w:tab/>
        <w:t>Potovanja in prevoz potnikov</w:t>
      </w:r>
    </w:p>
    <w:p w:rsidR="007F7938" w:rsidRDefault="007F7938" w:rsidP="007F7938">
      <w:r>
        <w:t>390052</w:t>
      </w:r>
      <w:r>
        <w:tab/>
        <w:t>Pilotiranje</w:t>
      </w:r>
    </w:p>
    <w:p w:rsidR="007F7938" w:rsidRDefault="007F7938" w:rsidP="007F7938">
      <w:r>
        <w:t>390054</w:t>
      </w:r>
      <w:r>
        <w:tab/>
        <w:t>Vleka</w:t>
      </w:r>
    </w:p>
    <w:p w:rsidR="007F7938" w:rsidRDefault="007F7938" w:rsidP="007F7938">
      <w:r>
        <w:t>390055</w:t>
      </w:r>
      <w:r>
        <w:tab/>
        <w:t>Splavljanje nasedlih ladij</w:t>
      </w:r>
    </w:p>
    <w:p w:rsidR="007F7938" w:rsidRDefault="007F7938" w:rsidP="007F7938">
      <w:r>
        <w:t>390056</w:t>
      </w:r>
      <w:r>
        <w:tab/>
        <w:t>Rezervacije sedežev za potovanja</w:t>
      </w:r>
    </w:p>
    <w:p w:rsidR="007F7938" w:rsidRDefault="007F7938" w:rsidP="007F7938">
      <w:r>
        <w:t>390057</w:t>
      </w:r>
      <w:r>
        <w:tab/>
        <w:t>Reševanje</w:t>
      </w:r>
    </w:p>
    <w:p w:rsidR="007F7938" w:rsidRDefault="007F7938" w:rsidP="007F7938">
      <w:r>
        <w:t>390058</w:t>
      </w:r>
      <w:r>
        <w:tab/>
        <w:t>Taksi storitve</w:t>
      </w:r>
    </w:p>
    <w:p w:rsidR="007F7938" w:rsidRDefault="007F7938" w:rsidP="007F7938">
      <w:r>
        <w:t>390060</w:t>
      </w:r>
      <w:r>
        <w:tab/>
        <w:t>Špedicija</w:t>
      </w:r>
    </w:p>
    <w:p w:rsidR="007F7938" w:rsidRDefault="007F7938" w:rsidP="007F7938">
      <w:r>
        <w:t>390061</w:t>
      </w:r>
      <w:r>
        <w:tab/>
        <w:t>Pomorski transport</w:t>
      </w:r>
    </w:p>
    <w:p w:rsidR="007F7938" w:rsidRDefault="007F7938" w:rsidP="007F7938">
      <w:r>
        <w:t>390063</w:t>
      </w:r>
      <w:r>
        <w:tab/>
        <w:t>Prevoz potnikov</w:t>
      </w:r>
    </w:p>
    <w:p w:rsidR="007F7938" w:rsidRDefault="007F7938" w:rsidP="007F7938">
      <w:r>
        <w:t>390065</w:t>
      </w:r>
      <w:r>
        <w:tab/>
        <w:t>Selitvene storitve</w:t>
      </w:r>
    </w:p>
    <w:p w:rsidR="007F7938" w:rsidRDefault="007F7938" w:rsidP="007F7938">
      <w:r>
        <w:t>390071</w:t>
      </w:r>
      <w:r>
        <w:tab/>
        <w:t>Skladiščenje čolnov</w:t>
      </w:r>
    </w:p>
    <w:p w:rsidR="007F7938" w:rsidRDefault="007F7938" w:rsidP="007F7938">
      <w:r>
        <w:t>390073</w:t>
      </w:r>
      <w:r>
        <w:tab/>
        <w:t>Posredništvo transportnih storitev</w:t>
      </w:r>
    </w:p>
    <w:p w:rsidR="007F7938" w:rsidRDefault="007F7938" w:rsidP="007F7938">
      <w:r>
        <w:t>390074</w:t>
      </w:r>
      <w:r>
        <w:tab/>
        <w:t>Šoferske storitve</w:t>
      </w:r>
    </w:p>
    <w:p w:rsidR="007F7938" w:rsidRDefault="007F7938" w:rsidP="007F7938">
      <w:r>
        <w:t>390075</w:t>
      </w:r>
      <w:r>
        <w:tab/>
        <w:t>Kurirske storitve (sporočila ali trgovsko blago)</w:t>
      </w:r>
    </w:p>
    <w:p w:rsidR="007F7938" w:rsidRDefault="007F7938" w:rsidP="007F7938">
      <w:r>
        <w:t>390076</w:t>
      </w:r>
      <w:r>
        <w:tab/>
        <w:t>Informacije o skladiščenju</w:t>
      </w:r>
    </w:p>
    <w:p w:rsidR="007F7938" w:rsidRDefault="007F7938" w:rsidP="007F7938">
      <w:r>
        <w:t>390077</w:t>
      </w:r>
      <w:r>
        <w:tab/>
        <w:t>Informacije o transportu</w:t>
      </w:r>
    </w:p>
    <w:p w:rsidR="007F7938" w:rsidRDefault="007F7938" w:rsidP="007F7938">
      <w:r>
        <w:t>390078</w:t>
      </w:r>
      <w:r>
        <w:tab/>
        <w:t>Najem potapljaških zvonov</w:t>
      </w:r>
    </w:p>
    <w:p w:rsidR="007F7938" w:rsidRDefault="007F7938" w:rsidP="007F7938">
      <w:r>
        <w:t>390079</w:t>
      </w:r>
      <w:r>
        <w:tab/>
        <w:t>Najem atmosferskih potapljaških oblek</w:t>
      </w:r>
    </w:p>
    <w:p w:rsidR="007F7938" w:rsidRDefault="007F7938" w:rsidP="007F7938">
      <w:r>
        <w:t>390080</w:t>
      </w:r>
      <w:r>
        <w:tab/>
        <w:t>Najem skladiščnih kontejnerjev</w:t>
      </w:r>
    </w:p>
    <w:p w:rsidR="007F7938" w:rsidRDefault="007F7938" w:rsidP="007F7938">
      <w:r>
        <w:t>390081</w:t>
      </w:r>
      <w:r>
        <w:tab/>
        <w:t>Izposoja strešnih prtljažnikov (za vozila)</w:t>
      </w:r>
    </w:p>
    <w:p w:rsidR="007F7938" w:rsidRDefault="007F7938" w:rsidP="007F7938">
      <w:r>
        <w:t>390082</w:t>
      </w:r>
      <w:r>
        <w:tab/>
        <w:t>Transportne reševalne operacije</w:t>
      </w:r>
    </w:p>
    <w:p w:rsidR="007F7938" w:rsidRDefault="007F7938" w:rsidP="007F7938">
      <w:r>
        <w:t>390083</w:t>
      </w:r>
      <w:r>
        <w:tab/>
        <w:t>Transportne rezervacije</w:t>
      </w:r>
    </w:p>
    <w:p w:rsidR="007F7938" w:rsidRDefault="007F7938" w:rsidP="007F7938">
      <w:r>
        <w:t>390084</w:t>
      </w:r>
      <w:r>
        <w:tab/>
        <w:t>Potovalne rezervacije</w:t>
      </w:r>
    </w:p>
    <w:p w:rsidR="007F7938" w:rsidRDefault="007F7938" w:rsidP="007F7938">
      <w:r>
        <w:t>390085</w:t>
      </w:r>
      <w:r>
        <w:tab/>
        <w:t>Podvodno reševanje</w:t>
      </w:r>
    </w:p>
    <w:p w:rsidR="007F7938" w:rsidRDefault="007F7938" w:rsidP="007F7938">
      <w:r>
        <w:t>390086</w:t>
      </w:r>
      <w:r>
        <w:tab/>
        <w:t>Zavijanje blaga</w:t>
      </w:r>
    </w:p>
    <w:p w:rsidR="007F7938" w:rsidRDefault="007F7938" w:rsidP="007F7938">
      <w:r>
        <w:t>390087</w:t>
      </w:r>
      <w:r>
        <w:tab/>
        <w:t>Dostava sporočil</w:t>
      </w:r>
    </w:p>
    <w:p w:rsidR="007F7938" w:rsidRDefault="007F7938" w:rsidP="007F7938">
      <w:r>
        <w:t>390089</w:t>
      </w:r>
      <w:r>
        <w:tab/>
        <w:t>Dostava blaga po pošti</w:t>
      </w:r>
    </w:p>
    <w:p w:rsidR="007F7938" w:rsidRDefault="007F7938" w:rsidP="007F7938">
      <w:r>
        <w:t>390090</w:t>
      </w:r>
      <w:r>
        <w:tab/>
        <w:t>Distribucija energije</w:t>
      </w:r>
    </w:p>
    <w:p w:rsidR="007F7938" w:rsidRDefault="007F7938" w:rsidP="007F7938">
      <w:r>
        <w:t>390091</w:t>
      </w:r>
      <w:r>
        <w:tab/>
        <w:t>Najem dirkalnih avtomobilov</w:t>
      </w:r>
    </w:p>
    <w:p w:rsidR="007F7938" w:rsidRDefault="007F7938" w:rsidP="007F7938">
      <w:r>
        <w:t>390092</w:t>
      </w:r>
      <w:r>
        <w:tab/>
        <w:t>Najem invalidskih vozičkov</w:t>
      </w:r>
    </w:p>
    <w:p w:rsidR="007F7938" w:rsidRDefault="007F7938" w:rsidP="007F7938">
      <w:r>
        <w:t>390093</w:t>
      </w:r>
      <w:r>
        <w:tab/>
        <w:t>Ladijsko pretovarjanje</w:t>
      </w:r>
    </w:p>
    <w:p w:rsidR="007F7938" w:rsidRDefault="007F7938" w:rsidP="007F7938">
      <w:r>
        <w:t>390094</w:t>
      </w:r>
      <w:r>
        <w:tab/>
        <w:t>Shranjevanje (fizično) elektronsko shranjenih podatkov ali dokumentov</w:t>
      </w:r>
    </w:p>
    <w:p w:rsidR="007F7938" w:rsidRDefault="007F7938" w:rsidP="007F7938">
      <w:r>
        <w:t>390095</w:t>
      </w:r>
      <w:r>
        <w:tab/>
        <w:t>Izstrelitve satelitov za druge</w:t>
      </w:r>
    </w:p>
    <w:p w:rsidR="007F7938" w:rsidRDefault="007F7938" w:rsidP="007F7938">
      <w:r>
        <w:t>390096</w:t>
      </w:r>
      <w:r>
        <w:tab/>
        <w:t>Dostava rož</w:t>
      </w:r>
    </w:p>
    <w:p w:rsidR="007F7938" w:rsidRDefault="007F7938" w:rsidP="007F7938">
      <w:r>
        <w:t>390097</w:t>
      </w:r>
      <w:r>
        <w:tab/>
        <w:t>Frankiranje pošte</w:t>
      </w:r>
    </w:p>
    <w:p w:rsidR="007F7938" w:rsidRDefault="007F7938" w:rsidP="007F7938">
      <w:r>
        <w:t>390098</w:t>
      </w:r>
      <w:r>
        <w:tab/>
        <w:t>Prometne informacije</w:t>
      </w:r>
    </w:p>
    <w:p w:rsidR="007F7938" w:rsidRDefault="007F7938" w:rsidP="007F7938">
      <w:r>
        <w:t>390099</w:t>
      </w:r>
      <w:r>
        <w:tab/>
        <w:t>Najem zamrzovalnikov</w:t>
      </w:r>
    </w:p>
    <w:p w:rsidR="007F7938" w:rsidRDefault="007F7938" w:rsidP="007F7938">
      <w:r>
        <w:t>390100</w:t>
      </w:r>
      <w:r>
        <w:tab/>
        <w:t>Polnjenje steklenic</w:t>
      </w:r>
    </w:p>
    <w:p w:rsidR="007F7938" w:rsidRDefault="007F7938" w:rsidP="007F7938">
      <w:r>
        <w:t>390101</w:t>
      </w:r>
      <w:r>
        <w:tab/>
        <w:t>Transportna logistika</w:t>
      </w:r>
    </w:p>
    <w:p w:rsidR="007F7938" w:rsidRDefault="007F7938" w:rsidP="007F7938">
      <w:r>
        <w:t>390102</w:t>
      </w:r>
      <w:r>
        <w:tab/>
        <w:t>Izposoja letal</w:t>
      </w:r>
    </w:p>
    <w:p w:rsidR="007F7938" w:rsidRDefault="007F7938" w:rsidP="007F7938">
      <w:r>
        <w:t>390103</w:t>
      </w:r>
      <w:r>
        <w:tab/>
        <w:t>Prevoz s tovornim čolnom</w:t>
      </w:r>
    </w:p>
    <w:p w:rsidR="007F7938" w:rsidRDefault="007F7938" w:rsidP="007F7938">
      <w:r>
        <w:t>390104</w:t>
      </w:r>
      <w:r>
        <w:tab/>
        <w:t>Najem avtobusa</w:t>
      </w:r>
    </w:p>
    <w:p w:rsidR="007F7938" w:rsidRDefault="007F7938" w:rsidP="007F7938">
      <w:r>
        <w:t>390105</w:t>
      </w:r>
      <w:r>
        <w:tab/>
        <w:t>Najem letalskih motorjev</w:t>
      </w:r>
    </w:p>
    <w:p w:rsidR="007F7938" w:rsidRDefault="007F7938" w:rsidP="007F7938">
      <w:r>
        <w:t>390106</w:t>
      </w:r>
      <w:r>
        <w:tab/>
        <w:t>Varovan prevoz dragocenosti</w:t>
      </w:r>
    </w:p>
    <w:p w:rsidR="007F7938" w:rsidRDefault="007F7938" w:rsidP="007F7938">
      <w:r>
        <w:t>390107</w:t>
      </w:r>
      <w:r>
        <w:tab/>
        <w:t>Oddajanje navigacijskih sistemov v najem</w:t>
      </w:r>
    </w:p>
    <w:p w:rsidR="007F7938" w:rsidRDefault="007F7938" w:rsidP="007F7938">
      <w:r>
        <w:t>390108</w:t>
      </w:r>
      <w:r>
        <w:tab/>
        <w:t>Nudenja navodil o smeri vožnje za namene potovanja</w:t>
      </w:r>
    </w:p>
    <w:p w:rsidR="007F7938" w:rsidRDefault="007F7938" w:rsidP="007F7938">
      <w:r>
        <w:t>390109</w:t>
      </w:r>
      <w:r>
        <w:tab/>
        <w:t>Zavijanje daril</w:t>
      </w:r>
    </w:p>
    <w:p w:rsidR="007F7938" w:rsidRDefault="007F7938" w:rsidP="007F7938">
      <w:r>
        <w:t>390110</w:t>
      </w:r>
      <w:r>
        <w:tab/>
        <w:t>Izposoja traktorjev</w:t>
      </w:r>
    </w:p>
    <w:p w:rsidR="007F7938" w:rsidRDefault="007F7938" w:rsidP="007F7938">
      <w:r>
        <w:t>390111</w:t>
      </w:r>
      <w:r>
        <w:tab/>
        <w:t>Zbiranje predmetov, ki se jih da reciklirati [prevozništvo]</w:t>
      </w:r>
    </w:p>
    <w:p w:rsidR="007F7938" w:rsidRDefault="007F7938" w:rsidP="007F7938">
      <w:r>
        <w:t>390112</w:t>
      </w:r>
      <w:r>
        <w:tab/>
        <w:t>Najem električnih vinskih vitrin</w:t>
      </w:r>
    </w:p>
    <w:p w:rsidR="007F7938" w:rsidRDefault="007F7938" w:rsidP="007F7938">
      <w:r>
        <w:t>390113</w:t>
      </w:r>
      <w:r>
        <w:tab/>
        <w:t>Polnjenje bančnih avtomatov z bankovci</w:t>
      </w:r>
    </w:p>
    <w:p w:rsidR="007F7938" w:rsidRDefault="007F7938" w:rsidP="007F7938">
      <w:r>
        <w:t>390114</w:t>
      </w:r>
      <w:r>
        <w:tab/>
        <w:t>Storitve souporabe avtomobilov</w:t>
      </w:r>
    </w:p>
    <w:p w:rsidR="007F7938" w:rsidRDefault="007F7938" w:rsidP="007F7938">
      <w:r>
        <w:t>390115</w:t>
      </w:r>
      <w:r>
        <w:tab/>
        <w:t>Polnjenje prodajnih avtomatov</w:t>
      </w:r>
    </w:p>
    <w:p w:rsidR="007F7938" w:rsidRDefault="007F7938" w:rsidP="007F7938">
      <w:r>
        <w:t>390116</w:t>
      </w:r>
      <w:r>
        <w:tab/>
        <w:t>Urejanje shranjevanja prtljage</w:t>
      </w:r>
    </w:p>
    <w:p w:rsidR="007F7938" w:rsidRDefault="007F7938" w:rsidP="007F7938">
      <w:r>
        <w:t>390117</w:t>
      </w:r>
      <w:r>
        <w:tab/>
        <w:t>Organiziranje storitev prevoza potnikov za druge prek spletnih aplikacij</w:t>
      </w:r>
    </w:p>
    <w:p w:rsidR="007F7938" w:rsidRDefault="007F7938" w:rsidP="007F7938">
      <w:r>
        <w:t>390118</w:t>
      </w:r>
      <w:r>
        <w:tab/>
        <w:t>Pilotiranje civilnih dronov</w:t>
      </w:r>
    </w:p>
    <w:p w:rsidR="007F7938" w:rsidRDefault="007F7938" w:rsidP="007F7938">
      <w:r>
        <w:t>390119</w:t>
      </w:r>
      <w:r>
        <w:tab/>
        <w:t>Urejanje potovalnih vizumov, potnih listov in potovalnih dokumentov za osebe, ki potujejo v tujino</w:t>
      </w:r>
    </w:p>
    <w:p w:rsidR="007F7938" w:rsidRDefault="007F7938" w:rsidP="007F7938">
      <w:r>
        <w:t>390120</w:t>
      </w:r>
      <w:r>
        <w:tab/>
        <w:t>Storitve deljene uporabe avtomobila</w:t>
      </w:r>
    </w:p>
    <w:p w:rsidR="007F7938" w:rsidRDefault="007F7938" w:rsidP="007F7938">
      <w:r>
        <w:t>390121</w:t>
      </w:r>
      <w:r>
        <w:tab/>
        <w:t>Začasno shranjevanje ključev</w:t>
      </w:r>
    </w:p>
    <w:p w:rsidR="007F7938" w:rsidRDefault="007F7938" w:rsidP="007F7938">
      <w:r>
        <w:t>390122</w:t>
      </w:r>
      <w:r>
        <w:tab/>
        <w:t>Najem fotografskih brezpilotnih zrakoplovov</w:t>
      </w:r>
    </w:p>
    <w:p w:rsidR="007F7938" w:rsidRDefault="007F7938" w:rsidP="007F7938">
      <w:r>
        <w:t>390124</w:t>
      </w:r>
      <w:r>
        <w:tab/>
        <w:t>Zbiranje gospodinjskih in industrijskih odpadkov in smeti</w:t>
      </w:r>
    </w:p>
    <w:p w:rsidR="007F7938" w:rsidRDefault="007F7938" w:rsidP="007F7938">
      <w:r>
        <w:t>390125</w:t>
      </w:r>
      <w:r>
        <w:tab/>
        <w:t>Najem shranjevalnih omaric s ključavnico</w:t>
      </w:r>
    </w:p>
    <w:p w:rsidR="007F7938" w:rsidRDefault="007F7938" w:rsidP="007F7938">
      <w:r>
        <w:t>390126</w:t>
      </w:r>
      <w:r>
        <w:tab/>
        <w:t>Lociranje oseb in sledenje osebam za namene prevoza</w:t>
      </w:r>
    </w:p>
    <w:p w:rsidR="007F7938" w:rsidRDefault="007F7938" w:rsidP="007F7938">
      <w:r>
        <w:t>390127</w:t>
      </w:r>
      <w:r>
        <w:tab/>
        <w:t>Storitve prevoza pravnih dokumentov</w:t>
      </w:r>
    </w:p>
    <w:p w:rsidR="007F7938" w:rsidRDefault="007F7938" w:rsidP="007F7938">
      <w:r>
        <w:t>390128</w:t>
      </w:r>
      <w:r>
        <w:tab/>
        <w:t>Gondolski prevoz</w:t>
      </w:r>
    </w:p>
    <w:p w:rsidR="007F7938" w:rsidRDefault="007F7938" w:rsidP="007F7938">
      <w:r>
        <w:t>390129</w:t>
      </w:r>
      <w:r>
        <w:tab/>
        <w:t>Najem otroških sedežev za vozila</w:t>
      </w:r>
    </w:p>
    <w:p w:rsidR="007F7938" w:rsidRDefault="007F7938" w:rsidP="007F7938">
      <w:r>
        <w:t>390131</w:t>
      </w:r>
      <w:r>
        <w:tab/>
        <w:t>Najem nadzornih brezpilotnih zrakoplovov</w:t>
      </w:r>
    </w:p>
    <w:p w:rsidR="007F7938" w:rsidRDefault="007F7938" w:rsidP="007F7938">
      <w:r>
        <w:t>390132</w:t>
      </w:r>
      <w:r>
        <w:tab/>
        <w:t>Najem varnostnih brezpilotnih zrakoplovov</w:t>
      </w:r>
    </w:p>
    <w:p w:rsidR="007F7938" w:rsidRDefault="007F7938" w:rsidP="007F7938">
      <w:r>
        <w:t>390133</w:t>
      </w:r>
      <w:r>
        <w:tab/>
        <w:t>Lokalizacija in sledenje blaga za transportne namene</w:t>
      </w:r>
    </w:p>
    <w:p w:rsidR="007F7938" w:rsidRDefault="007F7938" w:rsidP="007F7938">
      <w:r>
        <w:t>390134</w:t>
      </w:r>
      <w:r>
        <w:tab/>
        <w:t>Prevoz ujetega ogljikovega dioksida za druge</w:t>
      </w:r>
    </w:p>
    <w:p w:rsidR="007F7938" w:rsidRDefault="007F7938" w:rsidP="007F7938">
      <w:r>
        <w:t>390135</w:t>
      </w:r>
      <w:r>
        <w:tab/>
        <w:t>Shranjevanje ujetega ogljikovega dioksida za druge</w:t>
      </w:r>
    </w:p>
    <w:p w:rsidR="007F7938" w:rsidRDefault="007F7938" w:rsidP="007F7938">
      <w:r>
        <w:t>390137</w:t>
      </w:r>
      <w:r>
        <w:tab/>
        <w:t>Vesoljski prevozi</w:t>
      </w:r>
    </w:p>
    <w:p w:rsidR="007F7938" w:rsidRDefault="007F7938" w:rsidP="007F7938">
      <w:r>
        <w:t>390138</w:t>
      </w:r>
      <w:r>
        <w:tab/>
        <w:t>Najem dostavnih robotov</w:t>
      </w:r>
    </w:p>
    <w:p w:rsidR="007F7938" w:rsidRDefault="007F7938" w:rsidP="007F7938">
      <w:r>
        <w:t>390139</w:t>
      </w:r>
      <w:r>
        <w:tab/>
        <w:t>Storitve najema avtomobilov na podlagi naročnine</w:t>
      </w:r>
    </w:p>
    <w:p w:rsidR="007F7938" w:rsidRDefault="007F7938" w:rsidP="007F7938">
      <w:r>
        <w:t>390140</w:t>
      </w:r>
      <w:r>
        <w:tab/>
        <w:t>Zbiranje gospodinjske embalaže za namene vračila kavcije</w:t>
      </w:r>
    </w:p>
    <w:p w:rsidR="007F7938" w:rsidRDefault="007F7938" w:rsidP="007F7938">
      <w:r>
        <w:t>390141</w:t>
      </w:r>
      <w:r>
        <w:tab/>
        <w:t>Kriogensko shranjevanje bioloških tkiv [skladiščenje]</w:t>
      </w:r>
    </w:p>
    <w:p w:rsidR="001F500C" w:rsidRDefault="001F500C">
      <w:pPr>
        <w:pStyle w:val="Naslov1"/>
        <w:sectPr w:rsidR="001F500C" w:rsidSect="00E00425">
          <w:type w:val="continuous"/>
          <w:pgSz w:w="11907" w:h="16840" w:code="9"/>
          <w:pgMar w:top="1418" w:right="1418" w:bottom="1418" w:left="1418" w:header="720" w:footer="720" w:gutter="0"/>
          <w:cols w:num="2" w:space="720"/>
          <w:docGrid w:linePitch="360"/>
        </w:sectPr>
      </w:pPr>
    </w:p>
    <w:p w:rsidR="000B6F09" w:rsidRDefault="000B6F09">
      <w:pPr>
        <w:tabs>
          <w:tab w:val="clear" w:pos="907"/>
        </w:tabs>
        <w:spacing w:after="200" w:line="276" w:lineRule="auto"/>
        <w:ind w:left="0" w:firstLine="0"/>
        <w:rPr>
          <w:rFonts w:eastAsiaTheme="majorEastAsia" w:cstheme="majorBidi"/>
          <w:b/>
          <w:bCs/>
          <w:color w:val="000000" w:themeColor="text1"/>
          <w:sz w:val="22"/>
          <w:szCs w:val="28"/>
          <w:lang w:val="sl-SI" w:eastAsia="sl-SI"/>
        </w:rPr>
      </w:pPr>
      <w:r>
        <w:rPr>
          <w:lang w:val="sl-SI" w:eastAsia="sl-SI"/>
        </w:rPr>
        <w:br w:type="page"/>
      </w:r>
    </w:p>
    <w:p w:rsidR="005503A8" w:rsidRPr="005503A8" w:rsidRDefault="005503A8" w:rsidP="007F7938">
      <w:pPr>
        <w:pStyle w:val="Naslov1"/>
        <w:rPr>
          <w:lang w:val="sl-SI" w:eastAsia="sl-SI"/>
        </w:rPr>
      </w:pPr>
      <w:r w:rsidRPr="005503A8">
        <w:rPr>
          <w:lang w:val="sl-SI" w:eastAsia="sl-SI"/>
        </w:rPr>
        <w:lastRenderedPageBreak/>
        <w:t xml:space="preserve">Razred 40 </w:t>
      </w:r>
    </w:p>
    <w:p w:rsidR="005503A8" w:rsidRDefault="005503A8" w:rsidP="00634B76">
      <w:pPr>
        <w:pStyle w:val="Naslov2"/>
        <w:spacing w:after="200"/>
        <w:rPr>
          <w:lang w:val="sl-SI" w:eastAsia="sl-SI"/>
        </w:rPr>
      </w:pPr>
      <w:r w:rsidRPr="005503A8">
        <w:rPr>
          <w:lang w:val="sl-SI" w:eastAsia="sl-SI"/>
        </w:rPr>
        <w:t>Obdelava materialov; recikliranje odpadkov in smeti; čiščenje zraka in obdelava vode; tiskarske storitve; konzerviranje hrane in pijače</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7F7938" w:rsidRPr="00D85EAF" w:rsidTr="00CF2B9C">
        <w:trPr>
          <w:trHeight w:val="143"/>
          <w:tblHeader/>
        </w:trPr>
        <w:tc>
          <w:tcPr>
            <w:tcW w:w="9493" w:type="dxa"/>
            <w:gridSpan w:val="2"/>
            <w:shd w:val="clear" w:color="auto" w:fill="F2F2F2" w:themeFill="background1" w:themeFillShade="F2"/>
            <w:vAlign w:val="center"/>
          </w:tcPr>
          <w:p w:rsidR="007F7938" w:rsidRPr="0087064C" w:rsidRDefault="007F7938" w:rsidP="00CA36E9">
            <w:pPr>
              <w:pStyle w:val="opomba"/>
              <w:spacing w:after="60"/>
              <w:rPr>
                <w:b/>
              </w:rPr>
            </w:pPr>
            <w:r w:rsidRPr="0087064C">
              <w:rPr>
                <w:b/>
              </w:rPr>
              <w:t xml:space="preserve">RAZRED </w:t>
            </w:r>
            <w:r w:rsidR="000B6F09">
              <w:rPr>
                <w:b/>
              </w:rPr>
              <w:t>40</w:t>
            </w:r>
            <w:r w:rsidRPr="0087064C">
              <w:rPr>
                <w:b/>
              </w:rPr>
              <w:t xml:space="preserve"> - pojasnjevalne opombe</w:t>
            </w:r>
          </w:p>
        </w:tc>
      </w:tr>
      <w:tr w:rsidR="007F7938" w:rsidRPr="00D85EAF" w:rsidTr="00CF2B9C">
        <w:trPr>
          <w:trHeight w:val="390"/>
        </w:trPr>
        <w:tc>
          <w:tcPr>
            <w:tcW w:w="9493" w:type="dxa"/>
            <w:gridSpan w:val="2"/>
            <w:shd w:val="clear" w:color="auto" w:fill="F2F2F2" w:themeFill="background1" w:themeFillShade="F2"/>
            <w:vAlign w:val="center"/>
          </w:tcPr>
          <w:p w:rsidR="007F7938" w:rsidRPr="00993A45" w:rsidRDefault="000B6F09" w:rsidP="00CA36E9">
            <w:pPr>
              <w:pStyle w:val="opomba"/>
              <w:spacing w:before="40" w:after="40"/>
            </w:pPr>
            <w:r>
              <w:t>Razred 40 vključuje predvsem storitve mehanske ali kemične obdelave, predelave ali proizvodnje predmetov ali anorganskih ali organskih snovi, vključno s storitvami proizvodnje po meri. Proizvodnja oziroma izdelava blaga se za namene razvrščanja šteje za storitev samo, če je opravljena za račun druge osebe po njenem naročilu in specifikaciji. Če se proizvodnja oziroma izdelava ne izvaja za izpolnitev naročila za blago, ki ustreza posebnim potrebam, zahtevam ali specifikacijam stranke, gre običajno za dejavnost, ki je pomožna osnovni poslovni dejavnosti proizvajalca ali blago v trgovini. Če snov ali predmet trži tretjim osebam oseba, ki jo je predelala, preoblikovala ali proizvedla, to na splošno ne šteje kot storitev.</w:t>
            </w:r>
          </w:p>
        </w:tc>
      </w:tr>
      <w:tr w:rsidR="007F7938" w:rsidRPr="00D85EAF" w:rsidTr="00CF2B9C">
        <w:trPr>
          <w:trHeight w:val="3742"/>
        </w:trPr>
        <w:tc>
          <w:tcPr>
            <w:tcW w:w="4746" w:type="dxa"/>
            <w:shd w:val="clear" w:color="auto" w:fill="F2F2F2" w:themeFill="background1" w:themeFillShade="F2"/>
          </w:tcPr>
          <w:p w:rsidR="007F7938" w:rsidRPr="00993A45" w:rsidRDefault="007F7938" w:rsidP="00CA36E9">
            <w:pPr>
              <w:pStyle w:val="opomba"/>
              <w:spacing w:after="60"/>
            </w:pPr>
            <w:r w:rsidRPr="00D85EAF">
              <w:t>V ta razred so vključeni zlasti:</w:t>
            </w:r>
          </w:p>
          <w:p w:rsidR="000B6F09" w:rsidRDefault="000B6F09" w:rsidP="00CA36E9">
            <w:pPr>
              <w:pStyle w:val="opombapika"/>
              <w:spacing w:after="40"/>
            </w:pPr>
            <w:r>
              <w:t>preoblikovanje predmeta ali snovi in ​​vsak postopek, ki vključuje spremembo njegovih bistvenih lastnosti, na primer barvanje oblačila; take storitve preoblikovanja se prav tako uvrščajo v razred 40, če se opravljajo v okviru popravil ali vzdrževalnih del, na primer kromiranje odbijačev motornih vozil.</w:t>
            </w:r>
          </w:p>
          <w:p w:rsidR="000B6F09" w:rsidRDefault="000B6F09" w:rsidP="00CA36E9">
            <w:pPr>
              <w:pStyle w:val="opombapika"/>
              <w:spacing w:after="40"/>
            </w:pPr>
            <w:r>
              <w:t>storitve obdelave materialov, ki so lahko prisotne med proizvodnjo katere koli snovi ali predmeta, razen zgradbe, na primer storitve, ki vključujejo rezanje, oblikovanje, poliranje z abrazijo ali prevleko s kovino</w:t>
            </w:r>
          </w:p>
          <w:p w:rsidR="000B6F09" w:rsidRDefault="000B6F09" w:rsidP="00CA36E9">
            <w:pPr>
              <w:pStyle w:val="opombapika"/>
              <w:spacing w:after="40"/>
            </w:pPr>
            <w:r>
              <w:t>spajanje materialov, na primer spajkanje ali varjenje</w:t>
            </w:r>
          </w:p>
          <w:p w:rsidR="000B6F09" w:rsidRDefault="000B6F09" w:rsidP="00CA36E9">
            <w:pPr>
              <w:pStyle w:val="opombapika"/>
              <w:spacing w:after="40"/>
            </w:pPr>
            <w:r>
              <w:t>predelava in obdelava živil, na primer drobljenje sadja, mletje moke, konzerviranje hrane in pijače, dimljenje hrane, zamrzovanje živil</w:t>
            </w:r>
          </w:p>
          <w:p w:rsidR="000B6F09" w:rsidRDefault="000B6F09" w:rsidP="00CA36E9">
            <w:pPr>
              <w:pStyle w:val="opombapika"/>
              <w:spacing w:after="40"/>
            </w:pPr>
            <w:r>
              <w:t>izdelava blaga po naročilu in specifikaciji drugih (ob upoštevanju, da nekateri uradi zahtevajo navedbo proizvedenega blaga), npr. izdelava avtomobilov po meri</w:t>
            </w:r>
          </w:p>
          <w:p w:rsidR="007F7938" w:rsidRPr="00993A45" w:rsidRDefault="000B6F09" w:rsidP="000B6F09">
            <w:pPr>
              <w:pStyle w:val="opombapika"/>
            </w:pPr>
            <w:r>
              <w:t>prešivanje, vezenje, krojenje po meri, barvanje tekstila, nanašanje zaključkov na tekstil</w:t>
            </w:r>
          </w:p>
        </w:tc>
        <w:tc>
          <w:tcPr>
            <w:tcW w:w="4747" w:type="dxa"/>
            <w:shd w:val="clear" w:color="auto" w:fill="F2F2F2" w:themeFill="background1" w:themeFillShade="F2"/>
          </w:tcPr>
          <w:p w:rsidR="007F7938" w:rsidRPr="00993A45" w:rsidRDefault="007F7938" w:rsidP="00CA36E9">
            <w:pPr>
              <w:pStyle w:val="opomba"/>
              <w:spacing w:after="60"/>
            </w:pPr>
            <w:r w:rsidRPr="00D85EAF">
              <w:t>V ta razred niso vključeni zlasti:</w:t>
            </w:r>
          </w:p>
          <w:p w:rsidR="00CA36E9" w:rsidRDefault="00CA36E9" w:rsidP="00CA36E9">
            <w:pPr>
              <w:pStyle w:val="opombapika"/>
            </w:pPr>
            <w:r>
              <w:t>nekatere storitve po meri, na primer barvanje avtomobilov po meri (razred 37)</w:t>
            </w:r>
          </w:p>
          <w:p w:rsidR="00CA36E9" w:rsidRDefault="00CA36E9" w:rsidP="00CA36E9">
            <w:pPr>
              <w:pStyle w:val="opombapika"/>
            </w:pPr>
            <w:r>
              <w:t>storitve čiščenja, na primer pranje perila, čiščenje oken, čiščenje notranjih in zunanjih površin zgradb (razred 37)</w:t>
            </w:r>
          </w:p>
          <w:p w:rsidR="00CA36E9" w:rsidRDefault="00CA36E9" w:rsidP="00CA36E9">
            <w:pPr>
              <w:pStyle w:val="opombapika"/>
            </w:pPr>
            <w:r>
              <w:t>zaščita pred rjo, na primer obdelava vozil proti rji (razred 37)</w:t>
            </w:r>
          </w:p>
          <w:p w:rsidR="00CA36E9" w:rsidRDefault="00CA36E9" w:rsidP="00CA36E9">
            <w:pPr>
              <w:pStyle w:val="opombapika"/>
            </w:pPr>
            <w:r>
              <w:t>storitve na področju gradbeništva, na primer pleskanje in ometanje (razred 37)</w:t>
            </w:r>
          </w:p>
          <w:p w:rsidR="00CA36E9" w:rsidRDefault="00CA36E9" w:rsidP="00CA36E9">
            <w:pPr>
              <w:pStyle w:val="opombapika"/>
            </w:pPr>
            <w:r>
              <w:t>storitve, ki ne vključujejo spremembe bistvenih lastnosti predmeta ali snovi, na primer vzdrževanje ali popravilo pohištva (razred 37)</w:t>
            </w:r>
          </w:p>
          <w:p w:rsidR="007F7938" w:rsidRPr="00993A45" w:rsidRDefault="00CA36E9" w:rsidP="00CA36E9">
            <w:pPr>
              <w:pStyle w:val="opombapika"/>
            </w:pPr>
            <w:r>
              <w:t>dekoriranje jedi, oblikovanje jedi (razred 43)</w:t>
            </w:r>
          </w:p>
        </w:tc>
      </w:tr>
    </w:tbl>
    <w:p w:rsidR="00F875A9" w:rsidRPr="005503A8" w:rsidRDefault="00F875A9" w:rsidP="00CA36E9">
      <w:pPr>
        <w:spacing w:after="240"/>
        <w:rPr>
          <w:lang w:val="sl-SI"/>
        </w:rPr>
      </w:pPr>
    </w:p>
    <w:p w:rsidR="001F500C" w:rsidRPr="005503A8" w:rsidRDefault="001F500C">
      <w:pPr>
        <w:rPr>
          <w:lang w:val="sl-SI"/>
        </w:rPr>
        <w:sectPr w:rsidR="001F500C" w:rsidRPr="005503A8" w:rsidSect="00E00425">
          <w:type w:val="continuous"/>
          <w:pgSz w:w="11907" w:h="16840" w:code="9"/>
          <w:pgMar w:top="1418" w:right="1418" w:bottom="1418" w:left="1418" w:header="720" w:footer="720" w:gutter="0"/>
          <w:cols w:space="720"/>
          <w:docGrid w:linePitch="360"/>
        </w:sectPr>
      </w:pPr>
    </w:p>
    <w:p w:rsidR="007F7938" w:rsidRDefault="007F7938" w:rsidP="00634B76">
      <w:pPr>
        <w:spacing w:after="36"/>
      </w:pPr>
      <w:r>
        <w:t>400001</w:t>
      </w:r>
      <w:r>
        <w:tab/>
        <w:t>Brušenje (abrazija)</w:t>
      </w:r>
    </w:p>
    <w:p w:rsidR="007F7938" w:rsidRDefault="007F7938" w:rsidP="00634B76">
      <w:pPr>
        <w:spacing w:after="36"/>
      </w:pPr>
      <w:r>
        <w:t>400002</w:t>
      </w:r>
      <w:r>
        <w:tab/>
        <w:t>Obdelava kinematografskih filmov</w:t>
      </w:r>
    </w:p>
    <w:p w:rsidR="007F7938" w:rsidRDefault="007F7938" w:rsidP="00634B76">
      <w:pPr>
        <w:spacing w:after="36"/>
      </w:pPr>
      <w:r>
        <w:t>400003</w:t>
      </w:r>
      <w:r>
        <w:tab/>
        <w:t>Čiščenje zraka</w:t>
      </w:r>
    </w:p>
    <w:p w:rsidR="007F7938" w:rsidRDefault="007F7938" w:rsidP="00634B76">
      <w:pPr>
        <w:spacing w:after="36"/>
      </w:pPr>
      <w:r>
        <w:t>400004</w:t>
      </w:r>
      <w:r>
        <w:tab/>
        <w:t>Magnetizacija</w:t>
      </w:r>
    </w:p>
    <w:p w:rsidR="007F7938" w:rsidRDefault="007F7938" w:rsidP="00634B76">
      <w:pPr>
        <w:spacing w:after="36"/>
      </w:pPr>
      <w:r>
        <w:t>400005</w:t>
      </w:r>
      <w:r>
        <w:tab/>
        <w:t>Apretiranje tekstila</w:t>
      </w:r>
    </w:p>
    <w:p w:rsidR="007F7938" w:rsidRDefault="007F7938" w:rsidP="00634B76">
      <w:pPr>
        <w:spacing w:after="36"/>
      </w:pPr>
      <w:r>
        <w:t>400006</w:t>
      </w:r>
      <w:r>
        <w:tab/>
        <w:t>Zaključna obdelava papirja</w:t>
      </w:r>
    </w:p>
    <w:p w:rsidR="007F7938" w:rsidRDefault="007F7938" w:rsidP="00634B76">
      <w:pPr>
        <w:spacing w:after="36"/>
      </w:pPr>
      <w:r>
        <w:t>400007</w:t>
      </w:r>
      <w:r>
        <w:tab/>
        <w:t>Srebrenje</w:t>
      </w:r>
    </w:p>
    <w:p w:rsidR="007F7938" w:rsidRDefault="007F7938" w:rsidP="00634B76">
      <w:pPr>
        <w:spacing w:after="36"/>
      </w:pPr>
      <w:r>
        <w:t>400008</w:t>
      </w:r>
      <w:r>
        <w:tab/>
        <w:t>Beljenje tkanin</w:t>
      </w:r>
    </w:p>
    <w:p w:rsidR="007F7938" w:rsidRDefault="007F7938" w:rsidP="00634B76">
      <w:pPr>
        <w:spacing w:after="36"/>
      </w:pPr>
      <w:r>
        <w:t>400009</w:t>
      </w:r>
      <w:r>
        <w:tab/>
        <w:t>Obdelava lesa</w:t>
      </w:r>
    </w:p>
    <w:p w:rsidR="007F7938" w:rsidRDefault="007F7938" w:rsidP="00634B76">
      <w:pPr>
        <w:spacing w:after="36"/>
      </w:pPr>
      <w:r>
        <w:t>400010</w:t>
      </w:r>
      <w:r>
        <w:tab/>
        <w:t>Robljenje blaga</w:t>
      </w:r>
    </w:p>
    <w:p w:rsidR="007F7938" w:rsidRDefault="007F7938" w:rsidP="00634B76">
      <w:pPr>
        <w:spacing w:after="36"/>
      </w:pPr>
      <w:r>
        <w:t>400011</w:t>
      </w:r>
      <w:r>
        <w:tab/>
        <w:t>Lotanje, varjenje, spajkanje</w:t>
      </w:r>
    </w:p>
    <w:p w:rsidR="007F7938" w:rsidRDefault="007F7938" w:rsidP="00634B76">
      <w:pPr>
        <w:spacing w:after="36"/>
      </w:pPr>
      <w:r>
        <w:t>400012</w:t>
      </w:r>
      <w:r>
        <w:tab/>
        <w:t>Šivanje ženskih oblek</w:t>
      </w:r>
    </w:p>
    <w:p w:rsidR="007F7938" w:rsidRDefault="007F7938" w:rsidP="00634B76">
      <w:pPr>
        <w:spacing w:after="36"/>
      </w:pPr>
      <w:r>
        <w:t>400013</w:t>
      </w:r>
      <w:r>
        <w:tab/>
        <w:t>Kadmiranje</w:t>
      </w:r>
    </w:p>
    <w:p w:rsidR="007F7938" w:rsidRDefault="007F7938" w:rsidP="00634B76">
      <w:pPr>
        <w:spacing w:after="36"/>
      </w:pPr>
      <w:r>
        <w:t>400014</w:t>
      </w:r>
      <w:r>
        <w:tab/>
        <w:t>Kalandiranje tkanine</w:t>
      </w:r>
    </w:p>
    <w:p w:rsidR="007F7938" w:rsidRDefault="007F7938" w:rsidP="00634B76">
      <w:pPr>
        <w:spacing w:after="36"/>
      </w:pPr>
      <w:r>
        <w:t>400016</w:t>
      </w:r>
      <w:r>
        <w:tab/>
        <w:t>Barvanje čevljev</w:t>
      </w:r>
    </w:p>
    <w:p w:rsidR="007F7938" w:rsidRDefault="007F7938" w:rsidP="00634B76">
      <w:pPr>
        <w:spacing w:after="36"/>
      </w:pPr>
      <w:r>
        <w:t>400017</w:t>
      </w:r>
      <w:r>
        <w:tab/>
        <w:t>Kromiranje</w:t>
      </w:r>
    </w:p>
    <w:p w:rsidR="007F7938" w:rsidRDefault="007F7938" w:rsidP="00634B76">
      <w:pPr>
        <w:spacing w:after="36"/>
      </w:pPr>
      <w:r>
        <w:t>400018</w:t>
      </w:r>
      <w:r>
        <w:tab/>
        <w:t>Kovinsko prevlečenje</w:t>
      </w:r>
    </w:p>
    <w:p w:rsidR="007F7938" w:rsidRDefault="007F7938" w:rsidP="00634B76">
      <w:pPr>
        <w:spacing w:after="36"/>
      </w:pPr>
      <w:r>
        <w:t>400019</w:t>
      </w:r>
      <w:r>
        <w:tab/>
        <w:t>Barvanje usnja</w:t>
      </w:r>
    </w:p>
    <w:p w:rsidR="007F7938" w:rsidRDefault="007F7938" w:rsidP="00634B76">
      <w:pPr>
        <w:spacing w:after="36"/>
      </w:pPr>
      <w:r>
        <w:t>400020</w:t>
      </w:r>
      <w:r>
        <w:tab/>
        <w:t>Strojenje krzna</w:t>
      </w:r>
    </w:p>
    <w:p w:rsidR="007F7938" w:rsidRDefault="007F7938" w:rsidP="00634B76">
      <w:pPr>
        <w:spacing w:after="36"/>
      </w:pPr>
      <w:r>
        <w:t>400021</w:t>
      </w:r>
      <w:r>
        <w:tab/>
        <w:t>Razrezovanje blaga</w:t>
      </w:r>
    </w:p>
    <w:p w:rsidR="007F7938" w:rsidRDefault="007F7938" w:rsidP="00634B76">
      <w:pPr>
        <w:spacing w:after="36"/>
      </w:pPr>
      <w:r>
        <w:t>400022</w:t>
      </w:r>
      <w:r>
        <w:tab/>
        <w:t>Tiskanje vzorcev</w:t>
      </w:r>
    </w:p>
    <w:p w:rsidR="007F7938" w:rsidRDefault="007F7938" w:rsidP="00634B76">
      <w:pPr>
        <w:spacing w:after="36"/>
      </w:pPr>
      <w:r>
        <w:t>400023</w:t>
      </w:r>
      <w:r>
        <w:tab/>
        <w:t>Razvijanje fotografskih filmov</w:t>
      </w:r>
    </w:p>
    <w:p w:rsidR="007F7938" w:rsidRDefault="007F7938" w:rsidP="00634B76">
      <w:pPr>
        <w:spacing w:after="36"/>
      </w:pPr>
      <w:r>
        <w:t>400024</w:t>
      </w:r>
      <w:r>
        <w:tab/>
        <w:t>Pozlačevanje</w:t>
      </w:r>
    </w:p>
    <w:p w:rsidR="007F7938" w:rsidRDefault="007F7938" w:rsidP="00634B76">
      <w:pPr>
        <w:spacing w:after="36"/>
      </w:pPr>
      <w:r>
        <w:t>400025</w:t>
      </w:r>
      <w:r>
        <w:tab/>
        <w:t>Obdelava vode</w:t>
      </w:r>
    </w:p>
    <w:p w:rsidR="007F7938" w:rsidRDefault="007F7938" w:rsidP="00634B76">
      <w:pPr>
        <w:spacing w:after="36"/>
      </w:pPr>
      <w:r>
        <w:t>400026</w:t>
      </w:r>
      <w:r>
        <w:tab/>
        <w:t>Nanašanje prevlek z elektrolizo</w:t>
      </w:r>
    </w:p>
    <w:p w:rsidR="007F7938" w:rsidRDefault="007F7938" w:rsidP="00634B76">
      <w:pPr>
        <w:spacing w:after="36"/>
      </w:pPr>
      <w:r>
        <w:t>400027</w:t>
      </w:r>
      <w:r>
        <w:tab/>
        <w:t>Cinkanje</w:t>
      </w:r>
    </w:p>
    <w:p w:rsidR="007F7938" w:rsidRDefault="007F7938" w:rsidP="00634B76">
      <w:pPr>
        <w:spacing w:after="36"/>
      </w:pPr>
      <w:r>
        <w:t>400028</w:t>
      </w:r>
      <w:r>
        <w:tab/>
        <w:t>Izdelava (oblikovanje) krznenih oblačil po meri</w:t>
      </w:r>
    </w:p>
    <w:p w:rsidR="007F7938" w:rsidRDefault="007F7938" w:rsidP="00634B76">
      <w:pPr>
        <w:spacing w:after="36"/>
      </w:pPr>
      <w:r>
        <w:t>400029</w:t>
      </w:r>
      <w:r>
        <w:tab/>
        <w:t>Kovaštvo</w:t>
      </w:r>
    </w:p>
    <w:p w:rsidR="007F7938" w:rsidRDefault="007F7938" w:rsidP="00634B76">
      <w:pPr>
        <w:spacing w:after="36"/>
      </w:pPr>
      <w:r>
        <w:t>400030</w:t>
      </w:r>
      <w:r>
        <w:tab/>
        <w:t>Zaščita krzna pred molji</w:t>
      </w:r>
    </w:p>
    <w:p w:rsidR="007F7938" w:rsidRDefault="007F7938" w:rsidP="00634B76">
      <w:pPr>
        <w:spacing w:after="36"/>
      </w:pPr>
      <w:r>
        <w:lastRenderedPageBreak/>
        <w:t>400031</w:t>
      </w:r>
      <w:r>
        <w:tab/>
        <w:t>Frezanje</w:t>
      </w:r>
    </w:p>
    <w:p w:rsidR="007F7938" w:rsidRDefault="007F7938" w:rsidP="00634B76">
      <w:pPr>
        <w:spacing w:after="36"/>
      </w:pPr>
      <w:r>
        <w:t>400032</w:t>
      </w:r>
      <w:r>
        <w:tab/>
        <w:t>Stiskanje sadja</w:t>
      </w:r>
    </w:p>
    <w:p w:rsidR="007F7938" w:rsidRDefault="007F7938" w:rsidP="00634B76">
      <w:pPr>
        <w:spacing w:after="36"/>
      </w:pPr>
      <w:r>
        <w:t>400033</w:t>
      </w:r>
      <w:r>
        <w:tab/>
        <w:t>Dimljenje živil</w:t>
      </w:r>
    </w:p>
    <w:p w:rsidR="007F7938" w:rsidRDefault="007F7938" w:rsidP="00634B76">
      <w:pPr>
        <w:spacing w:after="36"/>
      </w:pPr>
      <w:r>
        <w:t>400034</w:t>
      </w:r>
      <w:r>
        <w:tab/>
        <w:t>Cinkanje</w:t>
      </w:r>
    </w:p>
    <w:p w:rsidR="007F7938" w:rsidRDefault="007F7938" w:rsidP="00634B76">
      <w:pPr>
        <w:spacing w:after="36"/>
      </w:pPr>
      <w:r>
        <w:t>400035</w:t>
      </w:r>
      <w:r>
        <w:tab/>
        <w:t>Graviranje</w:t>
      </w:r>
    </w:p>
    <w:p w:rsidR="007F7938" w:rsidRDefault="007F7938" w:rsidP="00634B76">
      <w:pPr>
        <w:spacing w:after="36"/>
      </w:pPr>
      <w:r>
        <w:t>400038</w:t>
      </w:r>
      <w:r>
        <w:tab/>
        <w:t>Obdelava tkanin proti mečkanju</w:t>
      </w:r>
    </w:p>
    <w:p w:rsidR="007F7938" w:rsidRDefault="007F7938" w:rsidP="00634B76">
      <w:pPr>
        <w:spacing w:after="36"/>
      </w:pPr>
      <w:r>
        <w:t>400039</w:t>
      </w:r>
      <w:r>
        <w:tab/>
        <w:t>Obdelava volne</w:t>
      </w:r>
    </w:p>
    <w:p w:rsidR="007F7938" w:rsidRDefault="007F7938" w:rsidP="00634B76">
      <w:pPr>
        <w:spacing w:after="36"/>
      </w:pPr>
      <w:r>
        <w:t>400040</w:t>
      </w:r>
      <w:r>
        <w:tab/>
        <w:t>Laminiranje</w:t>
      </w:r>
    </w:p>
    <w:p w:rsidR="007F7938" w:rsidRDefault="007F7938" w:rsidP="00634B76">
      <w:pPr>
        <w:spacing w:after="36"/>
      </w:pPr>
      <w:r>
        <w:t>400041</w:t>
      </w:r>
      <w:r>
        <w:tab/>
        <w:t>Brušenje</w:t>
      </w:r>
    </w:p>
    <w:p w:rsidR="007F7938" w:rsidRDefault="007F7938" w:rsidP="00634B76">
      <w:pPr>
        <w:spacing w:after="36"/>
      </w:pPr>
      <w:r>
        <w:t>400042</w:t>
      </w:r>
      <w:r>
        <w:tab/>
        <w:t>Obdelovanje kovin</w:t>
      </w:r>
    </w:p>
    <w:p w:rsidR="007F7938" w:rsidRDefault="007F7938" w:rsidP="00634B76">
      <w:pPr>
        <w:spacing w:after="36"/>
      </w:pPr>
      <w:r>
        <w:t>400043</w:t>
      </w:r>
      <w:r>
        <w:tab/>
        <w:t>Kaljenje kovin</w:t>
      </w:r>
    </w:p>
    <w:p w:rsidR="007F7938" w:rsidRDefault="007F7938" w:rsidP="00634B76">
      <w:pPr>
        <w:spacing w:after="36"/>
      </w:pPr>
      <w:r>
        <w:t>400044</w:t>
      </w:r>
      <w:r>
        <w:tab/>
        <w:t>Mlinarstvo</w:t>
      </w:r>
    </w:p>
    <w:p w:rsidR="007F7938" w:rsidRDefault="007F7938" w:rsidP="00634B76">
      <w:pPr>
        <w:spacing w:after="36"/>
      </w:pPr>
      <w:r>
        <w:t>400045</w:t>
      </w:r>
      <w:r>
        <w:tab/>
        <w:t>Nikljanje</w:t>
      </w:r>
    </w:p>
    <w:p w:rsidR="007F7938" w:rsidRDefault="007F7938" w:rsidP="00634B76">
      <w:pPr>
        <w:spacing w:after="36"/>
      </w:pPr>
      <w:r>
        <w:t>400046</w:t>
      </w:r>
      <w:r>
        <w:tab/>
        <w:t>Tkanje preje</w:t>
      </w:r>
    </w:p>
    <w:p w:rsidR="007F7938" w:rsidRDefault="007F7938" w:rsidP="00634B76">
      <w:pPr>
        <w:spacing w:after="36"/>
      </w:pPr>
      <w:r>
        <w:t>400047</w:t>
      </w:r>
      <w:r>
        <w:tab/>
        <w:t>Strojenje kože</w:t>
      </w:r>
    </w:p>
    <w:p w:rsidR="007F7938" w:rsidRDefault="007F7938" w:rsidP="00634B76">
      <w:pPr>
        <w:spacing w:after="36"/>
      </w:pPr>
      <w:r>
        <w:t>400048</w:t>
      </w:r>
      <w:r>
        <w:tab/>
        <w:t>Poliranje z abrazijo</w:t>
      </w:r>
    </w:p>
    <w:p w:rsidR="007F7938" w:rsidRDefault="007F7938" w:rsidP="00634B76">
      <w:pPr>
        <w:spacing w:after="36"/>
      </w:pPr>
      <w:r>
        <w:t>400049</w:t>
      </w:r>
      <w:r>
        <w:tab/>
        <w:t>Knjigovezništvo</w:t>
      </w:r>
    </w:p>
    <w:p w:rsidR="007F7938" w:rsidRDefault="007F7938" w:rsidP="00634B76">
      <w:pPr>
        <w:spacing w:after="36"/>
      </w:pPr>
      <w:r>
        <w:t>400050</w:t>
      </w:r>
      <w:r>
        <w:tab/>
        <w:t>Skobljanje materialov</w:t>
      </w:r>
    </w:p>
    <w:p w:rsidR="007F7938" w:rsidRDefault="007F7938" w:rsidP="00634B76">
      <w:pPr>
        <w:spacing w:after="36"/>
      </w:pPr>
      <w:r>
        <w:t>400051</w:t>
      </w:r>
      <w:r>
        <w:tab/>
        <w:t>Sedlarska dela</w:t>
      </w:r>
    </w:p>
    <w:p w:rsidR="007F7938" w:rsidRDefault="007F7938" w:rsidP="00634B76">
      <w:pPr>
        <w:spacing w:after="36"/>
      </w:pPr>
      <w:r>
        <w:t>400052</w:t>
      </w:r>
      <w:r>
        <w:tab/>
        <w:t>Žaganje materialov</w:t>
      </w:r>
    </w:p>
    <w:p w:rsidR="007F7938" w:rsidRDefault="007F7938" w:rsidP="00634B76">
      <w:pPr>
        <w:spacing w:after="36"/>
      </w:pPr>
      <w:r>
        <w:t>400053</w:t>
      </w:r>
      <w:r>
        <w:tab/>
        <w:t>Izdelava oblačil po meri</w:t>
      </w:r>
    </w:p>
    <w:p w:rsidR="007F7938" w:rsidRDefault="007F7938" w:rsidP="00634B76">
      <w:pPr>
        <w:spacing w:after="36"/>
      </w:pPr>
      <w:r>
        <w:t>400054</w:t>
      </w:r>
      <w:r>
        <w:tab/>
        <w:t>Strojenje kož</w:t>
      </w:r>
    </w:p>
    <w:p w:rsidR="007F7938" w:rsidRDefault="007F7938" w:rsidP="00634B76">
      <w:pPr>
        <w:spacing w:after="36"/>
      </w:pPr>
      <w:r>
        <w:t>400055</w:t>
      </w:r>
      <w:r>
        <w:tab/>
        <w:t>Prepariranje in nagačenje živali</w:t>
      </w:r>
    </w:p>
    <w:p w:rsidR="007F7938" w:rsidRDefault="007F7938" w:rsidP="00634B76">
      <w:pPr>
        <w:spacing w:after="36"/>
      </w:pPr>
      <w:r>
        <w:t>400056</w:t>
      </w:r>
      <w:r>
        <w:tab/>
        <w:t>Barvanje</w:t>
      </w:r>
    </w:p>
    <w:p w:rsidR="007F7938" w:rsidRDefault="007F7938" w:rsidP="00634B76">
      <w:pPr>
        <w:spacing w:after="36"/>
      </w:pPr>
      <w:r>
        <w:t>400057</w:t>
      </w:r>
      <w:r>
        <w:tab/>
        <w:t>Barvanje tekstila</w:t>
      </w:r>
    </w:p>
    <w:p w:rsidR="007F7938" w:rsidRDefault="007F7938" w:rsidP="00634B76">
      <w:pPr>
        <w:spacing w:after="36"/>
      </w:pPr>
      <w:r>
        <w:t>400059</w:t>
      </w:r>
      <w:r>
        <w:tab/>
        <w:t>Zaščita blaga pred molji</w:t>
      </w:r>
    </w:p>
    <w:p w:rsidR="007F7938" w:rsidRDefault="007F7938" w:rsidP="00634B76">
      <w:pPr>
        <w:spacing w:after="36"/>
      </w:pPr>
      <w:r>
        <w:t>400060</w:t>
      </w:r>
      <w:r>
        <w:tab/>
        <w:t>Barvanje blaga</w:t>
      </w:r>
    </w:p>
    <w:p w:rsidR="007F7938" w:rsidRDefault="007F7938" w:rsidP="00634B76">
      <w:pPr>
        <w:spacing w:after="36"/>
      </w:pPr>
      <w:r>
        <w:t>400061</w:t>
      </w:r>
      <w:r>
        <w:tab/>
        <w:t>Apretiranje papirja</w:t>
      </w:r>
    </w:p>
    <w:p w:rsidR="007F7938" w:rsidRDefault="007F7938" w:rsidP="00634B76">
      <w:pPr>
        <w:spacing w:after="36"/>
      </w:pPr>
      <w:r>
        <w:t>400062</w:t>
      </w:r>
      <w:r>
        <w:tab/>
        <w:t>Steklopihaštvo</w:t>
      </w:r>
    </w:p>
    <w:p w:rsidR="007F7938" w:rsidRDefault="007F7938" w:rsidP="00634B76">
      <w:pPr>
        <w:spacing w:after="36"/>
      </w:pPr>
      <w:r>
        <w:t>400063</w:t>
      </w:r>
      <w:r>
        <w:tab/>
        <w:t>Vezenje</w:t>
      </w:r>
    </w:p>
    <w:p w:rsidR="007F7938" w:rsidRDefault="007F7938" w:rsidP="00634B76">
      <w:pPr>
        <w:spacing w:after="36"/>
      </w:pPr>
      <w:r>
        <w:t>400064</w:t>
      </w:r>
      <w:r>
        <w:tab/>
        <w:t>Obdelovanje usnja</w:t>
      </w:r>
    </w:p>
    <w:p w:rsidR="007F7938" w:rsidRDefault="007F7938" w:rsidP="00634B76">
      <w:pPr>
        <w:spacing w:after="36"/>
      </w:pPr>
      <w:r>
        <w:t>400065</w:t>
      </w:r>
      <w:r>
        <w:tab/>
        <w:t>Barvanje stekla s površinsko prevleko</w:t>
      </w:r>
    </w:p>
    <w:p w:rsidR="007F7938" w:rsidRDefault="007F7938" w:rsidP="00634B76">
      <w:pPr>
        <w:spacing w:after="36"/>
      </w:pPr>
      <w:r>
        <w:t>400066</w:t>
      </w:r>
      <w:r>
        <w:tab/>
        <w:t>Konzerviranje pijače in hrane</w:t>
      </w:r>
    </w:p>
    <w:p w:rsidR="007F7938" w:rsidRDefault="007F7938" w:rsidP="00634B76">
      <w:pPr>
        <w:spacing w:after="36"/>
      </w:pPr>
      <w:r>
        <w:t>400067</w:t>
      </w:r>
      <w:r>
        <w:tab/>
        <w:t>Sekanje in obdelava lesa</w:t>
      </w:r>
    </w:p>
    <w:p w:rsidR="007F7938" w:rsidRDefault="007F7938" w:rsidP="00634B76">
      <w:pPr>
        <w:spacing w:after="36"/>
      </w:pPr>
      <w:r>
        <w:t>400068</w:t>
      </w:r>
      <w:r>
        <w:tab/>
        <w:t>Recikliranje odpadkov in smeti</w:t>
      </w:r>
    </w:p>
    <w:p w:rsidR="007F7938" w:rsidRDefault="007F7938" w:rsidP="00634B76">
      <w:pPr>
        <w:spacing w:after="36"/>
      </w:pPr>
      <w:r>
        <w:t>400069</w:t>
      </w:r>
      <w:r>
        <w:tab/>
        <w:t>Predhodno krčenje blaga</w:t>
      </w:r>
    </w:p>
    <w:p w:rsidR="007F7938" w:rsidRDefault="007F7938" w:rsidP="00634B76">
      <w:pPr>
        <w:spacing w:after="36"/>
      </w:pPr>
      <w:r>
        <w:t>400070</w:t>
      </w:r>
      <w:r>
        <w:tab/>
        <w:t>Loščenje krzna</w:t>
      </w:r>
    </w:p>
    <w:p w:rsidR="007F7938" w:rsidRDefault="007F7938" w:rsidP="00634B76">
      <w:pPr>
        <w:spacing w:after="36"/>
      </w:pPr>
      <w:r>
        <w:t>400071</w:t>
      </w:r>
      <w:r>
        <w:tab/>
        <w:t>Satiniranje krzna</w:t>
      </w:r>
    </w:p>
    <w:p w:rsidR="007F7938" w:rsidRDefault="007F7938" w:rsidP="00634B76">
      <w:pPr>
        <w:spacing w:after="36"/>
      </w:pPr>
      <w:r>
        <w:t>400072</w:t>
      </w:r>
      <w:r>
        <w:tab/>
        <w:t>Barvanje krzna</w:t>
      </w:r>
    </w:p>
    <w:p w:rsidR="007F7938" w:rsidRDefault="007F7938" w:rsidP="00634B76">
      <w:pPr>
        <w:spacing w:after="36"/>
      </w:pPr>
      <w:r>
        <w:t>400082</w:t>
      </w:r>
      <w:r>
        <w:tab/>
        <w:t>Hlajenje zraka</w:t>
      </w:r>
    </w:p>
    <w:p w:rsidR="007F7938" w:rsidRDefault="007F7938" w:rsidP="00634B76">
      <w:pPr>
        <w:spacing w:after="36"/>
      </w:pPr>
      <w:r>
        <w:t>400083</w:t>
      </w:r>
      <w:r>
        <w:tab/>
        <w:t>Sestavljanje materialov po naročilu, za druge</w:t>
      </w:r>
    </w:p>
    <w:p w:rsidR="007F7938" w:rsidRDefault="007F7938" w:rsidP="00634B76">
      <w:pPr>
        <w:spacing w:after="36"/>
      </w:pPr>
      <w:r>
        <w:t>400084</w:t>
      </w:r>
      <w:r>
        <w:tab/>
        <w:t>Uokvirjanje umetniških del</w:t>
      </w:r>
    </w:p>
    <w:p w:rsidR="007F7938" w:rsidRDefault="007F7938" w:rsidP="00634B76">
      <w:pPr>
        <w:spacing w:after="36"/>
      </w:pPr>
      <w:r>
        <w:t>400085</w:t>
      </w:r>
      <w:r>
        <w:tab/>
        <w:t>Zlatenje</w:t>
      </w:r>
    </w:p>
    <w:p w:rsidR="007F7938" w:rsidRDefault="007F7938" w:rsidP="00634B76">
      <w:pPr>
        <w:spacing w:after="36"/>
      </w:pPr>
      <w:r>
        <w:t>400086</w:t>
      </w:r>
      <w:r>
        <w:tab/>
        <w:t>Lasersko graviranje</w:t>
      </w:r>
    </w:p>
    <w:p w:rsidR="007F7938" w:rsidRDefault="007F7938" w:rsidP="00634B76">
      <w:pPr>
        <w:spacing w:after="36"/>
      </w:pPr>
      <w:r>
        <w:t>400087</w:t>
      </w:r>
      <w:r>
        <w:tab/>
        <w:t>Informacije o obdelavi materiala</w:t>
      </w:r>
    </w:p>
    <w:p w:rsidR="007F7938" w:rsidRDefault="007F7938" w:rsidP="00634B76">
      <w:pPr>
        <w:spacing w:after="36"/>
      </w:pPr>
      <w:r>
        <w:t>400088</w:t>
      </w:r>
      <w:r>
        <w:tab/>
        <w:t>Brušenje optičnega stekla</w:t>
      </w:r>
    </w:p>
    <w:p w:rsidR="007F7938" w:rsidRDefault="007F7938" w:rsidP="00634B76">
      <w:pPr>
        <w:spacing w:after="36"/>
      </w:pPr>
      <w:r>
        <w:t>400089</w:t>
      </w:r>
      <w:r>
        <w:tab/>
        <w:t>Tiskanje fotografij</w:t>
      </w:r>
    </w:p>
    <w:p w:rsidR="007F7938" w:rsidRDefault="007F7938" w:rsidP="00634B76">
      <w:pPr>
        <w:spacing w:after="36"/>
      </w:pPr>
      <w:r>
        <w:t>400090</w:t>
      </w:r>
      <w:r>
        <w:tab/>
        <w:t>Fotograverstvo</w:t>
      </w:r>
    </w:p>
    <w:p w:rsidR="007F7938" w:rsidRDefault="007F7938" w:rsidP="00634B76">
      <w:pPr>
        <w:spacing w:after="36"/>
      </w:pPr>
      <w:r>
        <w:t>400091</w:t>
      </w:r>
      <w:r>
        <w:tab/>
        <w:t>Predelava nafte</w:t>
      </w:r>
    </w:p>
    <w:p w:rsidR="007F7938" w:rsidRDefault="007F7938" w:rsidP="00634B76">
      <w:pPr>
        <w:spacing w:after="36"/>
      </w:pPr>
      <w:r>
        <w:t>400092</w:t>
      </w:r>
      <w:r>
        <w:tab/>
        <w:t>Prešitje tekstila</w:t>
      </w:r>
    </w:p>
    <w:p w:rsidR="007F7938" w:rsidRDefault="007F7938" w:rsidP="00634B76">
      <w:pPr>
        <w:spacing w:after="36"/>
      </w:pPr>
      <w:r>
        <w:t>400093</w:t>
      </w:r>
      <w:r>
        <w:tab/>
        <w:t>Storitve rafiniranja</w:t>
      </w:r>
    </w:p>
    <w:p w:rsidR="007F7938" w:rsidRDefault="007F7938" w:rsidP="00634B76">
      <w:pPr>
        <w:spacing w:after="36"/>
      </w:pPr>
      <w:r>
        <w:t>400094</w:t>
      </w:r>
      <w:r>
        <w:tab/>
        <w:t>Klanje živine</w:t>
      </w:r>
    </w:p>
    <w:p w:rsidR="007F7938" w:rsidRDefault="007F7938" w:rsidP="00634B76">
      <w:pPr>
        <w:spacing w:after="36"/>
      </w:pPr>
      <w:r>
        <w:t>400095</w:t>
      </w:r>
      <w:r>
        <w:tab/>
        <w:t>Odstranjevanje končnih premazov z luščenjem</w:t>
      </w:r>
    </w:p>
    <w:p w:rsidR="007F7938" w:rsidRDefault="007F7938" w:rsidP="00634B76">
      <w:pPr>
        <w:spacing w:after="36"/>
      </w:pPr>
      <w:r>
        <w:t>400097</w:t>
      </w:r>
      <w:r>
        <w:tab/>
        <w:t>Predelava odpadkov</w:t>
      </w:r>
    </w:p>
    <w:p w:rsidR="007F7938" w:rsidRDefault="007F7938" w:rsidP="00634B76">
      <w:pPr>
        <w:spacing w:after="36"/>
      </w:pPr>
      <w:r>
        <w:t>400098</w:t>
      </w:r>
      <w:r>
        <w:tab/>
        <w:t>Preoblikovanje oblačil</w:t>
      </w:r>
    </w:p>
    <w:p w:rsidR="007F7938" w:rsidRDefault="007F7938" w:rsidP="00634B76">
      <w:pPr>
        <w:spacing w:after="36"/>
      </w:pPr>
      <w:r>
        <w:t>400099</w:t>
      </w:r>
      <w:r>
        <w:tab/>
        <w:t>Izdelovanje kotlov</w:t>
      </w:r>
    </w:p>
    <w:p w:rsidR="007F7938" w:rsidRDefault="007F7938" w:rsidP="00634B76">
      <w:pPr>
        <w:spacing w:after="36"/>
      </w:pPr>
      <w:r>
        <w:t>400100</w:t>
      </w:r>
      <w:r>
        <w:tab/>
        <w:t>Ulivanje kovin</w:t>
      </w:r>
    </w:p>
    <w:p w:rsidR="007F7938" w:rsidRDefault="007F7938" w:rsidP="00634B76">
      <w:pPr>
        <w:spacing w:after="36"/>
      </w:pPr>
      <w:r>
        <w:t>400101</w:t>
      </w:r>
      <w:r>
        <w:tab/>
        <w:t>Vulkanizacija (obdelava materialov)</w:t>
      </w:r>
    </w:p>
    <w:p w:rsidR="007F7938" w:rsidRDefault="007F7938" w:rsidP="00634B76">
      <w:pPr>
        <w:spacing w:after="36"/>
      </w:pPr>
      <w:r>
        <w:t>400102</w:t>
      </w:r>
      <w:r>
        <w:tab/>
        <w:t>Proizvodnja ortodontskih naprav po meri</w:t>
      </w:r>
    </w:p>
    <w:p w:rsidR="007F7938" w:rsidRDefault="007F7938" w:rsidP="00634B76">
      <w:pPr>
        <w:spacing w:after="36"/>
      </w:pPr>
      <w:r>
        <w:t>400103</w:t>
      </w:r>
      <w:r>
        <w:tab/>
        <w:t>Proizvodnja energije</w:t>
      </w:r>
    </w:p>
    <w:p w:rsidR="007F7938" w:rsidRDefault="007F7938" w:rsidP="00634B76">
      <w:pPr>
        <w:spacing w:after="36"/>
      </w:pPr>
      <w:r>
        <w:t>400104</w:t>
      </w:r>
      <w:r>
        <w:tab/>
        <w:t>Najem generatorjev električne energije</w:t>
      </w:r>
    </w:p>
    <w:p w:rsidR="007F7938" w:rsidRDefault="007F7938" w:rsidP="00634B76">
      <w:pPr>
        <w:spacing w:after="36"/>
      </w:pPr>
      <w:r>
        <w:t>400105</w:t>
      </w:r>
      <w:r>
        <w:tab/>
        <w:t>Uničevanje odpadkov in smeti</w:t>
      </w:r>
    </w:p>
    <w:p w:rsidR="007F7938" w:rsidRDefault="007F7938" w:rsidP="00634B76">
      <w:pPr>
        <w:spacing w:after="36"/>
      </w:pPr>
      <w:r>
        <w:t>400106</w:t>
      </w:r>
      <w:r>
        <w:tab/>
        <w:t>Sežiganje odpadkov in smeti</w:t>
      </w:r>
    </w:p>
    <w:p w:rsidR="007F7938" w:rsidRDefault="007F7938" w:rsidP="00634B76">
      <w:pPr>
        <w:spacing w:after="36"/>
      </w:pPr>
      <w:r>
        <w:t>400107</w:t>
      </w:r>
      <w:r>
        <w:tab/>
        <w:t>Storitve barvne separacije</w:t>
      </w:r>
    </w:p>
    <w:p w:rsidR="007F7938" w:rsidRDefault="007F7938" w:rsidP="00634B76">
      <w:pPr>
        <w:spacing w:after="36"/>
      </w:pPr>
      <w:r>
        <w:t>400108</w:t>
      </w:r>
      <w:r>
        <w:tab/>
        <w:t>Storitve kopiranja ključev</w:t>
      </w:r>
    </w:p>
    <w:p w:rsidR="007F7938" w:rsidRDefault="007F7938" w:rsidP="00634B76">
      <w:pPr>
        <w:spacing w:after="36"/>
      </w:pPr>
      <w:r>
        <w:t>400109</w:t>
      </w:r>
      <w:r>
        <w:tab/>
        <w:t>Obdelava nevarnih snovi za dekontaminacijo</w:t>
      </w:r>
    </w:p>
    <w:p w:rsidR="007F7938" w:rsidRDefault="007F7938" w:rsidP="00634B76">
      <w:pPr>
        <w:spacing w:after="36"/>
      </w:pPr>
      <w:r>
        <w:t>400110</w:t>
      </w:r>
      <w:r>
        <w:tab/>
        <w:t>Litografsko tiskanje</w:t>
      </w:r>
    </w:p>
    <w:p w:rsidR="007F7938" w:rsidRDefault="007F7938" w:rsidP="00634B76">
      <w:pPr>
        <w:spacing w:after="36"/>
      </w:pPr>
      <w:r>
        <w:t>400111</w:t>
      </w:r>
      <w:r>
        <w:tab/>
        <w:t>Tiskanje</w:t>
      </w:r>
    </w:p>
    <w:p w:rsidR="007F7938" w:rsidRDefault="007F7938" w:rsidP="00634B76">
      <w:pPr>
        <w:spacing w:after="36"/>
      </w:pPr>
      <w:r>
        <w:t>400112</w:t>
      </w:r>
      <w:r>
        <w:tab/>
        <w:t>Izposoja pletilnih strojev</w:t>
      </w:r>
    </w:p>
    <w:p w:rsidR="007F7938" w:rsidRDefault="007F7938" w:rsidP="00634B76">
      <w:pPr>
        <w:spacing w:after="36"/>
      </w:pPr>
      <w:r>
        <w:t>400113</w:t>
      </w:r>
      <w:r>
        <w:tab/>
        <w:t>Ofset tiskanje</w:t>
      </w:r>
    </w:p>
    <w:p w:rsidR="007F7938" w:rsidRDefault="007F7938" w:rsidP="00634B76">
      <w:pPr>
        <w:spacing w:after="36"/>
      </w:pPr>
      <w:r>
        <w:t>400114</w:t>
      </w:r>
      <w:r>
        <w:tab/>
        <w:t>Fotostavčna dela</w:t>
      </w:r>
    </w:p>
    <w:p w:rsidR="007F7938" w:rsidRDefault="007F7938" w:rsidP="00634B76">
      <w:pPr>
        <w:spacing w:after="36"/>
      </w:pPr>
      <w:r>
        <w:t>400115</w:t>
      </w:r>
      <w:r>
        <w:tab/>
        <w:t>Sitotisk</w:t>
      </w:r>
    </w:p>
    <w:p w:rsidR="007F7938" w:rsidRDefault="007F7938" w:rsidP="00634B76">
      <w:pPr>
        <w:spacing w:after="36"/>
      </w:pPr>
      <w:r>
        <w:t>400116</w:t>
      </w:r>
      <w:r>
        <w:tab/>
        <w:t>Razvrščanje odpadkov in reciklirnih materialov (transformacija)</w:t>
      </w:r>
    </w:p>
    <w:p w:rsidR="007F7938" w:rsidRDefault="007F7938" w:rsidP="00634B76">
      <w:pPr>
        <w:spacing w:after="36"/>
      </w:pPr>
      <w:r>
        <w:t>400117</w:t>
      </w:r>
      <w:r>
        <w:tab/>
        <w:t>Zamrzovanje hrane</w:t>
      </w:r>
    </w:p>
    <w:p w:rsidR="007F7938" w:rsidRDefault="007F7938" w:rsidP="00634B76">
      <w:pPr>
        <w:spacing w:after="36"/>
      </w:pPr>
      <w:r>
        <w:t>400118</w:t>
      </w:r>
      <w:r>
        <w:tab/>
        <w:t>Najem klimatskih naprav</w:t>
      </w:r>
    </w:p>
    <w:p w:rsidR="007F7938" w:rsidRPr="003834FA" w:rsidRDefault="007F7938" w:rsidP="00634B76">
      <w:pPr>
        <w:spacing w:after="36"/>
        <w:rPr>
          <w:lang w:val="fr-FR"/>
        </w:rPr>
      </w:pPr>
      <w:r>
        <w:t>400119</w:t>
      </w:r>
      <w:r>
        <w:tab/>
      </w:r>
      <w:r w:rsidRPr="003834FA">
        <w:rPr>
          <w:lang w:val="fr-FR"/>
        </w:rPr>
        <w:t>Najem naprav za ogrevanje prostorov</w:t>
      </w:r>
    </w:p>
    <w:p w:rsidR="007F7938" w:rsidRDefault="007F7938" w:rsidP="00634B76">
      <w:pPr>
        <w:spacing w:after="36"/>
      </w:pPr>
      <w:r>
        <w:t>400120</w:t>
      </w:r>
      <w:r>
        <w:tab/>
        <w:t>Valkanje (valjanje) blaga</w:t>
      </w:r>
    </w:p>
    <w:p w:rsidR="007F7938" w:rsidRDefault="007F7938" w:rsidP="00634B76">
      <w:pPr>
        <w:spacing w:after="36"/>
      </w:pPr>
      <w:r>
        <w:t>400121</w:t>
      </w:r>
      <w:r>
        <w:tab/>
        <w:t>Storitve shranjevanja z zamrzovanjem</w:t>
      </w:r>
    </w:p>
    <w:p w:rsidR="007F7938" w:rsidRDefault="007F7938" w:rsidP="00634B76">
      <w:pPr>
        <w:spacing w:after="36"/>
      </w:pPr>
      <w:r>
        <w:t>400122</w:t>
      </w:r>
      <w:r>
        <w:tab/>
        <w:t>Peskanje</w:t>
      </w:r>
    </w:p>
    <w:p w:rsidR="007F7938" w:rsidRDefault="007F7938" w:rsidP="00634B76">
      <w:pPr>
        <w:spacing w:after="36"/>
      </w:pPr>
      <w:r>
        <w:t>400123</w:t>
      </w:r>
      <w:r>
        <w:tab/>
        <w:t>Najem kotlov</w:t>
      </w:r>
    </w:p>
    <w:p w:rsidR="007F7938" w:rsidRDefault="007F7938" w:rsidP="00634B76">
      <w:pPr>
        <w:spacing w:after="36"/>
      </w:pPr>
      <w:r>
        <w:t>400124</w:t>
      </w:r>
      <w:r>
        <w:tab/>
        <w:t>Predelava [recikliranje odpadkov]</w:t>
      </w:r>
    </w:p>
    <w:p w:rsidR="007F7938" w:rsidRDefault="007F7938" w:rsidP="00634B76">
      <w:pPr>
        <w:spacing w:after="36"/>
      </w:pPr>
      <w:r>
        <w:t>400125</w:t>
      </w:r>
      <w:r>
        <w:tab/>
        <w:t>Varilske storitve</w:t>
      </w:r>
    </w:p>
    <w:p w:rsidR="007F7938" w:rsidRDefault="007F7938" w:rsidP="00634B76">
      <w:pPr>
        <w:spacing w:after="36"/>
      </w:pPr>
      <w:r>
        <w:t>400126</w:t>
      </w:r>
      <w:r>
        <w:tab/>
        <w:t>Zatemnitev avtomobilskih oken</w:t>
      </w:r>
    </w:p>
    <w:p w:rsidR="007F7938" w:rsidRDefault="007F7938" w:rsidP="00634B76">
      <w:pPr>
        <w:spacing w:after="36"/>
      </w:pPr>
      <w:r>
        <w:t>400127</w:t>
      </w:r>
      <w:r>
        <w:tab/>
        <w:t>Storitve 3D-tiska</w:t>
      </w:r>
    </w:p>
    <w:p w:rsidR="007F7938" w:rsidRDefault="007F7938" w:rsidP="00634B76">
      <w:pPr>
        <w:spacing w:after="36"/>
      </w:pPr>
      <w:r>
        <w:t>400128</w:t>
      </w:r>
      <w:r>
        <w:tab/>
        <w:t>Varjenje piva</w:t>
      </w:r>
    </w:p>
    <w:p w:rsidR="007F7938" w:rsidRDefault="007F7938" w:rsidP="00634B76">
      <w:pPr>
        <w:spacing w:after="36"/>
      </w:pPr>
      <w:r>
        <w:t>400129</w:t>
      </w:r>
      <w:r>
        <w:tab/>
        <w:t>Proizvodnja kruha po naročilu</w:t>
      </w:r>
    </w:p>
    <w:p w:rsidR="007F7938" w:rsidRPr="003834FA" w:rsidRDefault="007F7938" w:rsidP="00634B76">
      <w:pPr>
        <w:spacing w:after="36"/>
        <w:rPr>
          <w:lang w:val="fr-FR"/>
        </w:rPr>
      </w:pPr>
      <w:r>
        <w:t>400131</w:t>
      </w:r>
      <w:r>
        <w:tab/>
      </w:r>
      <w:r w:rsidRPr="003834FA">
        <w:rPr>
          <w:lang w:val="fr-FR"/>
        </w:rPr>
        <w:t>Proizvodnja vin za račun tretjih</w:t>
      </w:r>
    </w:p>
    <w:p w:rsidR="007F7938" w:rsidRDefault="007F7938" w:rsidP="00634B76">
      <w:pPr>
        <w:spacing w:after="36"/>
      </w:pPr>
      <w:r>
        <w:t>400132</w:t>
      </w:r>
      <w:r>
        <w:tab/>
        <w:t>Svetovanje na področju vinarstva</w:t>
      </w:r>
    </w:p>
    <w:p w:rsidR="007F7938" w:rsidRDefault="007F7938" w:rsidP="00634B76">
      <w:pPr>
        <w:spacing w:after="36"/>
      </w:pPr>
      <w:r>
        <w:t>400133</w:t>
      </w:r>
      <w:r>
        <w:tab/>
        <w:t>Izdelava čolnov po meri</w:t>
      </w:r>
    </w:p>
    <w:p w:rsidR="007F7938" w:rsidRDefault="007F7938" w:rsidP="00634B76">
      <w:pPr>
        <w:spacing w:after="36"/>
      </w:pPr>
      <w:r>
        <w:t>400134</w:t>
      </w:r>
      <w:r>
        <w:tab/>
        <w:t>Storitve destiliranja</w:t>
      </w:r>
    </w:p>
    <w:p w:rsidR="007F7938" w:rsidRDefault="007F7938" w:rsidP="00634B76">
      <w:pPr>
        <w:spacing w:after="36"/>
      </w:pPr>
      <w:r>
        <w:t>400135</w:t>
      </w:r>
      <w:r>
        <w:tab/>
        <w:t>Najem industrijskih robotov za uporabo v proizvodnji</w:t>
      </w:r>
    </w:p>
    <w:p w:rsidR="007F7938" w:rsidRDefault="007F7938" w:rsidP="00634B76">
      <w:pPr>
        <w:spacing w:after="36"/>
      </w:pPr>
      <w:r>
        <w:t>400136</w:t>
      </w:r>
      <w:r>
        <w:tab/>
        <w:t>Sestavljanje zrakoplovov po meri</w:t>
      </w:r>
    </w:p>
    <w:p w:rsidR="007F7938" w:rsidRDefault="007F7938" w:rsidP="00634B76">
      <w:pPr>
        <w:spacing w:after="36"/>
      </w:pPr>
      <w:r>
        <w:t>400137</w:t>
      </w:r>
      <w:r>
        <w:tab/>
        <w:t>Mizarske storitve [izdelava lesenih predmetov po meri]</w:t>
      </w:r>
    </w:p>
    <w:p w:rsidR="007F7938" w:rsidRDefault="007F7938" w:rsidP="00634B76">
      <w:pPr>
        <w:spacing w:after="36"/>
      </w:pPr>
      <w:r>
        <w:t>400138</w:t>
      </w:r>
      <w:r>
        <w:tab/>
        <w:t>Storitve predelave sira v obliki zorenja in staranja sira</w:t>
      </w:r>
    </w:p>
    <w:p w:rsidR="007F7938" w:rsidRDefault="007F7938" w:rsidP="00634B76">
      <w:pPr>
        <w:spacing w:after="36"/>
      </w:pPr>
      <w:r>
        <w:t>400139</w:t>
      </w:r>
      <w:r>
        <w:tab/>
        <w:t>Drobljenje betona</w:t>
      </w:r>
    </w:p>
    <w:p w:rsidR="007F7938" w:rsidRDefault="007F7938" w:rsidP="00634B76">
      <w:pPr>
        <w:spacing w:after="36"/>
      </w:pPr>
      <w:r>
        <w:t>400140</w:t>
      </w:r>
      <w:r>
        <w:tab/>
        <w:t>Obsevanje hrane</w:t>
      </w:r>
    </w:p>
    <w:p w:rsidR="007F7938" w:rsidRDefault="007F7938" w:rsidP="00634B76">
      <w:pPr>
        <w:spacing w:after="36"/>
      </w:pPr>
      <w:r>
        <w:t>400141</w:t>
      </w:r>
      <w:r>
        <w:tab/>
        <w:t>Najem baterij</w:t>
      </w:r>
    </w:p>
    <w:p w:rsidR="007F7938" w:rsidRDefault="007F7938" w:rsidP="00634B76">
      <w:pPr>
        <w:spacing w:after="36"/>
      </w:pPr>
      <w:r>
        <w:t>400142</w:t>
      </w:r>
      <w:r>
        <w:tab/>
        <w:t>Zajemanje ogljika</w:t>
      </w:r>
    </w:p>
    <w:p w:rsidR="007F7938" w:rsidRDefault="007F7938" w:rsidP="00634B76">
      <w:pPr>
        <w:spacing w:after="36"/>
      </w:pPr>
      <w:r>
        <w:t>400143</w:t>
      </w:r>
      <w:r>
        <w:tab/>
        <w:t>Proizvodnja obnovljivih virov zelene energije</w:t>
      </w:r>
    </w:p>
    <w:p w:rsidR="007F7938" w:rsidRDefault="007F7938" w:rsidP="00634B76">
      <w:pPr>
        <w:spacing w:after="36"/>
      </w:pPr>
      <w:r>
        <w:t>400144</w:t>
      </w:r>
      <w:r>
        <w:tab/>
        <w:t>Najem tiskalnikov za uporabo z računalniki</w:t>
      </w:r>
    </w:p>
    <w:p w:rsidR="007F7938" w:rsidRDefault="007F7938" w:rsidP="00634B76">
      <w:pPr>
        <w:spacing w:after="36"/>
      </w:pPr>
      <w:r>
        <w:t>400145</w:t>
      </w:r>
      <w:r>
        <w:tab/>
        <w:t>Enkapsulacija polprevodnikov</w:t>
      </w:r>
    </w:p>
    <w:p w:rsidR="007F7938" w:rsidRDefault="007F7938" w:rsidP="00634B76">
      <w:pPr>
        <w:spacing w:after="36"/>
      </w:pPr>
      <w:r>
        <w:t>400146</w:t>
      </w:r>
      <w:r>
        <w:tab/>
        <w:t>Izdelovanje čipov [integrirana vezja] po meri za druge</w:t>
      </w:r>
    </w:p>
    <w:p w:rsidR="007F7938" w:rsidRDefault="007F7938" w:rsidP="00634B76">
      <w:pPr>
        <w:spacing w:after="36"/>
      </w:pPr>
      <w:r>
        <w:t>400147</w:t>
      </w:r>
      <w:r>
        <w:tab/>
        <w:t>Storitve izdelave zdravilnih zeliščnih prevretkov</w:t>
      </w:r>
    </w:p>
    <w:p w:rsidR="007F7938" w:rsidRDefault="007F7938" w:rsidP="00634B76">
      <w:pPr>
        <w:spacing w:after="36"/>
      </w:pPr>
      <w:r>
        <w:t>400148</w:t>
      </w:r>
      <w:r>
        <w:tab/>
        <w:t>Bioproizvodnja farmacevtskih izdelkov po meri</w:t>
      </w:r>
    </w:p>
    <w:p w:rsidR="007F7938" w:rsidRDefault="007F7938" w:rsidP="00CA36E9">
      <w:pPr>
        <w:spacing w:after="44"/>
      </w:pPr>
      <w:r>
        <w:t>400149</w:t>
      </w:r>
      <w:r>
        <w:tab/>
        <w:t>Storitve bio remediacije</w:t>
      </w:r>
    </w:p>
    <w:p w:rsidR="001F500C" w:rsidRDefault="001F500C">
      <w:pPr>
        <w:pStyle w:val="Naslov1"/>
        <w:sectPr w:rsidR="001F500C" w:rsidSect="00E00425">
          <w:type w:val="continuous"/>
          <w:pgSz w:w="11907" w:h="16840" w:code="9"/>
          <w:pgMar w:top="1418" w:right="1418" w:bottom="1418" w:left="1418" w:header="720" w:footer="720" w:gutter="0"/>
          <w:cols w:num="2" w:space="720"/>
          <w:docGrid w:linePitch="360"/>
        </w:sectPr>
      </w:pPr>
    </w:p>
    <w:p w:rsidR="005503A8" w:rsidRPr="005503A8" w:rsidRDefault="005503A8" w:rsidP="00634B76">
      <w:pPr>
        <w:pStyle w:val="Naslov1"/>
        <w:spacing w:before="0"/>
        <w:rPr>
          <w:lang w:val="sl-SI" w:eastAsia="sl-SI"/>
        </w:rPr>
      </w:pPr>
      <w:r w:rsidRPr="005503A8">
        <w:rPr>
          <w:lang w:val="sl-SI" w:eastAsia="sl-SI"/>
        </w:rPr>
        <w:lastRenderedPageBreak/>
        <w:t xml:space="preserve">Razred 41 </w:t>
      </w:r>
    </w:p>
    <w:p w:rsidR="005503A8" w:rsidRDefault="005503A8" w:rsidP="007F7938">
      <w:pPr>
        <w:pStyle w:val="Naslov2"/>
        <w:rPr>
          <w:lang w:val="sl-SI" w:eastAsia="sl-SI"/>
        </w:rPr>
      </w:pPr>
      <w:r w:rsidRPr="005503A8">
        <w:rPr>
          <w:lang w:val="sl-SI" w:eastAsia="sl-SI"/>
        </w:rPr>
        <w:t>Pouk; izobraževanje; usposabljanje; razvedrilo; športne in kulturne dejavnosti</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7F7938" w:rsidRPr="00D85EAF" w:rsidTr="00CF2B9C">
        <w:trPr>
          <w:trHeight w:val="143"/>
          <w:tblHeader/>
        </w:trPr>
        <w:tc>
          <w:tcPr>
            <w:tcW w:w="9493" w:type="dxa"/>
            <w:gridSpan w:val="2"/>
            <w:shd w:val="clear" w:color="auto" w:fill="F2F2F2" w:themeFill="background1" w:themeFillShade="F2"/>
            <w:vAlign w:val="center"/>
          </w:tcPr>
          <w:p w:rsidR="007F7938" w:rsidRPr="0087064C" w:rsidRDefault="007F7938" w:rsidP="00CF2B9C">
            <w:pPr>
              <w:pStyle w:val="opomba"/>
              <w:rPr>
                <w:b/>
              </w:rPr>
            </w:pPr>
            <w:r w:rsidRPr="0087064C">
              <w:rPr>
                <w:b/>
              </w:rPr>
              <w:t xml:space="preserve">RAZRED </w:t>
            </w:r>
            <w:r w:rsidR="00CA36E9">
              <w:rPr>
                <w:b/>
              </w:rPr>
              <w:t>41</w:t>
            </w:r>
            <w:r w:rsidRPr="0087064C">
              <w:rPr>
                <w:b/>
              </w:rPr>
              <w:t xml:space="preserve"> - pojasnjevalne opombe</w:t>
            </w:r>
          </w:p>
        </w:tc>
      </w:tr>
      <w:tr w:rsidR="007F7938" w:rsidRPr="00D85EAF" w:rsidTr="00CF2B9C">
        <w:trPr>
          <w:trHeight w:val="390"/>
        </w:trPr>
        <w:tc>
          <w:tcPr>
            <w:tcW w:w="9493" w:type="dxa"/>
            <w:gridSpan w:val="2"/>
            <w:shd w:val="clear" w:color="auto" w:fill="F2F2F2" w:themeFill="background1" w:themeFillShade="F2"/>
            <w:vAlign w:val="center"/>
          </w:tcPr>
          <w:p w:rsidR="007F7938" w:rsidRPr="00993A45" w:rsidRDefault="00CA36E9" w:rsidP="00CF2B9C">
            <w:pPr>
              <w:pStyle w:val="opomba"/>
            </w:pPr>
            <w:r>
              <w:t>Razred 41 vključuje predvsem storitve, ki jih sestavljajo vse oblike izobraževanja ali usposabljanja, storitve, katerih osnovni cilj je razvedrilo, zabava ali rekreacija ljudi, ter predstavitev del vizualne umetnosti ali literature javnosti v kulturne ali izobraževalne namene.</w:t>
            </w:r>
          </w:p>
        </w:tc>
      </w:tr>
      <w:tr w:rsidR="007F7938" w:rsidRPr="00D85EAF" w:rsidTr="00CF2B9C">
        <w:trPr>
          <w:trHeight w:val="3742"/>
        </w:trPr>
        <w:tc>
          <w:tcPr>
            <w:tcW w:w="4746" w:type="dxa"/>
            <w:shd w:val="clear" w:color="auto" w:fill="F2F2F2" w:themeFill="background1" w:themeFillShade="F2"/>
          </w:tcPr>
          <w:p w:rsidR="007F7938" w:rsidRPr="00993A45" w:rsidRDefault="007F7938" w:rsidP="00CF2B9C">
            <w:pPr>
              <w:pStyle w:val="opomba"/>
            </w:pPr>
            <w:r w:rsidRPr="00D85EAF">
              <w:t>V ta razred so vključeni zlasti:</w:t>
            </w:r>
          </w:p>
          <w:p w:rsidR="00CA36E9" w:rsidRDefault="00CA36E9" w:rsidP="00CA36E9">
            <w:pPr>
              <w:pStyle w:val="opombapika"/>
            </w:pPr>
            <w:r>
              <w:t>organizacija razstav v kulturne ali izobraževalne namene, prirejanje in izvedba konferenc, kongresov in simpozijev</w:t>
            </w:r>
          </w:p>
          <w:p w:rsidR="00CA36E9" w:rsidRDefault="00CA36E9" w:rsidP="00CA36E9">
            <w:pPr>
              <w:pStyle w:val="opombapika"/>
            </w:pPr>
            <w:r>
              <w:t>storitve prevajanja in tolmačenja</w:t>
            </w:r>
          </w:p>
          <w:p w:rsidR="00CA36E9" w:rsidRDefault="00CA36E9" w:rsidP="00CA36E9">
            <w:pPr>
              <w:pStyle w:val="opombapika"/>
            </w:pPr>
            <w:r>
              <w:t>izdajanje knjig in besedil, razen oglasnih besedil</w:t>
            </w:r>
          </w:p>
          <w:p w:rsidR="00CA36E9" w:rsidRDefault="00CA36E9" w:rsidP="00CA36E9">
            <w:pPr>
              <w:pStyle w:val="opombapika"/>
            </w:pPr>
            <w:r>
              <w:t>storitve novinarskih poročevalcev, fotografsko poročanje</w:t>
            </w:r>
          </w:p>
          <w:p w:rsidR="00CA36E9" w:rsidRDefault="00CA36E9" w:rsidP="00CA36E9">
            <w:pPr>
              <w:pStyle w:val="opombapika"/>
            </w:pPr>
            <w:r>
              <w:t>fotografija</w:t>
            </w:r>
          </w:p>
          <w:p w:rsidR="00CA36E9" w:rsidRDefault="00CA36E9" w:rsidP="00CA36E9">
            <w:pPr>
              <w:pStyle w:val="opombapika"/>
            </w:pPr>
            <w:r>
              <w:t>storitve filmske režije in produkcije, razen za oglaševalske filme</w:t>
            </w:r>
          </w:p>
          <w:p w:rsidR="00CA36E9" w:rsidRDefault="00CA36E9" w:rsidP="00CA36E9">
            <w:pPr>
              <w:pStyle w:val="opombapika"/>
            </w:pPr>
            <w:r>
              <w:t>kulturne, izobraževalne ali razvedrilne storitve, ki jih ponujajo zabaviščni parki, cirkusi, živalski vrtovi, umetnostne galerije in muzeji</w:t>
            </w:r>
          </w:p>
          <w:p w:rsidR="00CA36E9" w:rsidRDefault="00CA36E9" w:rsidP="00CA36E9">
            <w:pPr>
              <w:pStyle w:val="opombapika"/>
            </w:pPr>
            <w:r>
              <w:t>storitve športne in fitnes vadbe</w:t>
            </w:r>
          </w:p>
          <w:p w:rsidR="00CA36E9" w:rsidRDefault="00CA36E9" w:rsidP="00CA36E9">
            <w:pPr>
              <w:pStyle w:val="opombapika"/>
            </w:pPr>
            <w:r>
              <w:t>dresura živali</w:t>
            </w:r>
          </w:p>
          <w:p w:rsidR="00CA36E9" w:rsidRDefault="00CA36E9" w:rsidP="00CA36E9">
            <w:pPr>
              <w:pStyle w:val="opombapika"/>
            </w:pPr>
            <w:r>
              <w:t>storitve spletnih iger na srečo</w:t>
            </w:r>
          </w:p>
          <w:p w:rsidR="00CA36E9" w:rsidRDefault="00CA36E9" w:rsidP="00CA36E9">
            <w:pPr>
              <w:pStyle w:val="opombapika"/>
            </w:pPr>
            <w:r>
              <w:t>storitve iger na srečo, organizacija loterij</w:t>
            </w:r>
          </w:p>
          <w:p w:rsidR="00CA36E9" w:rsidRDefault="00CA36E9" w:rsidP="00CA36E9">
            <w:pPr>
              <w:pStyle w:val="opombapika"/>
            </w:pPr>
            <w:r>
              <w:t>storitve rezervacije in naročila vstopnic za razvedrilne, izobraževalne in športne dogodke</w:t>
            </w:r>
          </w:p>
          <w:p w:rsidR="007F7938" w:rsidRPr="00993A45" w:rsidRDefault="00CA36E9" w:rsidP="00CA36E9">
            <w:pPr>
              <w:pStyle w:val="opombapika"/>
            </w:pPr>
            <w:r>
              <w:t>nekatere storitve pisanja, na primer pisanje scenarijev, pisanje pesmi</w:t>
            </w:r>
          </w:p>
        </w:tc>
        <w:tc>
          <w:tcPr>
            <w:tcW w:w="4747" w:type="dxa"/>
            <w:shd w:val="clear" w:color="auto" w:fill="F2F2F2" w:themeFill="background1" w:themeFillShade="F2"/>
          </w:tcPr>
          <w:p w:rsidR="007F7938" w:rsidRPr="00993A45" w:rsidRDefault="007F7938" w:rsidP="00CF2B9C">
            <w:pPr>
              <w:pStyle w:val="opomba"/>
            </w:pPr>
            <w:r w:rsidRPr="00D85EAF">
              <w:t>V ta razred niso vključeni zlasti:</w:t>
            </w:r>
          </w:p>
          <w:p w:rsidR="00CA36E9" w:rsidRDefault="00CA36E9" w:rsidP="00CA36E9">
            <w:pPr>
              <w:pStyle w:val="opombapika"/>
            </w:pPr>
            <w:r>
              <w:t>organizacija razstav za komercialne ali oglasne namene (razred 35)</w:t>
            </w:r>
          </w:p>
          <w:p w:rsidR="00CA36E9" w:rsidRDefault="00CA36E9" w:rsidP="00CA36E9">
            <w:pPr>
              <w:pStyle w:val="opombapika"/>
            </w:pPr>
            <w:r>
              <w:t>pisanje in objava oglasnih besedil (razred 35)</w:t>
            </w:r>
          </w:p>
          <w:p w:rsidR="00CA36E9" w:rsidRDefault="00CA36E9" w:rsidP="00CA36E9">
            <w:pPr>
              <w:pStyle w:val="opombapika"/>
            </w:pPr>
            <w:r>
              <w:t>storitve tiskovnih agencij (razred 38)</w:t>
            </w:r>
          </w:p>
          <w:p w:rsidR="00CA36E9" w:rsidRDefault="00CA36E9" w:rsidP="00CA36E9">
            <w:pPr>
              <w:pStyle w:val="opombapika"/>
            </w:pPr>
            <w:r>
              <w:t>storitve radijskega in televizijskega oddajanja (razred 38)</w:t>
            </w:r>
          </w:p>
          <w:p w:rsidR="00CA36E9" w:rsidRDefault="00CA36E9" w:rsidP="00CA36E9">
            <w:pPr>
              <w:pStyle w:val="opombapika"/>
            </w:pPr>
            <w:r>
              <w:t>videokonferenčne storitve (razred 38)</w:t>
            </w:r>
          </w:p>
          <w:p w:rsidR="00CA36E9" w:rsidRDefault="00CA36E9" w:rsidP="00CA36E9">
            <w:pPr>
              <w:pStyle w:val="opombapika"/>
            </w:pPr>
            <w:r>
              <w:t>tehnično pisanje (razred 42)</w:t>
            </w:r>
          </w:p>
          <w:p w:rsidR="00CA36E9" w:rsidRDefault="00CA36E9" w:rsidP="00CA36E9">
            <w:pPr>
              <w:pStyle w:val="opombapika"/>
            </w:pPr>
            <w:r>
              <w:t>storitve otroških jasli (razred 43)</w:t>
            </w:r>
          </w:p>
          <w:p w:rsidR="00CA36E9" w:rsidRDefault="00CA36E9" w:rsidP="00CA36E9">
            <w:pPr>
              <w:pStyle w:val="opombapika"/>
            </w:pPr>
            <w:r>
              <w:t>storitve zdravilišč (razred 44)</w:t>
            </w:r>
          </w:p>
          <w:p w:rsidR="007F7938" w:rsidRPr="00993A45" w:rsidRDefault="00CA36E9" w:rsidP="00CA36E9">
            <w:pPr>
              <w:pStyle w:val="opombapika"/>
            </w:pPr>
            <w:r>
              <w:t>načrtovanje in priprava poročnih slovesnosti (razred 45)</w:t>
            </w:r>
          </w:p>
        </w:tc>
      </w:tr>
    </w:tbl>
    <w:p w:rsidR="00F875A9" w:rsidRDefault="00F875A9" w:rsidP="00634B76">
      <w:pPr>
        <w:spacing w:before="360"/>
      </w:pPr>
    </w:p>
    <w:p w:rsidR="001F500C" w:rsidRDefault="001F500C">
      <w:pPr>
        <w:sectPr w:rsidR="001F500C" w:rsidSect="00E00425">
          <w:type w:val="continuous"/>
          <w:pgSz w:w="11907" w:h="16840" w:code="9"/>
          <w:pgMar w:top="1418" w:right="1418" w:bottom="1418" w:left="1418" w:header="720" w:footer="720" w:gutter="0"/>
          <w:cols w:space="720"/>
          <w:docGrid w:linePitch="360"/>
        </w:sectPr>
      </w:pPr>
    </w:p>
    <w:p w:rsidR="007F7938" w:rsidRDefault="007F7938" w:rsidP="007F7938">
      <w:r>
        <w:t>410002</w:t>
      </w:r>
      <w:r>
        <w:tab/>
        <w:t>Akademije [izobraževanje]</w:t>
      </w:r>
    </w:p>
    <w:p w:rsidR="007F7938" w:rsidRDefault="007F7938" w:rsidP="007F7938">
      <w:r>
        <w:t>410003</w:t>
      </w:r>
      <w:r>
        <w:tab/>
        <w:t>Storitve zabaviščnih parkov</w:t>
      </w:r>
    </w:p>
    <w:p w:rsidR="007F7938" w:rsidRDefault="007F7938" w:rsidP="007F7938">
      <w:r>
        <w:t>410004</w:t>
      </w:r>
      <w:r>
        <w:tab/>
        <w:t>Razvedrilne storitve</w:t>
      </w:r>
    </w:p>
    <w:p w:rsidR="007F7938" w:rsidRDefault="007F7938" w:rsidP="007F7938">
      <w:r>
        <w:t>410005</w:t>
      </w:r>
      <w:r>
        <w:tab/>
        <w:t>Dresura živali</w:t>
      </w:r>
    </w:p>
    <w:p w:rsidR="007F7938" w:rsidRDefault="007F7938" w:rsidP="007F7938">
      <w:r>
        <w:t>410006</w:t>
      </w:r>
      <w:r>
        <w:tab/>
        <w:t>Najem kinematografskih aparatov</w:t>
      </w:r>
    </w:p>
    <w:p w:rsidR="007F7938" w:rsidRDefault="007F7938" w:rsidP="007F7938">
      <w:r>
        <w:t>410007</w:t>
      </w:r>
      <w:r>
        <w:tab/>
        <w:t>Storitve zabavnikov</w:t>
      </w:r>
    </w:p>
    <w:p w:rsidR="007F7938" w:rsidRDefault="007F7938" w:rsidP="007F7938">
      <w:r>
        <w:t>410008</w:t>
      </w:r>
      <w:r>
        <w:tab/>
        <w:t>Filmski studii</w:t>
      </w:r>
    </w:p>
    <w:p w:rsidR="007F7938" w:rsidRDefault="007F7938" w:rsidP="007F7938">
      <w:r>
        <w:t>410009</w:t>
      </w:r>
      <w:r>
        <w:tab/>
        <w:t>Cirkusi</w:t>
      </w:r>
    </w:p>
    <w:p w:rsidR="007F7938" w:rsidRDefault="007F7938" w:rsidP="007F7938">
      <w:r>
        <w:t>410010</w:t>
      </w:r>
      <w:r>
        <w:tab/>
        <w:t>Organizacija tekmovanj [zabavnih in izobraževalnih]</w:t>
      </w:r>
    </w:p>
    <w:p w:rsidR="007F7938" w:rsidRDefault="007F7938" w:rsidP="007F7938">
      <w:r>
        <w:t>410011</w:t>
      </w:r>
      <w:r>
        <w:tab/>
        <w:t>Dopisno izobraževanje</w:t>
      </w:r>
    </w:p>
    <w:p w:rsidR="007F7938" w:rsidRDefault="007F7938" w:rsidP="007F7938">
      <w:r>
        <w:t>410012</w:t>
      </w:r>
      <w:r>
        <w:tab/>
        <w:t>Telesna vzgoja</w:t>
      </w:r>
    </w:p>
    <w:p w:rsidR="007F7938" w:rsidRDefault="007F7938" w:rsidP="007F7938">
      <w:r>
        <w:t>410013</w:t>
      </w:r>
      <w:r>
        <w:tab/>
        <w:t>Izposoja scenografije za predstave</w:t>
      </w:r>
    </w:p>
    <w:p w:rsidR="007F7938" w:rsidRDefault="007F7938" w:rsidP="007F7938">
      <w:r>
        <w:t>410014</w:t>
      </w:r>
      <w:r>
        <w:tab/>
        <w:t>Nudenje rekreacijskih prostorov in opreme</w:t>
      </w:r>
    </w:p>
    <w:p w:rsidR="007F7938" w:rsidRDefault="007F7938" w:rsidP="007F7938">
      <w:r>
        <w:t>410015</w:t>
      </w:r>
      <w:r>
        <w:tab/>
        <w:t>Radijske oddaje za zabavo</w:t>
      </w:r>
    </w:p>
    <w:p w:rsidR="007F7938" w:rsidRDefault="007F7938" w:rsidP="007F7938">
      <w:r>
        <w:t>410016</w:t>
      </w:r>
      <w:r>
        <w:tab/>
        <w:t>Publikacija besedil, razen reklamnih besedil</w:t>
      </w:r>
    </w:p>
    <w:p w:rsidR="007F7938" w:rsidRDefault="007F7938" w:rsidP="007F7938">
      <w:r>
        <w:t>410018</w:t>
      </w:r>
      <w:r>
        <w:tab/>
        <w:t>Izposoja zvočnih posnetkov</w:t>
      </w:r>
    </w:p>
    <w:p w:rsidR="007F7938" w:rsidRDefault="007F7938" w:rsidP="007F7938">
      <w:r>
        <w:t>410019</w:t>
      </w:r>
      <w:r>
        <w:tab/>
        <w:t>Izposoja filmov</w:t>
      </w:r>
    </w:p>
    <w:p w:rsidR="007F7938" w:rsidRDefault="007F7938" w:rsidP="007F7938">
      <w:r>
        <w:t>410020</w:t>
      </w:r>
      <w:r>
        <w:tab/>
        <w:t>Filmska produkcija, razen oglaševalskih filmov</w:t>
      </w:r>
    </w:p>
    <w:p w:rsidR="007F7938" w:rsidRDefault="007F7938" w:rsidP="007F7938">
      <w:r>
        <w:t>410021</w:t>
      </w:r>
      <w:r>
        <w:tab/>
        <w:t>Poučevanje gimnastike</w:t>
      </w:r>
    </w:p>
    <w:p w:rsidR="007F7938" w:rsidRDefault="007F7938" w:rsidP="007F7938">
      <w:r>
        <w:t>410023</w:t>
      </w:r>
      <w:r>
        <w:tab/>
        <w:t>Storitve knjižnic</w:t>
      </w:r>
    </w:p>
    <w:p w:rsidR="007F7938" w:rsidRDefault="007F7938" w:rsidP="007F7938">
      <w:r>
        <w:t>410024</w:t>
      </w:r>
      <w:r>
        <w:tab/>
        <w:t>Objavljanje knjig</w:t>
      </w:r>
    </w:p>
    <w:p w:rsidR="007F7938" w:rsidRDefault="007F7938" w:rsidP="007F7938">
      <w:r>
        <w:t>410025</w:t>
      </w:r>
      <w:r>
        <w:tab/>
        <w:t>Najem radijev in televizij</w:t>
      </w:r>
    </w:p>
    <w:p w:rsidR="007F7938" w:rsidRDefault="007F7938" w:rsidP="007F7938">
      <w:r>
        <w:t>410026</w:t>
      </w:r>
      <w:r>
        <w:tab/>
        <w:t>Produkcija televizijskih in radijskih programov</w:t>
      </w:r>
    </w:p>
    <w:p w:rsidR="007F7938" w:rsidRDefault="007F7938" w:rsidP="007F7938">
      <w:r>
        <w:t>410027</w:t>
      </w:r>
      <w:r>
        <w:tab/>
        <w:t>Predstavitev varietejskih predstav</w:t>
      </w:r>
    </w:p>
    <w:p w:rsidR="007F7938" w:rsidRDefault="007F7938" w:rsidP="007F7938">
      <w:r>
        <w:t>410028</w:t>
      </w:r>
      <w:r>
        <w:tab/>
        <w:t>Orkestralni nastopi</w:t>
      </w:r>
    </w:p>
    <w:p w:rsidR="007F7938" w:rsidRDefault="007F7938" w:rsidP="007F7938">
      <w:r>
        <w:t>410029</w:t>
      </w:r>
      <w:r>
        <w:tab/>
        <w:t>Produkcije gledaliških predstav</w:t>
      </w:r>
    </w:p>
    <w:p w:rsidR="007F7938" w:rsidRDefault="007F7938" w:rsidP="007F7938">
      <w:r>
        <w:t>410030</w:t>
      </w:r>
      <w:r>
        <w:tab/>
        <w:t>Produkcija predstav</w:t>
      </w:r>
    </w:p>
    <w:p w:rsidR="007F7938" w:rsidRDefault="007F7938" w:rsidP="007F7938">
      <w:r>
        <w:lastRenderedPageBreak/>
        <w:t>410031</w:t>
      </w:r>
      <w:r>
        <w:tab/>
        <w:t>Televizijski zabavni program</w:t>
      </w:r>
    </w:p>
    <w:p w:rsidR="007F7938" w:rsidRDefault="007F7938" w:rsidP="007F7938">
      <w:r>
        <w:t>410032</w:t>
      </w:r>
      <w:r>
        <w:tab/>
        <w:t>Izposoja odrske scenografije</w:t>
      </w:r>
    </w:p>
    <w:p w:rsidR="007F7938" w:rsidRDefault="007F7938" w:rsidP="007F7938">
      <w:r>
        <w:t>410033</w:t>
      </w:r>
      <w:r>
        <w:tab/>
        <w:t>Živalski vrtovi</w:t>
      </w:r>
    </w:p>
    <w:p w:rsidR="007F7938" w:rsidRDefault="007F7938" w:rsidP="007F7938">
      <w:r>
        <w:t>410035</w:t>
      </w:r>
      <w:r>
        <w:tab/>
        <w:t>Nudenje prostorov in opreme za šport</w:t>
      </w:r>
    </w:p>
    <w:p w:rsidR="007F7938" w:rsidRDefault="007F7938" w:rsidP="007F7938">
      <w:r>
        <w:t>410036</w:t>
      </w:r>
      <w:r>
        <w:tab/>
        <w:t>Poziranje za umetnike</w:t>
      </w:r>
    </w:p>
    <w:p w:rsidR="007F7938" w:rsidRDefault="007F7938" w:rsidP="007F7938">
      <w:r>
        <w:t>410042</w:t>
      </w:r>
      <w:r>
        <w:tab/>
        <w:t>Nudenje storitev za igralnice (prostorov in opreme)</w:t>
      </w:r>
    </w:p>
    <w:p w:rsidR="007F7938" w:rsidRDefault="007F7938" w:rsidP="007F7938">
      <w:r>
        <w:t>410044</w:t>
      </w:r>
      <w:r>
        <w:tab/>
        <w:t>Organizacija in vodenje kolokvijev</w:t>
      </w:r>
    </w:p>
    <w:p w:rsidR="007F7938" w:rsidRDefault="007F7938" w:rsidP="007F7938">
      <w:r>
        <w:t>410045</w:t>
      </w:r>
      <w:r>
        <w:tab/>
        <w:t>Organizacija in vodenje konferenc</w:t>
      </w:r>
    </w:p>
    <w:p w:rsidR="007F7938" w:rsidRDefault="007F7938" w:rsidP="007F7938">
      <w:r>
        <w:t>410046</w:t>
      </w:r>
      <w:r>
        <w:tab/>
        <w:t>Organizacija in vodenje kongresov</w:t>
      </w:r>
    </w:p>
    <w:p w:rsidR="007F7938" w:rsidRDefault="007F7938" w:rsidP="007F7938">
      <w:r>
        <w:t>410047</w:t>
      </w:r>
      <w:r>
        <w:tab/>
        <w:t>Storitve diskotek</w:t>
      </w:r>
    </w:p>
    <w:p w:rsidR="007F7938" w:rsidRDefault="007F7938" w:rsidP="007F7938">
      <w:r>
        <w:t>410048</w:t>
      </w:r>
      <w:r>
        <w:tab/>
        <w:t>Informacije o izobraževanju</w:t>
      </w:r>
    </w:p>
    <w:p w:rsidR="007F7938" w:rsidRDefault="007F7938" w:rsidP="007F7938">
      <w:r>
        <w:t>410049</w:t>
      </w:r>
      <w:r>
        <w:tab/>
        <w:t>Študijski izpiti</w:t>
      </w:r>
    </w:p>
    <w:p w:rsidR="007F7938" w:rsidRPr="003834FA" w:rsidRDefault="007F7938" w:rsidP="007F7938">
      <w:pPr>
        <w:rPr>
          <w:lang w:val="fr-FR"/>
        </w:rPr>
      </w:pPr>
      <w:r>
        <w:t>410050</w:t>
      </w:r>
      <w:r>
        <w:tab/>
      </w:r>
      <w:r w:rsidRPr="003834FA">
        <w:rPr>
          <w:lang w:val="fr-FR"/>
        </w:rPr>
        <w:t>Informacije v zvezi z razvedrilom</w:t>
      </w:r>
    </w:p>
    <w:p w:rsidR="007F7938" w:rsidRDefault="007F7938" w:rsidP="007F7938">
      <w:r>
        <w:t>410051</w:t>
      </w:r>
      <w:r>
        <w:tab/>
        <w:t>Organizacija razstav za kulturne ali izobraževalne namene</w:t>
      </w:r>
    </w:p>
    <w:p w:rsidR="007F7938" w:rsidRDefault="007F7938" w:rsidP="007F7938">
      <w:r>
        <w:t>410052</w:t>
      </w:r>
      <w:r>
        <w:tab/>
        <w:t>Igre na srečo</w:t>
      </w:r>
    </w:p>
    <w:p w:rsidR="007F7938" w:rsidRDefault="007F7938" w:rsidP="007F7938">
      <w:r>
        <w:t>410053</w:t>
      </w:r>
      <w:r>
        <w:tab/>
        <w:t>Igrišča za golf (dano na razpolago)</w:t>
      </w:r>
    </w:p>
    <w:p w:rsidR="007F7938" w:rsidRDefault="007F7938" w:rsidP="007F7938">
      <w:r>
        <w:t>410054</w:t>
      </w:r>
      <w:r>
        <w:tab/>
        <w:t>Klubi zdravja [zdravstvena in telesna vadba]</w:t>
      </w:r>
    </w:p>
    <w:p w:rsidR="007F7938" w:rsidRDefault="007F7938" w:rsidP="007F7938">
      <w:r>
        <w:t>410055</w:t>
      </w:r>
      <w:r>
        <w:tab/>
        <w:t>Storitve počitniških taborov (razvedrilo)</w:t>
      </w:r>
    </w:p>
    <w:p w:rsidR="007F7938" w:rsidRDefault="007F7938" w:rsidP="007F7938">
      <w:r>
        <w:t>410056</w:t>
      </w:r>
      <w:r>
        <w:tab/>
        <w:t>Nastopanje v živo</w:t>
      </w:r>
    </w:p>
    <w:p w:rsidR="007F7938" w:rsidRDefault="007F7938" w:rsidP="007F7938">
      <w:r>
        <w:t>410058</w:t>
      </w:r>
      <w:r>
        <w:tab/>
        <w:t>Otroški vrtci</w:t>
      </w:r>
    </w:p>
    <w:p w:rsidR="007F7938" w:rsidRDefault="007F7938" w:rsidP="007F7938">
      <w:r>
        <w:t>410059</w:t>
      </w:r>
      <w:r>
        <w:tab/>
        <w:t>Organizacija športnih tekmovanj</w:t>
      </w:r>
    </w:p>
    <w:p w:rsidR="007F7938" w:rsidRDefault="007F7938" w:rsidP="007F7938">
      <w:r>
        <w:t>410060</w:t>
      </w:r>
      <w:r>
        <w:tab/>
        <w:t>Načrtovanje zabav (razvedrilo)</w:t>
      </w:r>
    </w:p>
    <w:p w:rsidR="007F7938" w:rsidRDefault="007F7938" w:rsidP="007F7938">
      <w:r>
        <w:t>410061</w:t>
      </w:r>
      <w:r>
        <w:tab/>
        <w:t>Praktično usposabljanje [predstavitve]</w:t>
      </w:r>
    </w:p>
    <w:p w:rsidR="007F7938" w:rsidRDefault="007F7938" w:rsidP="007F7938">
      <w:r>
        <w:t>410062</w:t>
      </w:r>
      <w:r>
        <w:tab/>
        <w:t>Nudenje muzejskih inštalacij</w:t>
      </w:r>
    </w:p>
    <w:p w:rsidR="007F7938" w:rsidRDefault="007F7938" w:rsidP="007F7938">
      <w:r>
        <w:t>410063</w:t>
      </w:r>
      <w:r>
        <w:tab/>
        <w:t>Snemalni studii</w:t>
      </w:r>
    </w:p>
    <w:p w:rsidR="007F7938" w:rsidRDefault="007F7938" w:rsidP="007F7938">
      <w:r>
        <w:t>410064</w:t>
      </w:r>
      <w:r>
        <w:tab/>
        <w:t>Informiranje o rekreaciji</w:t>
      </w:r>
    </w:p>
    <w:p w:rsidR="007F7938" w:rsidRDefault="007F7938" w:rsidP="007F7938">
      <w:r>
        <w:t>410065</w:t>
      </w:r>
      <w:r>
        <w:tab/>
        <w:t>Izposoja potapljaške opreme</w:t>
      </w:r>
    </w:p>
    <w:p w:rsidR="007F7938" w:rsidRDefault="007F7938" w:rsidP="007F7938">
      <w:r>
        <w:t>410066</w:t>
      </w:r>
      <w:r>
        <w:tab/>
        <w:t>Izposoja športne opreme (razen vozil)</w:t>
      </w:r>
    </w:p>
    <w:p w:rsidR="007F7938" w:rsidRDefault="007F7938" w:rsidP="007F7938">
      <w:r>
        <w:t>410067</w:t>
      </w:r>
      <w:r>
        <w:tab/>
        <w:t>Najem stadionov</w:t>
      </w:r>
    </w:p>
    <w:p w:rsidR="007F7938" w:rsidRDefault="007F7938" w:rsidP="007F7938">
      <w:r>
        <w:t>410068</w:t>
      </w:r>
      <w:r>
        <w:tab/>
        <w:t>Izposoja video rekorderjev</w:t>
      </w:r>
    </w:p>
    <w:p w:rsidR="007F7938" w:rsidRDefault="007F7938" w:rsidP="007F7938">
      <w:r>
        <w:t>410069</w:t>
      </w:r>
      <w:r>
        <w:tab/>
        <w:t>Izposoja video trakov</w:t>
      </w:r>
    </w:p>
    <w:p w:rsidR="007F7938" w:rsidRDefault="007F7938" w:rsidP="007F7938">
      <w:r>
        <w:t>410070</w:t>
      </w:r>
      <w:r>
        <w:tab/>
        <w:t>Organizacija in vodenje seminarjev</w:t>
      </w:r>
    </w:p>
    <w:p w:rsidR="007F7938" w:rsidRDefault="007F7938" w:rsidP="007F7938">
      <w:r>
        <w:t>410071</w:t>
      </w:r>
      <w:r>
        <w:tab/>
        <w:t>Storitve nudenja prostorov in opreme za šport</w:t>
      </w:r>
    </w:p>
    <w:p w:rsidR="007F7938" w:rsidRDefault="007F7938" w:rsidP="007F7938">
      <w:r>
        <w:t>410072</w:t>
      </w:r>
      <w:r>
        <w:tab/>
        <w:t>Organizacija in vodenje simpozijev</w:t>
      </w:r>
    </w:p>
    <w:p w:rsidR="007F7938" w:rsidRDefault="007F7938" w:rsidP="007F7938">
      <w:r>
        <w:t>410073</w:t>
      </w:r>
      <w:r>
        <w:tab/>
        <w:t>Merjenje časa na športnih prireditvah</w:t>
      </w:r>
    </w:p>
    <w:p w:rsidR="007F7938" w:rsidRDefault="007F7938" w:rsidP="007F7938">
      <w:r>
        <w:t>410075</w:t>
      </w:r>
      <w:r>
        <w:tab/>
        <w:t>Internatske šole</w:t>
      </w:r>
    </w:p>
    <w:p w:rsidR="007F7938" w:rsidRDefault="007F7938" w:rsidP="007F7938">
      <w:r>
        <w:t>410076</w:t>
      </w:r>
      <w:r>
        <w:tab/>
        <w:t>Organiziranje in vodenje učnih delavnic [šolanje]</w:t>
      </w:r>
    </w:p>
    <w:p w:rsidR="007F7938" w:rsidRDefault="007F7938" w:rsidP="007F7938">
      <w:r>
        <w:t>410077</w:t>
      </w:r>
      <w:r>
        <w:tab/>
        <w:t>Organiziranje lepotnih tekmovanj</w:t>
      </w:r>
    </w:p>
    <w:p w:rsidR="007F7938" w:rsidRDefault="007F7938" w:rsidP="007F7938">
      <w:r>
        <w:t>410078</w:t>
      </w:r>
      <w:r>
        <w:tab/>
        <w:t>Rezervacija sedežev za predstave</w:t>
      </w:r>
    </w:p>
    <w:p w:rsidR="007F7938" w:rsidRDefault="007F7938" w:rsidP="007F7938">
      <w:r>
        <w:t>410079</w:t>
      </w:r>
      <w:r>
        <w:tab/>
        <w:t>Sinhronizacija</w:t>
      </w:r>
    </w:p>
    <w:p w:rsidR="007F7938" w:rsidRDefault="007F7938" w:rsidP="007F7938">
      <w:r>
        <w:t>410080</w:t>
      </w:r>
      <w:r>
        <w:tab/>
        <w:t>Religiozno izobraževanje</w:t>
      </w:r>
    </w:p>
    <w:p w:rsidR="007F7938" w:rsidRDefault="007F7938" w:rsidP="007F7938">
      <w:r>
        <w:t>410081</w:t>
      </w:r>
      <w:r>
        <w:tab/>
        <w:t>Loterijski posli</w:t>
      </w:r>
    </w:p>
    <w:p w:rsidR="007F7938" w:rsidRDefault="007F7938" w:rsidP="007F7938">
      <w:r>
        <w:t>410082</w:t>
      </w:r>
      <w:r>
        <w:tab/>
        <w:t>Organiziranje plesov</w:t>
      </w:r>
    </w:p>
    <w:p w:rsidR="007F7938" w:rsidRDefault="007F7938" w:rsidP="007F7938">
      <w:r>
        <w:t>410083</w:t>
      </w:r>
      <w:r>
        <w:tab/>
        <w:t>Organiziranje nastopov [storitve impresarijev]</w:t>
      </w:r>
    </w:p>
    <w:p w:rsidR="007F7938" w:rsidRDefault="007F7938" w:rsidP="007F7938">
      <w:r>
        <w:t>410084</w:t>
      </w:r>
      <w:r>
        <w:tab/>
        <w:t>Nudenje prostorov in opreme igralnih salonov</w:t>
      </w:r>
    </w:p>
    <w:p w:rsidR="007F7938" w:rsidRDefault="007F7938" w:rsidP="007F7938">
      <w:r>
        <w:t>410085</w:t>
      </w:r>
      <w:r>
        <w:tab/>
        <w:t>Najem avdio opreme</w:t>
      </w:r>
    </w:p>
    <w:p w:rsidR="007F7938" w:rsidRDefault="007F7938" w:rsidP="007F7938">
      <w:r>
        <w:t>410086</w:t>
      </w:r>
      <w:r>
        <w:tab/>
        <w:t>Najem aparatov za razsvetljavo za gledališke scene in televizijske studie</w:t>
      </w:r>
    </w:p>
    <w:p w:rsidR="007F7938" w:rsidRDefault="007F7938" w:rsidP="007F7938">
      <w:r>
        <w:t>410087</w:t>
      </w:r>
      <w:r>
        <w:tab/>
        <w:t>Najem teniških igrišč</w:t>
      </w:r>
    </w:p>
    <w:p w:rsidR="007F7938" w:rsidRDefault="007F7938" w:rsidP="007F7938">
      <w:r>
        <w:t>410089</w:t>
      </w:r>
      <w:r>
        <w:tab/>
        <w:t>Pisanje scenarijev, razen za za namene oglaševanja</w:t>
      </w:r>
    </w:p>
    <w:p w:rsidR="007F7938" w:rsidRDefault="007F7938" w:rsidP="007F7938">
      <w:r>
        <w:t>410090</w:t>
      </w:r>
      <w:r>
        <w:tab/>
        <w:t>Izdajanje videokaset</w:t>
      </w:r>
    </w:p>
    <w:p w:rsidR="007F7938" w:rsidRDefault="007F7938" w:rsidP="007F7938">
      <w:r>
        <w:t>410091</w:t>
      </w:r>
      <w:r>
        <w:tab/>
        <w:t>Spletno objavljanje elektronskih knjig in časopisov</w:t>
      </w:r>
    </w:p>
    <w:p w:rsidR="007F7938" w:rsidRDefault="007F7938" w:rsidP="007F7938">
      <w:r>
        <w:t>410092</w:t>
      </w:r>
      <w:r>
        <w:tab/>
        <w:t>Elektronsko namizno založništvo</w:t>
      </w:r>
    </w:p>
    <w:p w:rsidR="007F7938" w:rsidRDefault="007F7938" w:rsidP="007F7938">
      <w:r>
        <w:t>410093</w:t>
      </w:r>
      <w:r>
        <w:tab/>
        <w:t>Podnaslavljanje</w:t>
      </w:r>
    </w:p>
    <w:p w:rsidR="007F7938" w:rsidRDefault="007F7938" w:rsidP="007F7938">
      <w:r>
        <w:t>410094</w:t>
      </w:r>
      <w:r>
        <w:tab/>
        <w:t>Storitev nudenja spletnih iger (preko računalniškega omrežja)</w:t>
      </w:r>
    </w:p>
    <w:p w:rsidR="007F7938" w:rsidRDefault="007F7938" w:rsidP="007F7938">
      <w:r>
        <w:t>410095</w:t>
      </w:r>
      <w:r>
        <w:tab/>
        <w:t>Nudenje storitev karaok</w:t>
      </w:r>
    </w:p>
    <w:p w:rsidR="007F7938" w:rsidRDefault="007F7938" w:rsidP="007F7938">
      <w:r>
        <w:t>410097</w:t>
      </w:r>
      <w:r>
        <w:tab/>
        <w:t>Storitve komponiranja glasbe</w:t>
      </w:r>
    </w:p>
    <w:p w:rsidR="007F7938" w:rsidRDefault="007F7938" w:rsidP="007F7938">
      <w:r>
        <w:t>410098</w:t>
      </w:r>
      <w:r>
        <w:tab/>
        <w:t>Storitve nočnih klubov [razvedrilne storitve]</w:t>
      </w:r>
    </w:p>
    <w:p w:rsidR="007F7938" w:rsidRDefault="007F7938" w:rsidP="007F7938">
      <w:r>
        <w:t>410099</w:t>
      </w:r>
      <w:r>
        <w:tab/>
        <w:t>Nudenje spletnih elektronskih publikacij, nenaložljivih</w:t>
      </w:r>
    </w:p>
    <w:p w:rsidR="007F7938" w:rsidRDefault="007F7938" w:rsidP="007F7938">
      <w:r>
        <w:t>410100</w:t>
      </w:r>
      <w:r>
        <w:tab/>
        <w:t>Fotografske reportaže</w:t>
      </w:r>
    </w:p>
    <w:p w:rsidR="007F7938" w:rsidRDefault="007F7938" w:rsidP="007F7938">
      <w:r>
        <w:t>410101</w:t>
      </w:r>
      <w:r>
        <w:tab/>
        <w:t>Fotografiranje</w:t>
      </w:r>
    </w:p>
    <w:p w:rsidR="007F7938" w:rsidRDefault="007F7938" w:rsidP="007F7938">
      <w:r>
        <w:t>410102</w:t>
      </w:r>
      <w:r>
        <w:tab/>
        <w:t>Poklicno usmerjanje</w:t>
      </w:r>
    </w:p>
    <w:p w:rsidR="007F7938" w:rsidRDefault="007F7938" w:rsidP="007F7938">
      <w:r>
        <w:t>410103</w:t>
      </w:r>
      <w:r>
        <w:tab/>
        <w:t>Storitve novinarskih poročevalcev</w:t>
      </w:r>
    </w:p>
    <w:p w:rsidR="007F7938" w:rsidRDefault="007F7938" w:rsidP="007F7938">
      <w:r>
        <w:t>410104</w:t>
      </w:r>
      <w:r>
        <w:tab/>
        <w:t>Prevajanje in tolmačenje</w:t>
      </w:r>
    </w:p>
    <w:p w:rsidR="007F7938" w:rsidRDefault="007F7938" w:rsidP="007F7938">
      <w:r>
        <w:t>410105</w:t>
      </w:r>
      <w:r>
        <w:tab/>
        <w:t>Interpretacija znakovnega jezika</w:t>
      </w:r>
    </w:p>
    <w:p w:rsidR="007F7938" w:rsidRDefault="007F7938" w:rsidP="007F7938">
      <w:r>
        <w:t>410106</w:t>
      </w:r>
      <w:r>
        <w:tab/>
        <w:t>Snemanje videotrakov</w:t>
      </w:r>
    </w:p>
    <w:p w:rsidR="007F7938" w:rsidRDefault="007F7938" w:rsidP="007F7938">
      <w:r>
        <w:t>410182</w:t>
      </w:r>
      <w:r>
        <w:tab/>
        <w:t>Snemanje na mikrofilm</w:t>
      </w:r>
    </w:p>
    <w:p w:rsidR="007F7938" w:rsidRDefault="007F7938" w:rsidP="007F7938">
      <w:r>
        <w:t>410183</w:t>
      </w:r>
      <w:r>
        <w:tab/>
        <w:t>Storitve agencij za prodajo kart [razvedrilo]</w:t>
      </w:r>
    </w:p>
    <w:p w:rsidR="007F7938" w:rsidRDefault="007F7938" w:rsidP="007F7938">
      <w:r>
        <w:t>410184</w:t>
      </w:r>
      <w:r>
        <w:tab/>
        <w:t>Izdajanje besedil (razen oglasnih tekstov)</w:t>
      </w:r>
    </w:p>
    <w:p w:rsidR="007F7938" w:rsidRDefault="007F7938" w:rsidP="007F7938">
      <w:r>
        <w:t>410185</w:t>
      </w:r>
      <w:r>
        <w:tab/>
        <w:t>Organizacija in vodenje koncertov</w:t>
      </w:r>
    </w:p>
    <w:p w:rsidR="007F7938" w:rsidRDefault="007F7938" w:rsidP="007F7938">
      <w:r>
        <w:t>410186</w:t>
      </w:r>
      <w:r>
        <w:tab/>
        <w:t>Storitve lepopisa (kaligrafije)</w:t>
      </w:r>
    </w:p>
    <w:p w:rsidR="007F7938" w:rsidRDefault="007F7938" w:rsidP="007F7938">
      <w:r>
        <w:t>410187</w:t>
      </w:r>
      <w:r>
        <w:tab/>
        <w:t>Storitve urejanja publikacij, razen tistih za reklamne namene</w:t>
      </w:r>
    </w:p>
    <w:p w:rsidR="007F7938" w:rsidRDefault="007F7938" w:rsidP="007F7938">
      <w:r>
        <w:t>410188</w:t>
      </w:r>
      <w:r>
        <w:tab/>
        <w:t>Organizacija modnih revij za razvedrilne namene</w:t>
      </w:r>
    </w:p>
    <w:p w:rsidR="007F7938" w:rsidRDefault="007F7938" w:rsidP="007F7938">
      <w:r>
        <w:t>410189</w:t>
      </w:r>
      <w:r>
        <w:tab/>
        <w:t>Treniranje [usposabljanje]</w:t>
      </w:r>
    </w:p>
    <w:p w:rsidR="007F7938" w:rsidRDefault="007F7938" w:rsidP="007F7938">
      <w:r>
        <w:t>410190</w:t>
      </w:r>
      <w:r>
        <w:tab/>
        <w:t>Najem športnih igrišč</w:t>
      </w:r>
    </w:p>
    <w:p w:rsidR="007F7938" w:rsidRDefault="007F7938" w:rsidP="007F7938">
      <w:r>
        <w:t>410191</w:t>
      </w:r>
      <w:r>
        <w:tab/>
        <w:t>Storitve disc jockeyev</w:t>
      </w:r>
    </w:p>
    <w:p w:rsidR="007F7938" w:rsidRDefault="007F7938" w:rsidP="007F7938">
      <w:r>
        <w:t>410192</w:t>
      </w:r>
      <w:r>
        <w:tab/>
        <w:t>Tolmačenje jezikov</w:t>
      </w:r>
    </w:p>
    <w:p w:rsidR="007F7938" w:rsidRDefault="007F7938" w:rsidP="007F7938">
      <w:r>
        <w:t>410193</w:t>
      </w:r>
      <w:r>
        <w:tab/>
        <w:t>Storitve osebnih trenerjev [fitnes]</w:t>
      </w:r>
    </w:p>
    <w:p w:rsidR="007F7938" w:rsidRDefault="007F7938" w:rsidP="007F7938">
      <w:r>
        <w:t>410194</w:t>
      </w:r>
      <w:r>
        <w:tab/>
        <w:t>Vodenje tečajev fitnesa</w:t>
      </w:r>
    </w:p>
    <w:p w:rsidR="007F7938" w:rsidRDefault="007F7938" w:rsidP="007F7938">
      <w:r>
        <w:t>410195</w:t>
      </w:r>
      <w:r>
        <w:tab/>
        <w:t>Poklicna prekvalifikacija</w:t>
      </w:r>
    </w:p>
    <w:p w:rsidR="007F7938" w:rsidRDefault="007F7938" w:rsidP="007F7938">
      <w:r>
        <w:t>410196</w:t>
      </w:r>
      <w:r>
        <w:tab/>
        <w:t>Produkcija glasbe</w:t>
      </w:r>
    </w:p>
    <w:p w:rsidR="007F7938" w:rsidRDefault="007F7938" w:rsidP="007F7938">
      <w:r>
        <w:t>410197</w:t>
      </w:r>
      <w:r>
        <w:tab/>
        <w:t>Najem igrač</w:t>
      </w:r>
    </w:p>
    <w:p w:rsidR="007F7938" w:rsidRDefault="007F7938" w:rsidP="007F7938">
      <w:r>
        <w:t>410198</w:t>
      </w:r>
      <w:r>
        <w:tab/>
        <w:t>Izposoja opreme za igre</w:t>
      </w:r>
    </w:p>
    <w:p w:rsidR="007F7938" w:rsidRDefault="007F7938" w:rsidP="007F7938">
      <w:r>
        <w:t>410199</w:t>
      </w:r>
      <w:r>
        <w:tab/>
        <w:t>Izobraževalne storitve, ki jih nudijo šole</w:t>
      </w:r>
    </w:p>
    <w:p w:rsidR="007F7938" w:rsidRPr="003834FA" w:rsidRDefault="007F7938" w:rsidP="007F7938">
      <w:pPr>
        <w:rPr>
          <w:lang w:val="fr-FR"/>
        </w:rPr>
      </w:pPr>
      <w:r>
        <w:t>410200</w:t>
      </w:r>
      <w:r>
        <w:tab/>
      </w:r>
      <w:r w:rsidRPr="003834FA">
        <w:rPr>
          <w:lang w:val="fr-FR"/>
        </w:rPr>
        <w:t>Nudenje digitalne glasbe [ki se je ne da naložiti] iz interneta</w:t>
      </w:r>
    </w:p>
    <w:p w:rsidR="007F7938" w:rsidRDefault="007F7938" w:rsidP="007F7938">
      <w:r>
        <w:t>410201</w:t>
      </w:r>
      <w:r>
        <w:tab/>
        <w:t>Nudenje spletnih videoposnetkov, ki se jih ne da naložiti preko računalniške mreže</w:t>
      </w:r>
    </w:p>
    <w:p w:rsidR="007F7938" w:rsidRDefault="007F7938" w:rsidP="007F7938">
      <w:r>
        <w:t>410202</w:t>
      </w:r>
      <w:r>
        <w:tab/>
        <w:t>Mentorstvo</w:t>
      </w:r>
    </w:p>
    <w:p w:rsidR="007F7938" w:rsidRDefault="007F7938" w:rsidP="007F7938">
      <w:r>
        <w:t>410203</w:t>
      </w:r>
      <w:r>
        <w:tab/>
        <w:t>Prirejanje in vodenje izobraževalnih forumov v živo</w:t>
      </w:r>
    </w:p>
    <w:p w:rsidR="007F7938" w:rsidRDefault="007F7938" w:rsidP="007F7938">
      <w:r>
        <w:lastRenderedPageBreak/>
        <w:t>410204</w:t>
      </w:r>
      <w:r>
        <w:tab/>
        <w:t>Pisanje pesmi</w:t>
      </w:r>
    </w:p>
    <w:p w:rsidR="007F7938" w:rsidRDefault="007F7938" w:rsidP="007F7938">
      <w:r>
        <w:t>410205</w:t>
      </w:r>
      <w:r>
        <w:tab/>
        <w:t>Pisanje scenarijev</w:t>
      </w:r>
    </w:p>
    <w:p w:rsidR="007F7938" w:rsidRDefault="007F7938" w:rsidP="007F7938">
      <w:r>
        <w:t>410206</w:t>
      </w:r>
      <w:r>
        <w:tab/>
        <w:t>Vodenje vodenih izletov</w:t>
      </w:r>
    </w:p>
    <w:p w:rsidR="007F7938" w:rsidRDefault="007F7938" w:rsidP="007F7938">
      <w:r>
        <w:t>410207</w:t>
      </w:r>
      <w:r>
        <w:tab/>
        <w:t>Storitve usposabljanja s simulatorji</w:t>
      </w:r>
    </w:p>
    <w:p w:rsidR="007F7938" w:rsidRDefault="007F7938" w:rsidP="007F7938">
      <w:r>
        <w:t>410208</w:t>
      </w:r>
      <w:r>
        <w:tab/>
        <w:t>Nudenje filmov, nenaložljivih, preko storitev prenosa videa na zahtevo</w:t>
      </w:r>
    </w:p>
    <w:p w:rsidR="007F7938" w:rsidRDefault="007F7938" w:rsidP="007F7938">
      <w:r>
        <w:t>410210</w:t>
      </w:r>
      <w:r>
        <w:tab/>
        <w:t>Navodila za sado [navodila za obred priprave čaja]</w:t>
      </w:r>
    </w:p>
    <w:p w:rsidR="007F7938" w:rsidRDefault="007F7938" w:rsidP="007F7938">
      <w:r>
        <w:t>410211</w:t>
      </w:r>
      <w:r>
        <w:tab/>
        <w:t>Poučevanje aikida</w:t>
      </w:r>
    </w:p>
    <w:p w:rsidR="007F7938" w:rsidRDefault="007F7938" w:rsidP="007F7938">
      <w:r>
        <w:t>410212</w:t>
      </w:r>
      <w:r>
        <w:tab/>
        <w:t>Izposoja umetniških del</w:t>
      </w:r>
    </w:p>
    <w:p w:rsidR="007F7938" w:rsidRDefault="007F7938" w:rsidP="007F7938">
      <w:r>
        <w:t>410213</w:t>
      </w:r>
      <w:r>
        <w:tab/>
        <w:t>Najem notranjih akvarijev</w:t>
      </w:r>
    </w:p>
    <w:p w:rsidR="007F7938" w:rsidRDefault="007F7938" w:rsidP="007F7938">
      <w:r>
        <w:t>410214</w:t>
      </w:r>
      <w:r>
        <w:tab/>
        <w:t>Izvajanje vodenih plezalnih tur</w:t>
      </w:r>
    </w:p>
    <w:p w:rsidR="007F7938" w:rsidRDefault="007F7938" w:rsidP="007F7938">
      <w:r>
        <w:t>410215</w:t>
      </w:r>
      <w:r>
        <w:tab/>
        <w:t>Organizacija cosplay zabavnih prireditev</w:t>
      </w:r>
    </w:p>
    <w:p w:rsidR="007F7938" w:rsidRDefault="007F7938" w:rsidP="007F7938">
      <w:r>
        <w:t>410216</w:t>
      </w:r>
      <w:r>
        <w:tab/>
        <w:t>Kulturne, izobraževalne in razvedrilne storitve, ki jih nudijo umetnostne galerije</w:t>
      </w:r>
    </w:p>
    <w:p w:rsidR="007F7938" w:rsidRDefault="007F7938" w:rsidP="007F7938">
      <w:r>
        <w:t>410217</w:t>
      </w:r>
      <w:r>
        <w:tab/>
        <w:t>Filmska distribucija</w:t>
      </w:r>
    </w:p>
    <w:p w:rsidR="007F7938" w:rsidRDefault="007F7938" w:rsidP="007F7938">
      <w:r>
        <w:t>410218</w:t>
      </w:r>
      <w:r>
        <w:tab/>
        <w:t>Prenos znanja in izkušenj [usposabljanje]</w:t>
      </w:r>
    </w:p>
    <w:p w:rsidR="007F7938" w:rsidRDefault="007F7938" w:rsidP="007F7938">
      <w:r>
        <w:t>410219</w:t>
      </w:r>
      <w:r>
        <w:tab/>
        <w:t>Storitve izobraževalne podpore za osebe z individualnimi potrebami</w:t>
      </w:r>
    </w:p>
    <w:p w:rsidR="007F7938" w:rsidRDefault="007F7938" w:rsidP="007F7938">
      <w:r>
        <w:t>410220</w:t>
      </w:r>
      <w:r>
        <w:tab/>
        <w:t>Poučevanje borilnih veščin</w:t>
      </w:r>
    </w:p>
    <w:p w:rsidR="007F7938" w:rsidRDefault="007F7938" w:rsidP="007F7938">
      <w:r>
        <w:t>410221</w:t>
      </w:r>
      <w:r>
        <w:tab/>
        <w:t>Izobraževalno preverjanje znanja za usposabljanje uporabnikov za pilotiranje dronov</w:t>
      </w:r>
    </w:p>
    <w:p w:rsidR="007F7938" w:rsidRDefault="007F7938" w:rsidP="007F7938">
      <w:r>
        <w:t>410222</w:t>
      </w:r>
      <w:r>
        <w:tab/>
        <w:t>Storitve tonske tehnike za prireditve</w:t>
      </w:r>
    </w:p>
    <w:p w:rsidR="007F7938" w:rsidRDefault="007F7938" w:rsidP="007F7938">
      <w:r>
        <w:t>410223</w:t>
      </w:r>
      <w:r>
        <w:tab/>
        <w:t>Storitve montaže videoposnetkov za prireditve</w:t>
      </w:r>
    </w:p>
    <w:p w:rsidR="007F7938" w:rsidRDefault="007F7938" w:rsidP="007F7938">
      <w:r>
        <w:t>410224</w:t>
      </w:r>
      <w:r>
        <w:tab/>
        <w:t>Storitve tehnika za razsvetljavo za prireditve</w:t>
      </w:r>
    </w:p>
    <w:p w:rsidR="007F7938" w:rsidRDefault="007F7938" w:rsidP="007F7938">
      <w:r>
        <w:t>410225</w:t>
      </w:r>
      <w:r>
        <w:tab/>
        <w:t>Režiranje filmov, razen oglaševalskih filmov</w:t>
      </w:r>
    </w:p>
    <w:p w:rsidR="007F7938" w:rsidRDefault="007F7938" w:rsidP="007F7938">
      <w:r>
        <w:t>410226</w:t>
      </w:r>
      <w:r>
        <w:tab/>
        <w:t>Zagotavljanje kritik uporabnikov za razvedrilne ali kulturne namene</w:t>
      </w:r>
    </w:p>
    <w:p w:rsidR="007F7938" w:rsidRDefault="007F7938" w:rsidP="007F7938">
      <w:r>
        <w:t>410228</w:t>
      </w:r>
      <w:r>
        <w:tab/>
        <w:t>Najem simulatorjev za trening</w:t>
      </w:r>
    </w:p>
    <w:p w:rsidR="007F7938" w:rsidRDefault="007F7938" w:rsidP="007F7938">
      <w:r>
        <w:t>410229</w:t>
      </w:r>
      <w:r>
        <w:tab/>
        <w:t>Storitve ocenjevanja telesne pripravljenosti za namene treninga</w:t>
      </w:r>
    </w:p>
    <w:p w:rsidR="007F7938" w:rsidRDefault="007F7938" w:rsidP="007F7938">
      <w:r>
        <w:t>410230</w:t>
      </w:r>
      <w:r>
        <w:tab/>
        <w:t>Poslikava obraza</w:t>
      </w:r>
    </w:p>
    <w:p w:rsidR="007F7938" w:rsidRDefault="007F7938" w:rsidP="007F7938">
      <w:r>
        <w:t>410231</w:t>
      </w:r>
      <w:r>
        <w:tab/>
        <w:t>Organiziranje tekmovanj v e-športih</w:t>
      </w:r>
    </w:p>
    <w:p w:rsidR="007F7938" w:rsidRDefault="007F7938" w:rsidP="007F7938">
      <w:r>
        <w:t>410232</w:t>
      </w:r>
      <w:r>
        <w:tab/>
        <w:t>Režiranje predstav</w:t>
      </w:r>
    </w:p>
    <w:p w:rsidR="007F7938" w:rsidRDefault="007F7938" w:rsidP="007F7938">
      <w:r>
        <w:t>410233</w:t>
      </w:r>
      <w:r>
        <w:tab/>
        <w:t>Storitve elektronskega športa</w:t>
      </w:r>
    </w:p>
    <w:p w:rsidR="007F7938" w:rsidRDefault="007F7938" w:rsidP="007F7938">
      <w:r>
        <w:t>410234</w:t>
      </w:r>
      <w:r>
        <w:tab/>
        <w:t>Storitve knjižnice z igrami</w:t>
      </w:r>
    </w:p>
    <w:p w:rsidR="007F7938" w:rsidRDefault="007F7938" w:rsidP="007F7938">
      <w:r>
        <w:t>410235</w:t>
      </w:r>
      <w:r>
        <w:tab/>
        <w:t>Storitve multimedijske knjižnice</w:t>
      </w:r>
    </w:p>
    <w:p w:rsidR="007F7938" w:rsidRDefault="007F7938" w:rsidP="007F7938">
      <w:r>
        <w:t>410236</w:t>
      </w:r>
      <w:r>
        <w:tab/>
        <w:t>Storitve fotografiranja s pomočjo brezpilotnih zrakoplovov</w:t>
      </w:r>
    </w:p>
    <w:p w:rsidR="007F7938" w:rsidRDefault="007F7938" w:rsidP="007F7938">
      <w:r>
        <w:t>410237</w:t>
      </w:r>
      <w:r>
        <w:tab/>
        <w:t>Storitve snemanja videoposnetkov s pomočjo brezpilotnih zrakoplovov</w:t>
      </w:r>
    </w:p>
    <w:p w:rsidR="007F7938" w:rsidRDefault="007F7938" w:rsidP="007F7938">
      <w:r>
        <w:t>410238</w:t>
      </w:r>
      <w:r>
        <w:tab/>
        <w:t>Prenos poslovnega znanja ter tehničnega znanja in izkušenj [usposabljanje]</w:t>
      </w:r>
    </w:p>
    <w:p w:rsidR="007F7938" w:rsidRDefault="007F7938" w:rsidP="007F7938">
      <w:r>
        <w:t>410239</w:t>
      </w:r>
      <w:r>
        <w:tab/>
        <w:t>Nudenje usposabljanja in preverjanja znanja za namene certificiranja</w:t>
      </w:r>
    </w:p>
    <w:p w:rsidR="007F7938" w:rsidRDefault="007F7938" w:rsidP="007F7938">
      <w:r>
        <w:t>410240</w:t>
      </w:r>
      <w:r>
        <w:tab/>
        <w:t>Raziskave na področju izobraževanja</w:t>
      </w:r>
    </w:p>
    <w:p w:rsidR="007F7938" w:rsidRDefault="007F7938" w:rsidP="007F7938">
      <w:r>
        <w:t>410241</w:t>
      </w:r>
      <w:r>
        <w:tab/>
        <w:t>Izposoja čitalcev elektronskih knjig</w:t>
      </w:r>
    </w:p>
    <w:p w:rsidR="007F7938" w:rsidRDefault="007F7938" w:rsidP="007F7938">
      <w:r>
        <w:t>410242</w:t>
      </w:r>
      <w:r>
        <w:tab/>
        <w:t>Organizacija in izvajanje zabavnih prireditev</w:t>
      </w:r>
    </w:p>
    <w:p w:rsidR="007F7938" w:rsidRDefault="007F7938" w:rsidP="007F7938">
      <w:r>
        <w:t>410243</w:t>
      </w:r>
      <w:r>
        <w:tab/>
        <w:t>Organizacija in izvajanje športnih prireditev</w:t>
      </w:r>
    </w:p>
    <w:p w:rsidR="007F7938" w:rsidRDefault="007F7938" w:rsidP="007F7938">
      <w:r>
        <w:t>410244</w:t>
      </w:r>
      <w:r>
        <w:tab/>
        <w:t>Storitve poučevanja glasbe</w:t>
      </w:r>
    </w:p>
    <w:p w:rsidR="007F7938" w:rsidRDefault="007F7938" w:rsidP="007F7938">
      <w:r>
        <w:t>410245</w:t>
      </w:r>
      <w:r>
        <w:tab/>
        <w:t>Urejanje podnapisov</w:t>
      </w:r>
    </w:p>
    <w:p w:rsidR="007F7938" w:rsidRDefault="007F7938" w:rsidP="007F7938">
      <w:r>
        <w:t>410248</w:t>
      </w:r>
      <w:r>
        <w:tab/>
        <w:t>Predstavitev muzejskih razstav</w:t>
      </w:r>
    </w:p>
    <w:p w:rsidR="007F7938" w:rsidRDefault="007F7938" w:rsidP="007F7938">
      <w:r>
        <w:t>410249</w:t>
      </w:r>
      <w:r>
        <w:tab/>
        <w:t>Produkcija poddaj</w:t>
      </w:r>
    </w:p>
    <w:p w:rsidR="007F7938" w:rsidRDefault="007F7938" w:rsidP="007F7938">
      <w:r>
        <w:t>410250</w:t>
      </w:r>
      <w:r>
        <w:tab/>
        <w:t>Najem filmskih rekvizitov</w:t>
      </w:r>
    </w:p>
    <w:p w:rsidR="007F7938" w:rsidRDefault="007F7938" w:rsidP="007F7938">
      <w:r>
        <w:t>410251</w:t>
      </w:r>
      <w:r>
        <w:tab/>
        <w:t>Načrtovanje radijskih in televizijskih programov</w:t>
      </w:r>
    </w:p>
    <w:p w:rsidR="007F7938" w:rsidRDefault="007F7938" w:rsidP="007F7938">
      <w:r>
        <w:t>410252</w:t>
      </w:r>
      <w:r>
        <w:tab/>
        <w:t>Zagotavljanje spletnih nenaložljivih slik</w:t>
      </w:r>
    </w:p>
    <w:p w:rsidR="007F7938" w:rsidRDefault="007F7938" w:rsidP="007F7938">
      <w:r>
        <w:t>410253</w:t>
      </w:r>
      <w:r>
        <w:tab/>
        <w:t>Nudenje spletnih virtualnih vodenih ogledov</w:t>
      </w:r>
    </w:p>
    <w:p w:rsidR="007F7938" w:rsidRDefault="007F7938" w:rsidP="007F7938">
      <w:r>
        <w:t>410254</w:t>
      </w:r>
      <w:r>
        <w:tab/>
        <w:t>Zagotavljanje zmogljivosti za igre igranja vlog v živo [Live Action Role Playing, LARP].</w:t>
      </w:r>
    </w:p>
    <w:p w:rsidR="007F7938" w:rsidRDefault="007F7938" w:rsidP="007F7938">
      <w:r>
        <w:t>410255</w:t>
      </w:r>
      <w:r>
        <w:tab/>
        <w:t>Storitve simuliranih potovanj v virtualnih okoljih za razvedrilne namene</w:t>
      </w:r>
    </w:p>
    <w:p w:rsidR="007F7938" w:rsidRDefault="007F7938" w:rsidP="007F7938">
      <w:r>
        <w:t>410256</w:t>
      </w:r>
      <w:r>
        <w:tab/>
        <w:t>Storitve razvedrila, nudene v virtualnih okoljih</w:t>
      </w:r>
    </w:p>
    <w:p w:rsidR="007F7938" w:rsidRDefault="007F7938" w:rsidP="007F7938">
      <w:r>
        <w:t>410257</w:t>
      </w:r>
      <w:r>
        <w:tab/>
        <w:t>Organizacija dirkalnih dogodkov z živalmi</w:t>
      </w:r>
    </w:p>
    <w:p w:rsidR="007F7938" w:rsidRDefault="007F7938" w:rsidP="007F7938">
      <w:r>
        <w:t>410258</w:t>
      </w:r>
      <w:r>
        <w:tab/>
        <w:t>Organiziranje lepotnih tekmovanj za živali</w:t>
      </w:r>
    </w:p>
    <w:p w:rsidR="007F7938" w:rsidRDefault="007F7938" w:rsidP="007F7938">
      <w:r>
        <w:t>410259</w:t>
      </w:r>
      <w:r>
        <w:tab/>
        <w:t>Najem humanoidnih robotov s funkcijami za sporazumevanje in učenje za razvedrilo za ljudi</w:t>
      </w:r>
    </w:p>
    <w:p w:rsidR="007F7938" w:rsidRDefault="007F7938" w:rsidP="007F7938">
      <w:r>
        <w:t>410260</w:t>
      </w:r>
      <w:r>
        <w:tab/>
        <w:t>Organiziranje swingerskih zabav</w:t>
      </w:r>
    </w:p>
    <w:p w:rsidR="007F7938" w:rsidRDefault="007F7938" w:rsidP="007F7938">
      <w:r>
        <w:t>410261</w:t>
      </w:r>
      <w:r>
        <w:tab/>
        <w:t>Nudenje igrišč za hišne ljubljenčke</w:t>
      </w:r>
    </w:p>
    <w:p w:rsidR="007F7938" w:rsidRDefault="007F7938" w:rsidP="007F7938">
      <w:r>
        <w:t>410262</w:t>
      </w:r>
      <w:r>
        <w:tab/>
        <w:t>Simulirane restavracijske storitve v virtualnih okoljih za razvedrilne namene</w:t>
      </w:r>
    </w:p>
    <w:p w:rsidR="007F7938" w:rsidRDefault="007F7938" w:rsidP="007F7938">
      <w:r>
        <w:t>410263</w:t>
      </w:r>
      <w:r>
        <w:tab/>
        <w:t>Izposoja digitalnih slikovnih datotek, potrjenih z nezamenljivimi žetoni [NFTs]</w:t>
      </w:r>
    </w:p>
    <w:p w:rsidR="007F7938" w:rsidRDefault="007F7938" w:rsidP="007F7938">
      <w:r>
        <w:t>410265</w:t>
      </w:r>
      <w:r>
        <w:tab/>
        <w:t>Storitve športnega komentiranja</w:t>
      </w:r>
    </w:p>
    <w:p w:rsidR="007F7938" w:rsidRDefault="007F7938" w:rsidP="007F7938">
      <w:r>
        <w:t>410266</w:t>
      </w:r>
      <w:r>
        <w:tab/>
        <w:t>Najem naprav za telesno vadbo</w:t>
      </w:r>
    </w:p>
    <w:p w:rsidR="007F7938" w:rsidRDefault="007F7938" w:rsidP="007F7938">
      <w:r>
        <w:t>410267</w:t>
      </w:r>
      <w:r>
        <w:tab/>
        <w:t>Prirejanje in izvajanje poslovnih konferenc</w:t>
      </w:r>
    </w:p>
    <w:p w:rsidR="007F7938" w:rsidRDefault="007F7938" w:rsidP="007F7938">
      <w:r>
        <w:t>410268</w:t>
      </w:r>
      <w:r>
        <w:tab/>
        <w:t>Izposoja ročnih elektronskih slovarjev</w:t>
      </w:r>
    </w:p>
    <w:p w:rsidR="007F7938" w:rsidRDefault="007F7938" w:rsidP="007F7938">
      <w:r>
        <w:t>410269</w:t>
      </w:r>
      <w:r>
        <w:tab/>
        <w:t>Najem elektronskih žepnih prevajalnikov</w:t>
      </w:r>
    </w:p>
    <w:p w:rsidR="007F7938" w:rsidRDefault="007F7938" w:rsidP="007F7938">
      <w:r>
        <w:t>410270</w:t>
      </w:r>
      <w:r>
        <w:tab/>
        <w:t>Najem jadralnih desk</w:t>
      </w:r>
    </w:p>
    <w:p w:rsidR="007F7938" w:rsidRDefault="007F7938" w:rsidP="007F7938">
      <w:r>
        <w:t>410271</w:t>
      </w:r>
      <w:r>
        <w:tab/>
        <w:t>Predstavitev svetlobnih spektaklov z droni</w:t>
      </w:r>
    </w:p>
    <w:p w:rsidR="001F500C" w:rsidRDefault="001F500C">
      <w:pPr>
        <w:pStyle w:val="Naslov1"/>
        <w:sectPr w:rsidR="001F500C" w:rsidSect="00E00425">
          <w:type w:val="continuous"/>
          <w:pgSz w:w="11907" w:h="16840" w:code="9"/>
          <w:pgMar w:top="1418" w:right="1418" w:bottom="1418" w:left="1418" w:header="720" w:footer="720" w:gutter="0"/>
          <w:cols w:num="2" w:space="720"/>
          <w:docGrid w:linePitch="360"/>
        </w:sectPr>
      </w:pPr>
    </w:p>
    <w:p w:rsidR="005503A8" w:rsidRPr="005503A8" w:rsidRDefault="005503A8" w:rsidP="00634B76">
      <w:pPr>
        <w:pStyle w:val="Naslov1"/>
        <w:spacing w:before="0"/>
        <w:rPr>
          <w:lang w:val="sl-SI" w:eastAsia="sl-SI"/>
        </w:rPr>
      </w:pPr>
      <w:r w:rsidRPr="005503A8">
        <w:rPr>
          <w:lang w:val="sl-SI" w:eastAsia="sl-SI"/>
        </w:rPr>
        <w:lastRenderedPageBreak/>
        <w:t xml:space="preserve">Razred 42 </w:t>
      </w:r>
    </w:p>
    <w:p w:rsidR="005503A8" w:rsidRDefault="005503A8" w:rsidP="007F7938">
      <w:pPr>
        <w:pStyle w:val="Naslov2"/>
        <w:rPr>
          <w:lang w:val="sl-SI" w:eastAsia="sl-SI"/>
        </w:rPr>
      </w:pPr>
      <w:r w:rsidRPr="005503A8">
        <w:rPr>
          <w:lang w:val="sl-SI" w:eastAsia="sl-SI"/>
        </w:rPr>
        <w:t>Znanstvene in tehnološke storitve ter raziskave in pripadajoče storitve oblikovanja; industrijske analize, industrijske raziskave in storitve industrijskega oblikovanja; storitve nadzora kakovosti in avtentikacije; oblikovanje in razvoj računalniške strojne in programske opreme</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7F7938" w:rsidRPr="00D85EAF" w:rsidTr="00CF2B9C">
        <w:trPr>
          <w:trHeight w:val="143"/>
          <w:tblHeader/>
        </w:trPr>
        <w:tc>
          <w:tcPr>
            <w:tcW w:w="9493" w:type="dxa"/>
            <w:gridSpan w:val="2"/>
            <w:shd w:val="clear" w:color="auto" w:fill="F2F2F2" w:themeFill="background1" w:themeFillShade="F2"/>
            <w:vAlign w:val="center"/>
          </w:tcPr>
          <w:p w:rsidR="007F7938" w:rsidRPr="0087064C" w:rsidRDefault="007F7938" w:rsidP="00CF2B9C">
            <w:pPr>
              <w:pStyle w:val="opomba"/>
              <w:rPr>
                <w:b/>
              </w:rPr>
            </w:pPr>
            <w:r w:rsidRPr="0087064C">
              <w:rPr>
                <w:b/>
              </w:rPr>
              <w:t xml:space="preserve">RAZRED </w:t>
            </w:r>
            <w:r w:rsidR="00CA36E9">
              <w:rPr>
                <w:b/>
              </w:rPr>
              <w:t>4</w:t>
            </w:r>
            <w:r w:rsidRPr="0087064C">
              <w:rPr>
                <w:b/>
              </w:rPr>
              <w:t>2 - pojasnjevalne opombe</w:t>
            </w:r>
          </w:p>
        </w:tc>
      </w:tr>
      <w:tr w:rsidR="007F7938" w:rsidRPr="00D85EAF" w:rsidTr="00CF2B9C">
        <w:trPr>
          <w:trHeight w:val="390"/>
        </w:trPr>
        <w:tc>
          <w:tcPr>
            <w:tcW w:w="9493" w:type="dxa"/>
            <w:gridSpan w:val="2"/>
            <w:shd w:val="clear" w:color="auto" w:fill="F2F2F2" w:themeFill="background1" w:themeFillShade="F2"/>
            <w:vAlign w:val="center"/>
          </w:tcPr>
          <w:p w:rsidR="007F7938" w:rsidRPr="00993A45" w:rsidRDefault="00CA36E9" w:rsidP="00CF2B9C">
            <w:pPr>
              <w:pStyle w:val="opomba"/>
            </w:pPr>
            <w:r>
              <w:t>Razred 42 vključuje predvsem storitve, ki jih nudijo osebe, posamezno ali skupinsko, v zvezi s teoretičnimi in praktičnimi vidiki kompleksnih področij dejavnosti, te storitve nudijo člani poklicev, kot so kemiki, fiziki, inženirji, računalniški programerji itd.</w:t>
            </w:r>
          </w:p>
        </w:tc>
      </w:tr>
      <w:tr w:rsidR="007F7938" w:rsidRPr="00D85EAF" w:rsidTr="00CF2B9C">
        <w:trPr>
          <w:trHeight w:val="3742"/>
        </w:trPr>
        <w:tc>
          <w:tcPr>
            <w:tcW w:w="4746" w:type="dxa"/>
            <w:shd w:val="clear" w:color="auto" w:fill="F2F2F2" w:themeFill="background1" w:themeFillShade="F2"/>
          </w:tcPr>
          <w:p w:rsidR="007F7938" w:rsidRPr="00993A45" w:rsidRDefault="007F7938" w:rsidP="00CF2B9C">
            <w:pPr>
              <w:pStyle w:val="opomba"/>
            </w:pPr>
            <w:r w:rsidRPr="00D85EAF">
              <w:t>V ta razred so vključeni zlasti:</w:t>
            </w:r>
          </w:p>
          <w:p w:rsidR="00CA36E9" w:rsidRDefault="00CA36E9" w:rsidP="00634B76">
            <w:pPr>
              <w:pStyle w:val="opombapika"/>
            </w:pPr>
            <w:r>
              <w:t>storitve znanstvenikov, ki opravljajo vrednotenja, ocene, raziskave in poročila na znanstvenih in tehnoloških področjih (vključno s tehnološkim svetovanjem);</w:t>
            </w:r>
          </w:p>
          <w:p w:rsidR="00CA36E9" w:rsidRDefault="00CA36E9" w:rsidP="00634B76">
            <w:pPr>
              <w:pStyle w:val="opombapika"/>
            </w:pPr>
            <w:r>
              <w:t>računalniške in tehnološke storitve za zaščito računalniških podatkov ter osebnih in finančnih informacij ter odkrivanje nepooblaščenega dostopa do podatkov in informacij;</w:t>
            </w:r>
          </w:p>
          <w:p w:rsidR="00CA36E9" w:rsidRDefault="00CA36E9" w:rsidP="00634B76">
            <w:pPr>
              <w:pStyle w:val="opombapika"/>
            </w:pPr>
            <w:r>
              <w:t>programska oprema kot storitev (SaaS), platforma kot storitev (PaaS)</w:t>
            </w:r>
          </w:p>
          <w:p w:rsidR="00CA36E9" w:rsidRDefault="00CA36E9" w:rsidP="00634B76">
            <w:pPr>
              <w:pStyle w:val="opombapika"/>
            </w:pPr>
            <w:r>
              <w:t>znanstvenoraziskovalne storitve za medicinske namene</w:t>
            </w:r>
          </w:p>
          <w:p w:rsidR="00CA36E9" w:rsidRDefault="00CA36E9" w:rsidP="00634B76">
            <w:pPr>
              <w:pStyle w:val="opombapika"/>
            </w:pPr>
            <w:r>
              <w:t>storitve arhitekturnega in urbanističnega načrtovanja</w:t>
            </w:r>
          </w:p>
          <w:p w:rsidR="00CA36E9" w:rsidRDefault="00CA36E9" w:rsidP="00634B76">
            <w:pPr>
              <w:pStyle w:val="opombapika"/>
            </w:pPr>
            <w:r>
              <w:t>nekatere oblikovalske storitve, na primer industrijsko oblikovanje, oblikovanje računalniške programske opreme in sistemov, notranje oblikovanje, oblikovanje embalaže, grafično oblikovanje, oblikovanje oblek</w:t>
            </w:r>
          </w:p>
          <w:p w:rsidR="00CA36E9" w:rsidRDefault="00CA36E9" w:rsidP="00634B76">
            <w:pPr>
              <w:pStyle w:val="opombapika"/>
            </w:pPr>
            <w:r>
              <w:t>geodetske storitve (inženiring)</w:t>
            </w:r>
          </w:p>
          <w:p w:rsidR="007F7938" w:rsidRPr="00993A45" w:rsidRDefault="00CA36E9" w:rsidP="00634B76">
            <w:pPr>
              <w:pStyle w:val="opombapika"/>
            </w:pPr>
            <w:r>
              <w:t>storitve raziskovanja nafte, plina in rudarstva</w:t>
            </w:r>
          </w:p>
        </w:tc>
        <w:tc>
          <w:tcPr>
            <w:tcW w:w="4747" w:type="dxa"/>
            <w:shd w:val="clear" w:color="auto" w:fill="F2F2F2" w:themeFill="background1" w:themeFillShade="F2"/>
          </w:tcPr>
          <w:p w:rsidR="007F7938" w:rsidRPr="00993A45" w:rsidRDefault="007F7938" w:rsidP="00CF2B9C">
            <w:pPr>
              <w:pStyle w:val="opomba"/>
            </w:pPr>
            <w:r w:rsidRPr="00D85EAF">
              <w:t>V ta razred niso vključeni zlasti:</w:t>
            </w:r>
          </w:p>
          <w:p w:rsidR="00CA36E9" w:rsidRDefault="00CA36E9" w:rsidP="00CA36E9">
            <w:pPr>
              <w:pStyle w:val="opombapika"/>
            </w:pPr>
            <w:r>
              <w:t>nekatere raziskovalne storitve, na primer poslovne raziskave (razred 35), trženjske raziskave (razred 35), finančne raziskave (razred 36), raziskave na področju izobraževanja (razred 41), genealoške raziskave (razred 45), pravne raziskave (razred 45)</w:t>
            </w:r>
          </w:p>
          <w:p w:rsidR="00CA36E9" w:rsidRDefault="00CA36E9" w:rsidP="00CA36E9">
            <w:pPr>
              <w:pStyle w:val="opombapika"/>
            </w:pPr>
            <w:r>
              <w:t>računalniško upravljanje datotek (razred 35)</w:t>
            </w:r>
          </w:p>
          <w:p w:rsidR="00CA36E9" w:rsidRDefault="00CA36E9" w:rsidP="00CA36E9">
            <w:pPr>
              <w:pStyle w:val="opombapika"/>
            </w:pPr>
            <w:r>
              <w:t>storitve finančnega vrednotenja (razred 36)</w:t>
            </w:r>
          </w:p>
          <w:p w:rsidR="00CA36E9" w:rsidRDefault="00CA36E9" w:rsidP="00CA36E9">
            <w:pPr>
              <w:pStyle w:val="opombapika"/>
            </w:pPr>
            <w:r>
              <w:t>namestitev, vzdrževanje in popravilo računalniške strojne opreme (razred 37)</w:t>
            </w:r>
          </w:p>
          <w:p w:rsidR="00CA36E9" w:rsidRDefault="00CA36E9" w:rsidP="00CA36E9">
            <w:pPr>
              <w:pStyle w:val="opombapika"/>
            </w:pPr>
            <w:r>
              <w:t>rudarjenje, vrtanje nafte in plina (razred 37)</w:t>
            </w:r>
          </w:p>
          <w:p w:rsidR="00CA36E9" w:rsidRDefault="00CA36E9" w:rsidP="00CA36E9">
            <w:pPr>
              <w:pStyle w:val="opombapika"/>
            </w:pPr>
            <w:r>
              <w:t>storitve ozvočenja (razred 41)</w:t>
            </w:r>
          </w:p>
          <w:p w:rsidR="00CA36E9" w:rsidRDefault="00CA36E9" w:rsidP="00CA36E9">
            <w:pPr>
              <w:pStyle w:val="opombapika"/>
            </w:pPr>
            <w:r>
              <w:t>nekatere oblikovalske storitve, na primer krajinsko oblikovanje (razred 44)</w:t>
            </w:r>
          </w:p>
          <w:p w:rsidR="00CA36E9" w:rsidRDefault="00CA36E9" w:rsidP="00CA36E9">
            <w:pPr>
              <w:pStyle w:val="opombapika"/>
            </w:pPr>
            <w:r>
              <w:t>zdravstvene in veterinarske storitve (razred 44)</w:t>
            </w:r>
          </w:p>
          <w:p w:rsidR="007F7938" w:rsidRPr="00993A45" w:rsidRDefault="00CA36E9" w:rsidP="00CA36E9">
            <w:pPr>
              <w:pStyle w:val="opombapika"/>
            </w:pPr>
            <w:r>
              <w:t>pravne storitve (razred 45)</w:t>
            </w:r>
          </w:p>
        </w:tc>
      </w:tr>
    </w:tbl>
    <w:p w:rsidR="00F875A9" w:rsidRDefault="00F875A9" w:rsidP="00634B76">
      <w:pPr>
        <w:spacing w:before="360"/>
      </w:pPr>
    </w:p>
    <w:p w:rsidR="001F500C" w:rsidRDefault="001F500C">
      <w:pPr>
        <w:sectPr w:rsidR="001F500C" w:rsidSect="00E00425">
          <w:type w:val="continuous"/>
          <w:pgSz w:w="11907" w:h="16840" w:code="9"/>
          <w:pgMar w:top="1418" w:right="1418" w:bottom="1418" w:left="1418" w:header="720" w:footer="720" w:gutter="0"/>
          <w:cols w:space="720"/>
          <w:docGrid w:linePitch="360"/>
        </w:sectPr>
      </w:pPr>
    </w:p>
    <w:p w:rsidR="007F7938" w:rsidRDefault="007F7938" w:rsidP="007F7938">
      <w:r>
        <w:t>420007</w:t>
      </w:r>
      <w:r>
        <w:tab/>
        <w:t>Kemične analize</w:t>
      </w:r>
    </w:p>
    <w:p w:rsidR="007F7938" w:rsidRDefault="007F7938" w:rsidP="007F7938">
      <w:r>
        <w:t>420008</w:t>
      </w:r>
      <w:r>
        <w:tab/>
        <w:t>Analize za izkoriščanje naftnih polj</w:t>
      </w:r>
    </w:p>
    <w:p w:rsidR="007F7938" w:rsidRDefault="007F7938" w:rsidP="007F7938">
      <w:r>
        <w:t>420011</w:t>
      </w:r>
      <w:r>
        <w:tab/>
        <w:t>Arhitekturne storitve</w:t>
      </w:r>
    </w:p>
    <w:p w:rsidR="007F7938" w:rsidRDefault="007F7938" w:rsidP="007F7938">
      <w:r>
        <w:t>420017</w:t>
      </w:r>
      <w:r>
        <w:tab/>
        <w:t>Bakteriološke raziskave</w:t>
      </w:r>
    </w:p>
    <w:p w:rsidR="007F7938" w:rsidRDefault="007F7938" w:rsidP="007F7938">
      <w:r>
        <w:t>420030</w:t>
      </w:r>
      <w:r>
        <w:tab/>
        <w:t>Kemijske storitve</w:t>
      </w:r>
    </w:p>
    <w:p w:rsidR="007F7938" w:rsidRDefault="007F7938" w:rsidP="007F7938">
      <w:r>
        <w:t>420031</w:t>
      </w:r>
      <w:r>
        <w:tab/>
        <w:t>Kemične raziskave</w:t>
      </w:r>
    </w:p>
    <w:p w:rsidR="007F7938" w:rsidRDefault="007F7938" w:rsidP="007F7938">
      <w:r>
        <w:t>420036</w:t>
      </w:r>
      <w:r>
        <w:tab/>
        <w:t>Arhitekturno svetovanje</w:t>
      </w:r>
    </w:p>
    <w:p w:rsidR="007F7938" w:rsidRDefault="007F7938" w:rsidP="007F7938">
      <w:r>
        <w:t>420038</w:t>
      </w:r>
      <w:r>
        <w:tab/>
        <w:t>Priprava osnutkov gradbenih načrtov</w:t>
      </w:r>
    </w:p>
    <w:p w:rsidR="007F7938" w:rsidRDefault="007F7938" w:rsidP="007F7938">
      <w:r>
        <w:t>420040</w:t>
      </w:r>
      <w:r>
        <w:tab/>
        <w:t>Tehnološke raziskave</w:t>
      </w:r>
    </w:p>
    <w:p w:rsidR="007F7938" w:rsidRDefault="007F7938" w:rsidP="007F7938">
      <w:r>
        <w:t>420042</w:t>
      </w:r>
      <w:r>
        <w:tab/>
        <w:t>Testiranje naftnih vrtin</w:t>
      </w:r>
    </w:p>
    <w:p w:rsidR="007F7938" w:rsidRDefault="007F7938" w:rsidP="007F7938">
      <w:r>
        <w:t>420045</w:t>
      </w:r>
      <w:r>
        <w:tab/>
        <w:t>Kozmetične raziskave</w:t>
      </w:r>
    </w:p>
    <w:p w:rsidR="007F7938" w:rsidRDefault="007F7938" w:rsidP="007F7938">
      <w:r>
        <w:t>420048</w:t>
      </w:r>
      <w:r>
        <w:tab/>
        <w:t>Oblikovanje notranje opreme prostorov</w:t>
      </w:r>
    </w:p>
    <w:p w:rsidR="007F7938" w:rsidRDefault="007F7938" w:rsidP="007F7938">
      <w:r>
        <w:t>420049</w:t>
      </w:r>
      <w:r>
        <w:tab/>
        <w:t>Industrijsko oblikovanje</w:t>
      </w:r>
    </w:p>
    <w:p w:rsidR="007F7938" w:rsidRDefault="007F7938" w:rsidP="007F7938">
      <w:r>
        <w:t>420050</w:t>
      </w:r>
      <w:r>
        <w:tab/>
        <w:t>Oblikovanje embalaže</w:t>
      </w:r>
    </w:p>
    <w:p w:rsidR="007F7938" w:rsidRDefault="007F7938" w:rsidP="007F7938">
      <w:r>
        <w:t>420058</w:t>
      </w:r>
      <w:r>
        <w:tab/>
        <w:t>Testiranje materialov</w:t>
      </w:r>
    </w:p>
    <w:p w:rsidR="007F7938" w:rsidRDefault="007F7938" w:rsidP="007F7938">
      <w:r>
        <w:t>420061</w:t>
      </w:r>
      <w:r>
        <w:tab/>
        <w:t>Izvajanje študij tehničnih projektov</w:t>
      </w:r>
    </w:p>
    <w:p w:rsidR="007F7938" w:rsidRDefault="007F7938" w:rsidP="007F7938">
      <w:r>
        <w:t>420062</w:t>
      </w:r>
      <w:r>
        <w:tab/>
        <w:t>Geološke raziskave</w:t>
      </w:r>
    </w:p>
    <w:p w:rsidR="007F7938" w:rsidRDefault="007F7938" w:rsidP="007F7938">
      <w:r>
        <w:t>420063</w:t>
      </w:r>
      <w:r>
        <w:tab/>
        <w:t>Preiskava naftnih polj</w:t>
      </w:r>
    </w:p>
    <w:p w:rsidR="007F7938" w:rsidRDefault="007F7938" w:rsidP="007F7938">
      <w:r>
        <w:t>420064</w:t>
      </w:r>
      <w:r>
        <w:tab/>
        <w:t>Inženirske storitve</w:t>
      </w:r>
    </w:p>
    <w:p w:rsidR="007F7938" w:rsidRDefault="007F7938" w:rsidP="007F7938">
      <w:r>
        <w:t>420076</w:t>
      </w:r>
      <w:r>
        <w:tab/>
        <w:t>Meteorološke napovedi</w:t>
      </w:r>
    </w:p>
    <w:p w:rsidR="007F7938" w:rsidRDefault="007F7938" w:rsidP="007F7938">
      <w:r>
        <w:t>420079</w:t>
      </w:r>
      <w:r>
        <w:tab/>
        <w:t>Zemljemerstvo</w:t>
      </w:r>
    </w:p>
    <w:p w:rsidR="007F7938" w:rsidRDefault="007F7938" w:rsidP="007F7938">
      <w:r>
        <w:t>420083</w:t>
      </w:r>
      <w:r>
        <w:tab/>
        <w:t>Najem računalnikov</w:t>
      </w:r>
    </w:p>
    <w:p w:rsidR="007F7938" w:rsidRDefault="007F7938" w:rsidP="007F7938">
      <w:r>
        <w:t>420090</w:t>
      </w:r>
      <w:r>
        <w:tab/>
        <w:t>Računalniško programiranje</w:t>
      </w:r>
    </w:p>
    <w:p w:rsidR="007F7938" w:rsidRDefault="007F7938" w:rsidP="007F7938">
      <w:r>
        <w:t>420095</w:t>
      </w:r>
      <w:r>
        <w:tab/>
        <w:t>Raziskovanje nahajališč nafte</w:t>
      </w:r>
    </w:p>
    <w:p w:rsidR="007F7938" w:rsidRDefault="007F7938" w:rsidP="007F7938">
      <w:r>
        <w:t>420096</w:t>
      </w:r>
      <w:r>
        <w:tab/>
        <w:t>Fizikalne raziskave</w:t>
      </w:r>
    </w:p>
    <w:p w:rsidR="007F7938" w:rsidRDefault="007F7938" w:rsidP="007F7938">
      <w:r>
        <w:t>420101</w:t>
      </w:r>
      <w:r>
        <w:tab/>
        <w:t>Raziskave na področju strojništva</w:t>
      </w:r>
    </w:p>
    <w:p w:rsidR="007F7938" w:rsidRDefault="007F7938" w:rsidP="007F7938">
      <w:r>
        <w:t>420109</w:t>
      </w:r>
      <w:r>
        <w:tab/>
        <w:t>Testiranje tkanin</w:t>
      </w:r>
    </w:p>
    <w:p w:rsidR="007F7938" w:rsidRDefault="007F7938" w:rsidP="007F7938">
      <w:r>
        <w:t>420118</w:t>
      </w:r>
      <w:r>
        <w:tab/>
        <w:t>Geološke preiskave</w:t>
      </w:r>
    </w:p>
    <w:p w:rsidR="007F7938" w:rsidRDefault="007F7938" w:rsidP="007F7938">
      <w:r>
        <w:t>420119</w:t>
      </w:r>
      <w:r>
        <w:tab/>
        <w:t>Geološko raziskovanje</w:t>
      </w:r>
    </w:p>
    <w:p w:rsidR="007F7938" w:rsidRDefault="007F7938" w:rsidP="007F7938">
      <w:r>
        <w:t>420132</w:t>
      </w:r>
      <w:r>
        <w:tab/>
        <w:t>Dokazovanje pristnosti umetniških del</w:t>
      </w:r>
    </w:p>
    <w:p w:rsidR="007F7938" w:rsidRDefault="007F7938" w:rsidP="007F7938">
      <w:r>
        <w:lastRenderedPageBreak/>
        <w:t>420136</w:t>
      </w:r>
      <w:r>
        <w:tab/>
        <w:t>Kalibracija [merjenje]</w:t>
      </w:r>
    </w:p>
    <w:p w:rsidR="007F7938" w:rsidRDefault="007F7938" w:rsidP="007F7938">
      <w:r>
        <w:t>420139</w:t>
      </w:r>
      <w:r>
        <w:tab/>
        <w:t>Oblikovanje programske opreme</w:t>
      </w:r>
    </w:p>
    <w:p w:rsidR="007F7938" w:rsidRDefault="007F7938" w:rsidP="007F7938">
      <w:r>
        <w:t>420140</w:t>
      </w:r>
      <w:r>
        <w:tab/>
        <w:t>Posodabljanje programske opreme</w:t>
      </w:r>
    </w:p>
    <w:p w:rsidR="007F7938" w:rsidRDefault="007F7938" w:rsidP="007F7938">
      <w:r>
        <w:t>420141</w:t>
      </w:r>
      <w:r>
        <w:tab/>
        <w:t>Svetovanje na področju oblikovanja in razvoja računalniške opreme</w:t>
      </w:r>
    </w:p>
    <w:p w:rsidR="007F7938" w:rsidRDefault="007F7938" w:rsidP="007F7938">
      <w:r>
        <w:t>420142</w:t>
      </w:r>
      <w:r>
        <w:tab/>
        <w:t>Modno oblikovanje oblačil</w:t>
      </w:r>
    </w:p>
    <w:p w:rsidR="007F7938" w:rsidRDefault="007F7938" w:rsidP="007F7938">
      <w:r>
        <w:t>420144</w:t>
      </w:r>
      <w:r>
        <w:tab/>
        <w:t>Grafično oblikovanje</w:t>
      </w:r>
    </w:p>
    <w:p w:rsidR="007F7938" w:rsidRDefault="007F7938" w:rsidP="007F7938">
      <w:r>
        <w:t>420157</w:t>
      </w:r>
      <w:r>
        <w:tab/>
        <w:t>Kontrola kvalitete</w:t>
      </w:r>
    </w:p>
    <w:p w:rsidR="007F7938" w:rsidRDefault="007F7938" w:rsidP="007F7938">
      <w:r>
        <w:t>420159</w:t>
      </w:r>
      <w:r>
        <w:tab/>
        <w:t>Najem računalniške programske opreme</w:t>
      </w:r>
    </w:p>
    <w:p w:rsidR="007F7938" w:rsidRDefault="007F7938" w:rsidP="007F7938">
      <w:r>
        <w:t>420161</w:t>
      </w:r>
      <w:r>
        <w:tab/>
        <w:t>Raziskave in razvoj za druge</w:t>
      </w:r>
    </w:p>
    <w:p w:rsidR="007F7938" w:rsidRDefault="007F7938" w:rsidP="007F7938">
      <w:r>
        <w:t>420165</w:t>
      </w:r>
      <w:r>
        <w:tab/>
        <w:t>Oblikovanje [industrijsko]</w:t>
      </w:r>
    </w:p>
    <w:p w:rsidR="007F7938" w:rsidRDefault="007F7938" w:rsidP="007F7938">
      <w:r>
        <w:t>420167</w:t>
      </w:r>
      <w:r>
        <w:tab/>
        <w:t>Podvodno raziskovanje</w:t>
      </w:r>
    </w:p>
    <w:p w:rsidR="007F7938" w:rsidRDefault="007F7938" w:rsidP="007F7938">
      <w:r>
        <w:t>420175</w:t>
      </w:r>
      <w:r>
        <w:tab/>
        <w:t>Ponovna vzpostavitev računalniških podatkov</w:t>
      </w:r>
    </w:p>
    <w:p w:rsidR="007F7938" w:rsidRDefault="007F7938" w:rsidP="007F7938">
      <w:r>
        <w:t>420176</w:t>
      </w:r>
      <w:r>
        <w:tab/>
        <w:t>Vzdrževanje programske opreme</w:t>
      </w:r>
    </w:p>
    <w:p w:rsidR="007F7938" w:rsidRDefault="007F7938" w:rsidP="007F7938">
      <w:r>
        <w:t>420177</w:t>
      </w:r>
      <w:r>
        <w:tab/>
        <w:t>Analize računalniških sistemov</w:t>
      </w:r>
    </w:p>
    <w:p w:rsidR="007F7938" w:rsidRDefault="007F7938" w:rsidP="007F7938">
      <w:r>
        <w:t>420190</w:t>
      </w:r>
      <w:r>
        <w:tab/>
        <w:t>Biološke raziskave</w:t>
      </w:r>
    </w:p>
    <w:p w:rsidR="007F7938" w:rsidRDefault="007F7938" w:rsidP="007F7938">
      <w:r>
        <w:t>420192</w:t>
      </w:r>
      <w:r>
        <w:tab/>
        <w:t>Urbanistično načrtovanje</w:t>
      </w:r>
    </w:p>
    <w:p w:rsidR="007F7938" w:rsidRDefault="007F7938" w:rsidP="007F7938">
      <w:r>
        <w:t>420193</w:t>
      </w:r>
      <w:r>
        <w:tab/>
        <w:t>Tehnične meritve</w:t>
      </w:r>
    </w:p>
    <w:p w:rsidR="007F7938" w:rsidRDefault="007F7938" w:rsidP="007F7938">
      <w:r>
        <w:t>420194</w:t>
      </w:r>
      <w:r>
        <w:tab/>
        <w:t>Oblikovanje računalniških sistemov</w:t>
      </w:r>
    </w:p>
    <w:p w:rsidR="007F7938" w:rsidRDefault="007F7938" w:rsidP="007F7938">
      <w:r>
        <w:t>420195</w:t>
      </w:r>
      <w:r>
        <w:tab/>
        <w:t>Tehnično preizkušanje vozil glede primernosti za vožnjo [preverjanje]</w:t>
      </w:r>
    </w:p>
    <w:p w:rsidR="007F7938" w:rsidRDefault="007F7938" w:rsidP="007F7938">
      <w:r>
        <w:t>420197</w:t>
      </w:r>
      <w:r>
        <w:tab/>
        <w:t>Kopiranje računalniških programov</w:t>
      </w:r>
    </w:p>
    <w:p w:rsidR="007F7938" w:rsidRDefault="007F7938" w:rsidP="007F7938">
      <w:r>
        <w:t>420198</w:t>
      </w:r>
      <w:r>
        <w:tab/>
        <w:t>Pretvarjanje podatkov ali dokumentov iz fizične v elektronsko obliko</w:t>
      </w:r>
    </w:p>
    <w:p w:rsidR="007F7938" w:rsidRDefault="007F7938" w:rsidP="007F7938">
      <w:r>
        <w:t>420199</w:t>
      </w:r>
      <w:r>
        <w:tab/>
        <w:t>Izdelava in vzdrževanje spletnih strani za druge</w:t>
      </w:r>
    </w:p>
    <w:p w:rsidR="007F7938" w:rsidRDefault="007F7938" w:rsidP="007F7938">
      <w:r>
        <w:t>420200</w:t>
      </w:r>
      <w:r>
        <w:tab/>
        <w:t>Gostovanje internetnih strani</w:t>
      </w:r>
    </w:p>
    <w:p w:rsidR="007F7938" w:rsidRDefault="007F7938" w:rsidP="007F7938">
      <w:r>
        <w:t>420201</w:t>
      </w:r>
      <w:r>
        <w:tab/>
        <w:t>Namestitev računalniške programske opreme</w:t>
      </w:r>
    </w:p>
    <w:p w:rsidR="007F7938" w:rsidRDefault="007F7938" w:rsidP="007F7938">
      <w:r>
        <w:t>420202</w:t>
      </w:r>
      <w:r>
        <w:tab/>
        <w:t>Razprševanje oblakov</w:t>
      </w:r>
    </w:p>
    <w:p w:rsidR="007F7938" w:rsidRDefault="007F7938" w:rsidP="007F7938">
      <w:r>
        <w:t>420203</w:t>
      </w:r>
      <w:r>
        <w:tab/>
        <w:t>Pretvorba računalniških programov in podatkov, razen fizične pretvorbe</w:t>
      </w:r>
    </w:p>
    <w:p w:rsidR="007F7938" w:rsidRDefault="007F7938" w:rsidP="007F7938">
      <w:r>
        <w:t>420204</w:t>
      </w:r>
      <w:r>
        <w:tab/>
        <w:t>Svetovanje na področju računalniške programske opreme</w:t>
      </w:r>
    </w:p>
    <w:p w:rsidR="007F7938" w:rsidRDefault="007F7938" w:rsidP="007F7938">
      <w:r>
        <w:t>420205</w:t>
      </w:r>
      <w:r>
        <w:tab/>
        <w:t>Najem spletnih strežnikov</w:t>
      </w:r>
    </w:p>
    <w:p w:rsidR="007F7938" w:rsidRDefault="007F7938" w:rsidP="007F7938">
      <w:r>
        <w:t>420206</w:t>
      </w:r>
      <w:r>
        <w:tab/>
        <w:t>Storitve zaščite pred računalniškimi virusi</w:t>
      </w:r>
    </w:p>
    <w:p w:rsidR="007F7938" w:rsidRDefault="007F7938" w:rsidP="007F7938">
      <w:r>
        <w:t>420207</w:t>
      </w:r>
      <w:r>
        <w:tab/>
        <w:t>Svetovanje na področju varčevanja z energijo</w:t>
      </w:r>
    </w:p>
    <w:p w:rsidR="007F7938" w:rsidRDefault="007F7938" w:rsidP="007F7938">
      <w:r>
        <w:t>420208</w:t>
      </w:r>
      <w:r>
        <w:tab/>
        <w:t>Znanstvene raziskave na področju varovanja okolja</w:t>
      </w:r>
    </w:p>
    <w:p w:rsidR="007F7938" w:rsidRDefault="007F7938" w:rsidP="007F7938">
      <w:r>
        <w:t>420209</w:t>
      </w:r>
      <w:r>
        <w:tab/>
        <w:t>Nudenje internetnih iskalnikov</w:t>
      </w:r>
    </w:p>
    <w:p w:rsidR="007F7938" w:rsidRDefault="007F7938" w:rsidP="007F7938">
      <w:r>
        <w:t>420210</w:t>
      </w:r>
      <w:r>
        <w:tab/>
        <w:t>Digitalizacija dokumentov [skeniranje]</w:t>
      </w:r>
    </w:p>
    <w:p w:rsidR="007F7938" w:rsidRDefault="007F7938" w:rsidP="007F7938">
      <w:r>
        <w:t>420211</w:t>
      </w:r>
      <w:r>
        <w:tab/>
        <w:t>Analize rokopisa [grafologija]</w:t>
      </w:r>
    </w:p>
    <w:p w:rsidR="007F7938" w:rsidRDefault="007F7938" w:rsidP="007F7938">
      <w:r>
        <w:t>420212</w:t>
      </w:r>
      <w:r>
        <w:tab/>
        <w:t>Nudenje znanstvenih informacij, nasvetov in svetovanja v zvezi z emisijsko izravnavo (carbon offsetting)</w:t>
      </w:r>
    </w:p>
    <w:p w:rsidR="007F7938" w:rsidRDefault="007F7938" w:rsidP="007F7938">
      <w:r>
        <w:t>420213</w:t>
      </w:r>
      <w:r>
        <w:tab/>
        <w:t>Ocenjevanje kakovosti debla</w:t>
      </w:r>
    </w:p>
    <w:p w:rsidR="007F7938" w:rsidRDefault="007F7938" w:rsidP="007F7938">
      <w:r>
        <w:t>420214</w:t>
      </w:r>
      <w:r>
        <w:tab/>
        <w:t>Ocenjevanje kvalitete volne</w:t>
      </w:r>
    </w:p>
    <w:p w:rsidR="007F7938" w:rsidRDefault="007F7938" w:rsidP="007F7938">
      <w:r>
        <w:t>420215</w:t>
      </w:r>
      <w:r>
        <w:tab/>
        <w:t>Spremljanje delovanja računalniškega sistema prek dostopa na daljavo</w:t>
      </w:r>
    </w:p>
    <w:p w:rsidR="007F7938" w:rsidRDefault="007F7938" w:rsidP="007F7938">
      <w:r>
        <w:t>420216</w:t>
      </w:r>
      <w:r>
        <w:tab/>
        <w:t>Analize vode</w:t>
      </w:r>
    </w:p>
    <w:p w:rsidR="007F7938" w:rsidRDefault="007F7938" w:rsidP="007F7938">
      <w:r>
        <w:t>420217</w:t>
      </w:r>
      <w:r>
        <w:tab/>
        <w:t>Storitve znanstvenih laboratorijev</w:t>
      </w:r>
    </w:p>
    <w:p w:rsidR="007F7938" w:rsidRDefault="007F7938" w:rsidP="007F7938">
      <w:r>
        <w:t>420218</w:t>
      </w:r>
      <w:r>
        <w:tab/>
        <w:t>Revizije energije</w:t>
      </w:r>
    </w:p>
    <w:p w:rsidR="007F7938" w:rsidRDefault="007F7938" w:rsidP="007F7938">
      <w:r>
        <w:t>420219</w:t>
      </w:r>
      <w:r>
        <w:tab/>
        <w:t>Svetovanje v zvezi z oblikovanjem spletnih strani</w:t>
      </w:r>
    </w:p>
    <w:p w:rsidR="007F7938" w:rsidRDefault="007F7938" w:rsidP="007F7938">
      <w:r>
        <w:t>420220</w:t>
      </w:r>
      <w:r>
        <w:tab/>
        <w:t>Programska oprema kot storitev [SaaS]</w:t>
      </w:r>
    </w:p>
    <w:p w:rsidR="007F7938" w:rsidRDefault="007F7938" w:rsidP="007F7938">
      <w:r>
        <w:t>420221</w:t>
      </w:r>
      <w:r>
        <w:tab/>
        <w:t>Storitve zagotavljanja podpore na področju informacijske tehnologije [IT] [odpravljanje napak na programski opremi]</w:t>
      </w:r>
    </w:p>
    <w:p w:rsidR="007F7938" w:rsidRDefault="007F7938" w:rsidP="007F7938">
      <w:r>
        <w:t>420222</w:t>
      </w:r>
      <w:r>
        <w:tab/>
        <w:t>Znanstvene raziskave</w:t>
      </w:r>
    </w:p>
    <w:p w:rsidR="007F7938" w:rsidRDefault="007F7938" w:rsidP="007F7938">
      <w:r>
        <w:t>420223</w:t>
      </w:r>
      <w:r>
        <w:tab/>
        <w:t>Gostovanje strežnikov</w:t>
      </w:r>
    </w:p>
    <w:p w:rsidR="007F7938" w:rsidRDefault="007F7938" w:rsidP="007F7938">
      <w:r>
        <w:t>420224</w:t>
      </w:r>
      <w:r>
        <w:tab/>
        <w:t>Klinične raziskave</w:t>
      </w:r>
    </w:p>
    <w:p w:rsidR="007F7938" w:rsidRDefault="007F7938" w:rsidP="007F7938">
      <w:r>
        <w:t>420225</w:t>
      </w:r>
      <w:r>
        <w:tab/>
        <w:t>Varnostno kopiranje podatkov na zunanjih lokacijah</w:t>
      </w:r>
    </w:p>
    <w:p w:rsidR="007F7938" w:rsidRDefault="007F7938" w:rsidP="007F7938">
      <w:r>
        <w:t>420226</w:t>
      </w:r>
      <w:r>
        <w:tab/>
        <w:t>Elektronsko shranjevanje podatkov</w:t>
      </w:r>
    </w:p>
    <w:p w:rsidR="007F7938" w:rsidRDefault="007F7938" w:rsidP="007F7938">
      <w:r>
        <w:t>420227</w:t>
      </w:r>
      <w:r>
        <w:tab/>
        <w:t>Nudenje informacij o računalniški tehnologiji in programiranju preko spletnih strani</w:t>
      </w:r>
    </w:p>
    <w:p w:rsidR="007F7938" w:rsidRDefault="007F7938" w:rsidP="007F7938">
      <w:r>
        <w:t>420228</w:t>
      </w:r>
      <w:r>
        <w:tab/>
        <w:t>Kartografija</w:t>
      </w:r>
    </w:p>
    <w:p w:rsidR="007F7938" w:rsidRDefault="007F7938" w:rsidP="007F7938">
      <w:r>
        <w:t>420229</w:t>
      </w:r>
      <w:r>
        <w:tab/>
        <w:t>Nudenje virtualnih računalniških sistemov prek računalništva v oblaku</w:t>
      </w:r>
    </w:p>
    <w:p w:rsidR="007F7938" w:rsidRDefault="007F7938" w:rsidP="007F7938">
      <w:r>
        <w:t>420231</w:t>
      </w:r>
      <w:r>
        <w:tab/>
        <w:t>Svetovanje glede tehnologije</w:t>
      </w:r>
    </w:p>
    <w:p w:rsidR="007F7938" w:rsidRDefault="007F7938" w:rsidP="007F7938">
      <w:r>
        <w:t>420232</w:t>
      </w:r>
      <w:r>
        <w:tab/>
        <w:t>Svetovanje glede računalniške tehnologije</w:t>
      </w:r>
    </w:p>
    <w:p w:rsidR="007F7938" w:rsidRDefault="007F7938" w:rsidP="007F7938">
      <w:r>
        <w:t>420233</w:t>
      </w:r>
      <w:r>
        <w:tab/>
        <w:t>Svetovanje glede telekomunikacijske tehnologije</w:t>
      </w:r>
    </w:p>
    <w:p w:rsidR="007F7938" w:rsidRDefault="007F7938" w:rsidP="007F7938">
      <w:r>
        <w:t>420234</w:t>
      </w:r>
      <w:r>
        <w:tab/>
        <w:t>Napovedovanje vremena</w:t>
      </w:r>
    </w:p>
    <w:p w:rsidR="007F7938" w:rsidRDefault="007F7938" w:rsidP="007F7938">
      <w:r>
        <w:t>420235</w:t>
      </w:r>
      <w:r>
        <w:tab/>
        <w:t>Storitve svetovanja s področja računalniške varnosti</w:t>
      </w:r>
    </w:p>
    <w:p w:rsidR="007F7938" w:rsidRDefault="007F7938" w:rsidP="007F7938">
      <w:r>
        <w:t>420236</w:t>
      </w:r>
      <w:r>
        <w:tab/>
        <w:t>Tehnično pisanje</w:t>
      </w:r>
    </w:p>
    <w:p w:rsidR="007F7938" w:rsidRDefault="007F7938" w:rsidP="007F7938">
      <w:r>
        <w:t>420237</w:t>
      </w:r>
      <w:r>
        <w:tab/>
        <w:t>Oblikovanje notranjosti prostorov</w:t>
      </w:r>
    </w:p>
    <w:p w:rsidR="007F7938" w:rsidRDefault="007F7938" w:rsidP="007F7938">
      <w:r>
        <w:t>420239</w:t>
      </w:r>
      <w:r>
        <w:tab/>
        <w:t>Nadzor računalniških sistemov za odkrivanje prekinitev</w:t>
      </w:r>
    </w:p>
    <w:p w:rsidR="007F7938" w:rsidRDefault="007F7938" w:rsidP="007F7938">
      <w:r>
        <w:t>420240</w:t>
      </w:r>
      <w:r>
        <w:tab/>
        <w:t>Izdelava in oblikovanje kazalnikov informacij na osnovi spletnih strani za druge [storitve informacijske tehnologije]</w:t>
      </w:r>
    </w:p>
    <w:p w:rsidR="007F7938" w:rsidRDefault="007F7938" w:rsidP="007F7938">
      <w:r>
        <w:t>420241</w:t>
      </w:r>
      <w:r>
        <w:tab/>
        <w:t>Svetovanje o internetni varnosti</w:t>
      </w:r>
    </w:p>
    <w:p w:rsidR="007F7938" w:rsidRDefault="007F7938" w:rsidP="007F7938">
      <w:r>
        <w:t>420242</w:t>
      </w:r>
      <w:r>
        <w:tab/>
        <w:t>Storitve svetovanja s področja varnosti podatkov</w:t>
      </w:r>
    </w:p>
    <w:p w:rsidR="007F7938" w:rsidRDefault="007F7938" w:rsidP="007F7938">
      <w:r>
        <w:t>420243</w:t>
      </w:r>
      <w:r>
        <w:tab/>
        <w:t>Storitve kodiranja podatkov</w:t>
      </w:r>
    </w:p>
    <w:p w:rsidR="007F7938" w:rsidRDefault="007F7938" w:rsidP="007F7938">
      <w:r>
        <w:t>420244</w:t>
      </w:r>
      <w:r>
        <w:tab/>
        <w:t>Nadzor računalniških sistemov za odkrivanje nepooblaščenega dostopa ali kršitve varnosti podatkov</w:t>
      </w:r>
    </w:p>
    <w:p w:rsidR="007F7938" w:rsidRDefault="007F7938" w:rsidP="007F7938">
      <w:r>
        <w:t>420245</w:t>
      </w:r>
      <w:r>
        <w:tab/>
        <w:t>Elektronski nadzor osebno določljivih podatkov za odkrivanje kraje identitete prek interneta</w:t>
      </w:r>
    </w:p>
    <w:p w:rsidR="007F7938" w:rsidRDefault="007F7938" w:rsidP="007F7938">
      <w:r>
        <w:t>420246</w:t>
      </w:r>
      <w:r>
        <w:tab/>
        <w:t>Elektronski nadzor aktivnosti kreditne kartice za odkrivanje goljufij prek interneta</w:t>
      </w:r>
    </w:p>
    <w:p w:rsidR="007F7938" w:rsidRDefault="007F7938" w:rsidP="007F7938">
      <w:r>
        <w:t>420247</w:t>
      </w:r>
      <w:r>
        <w:tab/>
        <w:t>Razvoj programske opreme v okviru izdajanja programske opreme</w:t>
      </w:r>
    </w:p>
    <w:p w:rsidR="007F7938" w:rsidRDefault="007F7938" w:rsidP="007F7938">
      <w:r>
        <w:t>420248</w:t>
      </w:r>
      <w:r>
        <w:tab/>
        <w:t xml:space="preserve">Platforma kot </w:t>
      </w:r>
      <w:proofErr w:type="gramStart"/>
      <w:r>
        <w:t>storitev[</w:t>
      </w:r>
      <w:proofErr w:type="gramEnd"/>
      <w:r>
        <w:t>PaaS]</w:t>
      </w:r>
    </w:p>
    <w:p w:rsidR="007F7938" w:rsidRDefault="007F7938" w:rsidP="007F7938">
      <w:r>
        <w:t>420249</w:t>
      </w:r>
      <w:r>
        <w:tab/>
        <w:t>Razvoj računalniških platform</w:t>
      </w:r>
    </w:p>
    <w:p w:rsidR="007F7938" w:rsidRDefault="007F7938" w:rsidP="007F7938">
      <w:r>
        <w:t>420250</w:t>
      </w:r>
      <w:r>
        <w:tab/>
        <w:t>Oblikovanje vizitk</w:t>
      </w:r>
    </w:p>
    <w:p w:rsidR="007F7938" w:rsidRDefault="007F7938" w:rsidP="007F7938">
      <w:r>
        <w:t>420251</w:t>
      </w:r>
      <w:r>
        <w:tab/>
        <w:t>Znanstvene in tehnološke raziskave na področju naravnih nesreč</w:t>
      </w:r>
    </w:p>
    <w:p w:rsidR="007F7938" w:rsidRDefault="007F7938" w:rsidP="007F7938">
      <w:r>
        <w:t>420252</w:t>
      </w:r>
      <w:r>
        <w:tab/>
        <w:t>Raziskovalne storitve na področju naftne, plinske in rudarske industrije</w:t>
      </w:r>
    </w:p>
    <w:p w:rsidR="007F7938" w:rsidRDefault="007F7938" w:rsidP="007F7938">
      <w:r>
        <w:t>420253</w:t>
      </w:r>
      <w:r>
        <w:tab/>
        <w:t>Znanstvene in tehnološke raziskave v zvezi z mapiranjem patentov</w:t>
      </w:r>
    </w:p>
    <w:p w:rsidR="007F7938" w:rsidRDefault="007F7938" w:rsidP="007F7938">
      <w:r>
        <w:lastRenderedPageBreak/>
        <w:t>420254</w:t>
      </w:r>
      <w:r>
        <w:tab/>
        <w:t>Raziskave na področju gradnje stavb</w:t>
      </w:r>
    </w:p>
    <w:p w:rsidR="007F7938" w:rsidRDefault="007F7938" w:rsidP="007F7938">
      <w:r>
        <w:t>420255</w:t>
      </w:r>
      <w:r>
        <w:tab/>
        <w:t>Raziskave v zvezi s telekomunikacijskimi tehnikami</w:t>
      </w:r>
    </w:p>
    <w:p w:rsidR="007F7938" w:rsidRDefault="007F7938" w:rsidP="007F7938">
      <w:r>
        <w:t>420256</w:t>
      </w:r>
      <w:r>
        <w:tab/>
        <w:t>Raziskave na področju varjenja</w:t>
      </w:r>
    </w:p>
    <w:p w:rsidR="007F7938" w:rsidRDefault="007F7938" w:rsidP="007F7938">
      <w:r>
        <w:t>420257</w:t>
      </w:r>
      <w:r>
        <w:tab/>
        <w:t>Medicinske raziskave</w:t>
      </w:r>
    </w:p>
    <w:p w:rsidR="007F7938" w:rsidRDefault="007F7938" w:rsidP="007F7938">
      <w:r>
        <w:t>420258</w:t>
      </w:r>
      <w:r>
        <w:tab/>
        <w:t>Grafično oblikovanje promocijskega gradiva</w:t>
      </w:r>
    </w:p>
    <w:p w:rsidR="007F7938" w:rsidRDefault="007F7938" w:rsidP="007F7938">
      <w:r>
        <w:t>420259</w:t>
      </w:r>
      <w:r>
        <w:tab/>
        <w:t>Najem števcev za beleženje porabe energije</w:t>
      </w:r>
    </w:p>
    <w:p w:rsidR="007F7938" w:rsidRDefault="007F7938" w:rsidP="007F7938">
      <w:r>
        <w:t>420260</w:t>
      </w:r>
      <w:r>
        <w:tab/>
        <w:t>Storitve avtentikacije uporabnikov z uporabo tehnologije za transakcije v okviru e-trgovine</w:t>
      </w:r>
    </w:p>
    <w:p w:rsidR="007F7938" w:rsidRDefault="007F7938" w:rsidP="007F7938">
      <w:r>
        <w:t>420261</w:t>
      </w:r>
      <w:r>
        <w:tab/>
        <w:t>Zagotavljanje storitev avtentikacije uporabnikov z uporabo tehnologije enotne prijave za spletne programske aplikacije</w:t>
      </w:r>
    </w:p>
    <w:p w:rsidR="007F7938" w:rsidRDefault="007F7938" w:rsidP="007F7938">
      <w:r>
        <w:t>420262</w:t>
      </w:r>
      <w:r>
        <w:tab/>
        <w:t>Pisanje računalniških kod</w:t>
      </w:r>
    </w:p>
    <w:p w:rsidR="007F7938" w:rsidRDefault="007F7938" w:rsidP="007F7938">
      <w:r>
        <w:t>420263</w:t>
      </w:r>
      <w:r>
        <w:tab/>
        <w:t>Svetovanje v zvezi z varnostjo telekomunikacijskih omrežij</w:t>
      </w:r>
    </w:p>
    <w:p w:rsidR="007F7938" w:rsidRDefault="007F7938" w:rsidP="007F7938">
      <w:r>
        <w:t>420264</w:t>
      </w:r>
      <w:r>
        <w:tab/>
        <w:t>Oblikovanje kostumov</w:t>
      </w:r>
    </w:p>
    <w:p w:rsidR="007F7938" w:rsidRDefault="007F7938" w:rsidP="007F7938">
      <w:r>
        <w:t>420265</w:t>
      </w:r>
      <w:r>
        <w:tab/>
        <w:t>Scenografsko oblikovanje</w:t>
      </w:r>
    </w:p>
    <w:p w:rsidR="007F7938" w:rsidRDefault="007F7938" w:rsidP="007F7938">
      <w:r>
        <w:t>420266</w:t>
      </w:r>
      <w:r>
        <w:tab/>
        <w:t>Zasnova prototipov</w:t>
      </w:r>
    </w:p>
    <w:p w:rsidR="007F7938" w:rsidRDefault="007F7938" w:rsidP="007F7938">
      <w:r>
        <w:t>420267</w:t>
      </w:r>
      <w:r>
        <w:tab/>
        <w:t>Oblikovanje računalniško simuliranih modelov</w:t>
      </w:r>
    </w:p>
    <w:p w:rsidR="007F7938" w:rsidRDefault="007F7938" w:rsidP="007F7938">
      <w:r>
        <w:t>420268</w:t>
      </w:r>
      <w:r>
        <w:tab/>
        <w:t>Storitve kartografskega ali termografskega merjenja s pomočjo brezpilotnih zrakoplovov</w:t>
      </w:r>
    </w:p>
    <w:p w:rsidR="007F7938" w:rsidRDefault="007F7938" w:rsidP="007F7938">
      <w:r>
        <w:t>420270</w:t>
      </w:r>
      <w:r>
        <w:tab/>
        <w:t>Raziskave na področju izkopavanja</w:t>
      </w:r>
    </w:p>
    <w:p w:rsidR="007F7938" w:rsidRDefault="007F7938" w:rsidP="007F7938">
      <w:r>
        <w:t>420271</w:t>
      </w:r>
      <w:r>
        <w:tab/>
        <w:t>Računalniško grafično oblikovanje za kartiranje videoprojekcij</w:t>
      </w:r>
    </w:p>
    <w:p w:rsidR="007F7938" w:rsidRDefault="007F7938" w:rsidP="007F7938">
      <w:r>
        <w:t>420272</w:t>
      </w:r>
      <w:r>
        <w:tab/>
        <w:t>Digitalne forenzične preiskave na področju računalniških kaznivih dejanj</w:t>
      </w:r>
    </w:p>
    <w:p w:rsidR="007F7938" w:rsidRDefault="007F7938" w:rsidP="007F7938">
      <w:r>
        <w:t>420273</w:t>
      </w:r>
      <w:r>
        <w:tab/>
        <w:t>Tehnološke svetovalne storitve za digitalno preobrazbo</w:t>
      </w:r>
    </w:p>
    <w:p w:rsidR="007F7938" w:rsidRDefault="007F7938" w:rsidP="007F7938">
      <w:r>
        <w:t>420275</w:t>
      </w:r>
      <w:r>
        <w:tab/>
        <w:t>Nudenje geografskih informacij</w:t>
      </w:r>
    </w:p>
    <w:p w:rsidR="007F7938" w:rsidRDefault="007F7938" w:rsidP="007F7938">
      <w:r>
        <w:t>420276</w:t>
      </w:r>
      <w:r>
        <w:tab/>
        <w:t>Nudenje spletnih zemljevidov, nenaložljivih</w:t>
      </w:r>
    </w:p>
    <w:p w:rsidR="007F7938" w:rsidRPr="003834FA" w:rsidRDefault="007F7938" w:rsidP="007F7938">
      <w:pPr>
        <w:rPr>
          <w:lang w:val="fr-FR"/>
        </w:rPr>
      </w:pPr>
      <w:r>
        <w:t>420277</w:t>
      </w:r>
      <w:r>
        <w:tab/>
      </w:r>
      <w:r w:rsidRPr="003834FA">
        <w:rPr>
          <w:lang w:val="fr-FR"/>
        </w:rPr>
        <w:t>Svetovanje na področju umetne inteligence</w:t>
      </w:r>
    </w:p>
    <w:p w:rsidR="007F7938" w:rsidRPr="003834FA" w:rsidRDefault="007F7938" w:rsidP="007F7938">
      <w:pPr>
        <w:rPr>
          <w:lang w:val="fr-FR"/>
        </w:rPr>
      </w:pPr>
      <w:r>
        <w:t>420278</w:t>
      </w:r>
      <w:r>
        <w:tab/>
      </w:r>
      <w:r w:rsidRPr="003834FA">
        <w:rPr>
          <w:lang w:val="fr-FR"/>
        </w:rPr>
        <w:t>Raziskave na področju umetne inteligence</w:t>
      </w:r>
    </w:p>
    <w:p w:rsidR="007F7938" w:rsidRDefault="007F7938" w:rsidP="007F7938">
      <w:r>
        <w:t>420279</w:t>
      </w:r>
      <w:r>
        <w:tab/>
        <w:t>Storitve avtentikacije uporabnikov z uporabo tehnologije veriženja blokov</w:t>
      </w:r>
    </w:p>
    <w:p w:rsidR="007F7938" w:rsidRDefault="007F7938" w:rsidP="007F7938">
      <w:r>
        <w:t>420280</w:t>
      </w:r>
      <w:r>
        <w:tab/>
        <w:t>Geotehnične preiskave</w:t>
      </w:r>
    </w:p>
    <w:p w:rsidR="007F7938" w:rsidRDefault="007F7938" w:rsidP="007F7938">
      <w:r>
        <w:t>420281</w:t>
      </w:r>
      <w:r>
        <w:tab/>
        <w:t>Geološka testna vrtanja</w:t>
      </w:r>
    </w:p>
    <w:p w:rsidR="007F7938" w:rsidRDefault="007F7938" w:rsidP="007F7938">
      <w:r>
        <w:t>420282</w:t>
      </w:r>
      <w:r>
        <w:tab/>
        <w:t>Razvoj video in računalniških iger</w:t>
      </w:r>
    </w:p>
    <w:p w:rsidR="007F7938" w:rsidRDefault="007F7938" w:rsidP="007F7938">
      <w:r>
        <w:t>420283</w:t>
      </w:r>
      <w:r>
        <w:tab/>
        <w:t>Storitve kvantnega računalništva</w:t>
      </w:r>
    </w:p>
    <w:p w:rsidR="007F7938" w:rsidRDefault="007F7938" w:rsidP="007F7938">
      <w:r>
        <w:t>420284</w:t>
      </w:r>
      <w:r>
        <w:tab/>
        <w:t>Gojenje celičnih kultur za namene znanstvenega raziskovanja</w:t>
      </w:r>
    </w:p>
    <w:p w:rsidR="007F7938" w:rsidRDefault="007F7938" w:rsidP="007F7938">
      <w:r>
        <w:t>420285</w:t>
      </w:r>
      <w:r>
        <w:tab/>
        <w:t>Računalniško programiranje za obdelavo podatkov</w:t>
      </w:r>
    </w:p>
    <w:p w:rsidR="007F7938" w:rsidRDefault="007F7938" w:rsidP="007F7938">
      <w:r>
        <w:t>420286</w:t>
      </w:r>
      <w:r>
        <w:tab/>
        <w:t>Storitve inženiringa programske opreme za obdelavo podatkov</w:t>
      </w:r>
    </w:p>
    <w:p w:rsidR="007F7938" w:rsidRDefault="007F7938" w:rsidP="007F7938">
      <w:r>
        <w:t>420287</w:t>
      </w:r>
      <w:r>
        <w:tab/>
        <w:t>Storitve oblikovanja logotipov</w:t>
      </w:r>
    </w:p>
    <w:p w:rsidR="007F7938" w:rsidRDefault="007F7938" w:rsidP="007F7938">
      <w:r>
        <w:t>420288</w:t>
      </w:r>
      <w:r>
        <w:tab/>
        <w:t>Oblikovanje igrišč za golf</w:t>
      </w:r>
    </w:p>
    <w:p w:rsidR="007F7938" w:rsidRDefault="007F7938" w:rsidP="007F7938">
      <w:r>
        <w:t>420289</w:t>
      </w:r>
      <w:r>
        <w:tab/>
        <w:t>Nudenje znanstvenih informacij, nasvetov in svetovanja v zvezi z ničelnimi neto emisijami</w:t>
      </w:r>
    </w:p>
    <w:p w:rsidR="007F7938" w:rsidRDefault="007F7938" w:rsidP="007F7938">
      <w:r>
        <w:t>420290</w:t>
      </w:r>
      <w:r>
        <w:tab/>
        <w:t>Znanstvene raziskave na področju genetike</w:t>
      </w:r>
    </w:p>
    <w:p w:rsidR="007F7938" w:rsidRDefault="007F7938" w:rsidP="007F7938">
      <w:r>
        <w:t>420291</w:t>
      </w:r>
      <w:r>
        <w:tab/>
        <w:t>Storitve pregleda novih in rabljenih vozil pred prodajo</w:t>
      </w:r>
    </w:p>
    <w:p w:rsidR="007F7938" w:rsidRDefault="007F7938" w:rsidP="007F7938">
      <w:r>
        <w:t>420292</w:t>
      </w:r>
      <w:r>
        <w:tab/>
        <w:t>Arheološko izkopavanje</w:t>
      </w:r>
    </w:p>
    <w:p w:rsidR="007F7938" w:rsidRDefault="007F7938" w:rsidP="007F7938">
      <w:r>
        <w:t>420293</w:t>
      </w:r>
      <w:r>
        <w:tab/>
        <w:t>Testiranje in analiza blaga za uvoz ali izvoz za namene ocenjevanja potrebe po karanteni</w:t>
      </w:r>
    </w:p>
    <w:p w:rsidR="007F7938" w:rsidRDefault="007F7938" w:rsidP="007F7938">
      <w:r>
        <w:t>420294</w:t>
      </w:r>
      <w:r>
        <w:tab/>
        <w:t>Najem teleskopov</w:t>
      </w:r>
    </w:p>
    <w:p w:rsidR="007F7938" w:rsidRDefault="007F7938" w:rsidP="007F7938">
      <w:r>
        <w:t>420295</w:t>
      </w:r>
      <w:r>
        <w:tab/>
        <w:t>Veriga podatkovnih blokov kot storitev [BaaS]</w:t>
      </w:r>
    </w:p>
    <w:p w:rsidR="007F7938" w:rsidRDefault="007F7938" w:rsidP="007F7938">
      <w:r>
        <w:t>420296</w:t>
      </w:r>
      <w:r>
        <w:tab/>
        <w:t>Gostovanje v navideznem okolju</w:t>
      </w:r>
    </w:p>
    <w:p w:rsidR="007F7938" w:rsidRDefault="007F7938" w:rsidP="007F7938">
      <w:r>
        <w:t>420297</w:t>
      </w:r>
      <w:r>
        <w:tab/>
        <w:t>Najem znanstvenih mikroskopov</w:t>
      </w:r>
    </w:p>
    <w:p w:rsidR="007F7938" w:rsidRDefault="007F7938" w:rsidP="007F7938">
      <w:r>
        <w:t>420298</w:t>
      </w:r>
      <w:r>
        <w:tab/>
        <w:t>Nevromorfni inženiring</w:t>
      </w:r>
    </w:p>
    <w:p w:rsidR="007F7938" w:rsidRDefault="007F7938" w:rsidP="007F7938">
      <w:r>
        <w:t>420299</w:t>
      </w:r>
      <w:r>
        <w:tab/>
        <w:t>Najem nekonfiguriranih humanoidnih robotov, ki jih programirajo uporabniki</w:t>
      </w:r>
    </w:p>
    <w:p w:rsidR="007F7938" w:rsidRDefault="007F7938" w:rsidP="007F7938">
      <w:r>
        <w:t>420300</w:t>
      </w:r>
      <w:r>
        <w:tab/>
        <w:t>Nudenje spletne nenaložljive računalniške programske opreme</w:t>
      </w:r>
    </w:p>
    <w:p w:rsidR="007F7938" w:rsidRDefault="007F7938" w:rsidP="007F7938">
      <w:r>
        <w:t>420301</w:t>
      </w:r>
      <w:r>
        <w:tab/>
        <w:t>Nudenje spletne neprenosljive računalniške programske opreme za kovanje nezamenljivih žetonov (NFT)</w:t>
      </w:r>
    </w:p>
    <w:p w:rsidR="007F7938" w:rsidRDefault="007F7938" w:rsidP="007F7938">
      <w:r>
        <w:t>420302</w:t>
      </w:r>
      <w:r>
        <w:tab/>
        <w:t>Računalniško programiranje pametnih pogodb na blokovnih verigah</w:t>
      </w:r>
    </w:p>
    <w:p w:rsidR="007F7938" w:rsidRDefault="007F7938" w:rsidP="007F7938">
      <w:r>
        <w:t>420303</w:t>
      </w:r>
      <w:r>
        <w:tab/>
        <w:t>Gostovanje platform programske opreme za delovno sodelovanje na osnovi virtualne resničnosti</w:t>
      </w:r>
    </w:p>
    <w:p w:rsidR="007F7938" w:rsidRDefault="007F7938" w:rsidP="007F7938">
      <w:r>
        <w:t>420304</w:t>
      </w:r>
      <w:r>
        <w:tab/>
        <w:t>Digitalizacija fotografij [skeniranje]</w:t>
      </w:r>
    </w:p>
    <w:p w:rsidR="007F7938" w:rsidRDefault="007F7938" w:rsidP="007F7938">
      <w:r>
        <w:t>420305</w:t>
      </w:r>
      <w:r>
        <w:tab/>
        <w:t>Najem pametnih očal</w:t>
      </w:r>
    </w:p>
    <w:p w:rsidR="007F7938" w:rsidRDefault="007F7938" w:rsidP="007F7938">
      <w:r>
        <w:t>420306</w:t>
      </w:r>
      <w:r>
        <w:tab/>
        <w:t>Preskušanje zdravil za forenzične namene</w:t>
      </w:r>
    </w:p>
    <w:p w:rsidR="007F7938" w:rsidRDefault="007F7938" w:rsidP="007F7938">
      <w:r>
        <w:t>420307</w:t>
      </w:r>
      <w:r>
        <w:tab/>
        <w:t>Storitve izvajanja preiskav na področju forenzične patologije</w:t>
      </w:r>
    </w:p>
    <w:p w:rsidR="007F7938" w:rsidRPr="003834FA" w:rsidRDefault="007F7938" w:rsidP="007F7938">
      <w:pPr>
        <w:rPr>
          <w:lang w:val="fr-FR"/>
        </w:rPr>
      </w:pPr>
      <w:r>
        <w:t>420308</w:t>
      </w:r>
      <w:r>
        <w:tab/>
      </w:r>
      <w:r w:rsidRPr="003834FA">
        <w:rPr>
          <w:lang w:val="fr-FR"/>
        </w:rPr>
        <w:t>Testiranje na področju patologije za forenzične namene</w:t>
      </w:r>
    </w:p>
    <w:p w:rsidR="007F7938" w:rsidRDefault="007F7938" w:rsidP="007F7938">
      <w:r>
        <w:t>420309</w:t>
      </w:r>
      <w:r>
        <w:tab/>
        <w:t>Storitve oblikovanja v zvezi z integriranimi vezji</w:t>
      </w:r>
    </w:p>
    <w:p w:rsidR="007F7938" w:rsidRDefault="007F7938" w:rsidP="007F7938">
      <w:r>
        <w:t>420310</w:t>
      </w:r>
      <w:r>
        <w:tab/>
        <w:t>Testiranje energetske učinkovitosti stavb</w:t>
      </w:r>
    </w:p>
    <w:p w:rsidR="007F7938" w:rsidRDefault="007F7938" w:rsidP="007F7938">
      <w:r>
        <w:t>420311</w:t>
      </w:r>
      <w:r>
        <w:tab/>
        <w:t>Elektronsko shranjevanje kriptovalut</w:t>
      </w:r>
    </w:p>
    <w:p w:rsidR="007F7938" w:rsidRDefault="007F7938" w:rsidP="007F7938">
      <w:r>
        <w:t>420312</w:t>
      </w:r>
      <w:r>
        <w:tab/>
        <w:t>Storitve akustičnega merjenja</w:t>
      </w:r>
    </w:p>
    <w:p w:rsidR="007F7938" w:rsidRDefault="007F7938" w:rsidP="007F7938">
      <w:r>
        <w:t>420313</w:t>
      </w:r>
      <w:r>
        <w:tab/>
        <w:t>Laboratorijske storitve za bioproizvodnjo</w:t>
      </w:r>
    </w:p>
    <w:p w:rsidR="007F7938" w:rsidRDefault="007F7938" w:rsidP="007F7938">
      <w:r>
        <w:t>420314</w:t>
      </w:r>
      <w:r>
        <w:tab/>
        <w:t>Testiranje očetovstva</w:t>
      </w:r>
    </w:p>
    <w:p w:rsidR="007F7938" w:rsidRDefault="007F7938" w:rsidP="007F7938">
      <w:r>
        <w:t>420315</w:t>
      </w:r>
      <w:r>
        <w:tab/>
        <w:t>Umetna inteligenca kot storitev [AIaaS]</w:t>
      </w:r>
    </w:p>
    <w:p w:rsidR="007F7938" w:rsidRDefault="007F7938" w:rsidP="007F7938">
      <w:r>
        <w:t>420316</w:t>
      </w:r>
      <w:r>
        <w:tab/>
        <w:t>Veterinarske raziskave</w:t>
      </w:r>
    </w:p>
    <w:p w:rsidR="001F500C" w:rsidRDefault="001F500C">
      <w:pPr>
        <w:pStyle w:val="Naslov1"/>
        <w:sectPr w:rsidR="001F500C" w:rsidSect="00E00425">
          <w:type w:val="continuous"/>
          <w:pgSz w:w="11907" w:h="16840" w:code="9"/>
          <w:pgMar w:top="1418" w:right="1418" w:bottom="1418" w:left="1418" w:header="720" w:footer="720" w:gutter="0"/>
          <w:cols w:num="2" w:space="720"/>
          <w:docGrid w:linePitch="360"/>
        </w:sectPr>
      </w:pPr>
    </w:p>
    <w:p w:rsidR="00A162B4" w:rsidRPr="00A162B4" w:rsidRDefault="00A162B4" w:rsidP="00634B76">
      <w:pPr>
        <w:pStyle w:val="Naslov1"/>
        <w:spacing w:before="0"/>
        <w:rPr>
          <w:lang w:val="sl-SI" w:eastAsia="sl-SI"/>
        </w:rPr>
      </w:pPr>
      <w:r w:rsidRPr="00A162B4">
        <w:rPr>
          <w:lang w:val="sl-SI" w:eastAsia="sl-SI"/>
        </w:rPr>
        <w:lastRenderedPageBreak/>
        <w:t xml:space="preserve">Razred 43 </w:t>
      </w:r>
    </w:p>
    <w:p w:rsidR="00A162B4" w:rsidRDefault="00A162B4" w:rsidP="007F7938">
      <w:pPr>
        <w:pStyle w:val="Naslov2"/>
        <w:rPr>
          <w:lang w:val="sl-SI" w:eastAsia="sl-SI"/>
        </w:rPr>
      </w:pPr>
      <w:r w:rsidRPr="00A162B4">
        <w:rPr>
          <w:lang w:val="sl-SI" w:eastAsia="sl-SI"/>
        </w:rPr>
        <w:t>Storitve nudenja hrane in pijače; začasna nastanitev</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7F7938" w:rsidRPr="00D85EAF" w:rsidTr="00CF2B9C">
        <w:trPr>
          <w:trHeight w:val="143"/>
          <w:tblHeader/>
        </w:trPr>
        <w:tc>
          <w:tcPr>
            <w:tcW w:w="9493" w:type="dxa"/>
            <w:gridSpan w:val="2"/>
            <w:shd w:val="clear" w:color="auto" w:fill="F2F2F2" w:themeFill="background1" w:themeFillShade="F2"/>
            <w:vAlign w:val="center"/>
          </w:tcPr>
          <w:p w:rsidR="007F7938" w:rsidRPr="0087064C" w:rsidRDefault="007F7938" w:rsidP="00634B76">
            <w:pPr>
              <w:pStyle w:val="opomba"/>
              <w:spacing w:after="60"/>
              <w:rPr>
                <w:b/>
              </w:rPr>
            </w:pPr>
            <w:r w:rsidRPr="0087064C">
              <w:rPr>
                <w:b/>
              </w:rPr>
              <w:t xml:space="preserve">RAZRED </w:t>
            </w:r>
            <w:r w:rsidR="00CA36E9">
              <w:rPr>
                <w:b/>
              </w:rPr>
              <w:t>43</w:t>
            </w:r>
            <w:r w:rsidRPr="0087064C">
              <w:rPr>
                <w:b/>
              </w:rPr>
              <w:t xml:space="preserve"> - pojasnjevalne opombe</w:t>
            </w:r>
          </w:p>
        </w:tc>
      </w:tr>
      <w:tr w:rsidR="007F7938" w:rsidRPr="00D85EAF" w:rsidTr="00634B76">
        <w:trPr>
          <w:trHeight w:val="516"/>
        </w:trPr>
        <w:tc>
          <w:tcPr>
            <w:tcW w:w="9493" w:type="dxa"/>
            <w:gridSpan w:val="2"/>
            <w:shd w:val="clear" w:color="auto" w:fill="F2F2F2" w:themeFill="background1" w:themeFillShade="F2"/>
            <w:vAlign w:val="center"/>
          </w:tcPr>
          <w:p w:rsidR="007F7938" w:rsidRPr="00993A45" w:rsidRDefault="00CA36E9" w:rsidP="00634B76">
            <w:pPr>
              <w:pStyle w:val="opomba"/>
              <w:spacing w:after="60"/>
            </w:pPr>
            <w:r>
              <w:t>Razred 43 vključuje predvsem storitve v zvezi s pripravo hrane in pijače za uživanje ter storitve zagotavljanja začasne nastanitve.</w:t>
            </w:r>
          </w:p>
        </w:tc>
      </w:tr>
      <w:tr w:rsidR="007F7938" w:rsidRPr="00D85EAF" w:rsidTr="00CF2B9C">
        <w:trPr>
          <w:trHeight w:val="3742"/>
        </w:trPr>
        <w:tc>
          <w:tcPr>
            <w:tcW w:w="4746" w:type="dxa"/>
            <w:shd w:val="clear" w:color="auto" w:fill="F2F2F2" w:themeFill="background1" w:themeFillShade="F2"/>
          </w:tcPr>
          <w:p w:rsidR="007F7938" w:rsidRPr="00993A45" w:rsidRDefault="007F7938" w:rsidP="00CF2B9C">
            <w:pPr>
              <w:pStyle w:val="opomba"/>
            </w:pPr>
            <w:r w:rsidRPr="00D85EAF">
              <w:t>V ta razred so vključeni zlasti:</w:t>
            </w:r>
          </w:p>
          <w:p w:rsidR="00CA36E9" w:rsidRDefault="00CA36E9" w:rsidP="00CA36E9">
            <w:pPr>
              <w:pStyle w:val="opombapika"/>
            </w:pPr>
            <w:r>
              <w:t>rezervacije začasne nastanitve, na primer hotelske rezervacije</w:t>
            </w:r>
          </w:p>
          <w:p w:rsidR="00CA36E9" w:rsidRDefault="00CA36E9" w:rsidP="00CA36E9">
            <w:pPr>
              <w:pStyle w:val="opombapika"/>
            </w:pPr>
            <w:r>
              <w:t>nastanitev živali</w:t>
            </w:r>
          </w:p>
          <w:p w:rsidR="00CA36E9" w:rsidRDefault="00CA36E9" w:rsidP="00CA36E9">
            <w:pPr>
              <w:pStyle w:val="opombapika"/>
            </w:pPr>
            <w:r>
              <w:t>najem sejnih sob, šotorov in prenosnih zgradb</w:t>
            </w:r>
          </w:p>
          <w:p w:rsidR="00CA36E9" w:rsidRDefault="00CA36E9" w:rsidP="00CA36E9">
            <w:pPr>
              <w:pStyle w:val="opombapika"/>
            </w:pPr>
            <w:r>
              <w:t>storitve domov za ostarele</w:t>
            </w:r>
          </w:p>
          <w:p w:rsidR="00CA36E9" w:rsidRDefault="00CA36E9" w:rsidP="00CA36E9">
            <w:pPr>
              <w:pStyle w:val="opombapika"/>
            </w:pPr>
            <w:r>
              <w:t>storitve otroških vrtcev in jasli</w:t>
            </w:r>
          </w:p>
          <w:p w:rsidR="00CA36E9" w:rsidRDefault="00CA36E9" w:rsidP="00CA36E9">
            <w:pPr>
              <w:pStyle w:val="opombapika"/>
            </w:pPr>
            <w:r>
              <w:t>dekoracija hrane, aranžiranje hrane</w:t>
            </w:r>
          </w:p>
          <w:p w:rsidR="00CA36E9" w:rsidRDefault="00CA36E9" w:rsidP="00CA36E9">
            <w:pPr>
              <w:pStyle w:val="opombapika"/>
            </w:pPr>
            <w:r>
              <w:t>najem aparatov za kuhanje</w:t>
            </w:r>
          </w:p>
          <w:p w:rsidR="00CA36E9" w:rsidRDefault="00CA36E9" w:rsidP="00CA36E9">
            <w:pPr>
              <w:pStyle w:val="opombapika"/>
            </w:pPr>
            <w:r>
              <w:t>najem stolov, miz, namiznega perila, steklenine</w:t>
            </w:r>
          </w:p>
          <w:p w:rsidR="00CA36E9" w:rsidRDefault="00CA36E9" w:rsidP="00CA36E9">
            <w:pPr>
              <w:pStyle w:val="opombapika"/>
            </w:pPr>
            <w:r>
              <w:t>storitve lokalov z vodnimi pipami</w:t>
            </w:r>
          </w:p>
          <w:p w:rsidR="007F7938" w:rsidRPr="00993A45" w:rsidRDefault="00CA36E9" w:rsidP="00CA36E9">
            <w:pPr>
              <w:pStyle w:val="opombapika"/>
            </w:pPr>
            <w:r>
              <w:t>storitve osebnega kuharja</w:t>
            </w:r>
          </w:p>
        </w:tc>
        <w:tc>
          <w:tcPr>
            <w:tcW w:w="4747" w:type="dxa"/>
            <w:shd w:val="clear" w:color="auto" w:fill="F2F2F2" w:themeFill="background1" w:themeFillShade="F2"/>
          </w:tcPr>
          <w:p w:rsidR="007F7938" w:rsidRPr="00993A45" w:rsidRDefault="007F7938" w:rsidP="00CF2B9C">
            <w:pPr>
              <w:pStyle w:val="opomba"/>
            </w:pPr>
            <w:r w:rsidRPr="00D85EAF">
              <w:t>V ta razred niso vključeni zlasti:</w:t>
            </w:r>
          </w:p>
          <w:p w:rsidR="00CA36E9" w:rsidRDefault="00CA36E9" w:rsidP="00634B76">
            <w:pPr>
              <w:pStyle w:val="opombapika"/>
              <w:spacing w:after="40"/>
            </w:pPr>
            <w:r>
              <w:t>poslovno upravljanje hotelov (razred 35)</w:t>
            </w:r>
          </w:p>
          <w:p w:rsidR="00CA36E9" w:rsidRDefault="00CA36E9" w:rsidP="00634B76">
            <w:pPr>
              <w:pStyle w:val="opombapika"/>
              <w:spacing w:after="40"/>
            </w:pPr>
            <w:r>
              <w:t>storitve najema nepremičnin, kot so hiše ali stanovanja, za stanovanjsko uporabo (razred 36)</w:t>
            </w:r>
          </w:p>
          <w:p w:rsidR="00CA36E9" w:rsidRDefault="00CA36E9" w:rsidP="00634B76">
            <w:pPr>
              <w:pStyle w:val="opombapika"/>
              <w:spacing w:after="40"/>
            </w:pPr>
            <w:r>
              <w:t>gospodinjske storitve (čiščenja) (razred 37)</w:t>
            </w:r>
          </w:p>
          <w:p w:rsidR="00CA36E9" w:rsidRDefault="00CA36E9" w:rsidP="00634B76">
            <w:pPr>
              <w:pStyle w:val="opombapika"/>
              <w:spacing w:after="40"/>
            </w:pPr>
            <w:r>
              <w:t>storitve rezervacij potovanj in prevozov (razred 39)</w:t>
            </w:r>
          </w:p>
          <w:p w:rsidR="00CA36E9" w:rsidRDefault="00CA36E9" w:rsidP="00634B76">
            <w:pPr>
              <w:pStyle w:val="opombapika"/>
              <w:spacing w:after="40"/>
            </w:pPr>
            <w:r>
              <w:t>varjenje piva in pridelava vina za tretje osebe, proizvodnja kruha po naročilu (razred 40)</w:t>
            </w:r>
          </w:p>
          <w:p w:rsidR="00CA36E9" w:rsidRDefault="00CA36E9" w:rsidP="00634B76">
            <w:pPr>
              <w:pStyle w:val="opombapika"/>
              <w:spacing w:after="40"/>
            </w:pPr>
            <w:r>
              <w:t>dimljenje živil, konzerviranje živil in pijač (razred 40)</w:t>
            </w:r>
          </w:p>
          <w:p w:rsidR="00CA36E9" w:rsidRDefault="00CA36E9" w:rsidP="00634B76">
            <w:pPr>
              <w:pStyle w:val="opombapika"/>
              <w:spacing w:after="40"/>
            </w:pPr>
            <w:r>
              <w:t>izobraževalne, poučne in razvedrilne storitve, vključno s tistimi, ki lahko vključujejo dodatno nastanitev ali hrano in pijačo, ki jih ponujajo na primer internati, vrtci, športni kampi, diskoteke in nočni klubi (razred 41)</w:t>
            </w:r>
          </w:p>
          <w:p w:rsidR="00CA36E9" w:rsidRDefault="00CA36E9" w:rsidP="00634B76">
            <w:pPr>
              <w:pStyle w:val="opombapika"/>
              <w:spacing w:after="40"/>
            </w:pPr>
            <w:r>
              <w:t>zagotavljanje muzejskih prostorov in opreme (razred 41)</w:t>
            </w:r>
          </w:p>
          <w:p w:rsidR="00CA36E9" w:rsidRDefault="00CA36E9" w:rsidP="00634B76">
            <w:pPr>
              <w:pStyle w:val="opombapika"/>
              <w:spacing w:after="40"/>
            </w:pPr>
            <w:r>
              <w:t>storitve okrevališč in domov za ostarele (razred 44)</w:t>
            </w:r>
          </w:p>
          <w:p w:rsidR="007F7938" w:rsidRPr="00993A45" w:rsidRDefault="00CA36E9" w:rsidP="00CA36E9">
            <w:pPr>
              <w:pStyle w:val="opombapika"/>
            </w:pPr>
            <w:r>
              <w:t>individualno varstvo otrok, varstvo hišnih ljubljenčkov (razred 45)</w:t>
            </w:r>
          </w:p>
        </w:tc>
      </w:tr>
    </w:tbl>
    <w:p w:rsidR="00F875A9" w:rsidRPr="00A162B4" w:rsidRDefault="00F875A9" w:rsidP="00634B76">
      <w:pPr>
        <w:spacing w:after="240"/>
        <w:rPr>
          <w:lang w:val="sl-SI"/>
        </w:rPr>
      </w:pPr>
    </w:p>
    <w:p w:rsidR="001F500C" w:rsidRPr="00A162B4" w:rsidRDefault="001F500C">
      <w:pPr>
        <w:rPr>
          <w:lang w:val="sl-SI"/>
        </w:rPr>
        <w:sectPr w:rsidR="001F500C" w:rsidRPr="00A162B4" w:rsidSect="00E00425">
          <w:type w:val="continuous"/>
          <w:pgSz w:w="11907" w:h="16840" w:code="9"/>
          <w:pgMar w:top="1418" w:right="1418" w:bottom="1418" w:left="1418" w:header="720" w:footer="720" w:gutter="0"/>
          <w:cols w:space="720"/>
          <w:docGrid w:linePitch="360"/>
        </w:sectPr>
      </w:pPr>
    </w:p>
    <w:p w:rsidR="007F7938" w:rsidRDefault="007F7938" w:rsidP="007F7938">
      <w:r>
        <w:t>430004</w:t>
      </w:r>
      <w:r>
        <w:tab/>
        <w:t>Nastanitvene agencije [za hotele, penzione]</w:t>
      </w:r>
    </w:p>
    <w:p w:rsidR="007F7938" w:rsidRDefault="007F7938" w:rsidP="007F7938">
      <w:r>
        <w:t>430010</w:t>
      </w:r>
      <w:r>
        <w:tab/>
        <w:t>Catering</w:t>
      </w:r>
    </w:p>
    <w:p w:rsidR="007F7938" w:rsidRDefault="007F7938" w:rsidP="007F7938">
      <w:r>
        <w:t>430013</w:t>
      </w:r>
      <w:r>
        <w:tab/>
        <w:t>Domovi upokojencev</w:t>
      </w:r>
    </w:p>
    <w:p w:rsidR="007F7938" w:rsidRDefault="007F7938" w:rsidP="007F7938">
      <w:r>
        <w:t>430024</w:t>
      </w:r>
      <w:r>
        <w:tab/>
        <w:t>Kavarne</w:t>
      </w:r>
    </w:p>
    <w:p w:rsidR="007F7938" w:rsidRDefault="007F7938" w:rsidP="007F7938">
      <w:r>
        <w:t>430025</w:t>
      </w:r>
      <w:r>
        <w:tab/>
        <w:t>Storitve samopostrežnih restavracij</w:t>
      </w:r>
    </w:p>
    <w:p w:rsidR="007F7938" w:rsidRDefault="007F7938" w:rsidP="007F7938">
      <w:r>
        <w:t>430026</w:t>
      </w:r>
      <w:r>
        <w:tab/>
        <w:t>Nudenje prostora in opreme za taborjenje</w:t>
      </w:r>
    </w:p>
    <w:p w:rsidR="007F7938" w:rsidRDefault="007F7938" w:rsidP="007F7938">
      <w:r>
        <w:t>430027</w:t>
      </w:r>
      <w:r>
        <w:tab/>
        <w:t>Menze</w:t>
      </w:r>
    </w:p>
    <w:p w:rsidR="007F7938" w:rsidRDefault="007F7938" w:rsidP="007F7938">
      <w:r>
        <w:t>430028</w:t>
      </w:r>
      <w:r>
        <w:tab/>
        <w:t>Najem začasnih nastanitev</w:t>
      </w:r>
    </w:p>
    <w:p w:rsidR="007F7938" w:rsidRDefault="007F7938" w:rsidP="007F7938">
      <w:r>
        <w:t>430066</w:t>
      </w:r>
      <w:r>
        <w:tab/>
        <w:t>Penzioni</w:t>
      </w:r>
    </w:p>
    <w:p w:rsidR="007F7938" w:rsidRDefault="007F7938" w:rsidP="007F7938">
      <w:r>
        <w:t>430071</w:t>
      </w:r>
      <w:r>
        <w:tab/>
        <w:t>Turistični domovi</w:t>
      </w:r>
    </w:p>
    <w:p w:rsidR="007F7938" w:rsidRDefault="007F7938" w:rsidP="007F7938">
      <w:r>
        <w:t>430073</w:t>
      </w:r>
      <w:r>
        <w:tab/>
        <w:t>Storitve hotelskih nastanitev</w:t>
      </w:r>
    </w:p>
    <w:p w:rsidR="007F7938" w:rsidRDefault="007F7938" w:rsidP="007F7938">
      <w:r>
        <w:t>430098</w:t>
      </w:r>
      <w:r>
        <w:tab/>
        <w:t>Otroške jasli</w:t>
      </w:r>
    </w:p>
    <w:p w:rsidR="007F7938" w:rsidRDefault="007F7938" w:rsidP="007F7938">
      <w:r>
        <w:t>430102</w:t>
      </w:r>
      <w:r>
        <w:tab/>
        <w:t>Storitve restavracij</w:t>
      </w:r>
    </w:p>
    <w:p w:rsidR="007F7938" w:rsidRDefault="007F7938" w:rsidP="007F7938">
      <w:r>
        <w:t>430104</w:t>
      </w:r>
      <w:r>
        <w:tab/>
        <w:t>Rezervacije penzionov</w:t>
      </w:r>
    </w:p>
    <w:p w:rsidR="007F7938" w:rsidRDefault="007F7938" w:rsidP="007F7938">
      <w:r>
        <w:t>430105</w:t>
      </w:r>
      <w:r>
        <w:tab/>
        <w:t>Hotelske rezervacije</w:t>
      </w:r>
    </w:p>
    <w:p w:rsidR="007F7938" w:rsidRDefault="007F7938" w:rsidP="007F7938">
      <w:r>
        <w:t>430107</w:t>
      </w:r>
      <w:r>
        <w:tab/>
        <w:t>Samopostrežne restavracije</w:t>
      </w:r>
    </w:p>
    <w:p w:rsidR="007F7938" w:rsidRDefault="007F7938" w:rsidP="007F7938">
      <w:r>
        <w:t>430108</w:t>
      </w:r>
      <w:r>
        <w:tab/>
        <w:t>Bifeji</w:t>
      </w:r>
    </w:p>
    <w:p w:rsidR="007F7938" w:rsidRDefault="007F7938" w:rsidP="007F7938">
      <w:r>
        <w:t>430134</w:t>
      </w:r>
      <w:r>
        <w:tab/>
        <w:t>Nastanitev živali</w:t>
      </w:r>
    </w:p>
    <w:p w:rsidR="007F7938" w:rsidRDefault="007F7938" w:rsidP="007F7938">
      <w:r>
        <w:t>430138</w:t>
      </w:r>
      <w:r>
        <w:tab/>
        <w:t>Storitve barov</w:t>
      </w:r>
    </w:p>
    <w:p w:rsidR="007F7938" w:rsidRDefault="007F7938" w:rsidP="007F7938">
      <w:r>
        <w:t>430145</w:t>
      </w:r>
      <w:r>
        <w:tab/>
        <w:t>Storitve počitniških kampov [nastanitve]</w:t>
      </w:r>
    </w:p>
    <w:p w:rsidR="007F7938" w:rsidRDefault="007F7938" w:rsidP="007F7938">
      <w:r>
        <w:t>430160</w:t>
      </w:r>
      <w:r>
        <w:tab/>
        <w:t>Najem prenosnih zgradb</w:t>
      </w:r>
    </w:p>
    <w:p w:rsidR="007F7938" w:rsidRDefault="007F7938" w:rsidP="007F7938">
      <w:r>
        <w:t>430162</w:t>
      </w:r>
      <w:r>
        <w:tab/>
        <w:t>Storitve rezervacije sob</w:t>
      </w:r>
    </w:p>
    <w:p w:rsidR="007F7938" w:rsidRDefault="007F7938" w:rsidP="007F7938">
      <w:r>
        <w:t>430183</w:t>
      </w:r>
      <w:r>
        <w:tab/>
        <w:t>Moteli</w:t>
      </w:r>
    </w:p>
    <w:p w:rsidR="007F7938" w:rsidRDefault="007F7938" w:rsidP="007F7938">
      <w:r>
        <w:t>430186</w:t>
      </w:r>
      <w:r>
        <w:tab/>
        <w:t>Najem stolov, miz, namiznih prtov, steklenih posod</w:t>
      </w:r>
    </w:p>
    <w:p w:rsidR="007F7938" w:rsidRDefault="007F7938" w:rsidP="007F7938">
      <w:r>
        <w:t>430187</w:t>
      </w:r>
      <w:r>
        <w:tab/>
        <w:t>Najem sejnih sob</w:t>
      </w:r>
    </w:p>
    <w:p w:rsidR="007F7938" w:rsidRDefault="007F7938" w:rsidP="007F7938">
      <w:r>
        <w:t>430189</w:t>
      </w:r>
      <w:r>
        <w:tab/>
        <w:t>Najem šotorov</w:t>
      </w:r>
    </w:p>
    <w:p w:rsidR="007F7938" w:rsidRDefault="007F7938" w:rsidP="007F7938">
      <w:r>
        <w:t>430190</w:t>
      </w:r>
      <w:r>
        <w:tab/>
        <w:t>Najem aparatov za kuhanje</w:t>
      </w:r>
    </w:p>
    <w:p w:rsidR="007F7938" w:rsidRDefault="007F7938" w:rsidP="007F7938">
      <w:r>
        <w:t>430191</w:t>
      </w:r>
      <w:r>
        <w:tab/>
        <w:t>Najem avtomatov s pitno vodo</w:t>
      </w:r>
    </w:p>
    <w:p w:rsidR="007F7938" w:rsidRDefault="007F7938" w:rsidP="007F7938">
      <w:r>
        <w:t>430192</w:t>
      </w:r>
      <w:r>
        <w:tab/>
        <w:t>Najem opreme za razsvetljavo</w:t>
      </w:r>
    </w:p>
    <w:p w:rsidR="007F7938" w:rsidRDefault="007F7938" w:rsidP="007F7938">
      <w:r>
        <w:t>430193</w:t>
      </w:r>
      <w:r>
        <w:tab/>
        <w:t>Aranžiranje hrane</w:t>
      </w:r>
    </w:p>
    <w:p w:rsidR="007F7938" w:rsidRDefault="007F7938" w:rsidP="007F7938">
      <w:r>
        <w:t>430194</w:t>
      </w:r>
      <w:r>
        <w:tab/>
        <w:t>Storitve recepcij za začasno namestitev [vodenje prihodov in odhodov]</w:t>
      </w:r>
    </w:p>
    <w:p w:rsidR="007F7938" w:rsidRDefault="007F7938" w:rsidP="007F7938">
      <w:r>
        <w:t>430195</w:t>
      </w:r>
      <w:r>
        <w:tab/>
        <w:t>Storitve washoku restavracij</w:t>
      </w:r>
    </w:p>
    <w:p w:rsidR="007F7938" w:rsidRDefault="007F7938" w:rsidP="007F7938">
      <w:r>
        <w:t>430196</w:t>
      </w:r>
      <w:r>
        <w:tab/>
        <w:t>Storitve restavracij, ki nudijo udon in soba rezance</w:t>
      </w:r>
    </w:p>
    <w:p w:rsidR="007F7938" w:rsidRDefault="007F7938" w:rsidP="007F7938">
      <w:r>
        <w:t>430197</w:t>
      </w:r>
      <w:r>
        <w:tab/>
        <w:t>Okraševanje hrane</w:t>
      </w:r>
    </w:p>
    <w:p w:rsidR="007F7938" w:rsidRDefault="007F7938" w:rsidP="007F7938">
      <w:r>
        <w:t>430198</w:t>
      </w:r>
      <w:r>
        <w:tab/>
        <w:t>Okraševanje tort</w:t>
      </w:r>
    </w:p>
    <w:p w:rsidR="007F7938" w:rsidRDefault="007F7938" w:rsidP="007F7938">
      <w:r>
        <w:t>430199</w:t>
      </w:r>
      <w:r>
        <w:tab/>
        <w:t>Nudenje informacij in nasvetov v zvezi s pripravo obrokov</w:t>
      </w:r>
    </w:p>
    <w:p w:rsidR="007F7938" w:rsidRDefault="007F7938" w:rsidP="007F7938">
      <w:r>
        <w:t>430200</w:t>
      </w:r>
      <w:r>
        <w:tab/>
        <w:t>Storitve osebnega kuharja</w:t>
      </w:r>
    </w:p>
    <w:p w:rsidR="007F7938" w:rsidRDefault="007F7938" w:rsidP="007F7938">
      <w:r>
        <w:t>430201</w:t>
      </w:r>
      <w:r>
        <w:tab/>
        <w:t>Storitve barov z vodnimi pipami za kajenje</w:t>
      </w:r>
    </w:p>
    <w:p w:rsidR="007F7938" w:rsidRDefault="007F7938" w:rsidP="007F7938">
      <w:r>
        <w:lastRenderedPageBreak/>
        <w:t>430202</w:t>
      </w:r>
      <w:r>
        <w:tab/>
        <w:t>Storitve recepcije za začasne nastanitve [izročitev ključev]</w:t>
      </w:r>
    </w:p>
    <w:p w:rsidR="007F7938" w:rsidRDefault="007F7938" w:rsidP="007F7938">
      <w:r>
        <w:t>430203</w:t>
      </w:r>
      <w:r>
        <w:tab/>
        <w:t>Storitve zavetišča za živali</w:t>
      </w:r>
    </w:p>
    <w:p w:rsidR="007F7938" w:rsidRDefault="007F7938" w:rsidP="007F7938">
      <w:r>
        <w:t>430204</w:t>
      </w:r>
      <w:r>
        <w:tab/>
        <w:t>Začasne nastanitve, ki jih nudijo prehodni domovi</w:t>
      </w:r>
    </w:p>
    <w:p w:rsidR="007F7938" w:rsidRPr="003834FA" w:rsidRDefault="007F7938" w:rsidP="007F7938">
      <w:pPr>
        <w:rPr>
          <w:lang w:val="fr-FR"/>
        </w:rPr>
      </w:pPr>
      <w:r>
        <w:t>430206</w:t>
      </w:r>
      <w:r>
        <w:tab/>
      </w:r>
      <w:r w:rsidRPr="003834FA">
        <w:rPr>
          <w:lang w:val="fr-FR"/>
        </w:rPr>
        <w:t>Dajanje kuhinjskih korit v najem</w:t>
      </w:r>
    </w:p>
    <w:p w:rsidR="007F7938" w:rsidRDefault="007F7938" w:rsidP="007F7938">
      <w:r>
        <w:t>430207</w:t>
      </w:r>
      <w:r>
        <w:tab/>
        <w:t>Najem prenosnih slačilnic</w:t>
      </w:r>
    </w:p>
    <w:p w:rsidR="007F7938" w:rsidRDefault="007F7938" w:rsidP="007F7938">
      <w:r>
        <w:t>430208</w:t>
      </w:r>
      <w:r>
        <w:tab/>
        <w:t>Storitve ocenjevanja hrane [nudenje informacij o hrani in pijači]</w:t>
      </w:r>
    </w:p>
    <w:p w:rsidR="007F7938" w:rsidRDefault="007F7938" w:rsidP="007F7938">
      <w:r>
        <w:t>430209</w:t>
      </w:r>
      <w:r>
        <w:tab/>
        <w:t>Storitve restavracij, kjer lahko hrano odnesemo s seboj</w:t>
      </w:r>
    </w:p>
    <w:p w:rsidR="007F7938" w:rsidRDefault="007F7938" w:rsidP="007F7938">
      <w:r>
        <w:t>430210</w:t>
      </w:r>
      <w:r>
        <w:tab/>
        <w:t>Najem pohištva</w:t>
      </w:r>
    </w:p>
    <w:p w:rsidR="007F7938" w:rsidRDefault="007F7938" w:rsidP="007F7938">
      <w:r>
        <w:t>430211</w:t>
      </w:r>
      <w:r>
        <w:tab/>
        <w:t>Zakup pisarniškega pohištva</w:t>
      </w:r>
    </w:p>
    <w:p w:rsidR="007F7938" w:rsidRDefault="007F7938" w:rsidP="007F7938">
      <w:r>
        <w:t>430212</w:t>
      </w:r>
      <w:r>
        <w:tab/>
        <w:t>Najem robotov za pripravo pijač</w:t>
      </w:r>
    </w:p>
    <w:p w:rsidR="007F7938" w:rsidRDefault="007F7938" w:rsidP="007F7938">
      <w:r>
        <w:t>430213</w:t>
      </w:r>
      <w:r>
        <w:tab/>
        <w:t>Storitve navideznih kuhinj</w:t>
      </w:r>
    </w:p>
    <w:p w:rsidR="007F7938" w:rsidRDefault="007F7938" w:rsidP="007F7938">
      <w:r>
        <w:t>430214</w:t>
      </w:r>
      <w:r>
        <w:tab/>
        <w:t>Nudenje letaliških salonov</w:t>
      </w:r>
    </w:p>
    <w:p w:rsidR="007F7938" w:rsidRDefault="007F7938" w:rsidP="007F7938">
      <w:r>
        <w:t>430215</w:t>
      </w:r>
      <w:r>
        <w:tab/>
        <w:t>Rezervacije in urejanje dostopa do letaliških salonov</w:t>
      </w:r>
    </w:p>
    <w:p w:rsidR="007F7938" w:rsidRDefault="007F7938" w:rsidP="007F7938">
      <w:r>
        <w:t>430216</w:t>
      </w:r>
      <w:r>
        <w:tab/>
        <w:t>Najem vročih loncev</w:t>
      </w:r>
    </w:p>
    <w:p w:rsidR="001F500C" w:rsidRDefault="001F500C">
      <w:pPr>
        <w:pStyle w:val="Naslov1"/>
        <w:sectPr w:rsidR="001F500C" w:rsidSect="00E00425">
          <w:type w:val="continuous"/>
          <w:pgSz w:w="11907" w:h="16840" w:code="9"/>
          <w:pgMar w:top="1418" w:right="1418" w:bottom="1418" w:left="1418" w:header="720" w:footer="720" w:gutter="0"/>
          <w:cols w:num="2" w:space="720"/>
          <w:docGrid w:linePitch="360"/>
        </w:sectPr>
      </w:pPr>
    </w:p>
    <w:p w:rsidR="00A162B4" w:rsidRPr="00A162B4" w:rsidRDefault="00A162B4" w:rsidP="00634B76">
      <w:pPr>
        <w:pStyle w:val="Naslov1"/>
        <w:spacing w:before="720"/>
        <w:rPr>
          <w:lang w:val="sl-SI" w:eastAsia="sl-SI"/>
        </w:rPr>
      </w:pPr>
      <w:r w:rsidRPr="00A162B4">
        <w:rPr>
          <w:lang w:val="sl-SI" w:eastAsia="sl-SI"/>
        </w:rPr>
        <w:t xml:space="preserve">Razred 44 </w:t>
      </w:r>
    </w:p>
    <w:p w:rsidR="00A162B4" w:rsidRDefault="00A162B4" w:rsidP="007F7938">
      <w:pPr>
        <w:pStyle w:val="Naslov2"/>
        <w:rPr>
          <w:lang w:val="sl-SI" w:eastAsia="sl-SI"/>
        </w:rPr>
      </w:pPr>
      <w:r w:rsidRPr="00A162B4">
        <w:rPr>
          <w:lang w:val="sl-SI" w:eastAsia="sl-SI"/>
        </w:rPr>
        <w:t>Zdravstvene storitve; veterinarske storitve; higienska in lepotilna nega za ljudi ali živali; poljedelstvo, ribogojstvo, vrtnarstvo in gozdarske storitve</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7F7938" w:rsidRPr="00D85EAF" w:rsidTr="00CF2B9C">
        <w:trPr>
          <w:trHeight w:val="143"/>
          <w:tblHeader/>
        </w:trPr>
        <w:tc>
          <w:tcPr>
            <w:tcW w:w="9493" w:type="dxa"/>
            <w:gridSpan w:val="2"/>
            <w:shd w:val="clear" w:color="auto" w:fill="F2F2F2" w:themeFill="background1" w:themeFillShade="F2"/>
            <w:vAlign w:val="center"/>
          </w:tcPr>
          <w:p w:rsidR="007F7938" w:rsidRPr="0087064C" w:rsidRDefault="007F7938" w:rsidP="00CF2B9C">
            <w:pPr>
              <w:pStyle w:val="opomba"/>
              <w:rPr>
                <w:b/>
              </w:rPr>
            </w:pPr>
            <w:r w:rsidRPr="0087064C">
              <w:rPr>
                <w:b/>
              </w:rPr>
              <w:t xml:space="preserve">RAZRED </w:t>
            </w:r>
            <w:r w:rsidR="00CA36E9">
              <w:rPr>
                <w:b/>
              </w:rPr>
              <w:t>44</w:t>
            </w:r>
            <w:r w:rsidRPr="0087064C">
              <w:rPr>
                <w:b/>
              </w:rPr>
              <w:t xml:space="preserve"> - pojasnjevalne opombe</w:t>
            </w:r>
          </w:p>
        </w:tc>
      </w:tr>
      <w:tr w:rsidR="007F7938" w:rsidRPr="00D85EAF" w:rsidTr="00CF2B9C">
        <w:trPr>
          <w:trHeight w:val="390"/>
        </w:trPr>
        <w:tc>
          <w:tcPr>
            <w:tcW w:w="9493" w:type="dxa"/>
            <w:gridSpan w:val="2"/>
            <w:shd w:val="clear" w:color="auto" w:fill="F2F2F2" w:themeFill="background1" w:themeFillShade="F2"/>
            <w:vAlign w:val="center"/>
          </w:tcPr>
          <w:p w:rsidR="007F7938" w:rsidRPr="00993A45" w:rsidRDefault="00CA36E9" w:rsidP="00CF2B9C">
            <w:pPr>
              <w:pStyle w:val="opomba"/>
            </w:pPr>
            <w:r>
              <w:t>Razred 44 vključuje predvsem zdravstveno nego, higiensko in lepotilno nego, ki jo nudijo osebe ali ustanove ljudem in živalim; vključuje tudi storitve v zvezi s področji poljedelstva, vrtnarstva in gozdarstva.</w:t>
            </w:r>
          </w:p>
        </w:tc>
      </w:tr>
      <w:tr w:rsidR="007F7938" w:rsidRPr="00D85EAF" w:rsidTr="00CF2B9C">
        <w:trPr>
          <w:trHeight w:val="3742"/>
        </w:trPr>
        <w:tc>
          <w:tcPr>
            <w:tcW w:w="4746" w:type="dxa"/>
            <w:shd w:val="clear" w:color="auto" w:fill="F2F2F2" w:themeFill="background1" w:themeFillShade="F2"/>
          </w:tcPr>
          <w:p w:rsidR="007F7938" w:rsidRPr="00993A45" w:rsidRDefault="007F7938" w:rsidP="00CF2B9C">
            <w:pPr>
              <w:pStyle w:val="opomba"/>
            </w:pPr>
            <w:r w:rsidRPr="00D85EAF">
              <w:t>V ta razred so vključeni zlasti:</w:t>
            </w:r>
          </w:p>
          <w:p w:rsidR="00CA36E9" w:rsidRDefault="00CA36E9" w:rsidP="00634B76">
            <w:pPr>
              <w:pStyle w:val="opombapika"/>
              <w:spacing w:after="50"/>
            </w:pPr>
            <w:r>
              <w:t>storitve medicinskega zdravljenja (razred 44);</w:t>
            </w:r>
          </w:p>
          <w:p w:rsidR="00CA36E9" w:rsidRDefault="00CA36E9" w:rsidP="00634B76">
            <w:pPr>
              <w:pStyle w:val="opombapika"/>
              <w:spacing w:after="50"/>
            </w:pPr>
            <w:r>
              <w:t>telemedicinske storitve</w:t>
            </w:r>
          </w:p>
          <w:p w:rsidR="00CA36E9" w:rsidRDefault="00CA36E9" w:rsidP="00634B76">
            <w:pPr>
              <w:pStyle w:val="opombapika"/>
              <w:spacing w:after="50"/>
            </w:pPr>
            <w:r>
              <w:t>storitve zobozdravstva, optometrije in duševnega zdravja</w:t>
            </w:r>
          </w:p>
          <w:p w:rsidR="00CA36E9" w:rsidRDefault="00CA36E9" w:rsidP="00634B76">
            <w:pPr>
              <w:pStyle w:val="opombapika"/>
              <w:spacing w:after="50"/>
            </w:pPr>
            <w:r>
              <w:t>storitve zdravstvenih klinik in storitve medicinske analize za namene diagnostike in zdravljenja, ki jih zagotavljajo medicinski laboratoriji, kot so rentgenski pregledi in jemanje krvnih vzorcev</w:t>
            </w:r>
          </w:p>
          <w:p w:rsidR="00CA36E9" w:rsidRDefault="00CA36E9" w:rsidP="00634B76">
            <w:pPr>
              <w:pStyle w:val="opombapika"/>
              <w:spacing w:after="50"/>
            </w:pPr>
            <w:r>
              <w:t>storitve, ki jih nudijo člani poklicev, kot so zdravniki, veterinarski kirurgi, psihoanalitiki (razred 44);</w:t>
            </w:r>
          </w:p>
          <w:p w:rsidR="00CA36E9" w:rsidRDefault="00CA36E9" w:rsidP="00634B76">
            <w:pPr>
              <w:pStyle w:val="opombapika"/>
              <w:spacing w:after="50"/>
            </w:pPr>
            <w:r>
              <w:t>lekarniško svetovanje;</w:t>
            </w:r>
          </w:p>
          <w:p w:rsidR="00CA36E9" w:rsidRDefault="00CA36E9" w:rsidP="00634B76">
            <w:pPr>
              <w:pStyle w:val="opombapika"/>
              <w:spacing w:after="50"/>
            </w:pPr>
            <w:r>
              <w:t>storitve krvne banke in banke človeških tkiv</w:t>
            </w:r>
          </w:p>
          <w:p w:rsidR="00CA36E9" w:rsidRDefault="00CA36E9" w:rsidP="00634B76">
            <w:pPr>
              <w:pStyle w:val="opombapika"/>
              <w:spacing w:after="50"/>
            </w:pPr>
            <w:r>
              <w:t>storitve okrevališč in domov za počitek</w:t>
            </w:r>
          </w:p>
          <w:p w:rsidR="00CA36E9" w:rsidRDefault="00CA36E9" w:rsidP="00634B76">
            <w:pPr>
              <w:pStyle w:val="opombapika"/>
              <w:spacing w:after="50"/>
            </w:pPr>
            <w:r>
              <w:t>svetovanje o dieti in prehrani</w:t>
            </w:r>
          </w:p>
          <w:p w:rsidR="00CA36E9" w:rsidRDefault="00CA36E9" w:rsidP="00634B76">
            <w:pPr>
              <w:pStyle w:val="opombapika"/>
              <w:spacing w:after="50"/>
            </w:pPr>
            <w:r>
              <w:t>zdraviliške storitve</w:t>
            </w:r>
          </w:p>
          <w:p w:rsidR="00CA36E9" w:rsidRDefault="00CA36E9" w:rsidP="00634B76">
            <w:pPr>
              <w:pStyle w:val="opombapika"/>
              <w:spacing w:after="50"/>
            </w:pPr>
            <w:r>
              <w:t>storitve umetnega oplojevanja;</w:t>
            </w:r>
          </w:p>
          <w:p w:rsidR="00CA36E9" w:rsidRDefault="00CA36E9" w:rsidP="00634B76">
            <w:pPr>
              <w:pStyle w:val="opombapika"/>
              <w:spacing w:after="50"/>
            </w:pPr>
            <w:r>
              <w:t>vzreja živali;</w:t>
            </w:r>
          </w:p>
          <w:p w:rsidR="00CA36E9" w:rsidRDefault="00CA36E9" w:rsidP="00634B76">
            <w:pPr>
              <w:pStyle w:val="opombapika"/>
              <w:spacing w:after="50"/>
            </w:pPr>
            <w:r>
              <w:t>nega živali</w:t>
            </w:r>
          </w:p>
          <w:p w:rsidR="00CA36E9" w:rsidRDefault="00CA36E9" w:rsidP="00634B76">
            <w:pPr>
              <w:pStyle w:val="opombapika"/>
              <w:spacing w:after="50"/>
            </w:pPr>
            <w:r>
              <w:t>body piercing in tetoviranje</w:t>
            </w:r>
          </w:p>
          <w:p w:rsidR="00CA36E9" w:rsidRDefault="00CA36E9" w:rsidP="00634B76">
            <w:pPr>
              <w:pStyle w:val="opombapika"/>
              <w:spacing w:after="50"/>
            </w:pPr>
            <w:r>
              <w:t>storitve v zvezi z gojenjem rastlin, na primer vrtnarstvo;</w:t>
            </w:r>
          </w:p>
          <w:p w:rsidR="00CA36E9" w:rsidRDefault="00CA36E9" w:rsidP="00634B76">
            <w:pPr>
              <w:pStyle w:val="opombapika"/>
              <w:spacing w:after="50"/>
            </w:pPr>
            <w:r>
              <w:t>storitve v zvezi s cvetličarsko umetnostjo, kot je aranžiranje cvetja in urejanje vrtov</w:t>
            </w:r>
          </w:p>
          <w:p w:rsidR="007F7938" w:rsidRPr="00993A45" w:rsidRDefault="00CA36E9" w:rsidP="00CA36E9">
            <w:pPr>
              <w:pStyle w:val="opombapika"/>
            </w:pPr>
            <w:r>
              <w:t>zatiranje plevela, škodljivcev in škodljivcev za poljedelstvo, ribogojstvo, vrtnarstvo in gozdarstvo</w:t>
            </w:r>
          </w:p>
        </w:tc>
        <w:tc>
          <w:tcPr>
            <w:tcW w:w="4747" w:type="dxa"/>
            <w:shd w:val="clear" w:color="auto" w:fill="F2F2F2" w:themeFill="background1" w:themeFillShade="F2"/>
          </w:tcPr>
          <w:p w:rsidR="007F7938" w:rsidRPr="00993A45" w:rsidRDefault="007F7938" w:rsidP="00CF2B9C">
            <w:pPr>
              <w:pStyle w:val="opomba"/>
            </w:pPr>
            <w:r w:rsidRPr="00D85EAF">
              <w:t>V ta razred niso vključeni zlasti:</w:t>
            </w:r>
          </w:p>
          <w:p w:rsidR="00CA36E9" w:rsidRDefault="00CA36E9" w:rsidP="00CA36E9">
            <w:pPr>
              <w:pStyle w:val="opombapika"/>
            </w:pPr>
            <w:r>
              <w:t>najem pašnikov</w:t>
            </w:r>
          </w:p>
          <w:p w:rsidR="00CA36E9" w:rsidRDefault="00CA36E9" w:rsidP="00CA36E9">
            <w:pPr>
              <w:pStyle w:val="opombapika"/>
            </w:pPr>
            <w:r>
              <w:t>montaža in popravila namakalnih naprav (razred 37)</w:t>
            </w:r>
          </w:p>
          <w:p w:rsidR="00CA36E9" w:rsidRDefault="00CA36E9" w:rsidP="00CA36E9">
            <w:pPr>
              <w:pStyle w:val="opombapika"/>
            </w:pPr>
            <w:r>
              <w:t>zatiranje škodljivcev, razen v poljedelstvu, ribogojstvu, vrtnarstvu in gozdarstvu (razred 37);</w:t>
            </w:r>
          </w:p>
          <w:p w:rsidR="00CA36E9" w:rsidRDefault="00CA36E9" w:rsidP="00CA36E9">
            <w:pPr>
              <w:pStyle w:val="opombapika"/>
            </w:pPr>
            <w:r>
              <w:t>prevozi reševalnih vozil (razred 39);</w:t>
            </w:r>
          </w:p>
          <w:p w:rsidR="00CA36E9" w:rsidRDefault="00CA36E9" w:rsidP="00CA36E9">
            <w:pPr>
              <w:pStyle w:val="opombapika"/>
            </w:pPr>
            <w:r>
              <w:t>klanje živali, prepariranje živali (razred 40);</w:t>
            </w:r>
          </w:p>
          <w:p w:rsidR="00CA36E9" w:rsidRDefault="00CA36E9" w:rsidP="00CA36E9">
            <w:pPr>
              <w:pStyle w:val="opombapika"/>
            </w:pPr>
            <w:r>
              <w:t>sekanje in obdelava stavbnega lesa (razred 40);</w:t>
            </w:r>
          </w:p>
          <w:p w:rsidR="00CA36E9" w:rsidRDefault="00CA36E9" w:rsidP="00CA36E9">
            <w:pPr>
              <w:pStyle w:val="opombapika"/>
            </w:pPr>
            <w:r>
              <w:t>storitve dresiranja živali (razred 41);</w:t>
            </w:r>
          </w:p>
          <w:p w:rsidR="00CA36E9" w:rsidRDefault="00CA36E9" w:rsidP="00CA36E9">
            <w:pPr>
              <w:pStyle w:val="opombapika"/>
            </w:pPr>
            <w:r>
              <w:t>klubi zdravja za telesno vadbo (razred 41);</w:t>
            </w:r>
          </w:p>
          <w:p w:rsidR="00CA36E9" w:rsidRDefault="00CA36E9" w:rsidP="00CA36E9">
            <w:pPr>
              <w:pStyle w:val="opombapika"/>
            </w:pPr>
            <w:r>
              <w:t>storitve znanstvenih raziskav za medicinske namene (razred 42);</w:t>
            </w:r>
          </w:p>
          <w:p w:rsidR="00CA36E9" w:rsidRDefault="00CA36E9" w:rsidP="00CA36E9">
            <w:pPr>
              <w:pStyle w:val="opombapika"/>
            </w:pPr>
            <w:r>
              <w:t>nastanitev živali (razred 43);</w:t>
            </w:r>
          </w:p>
          <w:p w:rsidR="00CA36E9" w:rsidRDefault="00CA36E9" w:rsidP="00CA36E9">
            <w:pPr>
              <w:pStyle w:val="opombapika"/>
            </w:pPr>
            <w:r>
              <w:t>domovi za upokojence (razred 43).</w:t>
            </w:r>
          </w:p>
          <w:p w:rsidR="007F7938" w:rsidRPr="00993A45" w:rsidRDefault="00CA36E9" w:rsidP="00CA36E9">
            <w:pPr>
              <w:pStyle w:val="opombapika"/>
            </w:pPr>
            <w:r>
              <w:t>pogrebne storitve (razred 45)</w:t>
            </w:r>
          </w:p>
        </w:tc>
      </w:tr>
    </w:tbl>
    <w:p w:rsidR="00F875A9" w:rsidRDefault="00F875A9" w:rsidP="00CA36E9">
      <w:pPr>
        <w:spacing w:after="360"/>
      </w:pPr>
    </w:p>
    <w:p w:rsidR="001F500C" w:rsidRDefault="001F500C">
      <w:pPr>
        <w:sectPr w:rsidR="001F500C" w:rsidSect="00E00425">
          <w:type w:val="continuous"/>
          <w:pgSz w:w="11907" w:h="16840" w:code="9"/>
          <w:pgMar w:top="1418" w:right="1418" w:bottom="1418" w:left="1418" w:header="720" w:footer="720" w:gutter="0"/>
          <w:cols w:space="720"/>
          <w:docGrid w:linePitch="360"/>
        </w:sectPr>
      </w:pPr>
    </w:p>
    <w:p w:rsidR="007F7938" w:rsidRDefault="007F7938" w:rsidP="007F7938">
      <w:r>
        <w:lastRenderedPageBreak/>
        <w:t>440009</w:t>
      </w:r>
      <w:r>
        <w:tab/>
        <w:t>Živinoreja</w:t>
      </w:r>
    </w:p>
    <w:p w:rsidR="007F7938" w:rsidRDefault="007F7938" w:rsidP="007F7938">
      <w:r>
        <w:t>440012</w:t>
      </w:r>
      <w:r>
        <w:tab/>
        <w:t>Načrtovanje vrtov parkov in nasadov</w:t>
      </w:r>
    </w:p>
    <w:p w:rsidR="007F7938" w:rsidRDefault="007F7938" w:rsidP="007F7938">
      <w:r>
        <w:t>440018</w:t>
      </w:r>
      <w:r>
        <w:tab/>
        <w:t>Javna kopališča za osebno higieno</w:t>
      </w:r>
    </w:p>
    <w:p w:rsidR="007F7938" w:rsidRDefault="007F7938" w:rsidP="007F7938">
      <w:r>
        <w:t>440019</w:t>
      </w:r>
      <w:r>
        <w:tab/>
        <w:t>Turške kopeli</w:t>
      </w:r>
    </w:p>
    <w:p w:rsidR="007F7938" w:rsidRDefault="007F7938" w:rsidP="007F7938">
      <w:r>
        <w:t>440020</w:t>
      </w:r>
      <w:r>
        <w:tab/>
        <w:t>Lepotilni saloni</w:t>
      </w:r>
    </w:p>
    <w:p w:rsidR="007F7938" w:rsidRDefault="007F7938" w:rsidP="007F7938">
      <w:r>
        <w:t>440021</w:t>
      </w:r>
      <w:r>
        <w:tab/>
        <w:t>Storitve zdravstvenih klinik</w:t>
      </w:r>
    </w:p>
    <w:p w:rsidR="007F7938" w:rsidRDefault="007F7938" w:rsidP="007F7938">
      <w:r>
        <w:t>440032</w:t>
      </w:r>
      <w:r>
        <w:tab/>
        <w:t>Kiropraktika</w:t>
      </w:r>
    </w:p>
    <w:p w:rsidR="007F7938" w:rsidRDefault="007F7938" w:rsidP="007F7938">
      <w:r>
        <w:t>440034</w:t>
      </w:r>
      <w:r>
        <w:tab/>
        <w:t>Frizerstvo</w:t>
      </w:r>
    </w:p>
    <w:p w:rsidR="007F7938" w:rsidRDefault="007F7938" w:rsidP="007F7938">
      <w:r>
        <w:t>440037</w:t>
      </w:r>
      <w:r>
        <w:tab/>
        <w:t>Izdelovanje vencev</w:t>
      </w:r>
    </w:p>
    <w:p w:rsidR="007F7938" w:rsidRDefault="007F7938" w:rsidP="007F7938">
      <w:r>
        <w:t>440043</w:t>
      </w:r>
      <w:r>
        <w:tab/>
        <w:t>Storitve okrevališč</w:t>
      </w:r>
    </w:p>
    <w:p w:rsidR="007F7938" w:rsidRDefault="007F7938" w:rsidP="007F7938">
      <w:r>
        <w:t>440059</w:t>
      </w:r>
      <w:r>
        <w:tab/>
        <w:t>Bolnišnice</w:t>
      </w:r>
    </w:p>
    <w:p w:rsidR="007F7938" w:rsidRDefault="007F7938" w:rsidP="007F7938">
      <w:r>
        <w:t>440060</w:t>
      </w:r>
      <w:r>
        <w:tab/>
        <w:t>Zdravstvene storitve</w:t>
      </w:r>
    </w:p>
    <w:p w:rsidR="007F7938" w:rsidRDefault="007F7938" w:rsidP="007F7938">
      <w:r>
        <w:t>440072</w:t>
      </w:r>
      <w:r>
        <w:tab/>
        <w:t>Hortikultura</w:t>
      </w:r>
    </w:p>
    <w:p w:rsidR="007F7938" w:rsidRDefault="007F7938" w:rsidP="007F7938">
      <w:r>
        <w:t>440077</w:t>
      </w:r>
      <w:r>
        <w:tab/>
        <w:t>Vrtnarstvo</w:t>
      </w:r>
    </w:p>
    <w:p w:rsidR="007F7938" w:rsidRDefault="007F7938" w:rsidP="007F7938">
      <w:r>
        <w:t>440084</w:t>
      </w:r>
      <w:r>
        <w:tab/>
        <w:t>Najem kmetijske opreme</w:t>
      </w:r>
    </w:p>
    <w:p w:rsidR="007F7938" w:rsidRDefault="007F7938" w:rsidP="007F7938">
      <w:r>
        <w:t>440086</w:t>
      </w:r>
      <w:r>
        <w:tab/>
        <w:t>Masaža</w:t>
      </w:r>
    </w:p>
    <w:p w:rsidR="007F7938" w:rsidRDefault="007F7938" w:rsidP="007F7938">
      <w:r>
        <w:t>440087</w:t>
      </w:r>
      <w:r>
        <w:tab/>
        <w:t>Zdravniška pomoč</w:t>
      </w:r>
    </w:p>
    <w:p w:rsidR="007F7938" w:rsidRDefault="007F7938" w:rsidP="007F7938">
      <w:r>
        <w:t>440094</w:t>
      </w:r>
      <w:r>
        <w:tab/>
        <w:t>Drevesnice</w:t>
      </w:r>
    </w:p>
    <w:p w:rsidR="007F7938" w:rsidRDefault="007F7938" w:rsidP="007F7938">
      <w:r>
        <w:t>440097</w:t>
      </w:r>
      <w:r>
        <w:tab/>
        <w:t>Fizioterapija</w:t>
      </w:r>
    </w:p>
    <w:p w:rsidR="007F7938" w:rsidRDefault="007F7938" w:rsidP="007F7938">
      <w:r>
        <w:t>440106</w:t>
      </w:r>
      <w:r>
        <w:tab/>
        <w:t>Sanatoriji</w:t>
      </w:r>
    </w:p>
    <w:p w:rsidR="007F7938" w:rsidRDefault="007F7938" w:rsidP="007F7938">
      <w:r>
        <w:t>440111</w:t>
      </w:r>
      <w:r>
        <w:tab/>
        <w:t>Zdravstvene storitve za živali</w:t>
      </w:r>
    </w:p>
    <w:p w:rsidR="007F7938" w:rsidRDefault="007F7938" w:rsidP="007F7938">
      <w:r>
        <w:t>440113</w:t>
      </w:r>
      <w:r>
        <w:tab/>
        <w:t>Zobozdravstvo</w:t>
      </w:r>
    </w:p>
    <w:p w:rsidR="007F7938" w:rsidRDefault="007F7938" w:rsidP="007F7938">
      <w:r>
        <w:t>440114</w:t>
      </w:r>
      <w:r>
        <w:tab/>
        <w:t>Storitve sanatorijev</w:t>
      </w:r>
    </w:p>
    <w:p w:rsidR="007F7938" w:rsidRDefault="007F7938" w:rsidP="007F7938">
      <w:r>
        <w:t>440115</w:t>
      </w:r>
      <w:r>
        <w:tab/>
        <w:t>Zračno in površinsko razprševanje gnojil in drugih agrikulturnih kemikalij</w:t>
      </w:r>
    </w:p>
    <w:p w:rsidR="007F7938" w:rsidRDefault="007F7938" w:rsidP="007F7938">
      <w:r>
        <w:t>440131</w:t>
      </w:r>
      <w:r>
        <w:tab/>
        <w:t>Nega živali</w:t>
      </w:r>
    </w:p>
    <w:p w:rsidR="007F7938" w:rsidRDefault="007F7938" w:rsidP="007F7938">
      <w:r>
        <w:t>440133</w:t>
      </w:r>
      <w:r>
        <w:tab/>
        <w:t>Storitve krvne banke</w:t>
      </w:r>
    </w:p>
    <w:p w:rsidR="007F7938" w:rsidRDefault="007F7938" w:rsidP="007F7938">
      <w:r>
        <w:t>440143</w:t>
      </w:r>
      <w:r>
        <w:tab/>
        <w:t>Oblikovanje cvetličnih aranžmajev</w:t>
      </w:r>
    </w:p>
    <w:p w:rsidR="007F7938" w:rsidRDefault="007F7938" w:rsidP="007F7938">
      <w:r>
        <w:t>440147</w:t>
      </w:r>
      <w:r>
        <w:tab/>
        <w:t>Hospici (zavetišča)</w:t>
      </w:r>
    </w:p>
    <w:p w:rsidR="007F7938" w:rsidRDefault="007F7938" w:rsidP="007F7938">
      <w:r>
        <w:t>440148</w:t>
      </w:r>
      <w:r>
        <w:tab/>
        <w:t>Nega trate</w:t>
      </w:r>
    </w:p>
    <w:p w:rsidR="007F7938" w:rsidRDefault="007F7938" w:rsidP="007F7938">
      <w:r>
        <w:t>440151</w:t>
      </w:r>
      <w:r>
        <w:tab/>
        <w:t>Manikiranje</w:t>
      </w:r>
    </w:p>
    <w:p w:rsidR="007F7938" w:rsidRDefault="007F7938" w:rsidP="007F7938">
      <w:r>
        <w:t>440152</w:t>
      </w:r>
      <w:r>
        <w:tab/>
        <w:t>Storitve pomočnikov pri porodu</w:t>
      </w:r>
    </w:p>
    <w:p w:rsidR="007F7938" w:rsidRDefault="007F7938" w:rsidP="007F7938">
      <w:r>
        <w:t>440153</w:t>
      </w:r>
      <w:r>
        <w:tab/>
        <w:t>Patronažna služba</w:t>
      </w:r>
    </w:p>
    <w:p w:rsidR="007F7938" w:rsidRDefault="007F7938" w:rsidP="007F7938">
      <w:r>
        <w:t>440154</w:t>
      </w:r>
      <w:r>
        <w:tab/>
        <w:t>Farmacevtsko svetovanje</w:t>
      </w:r>
    </w:p>
    <w:p w:rsidR="007F7938" w:rsidRDefault="007F7938" w:rsidP="007F7938">
      <w:r>
        <w:t>440156</w:t>
      </w:r>
      <w:r>
        <w:tab/>
        <w:t>Plastična kirurgija</w:t>
      </w:r>
    </w:p>
    <w:p w:rsidR="007F7938" w:rsidRDefault="007F7938" w:rsidP="007F7938">
      <w:r>
        <w:t>440166</w:t>
      </w:r>
      <w:r>
        <w:tab/>
        <w:t>Drevesna kirurgija</w:t>
      </w:r>
    </w:p>
    <w:p w:rsidR="007F7938" w:rsidRDefault="007F7938" w:rsidP="007F7938">
      <w:r>
        <w:t>440168</w:t>
      </w:r>
      <w:r>
        <w:tab/>
        <w:t>Uničevanje škodljivcev za poljedelstvo, ribogojstvo, vrtnarstvo in gozdarstvo</w:t>
      </w:r>
    </w:p>
    <w:p w:rsidR="007F7938" w:rsidRDefault="007F7938" w:rsidP="007F7938">
      <w:r>
        <w:t>440171</w:t>
      </w:r>
      <w:r>
        <w:tab/>
        <w:t>Uničevanje plevela</w:t>
      </w:r>
    </w:p>
    <w:p w:rsidR="007F7938" w:rsidRDefault="007F7938" w:rsidP="007F7938">
      <w:r>
        <w:t>440173</w:t>
      </w:r>
      <w:r>
        <w:tab/>
        <w:t>Nega hišnih ljubljenčkov</w:t>
      </w:r>
    </w:p>
    <w:p w:rsidR="007F7938" w:rsidRDefault="007F7938" w:rsidP="007F7938">
      <w:r>
        <w:t>440180</w:t>
      </w:r>
      <w:r>
        <w:tab/>
        <w:t>Presajanje las</w:t>
      </w:r>
    </w:p>
    <w:p w:rsidR="007F7938" w:rsidRDefault="007F7938" w:rsidP="007F7938">
      <w:r>
        <w:t>440185</w:t>
      </w:r>
      <w:r>
        <w:tab/>
        <w:t>Storitve psihologov</w:t>
      </w:r>
    </w:p>
    <w:p w:rsidR="007F7938" w:rsidRDefault="007F7938" w:rsidP="007F7938">
      <w:r>
        <w:t>440188</w:t>
      </w:r>
      <w:r>
        <w:tab/>
        <w:t>Najem sanitarnih inštalacij</w:t>
      </w:r>
    </w:p>
    <w:p w:rsidR="007F7938" w:rsidRDefault="007F7938" w:rsidP="007F7938">
      <w:r>
        <w:t>440193</w:t>
      </w:r>
      <w:r>
        <w:tab/>
        <w:t>Storitve aromaterapije</w:t>
      </w:r>
    </w:p>
    <w:p w:rsidR="007F7938" w:rsidRDefault="007F7938" w:rsidP="007F7938">
      <w:r>
        <w:t>440194</w:t>
      </w:r>
      <w:r>
        <w:tab/>
        <w:t>Storitve umetnega oplojevanja</w:t>
      </w:r>
    </w:p>
    <w:p w:rsidR="007F7938" w:rsidRDefault="007F7938" w:rsidP="007F7938">
      <w:r>
        <w:t>440195</w:t>
      </w:r>
      <w:r>
        <w:tab/>
        <w:t>Rehabilitacija za odvisnike od drog</w:t>
      </w:r>
    </w:p>
    <w:p w:rsidR="007F7938" w:rsidRDefault="007F7938" w:rsidP="007F7938">
      <w:r>
        <w:t>440196</w:t>
      </w:r>
      <w:r>
        <w:tab/>
        <w:t>Storitve oplojevanja in vitro</w:t>
      </w:r>
    </w:p>
    <w:p w:rsidR="007F7938" w:rsidRDefault="007F7938" w:rsidP="007F7938">
      <w:r>
        <w:t>440197</w:t>
      </w:r>
      <w:r>
        <w:tab/>
        <w:t>Tetoviranje</w:t>
      </w:r>
    </w:p>
    <w:p w:rsidR="007F7938" w:rsidRDefault="007F7938" w:rsidP="007F7938">
      <w:r>
        <w:t>440198</w:t>
      </w:r>
      <w:r>
        <w:tab/>
        <w:t>Telemedicinske storitve</w:t>
      </w:r>
    </w:p>
    <w:p w:rsidR="007F7938" w:rsidRDefault="007F7938" w:rsidP="007F7938">
      <w:r>
        <w:t>440199</w:t>
      </w:r>
      <w:r>
        <w:tab/>
        <w:t>Oblikovanje krajine</w:t>
      </w:r>
    </w:p>
    <w:p w:rsidR="007F7938" w:rsidRDefault="007F7938" w:rsidP="007F7938">
      <w:r>
        <w:t>440200</w:t>
      </w:r>
      <w:r>
        <w:tab/>
        <w:t>Storitve savn</w:t>
      </w:r>
    </w:p>
    <w:p w:rsidR="007F7938" w:rsidRDefault="007F7938" w:rsidP="007F7938">
      <w:r>
        <w:t>440201</w:t>
      </w:r>
      <w:r>
        <w:tab/>
        <w:t>Storitve solarijev</w:t>
      </w:r>
    </w:p>
    <w:p w:rsidR="007F7938" w:rsidRDefault="007F7938" w:rsidP="007F7938">
      <w:r>
        <w:t>440202</w:t>
      </w:r>
      <w:r>
        <w:tab/>
        <w:t>Storitve zdravilišč</w:t>
      </w:r>
    </w:p>
    <w:p w:rsidR="007F7938" w:rsidRDefault="007F7938" w:rsidP="007F7938">
      <w:r>
        <w:t>440203</w:t>
      </w:r>
      <w:r>
        <w:tab/>
        <w:t>Storitve vizažistov</w:t>
      </w:r>
    </w:p>
    <w:p w:rsidR="007F7938" w:rsidRDefault="007F7938" w:rsidP="007F7938">
      <w:r>
        <w:t>440204</w:t>
      </w:r>
      <w:r>
        <w:tab/>
        <w:t>Storitve farmacevtov za pripravo receptov</w:t>
      </w:r>
    </w:p>
    <w:p w:rsidR="007F7938" w:rsidRDefault="007F7938" w:rsidP="007F7938">
      <w:r>
        <w:t>440205</w:t>
      </w:r>
      <w:r>
        <w:tab/>
        <w:t>Terapevtske storitve</w:t>
      </w:r>
    </w:p>
    <w:p w:rsidR="007F7938" w:rsidRDefault="007F7938" w:rsidP="007F7938">
      <w:r>
        <w:t>440206</w:t>
      </w:r>
      <w:r>
        <w:tab/>
        <w:t>Sajenje dreves v namene emisijske izravnave</w:t>
      </w:r>
    </w:p>
    <w:p w:rsidR="007F7938" w:rsidRDefault="007F7938" w:rsidP="007F7938">
      <w:r>
        <w:t>440207</w:t>
      </w:r>
      <w:r>
        <w:tab/>
        <w:t>Storitve v zvezi z akvakulturo</w:t>
      </w:r>
    </w:p>
    <w:p w:rsidR="007F7938" w:rsidRDefault="007F7938" w:rsidP="007F7938">
      <w:r>
        <w:t>440208</w:t>
      </w:r>
      <w:r>
        <w:tab/>
        <w:t>Izposoja medicinske opreme</w:t>
      </w:r>
    </w:p>
    <w:p w:rsidR="007F7938" w:rsidRDefault="007F7938" w:rsidP="007F7938">
      <w:r>
        <w:t>440209</w:t>
      </w:r>
      <w:r>
        <w:tab/>
        <w:t>Zdravstveni domovi</w:t>
      </w:r>
    </w:p>
    <w:p w:rsidR="007F7938" w:rsidRDefault="007F7938" w:rsidP="007F7938">
      <w:r>
        <w:t>440210</w:t>
      </w:r>
      <w:r>
        <w:tab/>
        <w:t>Storitve alternativne medicine</w:t>
      </w:r>
    </w:p>
    <w:p w:rsidR="007F7938" w:rsidRDefault="007F7938" w:rsidP="007F7938">
      <w:r>
        <w:t>440211</w:t>
      </w:r>
      <w:r>
        <w:tab/>
        <w:t>Logopedske terapije</w:t>
      </w:r>
    </w:p>
    <w:p w:rsidR="007F7938" w:rsidRDefault="007F7938" w:rsidP="007F7938">
      <w:r>
        <w:t>440212</w:t>
      </w:r>
      <w:r>
        <w:tab/>
        <w:t>Zdravstveno svetovanje</w:t>
      </w:r>
    </w:p>
    <w:p w:rsidR="007F7938" w:rsidRDefault="007F7938" w:rsidP="007F7938">
      <w:r>
        <w:t>440213</w:t>
      </w:r>
      <w:r>
        <w:tab/>
        <w:t>Depilacijsko voskanje</w:t>
      </w:r>
    </w:p>
    <w:p w:rsidR="007F7938" w:rsidRDefault="007F7938" w:rsidP="007F7938">
      <w:r>
        <w:t>440214</w:t>
      </w:r>
      <w:r>
        <w:tab/>
        <w:t>Storitve na področju ortodontije</w:t>
      </w:r>
    </w:p>
    <w:p w:rsidR="007F7938" w:rsidRDefault="007F7938" w:rsidP="007F7938">
      <w:r>
        <w:t>440215</w:t>
      </w:r>
      <w:r>
        <w:tab/>
        <w:t>Zdravniško svetovanje za invalidne osebe</w:t>
      </w:r>
    </w:p>
    <w:p w:rsidR="007F7938" w:rsidRDefault="007F7938" w:rsidP="007F7938">
      <w:r>
        <w:t>440216</w:t>
      </w:r>
      <w:r>
        <w:tab/>
        <w:t>Prebadanje telesa</w:t>
      </w:r>
    </w:p>
    <w:p w:rsidR="007F7938" w:rsidRDefault="007F7938" w:rsidP="007F7938">
      <w:r>
        <w:t>440217</w:t>
      </w:r>
      <w:r>
        <w:tab/>
        <w:t>Storitve pogozdovanja</w:t>
      </w:r>
    </w:p>
    <w:p w:rsidR="007F7938" w:rsidRDefault="007F7938" w:rsidP="007F7938">
      <w:r>
        <w:t>440218</w:t>
      </w:r>
      <w:r>
        <w:tab/>
        <w:t>Paliativna oskrba</w:t>
      </w:r>
    </w:p>
    <w:p w:rsidR="007F7938" w:rsidRDefault="007F7938" w:rsidP="007F7938">
      <w:r>
        <w:t>440219</w:t>
      </w:r>
      <w:r>
        <w:tab/>
        <w:t>Storitve domov za okrevanje</w:t>
      </w:r>
    </w:p>
    <w:p w:rsidR="007F7938" w:rsidRDefault="007F7938" w:rsidP="007F7938">
      <w:r>
        <w:t>440220</w:t>
      </w:r>
      <w:r>
        <w:tab/>
        <w:t>Storitve zatiranja škodljivcev za poljedelstvo, akvakulturo, vrtnarstvo in gozdarstvo</w:t>
      </w:r>
    </w:p>
    <w:p w:rsidR="007F7938" w:rsidRDefault="007F7938" w:rsidP="007F7938">
      <w:r>
        <w:t>440221</w:t>
      </w:r>
      <w:r>
        <w:tab/>
        <w:t>Storitve bank človeških tkiv</w:t>
      </w:r>
    </w:p>
    <w:p w:rsidR="007F7938" w:rsidRDefault="007F7938" w:rsidP="007F7938">
      <w:r>
        <w:t>440222</w:t>
      </w:r>
      <w:r>
        <w:tab/>
        <w:t>Najem živali za namene vrtnarstva</w:t>
      </w:r>
    </w:p>
    <w:p w:rsidR="007F7938" w:rsidRDefault="007F7938" w:rsidP="007F7938">
      <w:r>
        <w:t>440223</w:t>
      </w:r>
      <w:r>
        <w:tab/>
        <w:t>Najem čebelnjakov</w:t>
      </w:r>
    </w:p>
    <w:p w:rsidR="007F7938" w:rsidRDefault="007F7938" w:rsidP="007F7938">
      <w:r>
        <w:t>440224</w:t>
      </w:r>
      <w:r>
        <w:tab/>
        <w:t>Terapija s pomočjo živali</w:t>
      </w:r>
    </w:p>
    <w:p w:rsidR="007F7938" w:rsidRDefault="007F7938" w:rsidP="007F7938">
      <w:r>
        <w:t>440225</w:t>
      </w:r>
      <w:r>
        <w:tab/>
        <w:t>Storitve medicinskih analiz za namene diagnosticiranja in zdravljenja, nudene s strani medicinskih laboratorijev</w:t>
      </w:r>
    </w:p>
    <w:p w:rsidR="007F7938" w:rsidRDefault="007F7938" w:rsidP="007F7938">
      <w:r>
        <w:t>440226</w:t>
      </w:r>
      <w:r>
        <w:tab/>
        <w:t>Medicinski skrining</w:t>
      </w:r>
    </w:p>
    <w:p w:rsidR="007F7938" w:rsidRDefault="007F7938" w:rsidP="007F7938">
      <w:r>
        <w:t>440227</w:t>
      </w:r>
      <w:r>
        <w:tab/>
        <w:t>Vinogradniške storitve</w:t>
      </w:r>
    </w:p>
    <w:p w:rsidR="007F7938" w:rsidRDefault="007F7938" w:rsidP="007F7938">
      <w:r>
        <w:t>440228</w:t>
      </w:r>
      <w:r>
        <w:tab/>
        <w:t>Svetovanje na področju vinogradništva</w:t>
      </w:r>
    </w:p>
    <w:p w:rsidR="007F7938" w:rsidRDefault="007F7938" w:rsidP="007F7938">
      <w:r>
        <w:t>440229</w:t>
      </w:r>
      <w:r>
        <w:tab/>
        <w:t>Zdravstvena nega na domu</w:t>
      </w:r>
    </w:p>
    <w:p w:rsidR="007F7938" w:rsidRDefault="007F7938" w:rsidP="007F7938">
      <w:r>
        <w:t>440230</w:t>
      </w:r>
      <w:r>
        <w:tab/>
        <w:t>Najem aparatov za oblikovanje pričeske</w:t>
      </w:r>
    </w:p>
    <w:p w:rsidR="007F7938" w:rsidRDefault="007F7938" w:rsidP="007F7938">
      <w:r>
        <w:t>440231</w:t>
      </w:r>
      <w:r>
        <w:tab/>
        <w:t>Gojenje rastlin</w:t>
      </w:r>
    </w:p>
    <w:p w:rsidR="007F7938" w:rsidRDefault="007F7938" w:rsidP="007F7938">
      <w:r>
        <w:t>440232</w:t>
      </w:r>
      <w:r>
        <w:tab/>
        <w:t>Najem kirurških robotov</w:t>
      </w:r>
    </w:p>
    <w:p w:rsidR="007F7938" w:rsidRDefault="007F7938" w:rsidP="007F7938">
      <w:r>
        <w:t>440233</w:t>
      </w:r>
      <w:r>
        <w:tab/>
        <w:t>Dietetsko in prehrambeno svetovanje</w:t>
      </w:r>
    </w:p>
    <w:p w:rsidR="007F7938" w:rsidRDefault="007F7938" w:rsidP="007F7938">
      <w:r>
        <w:t>440234</w:t>
      </w:r>
      <w:r>
        <w:tab/>
        <w:t>Upravljanje prostoživečih živali</w:t>
      </w:r>
    </w:p>
    <w:p w:rsidR="007F7938" w:rsidRDefault="007F7938" w:rsidP="007F7938">
      <w:r>
        <w:t>440235</w:t>
      </w:r>
      <w:r>
        <w:tab/>
        <w:t>Akupunktura</w:t>
      </w:r>
    </w:p>
    <w:p w:rsidR="007F7938" w:rsidRDefault="007F7938" w:rsidP="007F7938">
      <w:r>
        <w:t>440236</w:t>
      </w:r>
      <w:r>
        <w:tab/>
        <w:t>Storitve terapije z ventuzami</w:t>
      </w:r>
    </w:p>
    <w:p w:rsidR="007F7938" w:rsidRDefault="007F7938" w:rsidP="007F7938">
      <w:r>
        <w:t>440237</w:t>
      </w:r>
      <w:r>
        <w:tab/>
        <w:t>Storitve poporodne nege za ženske</w:t>
      </w:r>
    </w:p>
    <w:p w:rsidR="007F7938" w:rsidRDefault="007F7938" w:rsidP="007F7938">
      <w:r>
        <w:t>440238</w:t>
      </w:r>
      <w:r>
        <w:tab/>
        <w:t>Najem jeklenk in posod s plinom za medicinske namene</w:t>
      </w:r>
    </w:p>
    <w:p w:rsidR="007F7938" w:rsidRDefault="007F7938" w:rsidP="007F7938">
      <w:r>
        <w:t>440239</w:t>
      </w:r>
      <w:r>
        <w:tab/>
        <w:t>Najem naprav za proizvodnjo vodikove vode za kopeli</w:t>
      </w:r>
    </w:p>
    <w:p w:rsidR="007F7938" w:rsidRDefault="007F7938" w:rsidP="007F7938">
      <w:r>
        <w:t>440240</w:t>
      </w:r>
      <w:r>
        <w:tab/>
        <w:t>Storitve na področju regenerativne medicine</w:t>
      </w:r>
    </w:p>
    <w:p w:rsidR="007F7938" w:rsidRDefault="007F7938" w:rsidP="007F7938">
      <w:r>
        <w:t>440241</w:t>
      </w:r>
      <w:r>
        <w:tab/>
        <w:t>Storitve lepotnega terapevta</w:t>
      </w:r>
    </w:p>
    <w:p w:rsidR="007F7938" w:rsidRDefault="007F7938" w:rsidP="007F7938">
      <w:r>
        <w:t>440242</w:t>
      </w:r>
      <w:r>
        <w:tab/>
        <w:t>Storitve barvanja las</w:t>
      </w:r>
    </w:p>
    <w:p w:rsidR="007F7938" w:rsidRDefault="007F7938" w:rsidP="007F7938">
      <w:r>
        <w:t>440243</w:t>
      </w:r>
      <w:r>
        <w:tab/>
        <w:t>Obrezovanje dreves</w:t>
      </w:r>
    </w:p>
    <w:p w:rsidR="007F7938" w:rsidRDefault="007F7938" w:rsidP="007F7938">
      <w:r>
        <w:t>440244</w:t>
      </w:r>
      <w:r>
        <w:tab/>
        <w:t>Presajanje dreves</w:t>
      </w:r>
    </w:p>
    <w:p w:rsidR="007F7938" w:rsidRDefault="007F7938" w:rsidP="007F7938">
      <w:r>
        <w:t>440245</w:t>
      </w:r>
      <w:r>
        <w:tab/>
        <w:t>Storitve krajinske arhitekture</w:t>
      </w:r>
    </w:p>
    <w:p w:rsidR="007F7938" w:rsidRDefault="007F7938" w:rsidP="007F7938">
      <w:r>
        <w:t>440246</w:t>
      </w:r>
      <w:r>
        <w:tab/>
        <w:t>Storitve delovne terapije</w:t>
      </w:r>
    </w:p>
    <w:p w:rsidR="007F7938" w:rsidRDefault="007F7938" w:rsidP="007F7938">
      <w:r>
        <w:lastRenderedPageBreak/>
        <w:t>440247</w:t>
      </w:r>
      <w:r>
        <w:tab/>
        <w:t>Storitve ocenjevanja zdravja</w:t>
      </w:r>
    </w:p>
    <w:p w:rsidR="007F7938" w:rsidRDefault="007F7938" w:rsidP="007F7938">
      <w:r>
        <w:t>440248</w:t>
      </w:r>
      <w:r>
        <w:tab/>
        <w:t>Nudenje prostorov in opreme za vrtnarjenje v skupnosti</w:t>
      </w:r>
    </w:p>
    <w:p w:rsidR="007F7938" w:rsidRDefault="007F7938" w:rsidP="007F7938">
      <w:r>
        <w:t>440249</w:t>
      </w:r>
      <w:r>
        <w:tab/>
        <w:t>Brivnice</w:t>
      </w:r>
    </w:p>
    <w:p w:rsidR="007F7938" w:rsidRDefault="007F7938" w:rsidP="007F7938">
      <w:r>
        <w:t>440250</w:t>
      </w:r>
      <w:r>
        <w:tab/>
        <w:t>Zagotavljanje živali vodnika invalidom</w:t>
      </w:r>
    </w:p>
    <w:p w:rsidR="007F7938" w:rsidRDefault="007F7938" w:rsidP="007F7938">
      <w:r>
        <w:t>440251</w:t>
      </w:r>
      <w:r>
        <w:tab/>
        <w:t>Plesna terapija</w:t>
      </w:r>
    </w:p>
    <w:p w:rsidR="007F7938" w:rsidRDefault="007F7938" w:rsidP="007F7938">
      <w:r>
        <w:t>440252</w:t>
      </w:r>
      <w:r>
        <w:tab/>
        <w:t>Umetnostna terapija</w:t>
      </w:r>
    </w:p>
    <w:p w:rsidR="007F7938" w:rsidRDefault="007F7938" w:rsidP="007F7938">
      <w:r>
        <w:t>440253</w:t>
      </w:r>
      <w:r>
        <w:tab/>
        <w:t>Storitve glasbene terapije</w:t>
      </w:r>
    </w:p>
    <w:p w:rsidR="007F7938" w:rsidRDefault="007F7938" w:rsidP="007F7938">
      <w:r>
        <w:t>440254</w:t>
      </w:r>
      <w:r>
        <w:tab/>
        <w:t>Daljinsko spremljanje podatkov za medicinsko diagnozo in zdravljenje</w:t>
      </w:r>
    </w:p>
    <w:p w:rsidR="007F7938" w:rsidRDefault="007F7938" w:rsidP="007F7938">
      <w:r>
        <w:t>440255</w:t>
      </w:r>
      <w:r>
        <w:tab/>
        <w:t>Medicinsko zdravljanje z uporabo celičnih kultur</w:t>
      </w:r>
    </w:p>
    <w:p w:rsidR="007F7938" w:rsidRDefault="007F7938" w:rsidP="007F7938">
      <w:r>
        <w:t>440256</w:t>
      </w:r>
      <w:r>
        <w:tab/>
        <w:t>Storitve banke kultiviranih celic za medicinsko transplantacijo</w:t>
      </w:r>
    </w:p>
    <w:p w:rsidR="007F7938" w:rsidRDefault="007F7938" w:rsidP="007F7938">
      <w:r>
        <w:t>440257</w:t>
      </w:r>
      <w:r>
        <w:tab/>
        <w:t>Storitve presejanja v zvezi z motnjami pri učenju</w:t>
      </w:r>
    </w:p>
    <w:p w:rsidR="007F7938" w:rsidRDefault="007F7938" w:rsidP="007F7938">
      <w:r>
        <w:t>440258</w:t>
      </w:r>
      <w:r>
        <w:tab/>
        <w:t>Storitve presejanja sindroma pomanjkanja pozornosti</w:t>
      </w:r>
    </w:p>
    <w:p w:rsidR="007F7938" w:rsidRDefault="007F7938" w:rsidP="007F7938">
      <w:r>
        <w:t>440259</w:t>
      </w:r>
      <w:r>
        <w:tab/>
        <w:t>Storitve presejanja sindroma pomanjkanja pozornosti s hiperaktivnostjo</w:t>
      </w:r>
    </w:p>
    <w:p w:rsidR="007F7938" w:rsidRDefault="007F7938" w:rsidP="007F7938">
      <w:r>
        <w:t>440260</w:t>
      </w:r>
      <w:r>
        <w:tab/>
        <w:t>Diagnosticiranje motelnj vizualnega zaznavanja</w:t>
      </w:r>
    </w:p>
    <w:p w:rsidR="007F7938" w:rsidRDefault="007F7938" w:rsidP="007F7938">
      <w:r>
        <w:t>440261</w:t>
      </w:r>
      <w:r>
        <w:tab/>
        <w:t>Oddajanje v najem vrtnarskih pripomočkov</w:t>
      </w:r>
    </w:p>
    <w:p w:rsidR="007F7938" w:rsidRDefault="007F7938" w:rsidP="007F7938">
      <w:r>
        <w:t>440262</w:t>
      </w:r>
      <w:r>
        <w:tab/>
        <w:t>Storitve cepljenja</w:t>
      </w:r>
    </w:p>
    <w:p w:rsidR="007F7938" w:rsidRDefault="007F7938" w:rsidP="007F7938">
      <w:r>
        <w:t>440263</w:t>
      </w:r>
      <w:r>
        <w:tab/>
        <w:t>Najem dihalnih mask za umetno dihanje</w:t>
      </w:r>
    </w:p>
    <w:p w:rsidR="007F7938" w:rsidRDefault="007F7938" w:rsidP="007F7938">
      <w:r>
        <w:t>440264</w:t>
      </w:r>
      <w:r>
        <w:tab/>
        <w:t>Zdravniški pregled za namene odprave karantene</w:t>
      </w:r>
    </w:p>
    <w:p w:rsidR="007F7938" w:rsidRDefault="007F7938" w:rsidP="007F7938">
      <w:r>
        <w:t>440265</w:t>
      </w:r>
      <w:r>
        <w:tab/>
        <w:t>Storitve medicinskih pregledov</w:t>
      </w:r>
    </w:p>
    <w:p w:rsidR="007F7938" w:rsidRDefault="007F7938" w:rsidP="007F7938">
      <w:r>
        <w:t>440266</w:t>
      </w:r>
      <w:r>
        <w:tab/>
        <w:t>Storitve optometrije</w:t>
      </w:r>
    </w:p>
    <w:p w:rsidR="007F7938" w:rsidRDefault="007F7938" w:rsidP="007F7938">
      <w:r>
        <w:t>440267</w:t>
      </w:r>
      <w:r>
        <w:tab/>
        <w:t>Storitve mentalnega zdravstva</w:t>
      </w:r>
    </w:p>
    <w:p w:rsidR="007F7938" w:rsidRPr="003834FA" w:rsidRDefault="007F7938" w:rsidP="007F7938">
      <w:pPr>
        <w:rPr>
          <w:lang w:val="fr-FR"/>
        </w:rPr>
      </w:pPr>
      <w:r>
        <w:t>440268</w:t>
      </w:r>
      <w:r>
        <w:tab/>
      </w:r>
      <w:r w:rsidRPr="003834FA">
        <w:rPr>
          <w:lang w:val="fr-FR"/>
        </w:rPr>
        <w:t>Svetovanje na področju zdravja pri delu</w:t>
      </w:r>
    </w:p>
    <w:p w:rsidR="007F7938" w:rsidRDefault="007F7938" w:rsidP="007F7938">
      <w:r>
        <w:t>440269</w:t>
      </w:r>
      <w:r>
        <w:tab/>
        <w:t>Najem kirurških mikroskopov</w:t>
      </w:r>
    </w:p>
    <w:p w:rsidR="007F7938" w:rsidRPr="003834FA" w:rsidRDefault="007F7938" w:rsidP="007F7938">
      <w:pPr>
        <w:rPr>
          <w:lang w:val="fr-FR"/>
        </w:rPr>
      </w:pPr>
      <w:r>
        <w:t>440270</w:t>
      </w:r>
      <w:r>
        <w:tab/>
      </w:r>
      <w:r w:rsidRPr="003834FA">
        <w:rPr>
          <w:lang w:val="fr-FR"/>
        </w:rPr>
        <w:t>Nudenje infrastrukture za rehabilitacijo duševnega zdravja</w:t>
      </w:r>
    </w:p>
    <w:p w:rsidR="007F7938" w:rsidRDefault="007F7938" w:rsidP="007F7938">
      <w:r>
        <w:t>440271</w:t>
      </w:r>
      <w:r>
        <w:tab/>
        <w:t>Nudenje opreme in prostorov za fizično rehabilitacijo</w:t>
      </w:r>
    </w:p>
    <w:p w:rsidR="007F7938" w:rsidRDefault="007F7938" w:rsidP="007F7938">
      <w:r>
        <w:t>440272</w:t>
      </w:r>
      <w:r>
        <w:tab/>
        <w:t>Izposoja očal</w:t>
      </w:r>
    </w:p>
    <w:p w:rsidR="007F7938" w:rsidRDefault="007F7938" w:rsidP="007F7938">
      <w:r>
        <w:t>440273</w:t>
      </w:r>
      <w:r>
        <w:tab/>
        <w:t>Testiranje na prisotnost drog za medicinsko diagnostiko in zdravljenje</w:t>
      </w:r>
    </w:p>
    <w:p w:rsidR="007F7938" w:rsidRDefault="007F7938" w:rsidP="007F7938">
      <w:r>
        <w:t>440274</w:t>
      </w:r>
      <w:r>
        <w:tab/>
        <w:t>Patološki pregled za medicinsko diagnostiko in zdravljenje</w:t>
      </w:r>
    </w:p>
    <w:p w:rsidR="007F7938" w:rsidRDefault="007F7938" w:rsidP="007F7938">
      <w:r>
        <w:t>440275</w:t>
      </w:r>
      <w:r>
        <w:tab/>
        <w:t>Izposoja sončnih očal</w:t>
      </w:r>
    </w:p>
    <w:p w:rsidR="007F7938" w:rsidRDefault="007F7938" w:rsidP="007F7938">
      <w:r>
        <w:t>440276</w:t>
      </w:r>
      <w:r>
        <w:tab/>
        <w:t>Zaplinjanje proti škodljivcem za kmetijstvo, vrtnarstvo ali gozdarstvo</w:t>
      </w:r>
    </w:p>
    <w:p w:rsidR="007F7938" w:rsidRDefault="007F7938" w:rsidP="007F7938">
      <w:r>
        <w:t>440277</w:t>
      </w:r>
      <w:r>
        <w:tab/>
        <w:t>Patološko testiranje za namene diagnostike in zdravljenja</w:t>
      </w:r>
    </w:p>
    <w:p w:rsidR="007F7938" w:rsidRDefault="007F7938" w:rsidP="007F7938">
      <w:r>
        <w:t>440278</w:t>
      </w:r>
      <w:r>
        <w:tab/>
        <w:t>Testiranje udeležencev športnih tekmovanj na droge glede uporabe snovi za izboljšanje zmogljivosti</w:t>
      </w:r>
    </w:p>
    <w:p w:rsidR="007F7938" w:rsidRDefault="007F7938" w:rsidP="007F7938">
      <w:r>
        <w:t>440279</w:t>
      </w:r>
      <w:r>
        <w:tab/>
        <w:t>Poljedelsko sejanje iz zraka</w:t>
      </w:r>
    </w:p>
    <w:p w:rsidR="007F7938" w:rsidRDefault="007F7938" w:rsidP="007F7938">
      <w:r>
        <w:t>440280</w:t>
      </w:r>
      <w:r>
        <w:tab/>
        <w:t>Terapija s strganjem</w:t>
      </w:r>
    </w:p>
    <w:p w:rsidR="007F7938" w:rsidRDefault="007F7938" w:rsidP="007F7938">
      <w:r>
        <w:t>440281</w:t>
      </w:r>
      <w:r>
        <w:tab/>
        <w:t>Hidroterapija</w:t>
      </w:r>
    </w:p>
    <w:p w:rsidR="007F7938" w:rsidRDefault="007F7938" w:rsidP="007F7938">
      <w:r>
        <w:t>440282</w:t>
      </w:r>
      <w:r>
        <w:tab/>
        <w:t>Medicinsko testiranje za namene diagnostike ali zdravljenja</w:t>
      </w:r>
    </w:p>
    <w:p w:rsidR="007F7938" w:rsidRDefault="007F7938" w:rsidP="007F7938">
      <w:r>
        <w:t>440283</w:t>
      </w:r>
      <w:r>
        <w:tab/>
        <w:t>Storitve nege obraza</w:t>
      </w:r>
    </w:p>
    <w:p w:rsidR="007F7938" w:rsidRDefault="007F7938" w:rsidP="007F7938">
      <w:r>
        <w:t>440284</w:t>
      </w:r>
      <w:r>
        <w:tab/>
        <w:t>Storitve komercialnega ribolova</w:t>
      </w:r>
    </w:p>
    <w:p w:rsidR="007F7938" w:rsidRDefault="007F7938" w:rsidP="007F7938">
      <w:r>
        <w:t>440285</w:t>
      </w:r>
      <w:r>
        <w:tab/>
        <w:t>Storitve veterinarskih analiz za diagnozo in zdravljenje, ki jih opravljajo veterinarski laboratoriji</w:t>
      </w:r>
    </w:p>
    <w:p w:rsidR="001F500C" w:rsidRDefault="001F500C">
      <w:pPr>
        <w:pStyle w:val="Naslov1"/>
        <w:sectPr w:rsidR="001F500C" w:rsidSect="00E00425">
          <w:type w:val="continuous"/>
          <w:pgSz w:w="11907" w:h="16840" w:code="9"/>
          <w:pgMar w:top="1418" w:right="1418" w:bottom="1418" w:left="1418" w:header="720" w:footer="720" w:gutter="0"/>
          <w:cols w:num="2" w:space="720"/>
          <w:docGrid w:linePitch="360"/>
        </w:sectPr>
      </w:pPr>
    </w:p>
    <w:p w:rsidR="00CA36E9" w:rsidRDefault="00CA36E9">
      <w:pPr>
        <w:tabs>
          <w:tab w:val="clear" w:pos="907"/>
        </w:tabs>
        <w:spacing w:after="200" w:line="276" w:lineRule="auto"/>
        <w:ind w:left="0" w:firstLine="0"/>
        <w:rPr>
          <w:rFonts w:eastAsiaTheme="majorEastAsia" w:cstheme="majorBidi"/>
          <w:b/>
          <w:bCs/>
          <w:color w:val="000000" w:themeColor="text1"/>
          <w:sz w:val="22"/>
          <w:szCs w:val="28"/>
          <w:lang w:val="sl-SI" w:eastAsia="sl-SI"/>
        </w:rPr>
      </w:pPr>
      <w:r>
        <w:rPr>
          <w:lang w:val="sl-SI" w:eastAsia="sl-SI"/>
        </w:rPr>
        <w:br w:type="page"/>
      </w:r>
    </w:p>
    <w:p w:rsidR="00A162B4" w:rsidRPr="00A162B4" w:rsidRDefault="00A162B4" w:rsidP="007F7938">
      <w:pPr>
        <w:pStyle w:val="Naslov1"/>
        <w:rPr>
          <w:lang w:val="sl-SI" w:eastAsia="sl-SI"/>
        </w:rPr>
      </w:pPr>
      <w:r w:rsidRPr="00A162B4">
        <w:rPr>
          <w:lang w:val="sl-SI" w:eastAsia="sl-SI"/>
        </w:rPr>
        <w:lastRenderedPageBreak/>
        <w:t xml:space="preserve">Razred 45 </w:t>
      </w:r>
    </w:p>
    <w:p w:rsidR="00A162B4" w:rsidRDefault="00A162B4" w:rsidP="007F7938">
      <w:pPr>
        <w:pStyle w:val="Naslov2"/>
        <w:rPr>
          <w:lang w:val="sl-SI" w:eastAsia="sl-SI"/>
        </w:rPr>
      </w:pPr>
      <w:r w:rsidRPr="00A162B4">
        <w:rPr>
          <w:lang w:val="sl-SI" w:eastAsia="sl-SI"/>
        </w:rPr>
        <w:t>Pravne storitve; varnostne storitve za fizično varovanje stvarnega premoženja in posameznikov; storitve zmenkov, storitve spletnega družabnega mreženja; pogrebne storitve; individualno varstvo otrok</w:t>
      </w:r>
    </w:p>
    <w:tbl>
      <w:tblPr>
        <w:tblStyle w:val="Tabelamrea"/>
        <w:tblW w:w="9493" w:type="dxa"/>
        <w:shd w:val="clear" w:color="auto" w:fill="F2F2F2" w:themeFill="background1" w:themeFillShade="F2"/>
        <w:tblCellMar>
          <w:top w:w="57" w:type="dxa"/>
          <w:left w:w="113" w:type="dxa"/>
          <w:bottom w:w="57" w:type="dxa"/>
          <w:right w:w="113" w:type="dxa"/>
        </w:tblCellMar>
        <w:tblLook w:val="04A0" w:firstRow="1" w:lastRow="0" w:firstColumn="1" w:lastColumn="0" w:noHBand="0" w:noVBand="1"/>
      </w:tblPr>
      <w:tblGrid>
        <w:gridCol w:w="4746"/>
        <w:gridCol w:w="4747"/>
      </w:tblGrid>
      <w:tr w:rsidR="007F7938" w:rsidRPr="00D85EAF" w:rsidTr="00CF2B9C">
        <w:trPr>
          <w:trHeight w:val="143"/>
          <w:tblHeader/>
        </w:trPr>
        <w:tc>
          <w:tcPr>
            <w:tcW w:w="9493" w:type="dxa"/>
            <w:gridSpan w:val="2"/>
            <w:shd w:val="clear" w:color="auto" w:fill="F2F2F2" w:themeFill="background1" w:themeFillShade="F2"/>
            <w:vAlign w:val="center"/>
          </w:tcPr>
          <w:p w:rsidR="007F7938" w:rsidRPr="0087064C" w:rsidRDefault="007F7938" w:rsidP="00CF2B9C">
            <w:pPr>
              <w:pStyle w:val="opomba"/>
              <w:rPr>
                <w:b/>
              </w:rPr>
            </w:pPr>
            <w:r w:rsidRPr="0087064C">
              <w:rPr>
                <w:b/>
              </w:rPr>
              <w:t xml:space="preserve">RAZRED </w:t>
            </w:r>
            <w:r w:rsidR="00CA36E9">
              <w:rPr>
                <w:b/>
              </w:rPr>
              <w:t>45</w:t>
            </w:r>
            <w:r w:rsidRPr="0087064C">
              <w:rPr>
                <w:b/>
              </w:rPr>
              <w:t xml:space="preserve"> - pojasnjevalne opombe</w:t>
            </w:r>
          </w:p>
        </w:tc>
      </w:tr>
      <w:tr w:rsidR="007F7938" w:rsidRPr="00D85EAF" w:rsidTr="00CF2B9C">
        <w:trPr>
          <w:trHeight w:val="390"/>
        </w:trPr>
        <w:tc>
          <w:tcPr>
            <w:tcW w:w="9493" w:type="dxa"/>
            <w:gridSpan w:val="2"/>
            <w:shd w:val="clear" w:color="auto" w:fill="F2F2F2" w:themeFill="background1" w:themeFillShade="F2"/>
            <w:vAlign w:val="center"/>
          </w:tcPr>
          <w:p w:rsidR="007F7938" w:rsidRPr="00993A45" w:rsidRDefault="00CA36E9" w:rsidP="00CF2B9C">
            <w:pPr>
              <w:pStyle w:val="opomba"/>
            </w:pPr>
            <w:r>
              <w:t>Razred 45 vključuje predvsem pravne in varnostne storitve ter nekatere osebne in socialne storitve, ki jih izvajajo tretje osebe za potrebe posameznikov.</w:t>
            </w:r>
          </w:p>
        </w:tc>
      </w:tr>
      <w:tr w:rsidR="007F7938" w:rsidRPr="00D85EAF" w:rsidTr="00634B76">
        <w:trPr>
          <w:trHeight w:val="5694"/>
        </w:trPr>
        <w:tc>
          <w:tcPr>
            <w:tcW w:w="4746" w:type="dxa"/>
            <w:shd w:val="clear" w:color="auto" w:fill="F2F2F2" w:themeFill="background1" w:themeFillShade="F2"/>
          </w:tcPr>
          <w:p w:rsidR="007F7938" w:rsidRPr="00993A45" w:rsidRDefault="007F7938" w:rsidP="00CF2B9C">
            <w:pPr>
              <w:pStyle w:val="opomba"/>
            </w:pPr>
            <w:r w:rsidRPr="00D85EAF">
              <w:t>V ta razred so vključeni zlasti:</w:t>
            </w:r>
          </w:p>
          <w:p w:rsidR="00CA36E9" w:rsidRDefault="00CA36E9" w:rsidP="00CA36E9">
            <w:pPr>
              <w:pStyle w:val="opombapika"/>
            </w:pPr>
            <w:r>
              <w:t>storitve arbitraže in mediacije</w:t>
            </w:r>
          </w:p>
          <w:p w:rsidR="00CA36E9" w:rsidRDefault="00CA36E9" w:rsidP="00CA36E9">
            <w:pPr>
              <w:pStyle w:val="opombapika"/>
            </w:pPr>
            <w:r>
              <w:t>registracija domenskih imen</w:t>
            </w:r>
          </w:p>
          <w:p w:rsidR="00CA36E9" w:rsidRDefault="00CA36E9" w:rsidP="00CA36E9">
            <w:pPr>
              <w:pStyle w:val="opombapika"/>
            </w:pPr>
            <w:r>
              <w:t>storitve revidiranja skladnosti z zakoni in predpisi</w:t>
            </w:r>
          </w:p>
          <w:p w:rsidR="00CA36E9" w:rsidRDefault="00CA36E9" w:rsidP="00CA36E9">
            <w:pPr>
              <w:pStyle w:val="opombapika"/>
            </w:pPr>
            <w:r>
              <w:t>storitve preiskovanja in nadzora v zvezi s fizično varnostjo posameznikov in varnostjo materialnega premoženja, na primer storitve varovanja, storitve detektivskih agencij, preverjanje osebne preteklosti, varnostni pregled prtljage</w:t>
            </w:r>
          </w:p>
          <w:p w:rsidR="00CA36E9" w:rsidRDefault="00CA36E9" w:rsidP="00CA36E9">
            <w:pPr>
              <w:pStyle w:val="opombapika"/>
            </w:pPr>
            <w:r>
              <w:t>storitve, ki se zagotavljajo posameznikom v zvezi z družabnimi dogodki, na primer spremstvo, načrtovanje in prirejanje poročnih obredov</w:t>
            </w:r>
          </w:p>
          <w:p w:rsidR="00CA36E9" w:rsidRDefault="00CA36E9" w:rsidP="00CA36E9">
            <w:pPr>
              <w:pStyle w:val="opombapika"/>
            </w:pPr>
            <w:r>
              <w:t>opravljanje verskih obredov, pokopališke storitve</w:t>
            </w:r>
          </w:p>
          <w:p w:rsidR="00CA36E9" w:rsidRDefault="00CA36E9" w:rsidP="00CA36E9">
            <w:pPr>
              <w:pStyle w:val="opombapika"/>
            </w:pPr>
            <w:r>
              <w:t>varstvo hišnih ljubljenčkov, storitve sprehajanja psov</w:t>
            </w:r>
          </w:p>
          <w:p w:rsidR="007F7938" w:rsidRPr="00993A45" w:rsidRDefault="00CA36E9" w:rsidP="00CA36E9">
            <w:pPr>
              <w:pStyle w:val="opombapika"/>
            </w:pPr>
            <w:r>
              <w:t>izposoja oblačil</w:t>
            </w:r>
          </w:p>
        </w:tc>
        <w:tc>
          <w:tcPr>
            <w:tcW w:w="4747" w:type="dxa"/>
            <w:shd w:val="clear" w:color="auto" w:fill="F2F2F2" w:themeFill="background1" w:themeFillShade="F2"/>
          </w:tcPr>
          <w:p w:rsidR="007F7938" w:rsidRPr="00993A45" w:rsidRDefault="007F7938" w:rsidP="00CF2B9C">
            <w:pPr>
              <w:pStyle w:val="opomba"/>
            </w:pPr>
            <w:r w:rsidRPr="00D85EAF">
              <w:t>V ta razred niso vključeni zlasti:</w:t>
            </w:r>
          </w:p>
          <w:p w:rsidR="00CA36E9" w:rsidRDefault="00CA36E9" w:rsidP="00CA36E9">
            <w:pPr>
              <w:pStyle w:val="opombapika"/>
            </w:pPr>
            <w:r>
              <w:t>nekatere storitve najema, ki jih izvajajo tretje osebe za potrebe posameznikov, pri čemer storitve, ki se izvajajo z najetimi predmeti, spadajo v drug razred, na primer oddajanje stanovanj v najem (razred 36), najem vozila (razred 39), oddajanje začasnih nastanitev v najem (razred 43)</w:t>
            </w:r>
          </w:p>
          <w:p w:rsidR="00CA36E9" w:rsidRDefault="00CA36E9" w:rsidP="00CA36E9">
            <w:pPr>
              <w:pStyle w:val="opombapika"/>
            </w:pPr>
            <w:r>
              <w:t>spremljanje potnikov (razred 39)</w:t>
            </w:r>
          </w:p>
          <w:p w:rsidR="00CA36E9" w:rsidRDefault="00CA36E9" w:rsidP="00CA36E9">
            <w:pPr>
              <w:pStyle w:val="opombapika"/>
            </w:pPr>
            <w:r>
              <w:t>varen prevoz, na primer varovan prevoz dragocenosti, prevoz z blindiranimi avtomobili (razred 39)</w:t>
            </w:r>
          </w:p>
          <w:p w:rsidR="00CA36E9" w:rsidRDefault="00CA36E9" w:rsidP="00CA36E9">
            <w:pPr>
              <w:pStyle w:val="opombapika"/>
            </w:pPr>
            <w:r>
              <w:t>načrtovanje zabav (razred 41)</w:t>
            </w:r>
          </w:p>
          <w:p w:rsidR="00CA36E9" w:rsidRDefault="00CA36E9" w:rsidP="00CA36E9">
            <w:pPr>
              <w:pStyle w:val="opombapika"/>
            </w:pPr>
            <w:r>
              <w:t>storitve, ki vključujejo vse oblike izobraževanja, vključno z versko vzgojo (razred 41)</w:t>
            </w:r>
          </w:p>
          <w:p w:rsidR="00CA36E9" w:rsidRDefault="00CA36E9" w:rsidP="00CA36E9">
            <w:pPr>
              <w:pStyle w:val="opombapika"/>
            </w:pPr>
            <w:r>
              <w:t>storitve, katerih osnovni namen je razvedrilo, zabava ali rekreacija ljudi (razred 41)</w:t>
            </w:r>
          </w:p>
          <w:p w:rsidR="00CA36E9" w:rsidRDefault="00CA36E9" w:rsidP="00CA36E9">
            <w:pPr>
              <w:pStyle w:val="opombapika"/>
            </w:pPr>
            <w:r>
              <w:t>svetovanje na področju računalniške in internetne varnosti ter storitve šifriranja podatkov (razred 42)</w:t>
            </w:r>
          </w:p>
          <w:p w:rsidR="007F7938" w:rsidRPr="00993A45" w:rsidRDefault="00CA36E9" w:rsidP="00CA36E9">
            <w:pPr>
              <w:pStyle w:val="opombapika"/>
            </w:pPr>
            <w:r>
              <w:t>zagotavljanje medicinske, higienske ali lepotilne nege za ljudi ali živali (razred 44)</w:t>
            </w:r>
          </w:p>
        </w:tc>
      </w:tr>
    </w:tbl>
    <w:p w:rsidR="00F875A9" w:rsidRPr="00A162B4" w:rsidRDefault="00F875A9" w:rsidP="00CA36E9">
      <w:pPr>
        <w:spacing w:after="360"/>
        <w:rPr>
          <w:lang w:val="sl-SI"/>
        </w:rPr>
      </w:pPr>
    </w:p>
    <w:p w:rsidR="001F500C" w:rsidRPr="00A162B4" w:rsidRDefault="001F500C">
      <w:pPr>
        <w:rPr>
          <w:lang w:val="sl-SI"/>
        </w:rPr>
        <w:sectPr w:rsidR="001F500C" w:rsidRPr="00A162B4" w:rsidSect="00E00425">
          <w:type w:val="continuous"/>
          <w:pgSz w:w="11907" w:h="16840" w:code="9"/>
          <w:pgMar w:top="1418" w:right="1418" w:bottom="1418" w:left="1418" w:header="720" w:footer="720" w:gutter="0"/>
          <w:cols w:space="720"/>
          <w:docGrid w:linePitch="360"/>
        </w:sectPr>
      </w:pPr>
    </w:p>
    <w:p w:rsidR="007F7938" w:rsidRDefault="007F7938" w:rsidP="007F7938">
      <w:r>
        <w:t>450001</w:t>
      </w:r>
      <w:r>
        <w:tab/>
        <w:t>Osebno varovanje</w:t>
      </w:r>
    </w:p>
    <w:p w:rsidR="007F7938" w:rsidRDefault="007F7938" w:rsidP="007F7938">
      <w:r>
        <w:t>450002</w:t>
      </w:r>
      <w:r>
        <w:tab/>
        <w:t>Družabno spremstvo</w:t>
      </w:r>
    </w:p>
    <w:p w:rsidR="007F7938" w:rsidRDefault="007F7938" w:rsidP="007F7938">
      <w:r>
        <w:t>450003</w:t>
      </w:r>
      <w:r>
        <w:tab/>
        <w:t>Detektivske storitve</w:t>
      </w:r>
    </w:p>
    <w:p w:rsidR="007F7938" w:rsidRDefault="007F7938" w:rsidP="007F7938">
      <w:r>
        <w:t>450005</w:t>
      </w:r>
      <w:r>
        <w:tab/>
        <w:t>Storitve posredovanja osebnih stikov</w:t>
      </w:r>
    </w:p>
    <w:p w:rsidR="007F7938" w:rsidRDefault="007F7938" w:rsidP="007F7938">
      <w:r>
        <w:t>450006</w:t>
      </w:r>
      <w:r>
        <w:tab/>
        <w:t>Storitve nočnega varovanja</w:t>
      </w:r>
    </w:p>
    <w:p w:rsidR="007F7938" w:rsidRDefault="007F7938" w:rsidP="007F7938">
      <w:r>
        <w:t>450033</w:t>
      </w:r>
      <w:r>
        <w:tab/>
        <w:t>Odpiranje varnostnih ključavnic</w:t>
      </w:r>
    </w:p>
    <w:p w:rsidR="007F7938" w:rsidRDefault="007F7938" w:rsidP="007F7938">
      <w:r>
        <w:t>450046</w:t>
      </w:r>
      <w:r>
        <w:tab/>
        <w:t>Izposoja večernih oblek</w:t>
      </w:r>
    </w:p>
    <w:p w:rsidR="007F7938" w:rsidRDefault="007F7938" w:rsidP="007F7938">
      <w:r>
        <w:t>450047</w:t>
      </w:r>
      <w:r>
        <w:tab/>
        <w:t>Upepeljevanje</w:t>
      </w:r>
    </w:p>
    <w:p w:rsidR="007F7938" w:rsidRDefault="007F7938" w:rsidP="007F7938">
      <w:r>
        <w:t>450053</w:t>
      </w:r>
      <w:r>
        <w:tab/>
        <w:t>Iskanje pogrešanih oseb</w:t>
      </w:r>
    </w:p>
    <w:p w:rsidR="007F7938" w:rsidRDefault="007F7938" w:rsidP="007F7938">
      <w:r>
        <w:t>450056</w:t>
      </w:r>
      <w:r>
        <w:tab/>
        <w:t>Pogrebne storitve</w:t>
      </w:r>
    </w:p>
    <w:p w:rsidR="007F7938" w:rsidRDefault="007F7938" w:rsidP="007F7938">
      <w:r>
        <w:t>450057</w:t>
      </w:r>
      <w:r>
        <w:tab/>
        <w:t>Pogrebne storitve'</w:t>
      </w:r>
    </w:p>
    <w:p w:rsidR="007F7938" w:rsidRDefault="007F7938" w:rsidP="007F7938">
      <w:r>
        <w:t>450081</w:t>
      </w:r>
      <w:r>
        <w:tab/>
        <w:t>Izposoja oblačil</w:t>
      </w:r>
    </w:p>
    <w:p w:rsidR="007F7938" w:rsidRDefault="007F7938" w:rsidP="007F7938">
      <w:r>
        <w:t>450099</w:t>
      </w:r>
      <w:r>
        <w:tab/>
        <w:t>Storitve varovanja</w:t>
      </w:r>
    </w:p>
    <w:p w:rsidR="007F7938" w:rsidRDefault="007F7938" w:rsidP="007F7938">
      <w:r>
        <w:t>450112</w:t>
      </w:r>
      <w:r>
        <w:tab/>
        <w:t>Poročne agencije</w:t>
      </w:r>
    </w:p>
    <w:p w:rsidR="007F7938" w:rsidRDefault="007F7938" w:rsidP="007F7938">
      <w:r>
        <w:t>450117</w:t>
      </w:r>
      <w:r>
        <w:tab/>
        <w:t>Svetovanje na področju fizične varnosti</w:t>
      </w:r>
    </w:p>
    <w:p w:rsidR="007F7938" w:rsidRDefault="007F7938" w:rsidP="007F7938">
      <w:r>
        <w:t>450146</w:t>
      </w:r>
      <w:r>
        <w:tab/>
        <w:t>Izdelovanje horoskopov</w:t>
      </w:r>
    </w:p>
    <w:p w:rsidR="007F7938" w:rsidRDefault="007F7938" w:rsidP="007F7938">
      <w:r>
        <w:t>450179</w:t>
      </w:r>
      <w:r>
        <w:tab/>
        <w:t>Gasilske storitve</w:t>
      </w:r>
    </w:p>
    <w:p w:rsidR="007F7938" w:rsidRDefault="007F7938" w:rsidP="007F7938">
      <w:r>
        <w:t>450184</w:t>
      </w:r>
      <w:r>
        <w:tab/>
        <w:t>Organiziranje religioznih srečanj</w:t>
      </w:r>
    </w:p>
    <w:p w:rsidR="007F7938" w:rsidRDefault="007F7938" w:rsidP="007F7938">
      <w:r>
        <w:t>450193</w:t>
      </w:r>
      <w:r>
        <w:tab/>
        <w:t>Storitve agencij za posvojitve</w:t>
      </w:r>
    </w:p>
    <w:p w:rsidR="007F7938" w:rsidRDefault="007F7938" w:rsidP="007F7938">
      <w:r>
        <w:t>450194</w:t>
      </w:r>
      <w:r>
        <w:tab/>
        <w:t>Nadzorovanje protivlomnih in varnostnih sistemov</w:t>
      </w:r>
    </w:p>
    <w:p w:rsidR="007F7938" w:rsidRDefault="007F7938" w:rsidP="007F7938">
      <w:r>
        <w:t>450195</w:t>
      </w:r>
      <w:r>
        <w:tab/>
        <w:t>Varstvo otrok</w:t>
      </w:r>
    </w:p>
    <w:p w:rsidR="007F7938" w:rsidRDefault="007F7938" w:rsidP="007F7938">
      <w:r>
        <w:t>450196</w:t>
      </w:r>
      <w:r>
        <w:tab/>
        <w:t>Varnostno pregledovanje prtljage</w:t>
      </w:r>
    </w:p>
    <w:p w:rsidR="007F7938" w:rsidRDefault="007F7938" w:rsidP="007F7938">
      <w:r>
        <w:t>450197</w:t>
      </w:r>
      <w:r>
        <w:tab/>
        <w:t>Varovanje hiš</w:t>
      </w:r>
    </w:p>
    <w:p w:rsidR="007F7938" w:rsidRDefault="007F7938" w:rsidP="007F7938">
      <w:r>
        <w:t>450198</w:t>
      </w:r>
      <w:r>
        <w:tab/>
        <w:t>Varovanje hišnih ljubljenčkov</w:t>
      </w:r>
    </w:p>
    <w:p w:rsidR="007F7938" w:rsidRDefault="007F7938" w:rsidP="007F7938">
      <w:r>
        <w:t>450199</w:t>
      </w:r>
      <w:r>
        <w:tab/>
        <w:t>Preverjanja osebne preteklosti</w:t>
      </w:r>
    </w:p>
    <w:p w:rsidR="007F7938" w:rsidRDefault="007F7938" w:rsidP="007F7938">
      <w:r>
        <w:t>450200</w:t>
      </w:r>
      <w:r>
        <w:tab/>
        <w:t>Vračanje izgubljene lastnine</w:t>
      </w:r>
    </w:p>
    <w:p w:rsidR="007F7938" w:rsidRDefault="007F7938" w:rsidP="007F7938">
      <w:r>
        <w:t>450201</w:t>
      </w:r>
      <w:r>
        <w:tab/>
        <w:t>Storitve pravnega posredništva</w:t>
      </w:r>
    </w:p>
    <w:p w:rsidR="007F7938" w:rsidRDefault="007F7938" w:rsidP="007F7938">
      <w:r>
        <w:t>450202</w:t>
      </w:r>
      <w:r>
        <w:tab/>
        <w:t>Nadziranje tovarn za varnostne namene</w:t>
      </w:r>
    </w:p>
    <w:p w:rsidR="007F7938" w:rsidRDefault="007F7938" w:rsidP="007F7938">
      <w:r>
        <w:t>450203</w:t>
      </w:r>
      <w:r>
        <w:tab/>
        <w:t>Izposoja požarnih alarmov</w:t>
      </w:r>
    </w:p>
    <w:p w:rsidR="007F7938" w:rsidRDefault="007F7938" w:rsidP="007F7938">
      <w:r>
        <w:t>450204</w:t>
      </w:r>
      <w:r>
        <w:tab/>
        <w:t>Izposoja naprav za gašenje</w:t>
      </w:r>
    </w:p>
    <w:p w:rsidR="007F7938" w:rsidRDefault="007F7938" w:rsidP="007F7938">
      <w:r>
        <w:t>450205</w:t>
      </w:r>
      <w:r>
        <w:tab/>
        <w:t>Arbitražne storitve</w:t>
      </w:r>
    </w:p>
    <w:p w:rsidR="007F7938" w:rsidRDefault="007F7938" w:rsidP="007F7938">
      <w:r>
        <w:t>450206</w:t>
      </w:r>
      <w:r>
        <w:tab/>
        <w:t>Svetovanje na področju intelektualne lastnine</w:t>
      </w:r>
    </w:p>
    <w:p w:rsidR="007F7938" w:rsidRDefault="007F7938" w:rsidP="007F7938">
      <w:r>
        <w:t>450207</w:t>
      </w:r>
      <w:r>
        <w:tab/>
        <w:t>Upravljanje z avtorskimi pravicami</w:t>
      </w:r>
    </w:p>
    <w:p w:rsidR="007F7938" w:rsidRDefault="007F7938" w:rsidP="007F7938">
      <w:r>
        <w:lastRenderedPageBreak/>
        <w:t>450208</w:t>
      </w:r>
      <w:r>
        <w:tab/>
        <w:t>Licenciranje intelektualne lastnine</w:t>
      </w:r>
    </w:p>
    <w:p w:rsidR="007F7938" w:rsidRDefault="007F7938" w:rsidP="007F7938">
      <w:r>
        <w:t>450209</w:t>
      </w:r>
      <w:r>
        <w:tab/>
        <w:t>Nadzorovanje pravic intelektualne lastnine za namene pravnega svetovanja</w:t>
      </w:r>
    </w:p>
    <w:p w:rsidR="007F7938" w:rsidRDefault="007F7938" w:rsidP="007F7938">
      <w:r>
        <w:t>450210</w:t>
      </w:r>
      <w:r>
        <w:tab/>
        <w:t>Pravne raziskave</w:t>
      </w:r>
    </w:p>
    <w:p w:rsidR="007F7938" w:rsidRDefault="007F7938" w:rsidP="007F7938">
      <w:r>
        <w:t>450211</w:t>
      </w:r>
      <w:r>
        <w:tab/>
        <w:t>Storitve sodnih postopkov</w:t>
      </w:r>
    </w:p>
    <w:p w:rsidR="007F7938" w:rsidRDefault="007F7938" w:rsidP="007F7938">
      <w:r>
        <w:t>450212</w:t>
      </w:r>
      <w:r>
        <w:tab/>
        <w:t>Izdaja licenc za računalniško programsko opremo (pravne storitve)</w:t>
      </w:r>
    </w:p>
    <w:p w:rsidR="007F7938" w:rsidRDefault="007F7938" w:rsidP="007F7938">
      <w:r>
        <w:t>450213</w:t>
      </w:r>
      <w:r>
        <w:tab/>
        <w:t>Registracija domen [pravne storitve]</w:t>
      </w:r>
    </w:p>
    <w:p w:rsidR="007F7938" w:rsidRDefault="007F7938" w:rsidP="007F7938">
      <w:r>
        <w:t>450214</w:t>
      </w:r>
      <w:r>
        <w:tab/>
        <w:t>Storitve alternativnega reševanja sporov</w:t>
      </w:r>
    </w:p>
    <w:p w:rsidR="007F7938" w:rsidRDefault="007F7938" w:rsidP="007F7938">
      <w:r>
        <w:t>450215</w:t>
      </w:r>
      <w:r>
        <w:tab/>
        <w:t>Najem sefov</w:t>
      </w:r>
    </w:p>
    <w:p w:rsidR="007F7938" w:rsidRDefault="007F7938" w:rsidP="007F7938">
      <w:r>
        <w:t>450216</w:t>
      </w:r>
      <w:r>
        <w:tab/>
        <w:t>Genealoške raziskave</w:t>
      </w:r>
    </w:p>
    <w:p w:rsidR="007F7938" w:rsidRDefault="007F7938" w:rsidP="007F7938">
      <w:r>
        <w:t>450217</w:t>
      </w:r>
      <w:r>
        <w:tab/>
        <w:t>Načrtovanje in organizacija poročnih obredov</w:t>
      </w:r>
    </w:p>
    <w:p w:rsidR="007F7938" w:rsidRDefault="007F7938" w:rsidP="007F7938">
      <w:r>
        <w:t>450218</w:t>
      </w:r>
      <w:r>
        <w:tab/>
        <w:t>Spletne storitve družabnega mreženja</w:t>
      </w:r>
    </w:p>
    <w:p w:rsidR="007F7938" w:rsidRDefault="007F7938" w:rsidP="007F7938">
      <w:r>
        <w:t>450219</w:t>
      </w:r>
      <w:r>
        <w:tab/>
        <w:t>Spuščanje golobov za posebne priložnosti</w:t>
      </w:r>
    </w:p>
    <w:p w:rsidR="007F7938" w:rsidRDefault="007F7938" w:rsidP="007F7938">
      <w:r>
        <w:t>450220</w:t>
      </w:r>
      <w:r>
        <w:tab/>
        <w:t>Storitve balzamiranja</w:t>
      </w:r>
    </w:p>
    <w:p w:rsidR="007F7938" w:rsidRDefault="007F7938" w:rsidP="007F7938">
      <w:r>
        <w:t>450221</w:t>
      </w:r>
      <w:r>
        <w:tab/>
        <w:t>Storitve za pripravo pravnih dokumentov</w:t>
      </w:r>
    </w:p>
    <w:p w:rsidR="007F7938" w:rsidRDefault="007F7938" w:rsidP="007F7938">
      <w:r>
        <w:t>450222</w:t>
      </w:r>
      <w:r>
        <w:tab/>
        <w:t>Sledenje ukradene lastnine</w:t>
      </w:r>
    </w:p>
    <w:p w:rsidR="007F7938" w:rsidRDefault="007F7938" w:rsidP="007F7938">
      <w:r>
        <w:t>450223</w:t>
      </w:r>
      <w:r>
        <w:tab/>
        <w:t>Pravne storitve v zvezi z licencami</w:t>
      </w:r>
    </w:p>
    <w:p w:rsidR="007F7938" w:rsidRDefault="007F7938" w:rsidP="007F7938">
      <w:r>
        <w:t>450224</w:t>
      </w:r>
      <w:r>
        <w:tab/>
        <w:t>Svetovanje v zvezi s horoskopom</w:t>
      </w:r>
    </w:p>
    <w:p w:rsidR="007F7938" w:rsidRDefault="007F7938" w:rsidP="007F7938">
      <w:r>
        <w:t>450225</w:t>
      </w:r>
      <w:r>
        <w:tab/>
        <w:t>Duhovno svetovanje</w:t>
      </w:r>
    </w:p>
    <w:p w:rsidR="007F7938" w:rsidRDefault="007F7938" w:rsidP="007F7938">
      <w:r>
        <w:t>450226</w:t>
      </w:r>
      <w:r>
        <w:tab/>
        <w:t>Storitve vedeževanja iz kart</w:t>
      </w:r>
    </w:p>
    <w:p w:rsidR="007F7938" w:rsidRDefault="007F7938" w:rsidP="007F7938">
      <w:r>
        <w:t>450227</w:t>
      </w:r>
      <w:r>
        <w:tab/>
        <w:t>Osebno svetovanje o slogu oblačenja</w:t>
      </w:r>
    </w:p>
    <w:p w:rsidR="007F7938" w:rsidRDefault="007F7938" w:rsidP="007F7938">
      <w:r>
        <w:t>450228</w:t>
      </w:r>
      <w:r>
        <w:tab/>
        <w:t>Storitve pisanja osebnih pisem</w:t>
      </w:r>
    </w:p>
    <w:p w:rsidR="007F7938" w:rsidRDefault="007F7938" w:rsidP="007F7938">
      <w:r>
        <w:t>450229</w:t>
      </w:r>
      <w:r>
        <w:tab/>
        <w:t>Izvajanje pogrebnih obredov</w:t>
      </w:r>
    </w:p>
    <w:p w:rsidR="007F7938" w:rsidRDefault="007F7938" w:rsidP="007F7938">
      <w:r>
        <w:t>450230</w:t>
      </w:r>
      <w:r>
        <w:tab/>
        <w:t>Pravne storitve v zvezi s pogajanjem o pogodbah za druge</w:t>
      </w:r>
    </w:p>
    <w:p w:rsidR="007F7938" w:rsidRDefault="007F7938" w:rsidP="007F7938">
      <w:r>
        <w:t>450231</w:t>
      </w:r>
      <w:r>
        <w:tab/>
        <w:t>Izvajanje verskih obredov</w:t>
      </w:r>
    </w:p>
    <w:p w:rsidR="007F7938" w:rsidRDefault="007F7938" w:rsidP="007F7938">
      <w:r>
        <w:t>450232</w:t>
      </w:r>
      <w:r>
        <w:tab/>
        <w:t>Storitve sprehajanja psov</w:t>
      </w:r>
    </w:p>
    <w:p w:rsidR="007F7938" w:rsidRDefault="007F7938" w:rsidP="007F7938">
      <w:r>
        <w:t>450233</w:t>
      </w:r>
      <w:r>
        <w:tab/>
        <w:t>Zakup imen internetnih domen</w:t>
      </w:r>
    </w:p>
    <w:p w:rsidR="007F7938" w:rsidRDefault="007F7938" w:rsidP="007F7938">
      <w:r>
        <w:t>450234</w:t>
      </w:r>
      <w:r>
        <w:tab/>
        <w:t>Pomoč pri oblačenju kimona</w:t>
      </w:r>
    </w:p>
    <w:p w:rsidR="007F7938" w:rsidRDefault="007F7938" w:rsidP="007F7938">
      <w:r>
        <w:t>450235</w:t>
      </w:r>
      <w:r>
        <w:tab/>
        <w:t>Pravno svetovanje pri odgovarjanju na javne razpise</w:t>
      </w:r>
    </w:p>
    <w:p w:rsidR="007F7938" w:rsidRDefault="007F7938" w:rsidP="007F7938">
      <w:r>
        <w:t>450236</w:t>
      </w:r>
      <w:r>
        <w:tab/>
        <w:t>Licenciranje [pravne storitve] v okviru izdajanja programske opreme</w:t>
      </w:r>
    </w:p>
    <w:p w:rsidR="007F7938" w:rsidRDefault="007F7938" w:rsidP="007F7938">
      <w:r>
        <w:t>450237</w:t>
      </w:r>
      <w:r>
        <w:tab/>
        <w:t>Pravne storitve na področju nadzora</w:t>
      </w:r>
    </w:p>
    <w:p w:rsidR="007F7938" w:rsidRDefault="007F7938" w:rsidP="007F7938">
      <w:r>
        <w:t>450238</w:t>
      </w:r>
      <w:r>
        <w:tab/>
        <w:t>Organiziranje političnih srečanj</w:t>
      </w:r>
    </w:p>
    <w:p w:rsidR="007F7938" w:rsidRDefault="007F7938" w:rsidP="007F7938">
      <w:r>
        <w:t>450239</w:t>
      </w:r>
      <w:r>
        <w:tab/>
        <w:t>Pravno svetovanje v zvezi z mapiranjem patentov</w:t>
      </w:r>
    </w:p>
    <w:p w:rsidR="007F7938" w:rsidRDefault="007F7938" w:rsidP="007F7938">
      <w:r>
        <w:t>450240</w:t>
      </w:r>
      <w:r>
        <w:tab/>
        <w:t>Storitve pravnega zastopanja</w:t>
      </w:r>
    </w:p>
    <w:p w:rsidR="007F7938" w:rsidRDefault="007F7938" w:rsidP="007F7938">
      <w:r>
        <w:t>450241</w:t>
      </w:r>
      <w:r>
        <w:tab/>
        <w:t>Hišniške storitve</w:t>
      </w:r>
    </w:p>
    <w:p w:rsidR="007F7938" w:rsidRDefault="007F7938" w:rsidP="007F7938">
      <w:r>
        <w:t>450242</w:t>
      </w:r>
      <w:r>
        <w:tab/>
        <w:t>Svetovanje ob smrti bližnjih</w:t>
      </w:r>
    </w:p>
    <w:p w:rsidR="007F7938" w:rsidRDefault="007F7938" w:rsidP="007F7938">
      <w:r>
        <w:t>450243</w:t>
      </w:r>
      <w:r>
        <w:tab/>
        <w:t>Storitve reševanja iz vode</w:t>
      </w:r>
    </w:p>
    <w:p w:rsidR="007F7938" w:rsidRDefault="007F7938" w:rsidP="007F7938">
      <w:r>
        <w:t>450244</w:t>
      </w:r>
      <w:r>
        <w:tab/>
        <w:t>Pravne storitve na področju priseljevanja</w:t>
      </w:r>
    </w:p>
    <w:p w:rsidR="007F7938" w:rsidRDefault="007F7938" w:rsidP="007F7938">
      <w:r>
        <w:t>450245</w:t>
      </w:r>
      <w:r>
        <w:tab/>
        <w:t>Nudenje osebnega branja tarota</w:t>
      </w:r>
    </w:p>
    <w:p w:rsidR="007F7938" w:rsidRDefault="007F7938" w:rsidP="007F7938">
      <w:r>
        <w:t>450246</w:t>
      </w:r>
      <w:r>
        <w:tab/>
        <w:t>Revizija skladnosti z zakonodajo</w:t>
      </w:r>
    </w:p>
    <w:p w:rsidR="007F7938" w:rsidRDefault="007F7938" w:rsidP="007F7938">
      <w:r>
        <w:t>450247</w:t>
      </w:r>
      <w:r>
        <w:tab/>
        <w:t>Revizija pravne skladnosti</w:t>
      </w:r>
    </w:p>
    <w:p w:rsidR="007F7938" w:rsidRDefault="007F7938" w:rsidP="007F7938">
      <w:r>
        <w:t>450248</w:t>
      </w:r>
      <w:r>
        <w:tab/>
        <w:t>Storitve prenosa lastništva [pravne storitve]</w:t>
      </w:r>
    </w:p>
    <w:p w:rsidR="007F7938" w:rsidRDefault="007F7938" w:rsidP="007F7938">
      <w:r>
        <w:t>450249</w:t>
      </w:r>
      <w:r>
        <w:tab/>
        <w:t>Storitve političnega lobiranja</w:t>
      </w:r>
    </w:p>
    <w:p w:rsidR="007F7938" w:rsidRDefault="007F7938" w:rsidP="007F7938">
      <w:r>
        <w:t>450250</w:t>
      </w:r>
      <w:r>
        <w:tab/>
        <w:t>Storitve kozmetičarjev v mrliški vežici</w:t>
      </w:r>
    </w:p>
    <w:p w:rsidR="007F7938" w:rsidRDefault="007F7938" w:rsidP="007F7938">
      <w:r>
        <w:t>450251</w:t>
      </w:r>
      <w:r>
        <w:tab/>
        <w:t>Storitve nadzora s pomočjo brezpilotnih zrakoplovov</w:t>
      </w:r>
    </w:p>
    <w:p w:rsidR="007F7938" w:rsidRDefault="007F7938" w:rsidP="007F7938">
      <w:r>
        <w:t>450252</w:t>
      </w:r>
      <w:r>
        <w:tab/>
        <w:t>Kazenski pregon</w:t>
      </w:r>
    </w:p>
    <w:p w:rsidR="007F7938" w:rsidRDefault="007F7938" w:rsidP="007F7938">
      <w:r>
        <w:t>450253</w:t>
      </w:r>
      <w:r>
        <w:tab/>
        <w:t>Storitve agencij za organiziranje osebnih zmenkov</w:t>
      </w:r>
    </w:p>
    <w:p w:rsidR="007F7938" w:rsidRDefault="007F7938" w:rsidP="007F7938">
      <w:r>
        <w:t>450254</w:t>
      </w:r>
      <w:r>
        <w:tab/>
        <w:t>Osebno nakupovanje za druge</w:t>
      </w:r>
    </w:p>
    <w:p w:rsidR="007F7938" w:rsidRDefault="007F7938" w:rsidP="007F7938">
      <w:r>
        <w:t>450255</w:t>
      </w:r>
      <w:r>
        <w:tab/>
        <w:t>Spremljanje medicinskih alarmov</w:t>
      </w:r>
    </w:p>
    <w:p w:rsidR="007F7938" w:rsidRDefault="007F7938" w:rsidP="007F7938">
      <w:r>
        <w:t>450256</w:t>
      </w:r>
      <w:r>
        <w:tab/>
        <w:t>Storitve varovanja objektov prek daljinskih nadzornih sistemov</w:t>
      </w:r>
    </w:p>
    <w:p w:rsidR="007F7938" w:rsidRDefault="007F7938" w:rsidP="007F7938">
      <w:r>
        <w:t>450257</w:t>
      </w:r>
      <w:r>
        <w:tab/>
        <w:t>Lociranje in sledenje pogrešanih oseb</w:t>
      </w:r>
    </w:p>
    <w:p w:rsidR="007F7938" w:rsidRDefault="007F7938" w:rsidP="007F7938">
      <w:r>
        <w:t>450258</w:t>
      </w:r>
      <w:r>
        <w:tab/>
        <w:t>Storitev vročanja dokumentov v zvezi s sodnimi postopki</w:t>
      </w:r>
    </w:p>
    <w:p w:rsidR="007F7938" w:rsidRDefault="007F7938" w:rsidP="007F7938">
      <w:r>
        <w:t>450259</w:t>
      </w:r>
      <w:r>
        <w:tab/>
        <w:t>Storitve čakanja v vrsti</w:t>
      </w:r>
    </w:p>
    <w:p w:rsidR="007F7938" w:rsidRDefault="007F7938" w:rsidP="007F7938">
      <w:r>
        <w:t>450260</w:t>
      </w:r>
      <w:r>
        <w:tab/>
        <w:t>Pravne raziskave na področju varstva okolja</w:t>
      </w:r>
    </w:p>
    <w:p w:rsidR="007F7938" w:rsidRDefault="007F7938" w:rsidP="007F7938">
      <w:r>
        <w:t>450261</w:t>
      </w:r>
      <w:r>
        <w:tab/>
        <w:t>Storitve porodničarstva (doula)</w:t>
      </w:r>
    </w:p>
    <w:p w:rsidR="007F7938" w:rsidRDefault="007F7938" w:rsidP="007F7938">
      <w:r>
        <w:t>450262</w:t>
      </w:r>
      <w:r>
        <w:tab/>
        <w:t>Najem kamer za video nadzor</w:t>
      </w:r>
    </w:p>
    <w:p w:rsidR="007F7938" w:rsidRDefault="007F7938" w:rsidP="007F7938">
      <w:r>
        <w:t>450263</w:t>
      </w:r>
      <w:r>
        <w:tab/>
        <w:t>Iskanje in sledenje izgubljene lastnine</w:t>
      </w:r>
    </w:p>
    <w:p w:rsidR="007F7938" w:rsidRDefault="007F7938" w:rsidP="007F7938">
      <w:r>
        <w:t>450264</w:t>
      </w:r>
      <w:r>
        <w:tab/>
        <w:t>Storitve posvojitve živali</w:t>
      </w:r>
    </w:p>
    <w:p w:rsidR="007F7938" w:rsidRDefault="007F7938" w:rsidP="007F7938">
      <w:r>
        <w:t>450265</w:t>
      </w:r>
      <w:r>
        <w:tab/>
        <w:t>Nudenje nemedicinskih storitev nege na domu za posameznike</w:t>
      </w:r>
    </w:p>
    <w:p w:rsidR="007F7938" w:rsidRDefault="007F7938" w:rsidP="007F7938">
      <w:r>
        <w:t>450266</w:t>
      </w:r>
      <w:r>
        <w:tab/>
        <w:t>Moderiranje vsebine za internetne klepetalnice</w:t>
      </w:r>
    </w:p>
    <w:p w:rsidR="007F7938" w:rsidRPr="003834FA" w:rsidRDefault="007F7938" w:rsidP="007F7938">
      <w:pPr>
        <w:rPr>
          <w:lang w:val="fr-FR"/>
        </w:rPr>
      </w:pPr>
      <w:r>
        <w:t>450267</w:t>
      </w:r>
      <w:r>
        <w:tab/>
      </w:r>
      <w:r w:rsidRPr="003834FA">
        <w:rPr>
          <w:lang w:val="fr-FR"/>
        </w:rPr>
        <w:t>Svetovanje na področju varnosti pri delu</w:t>
      </w:r>
    </w:p>
    <w:p w:rsidR="007F7938" w:rsidRDefault="007F7938" w:rsidP="007F7938">
      <w:r>
        <w:t>450268</w:t>
      </w:r>
      <w:r>
        <w:tab/>
        <w:t>Personalizirane storitve barvne analize pri izbiranju oblačil</w:t>
      </w:r>
    </w:p>
    <w:p w:rsidR="007F7938" w:rsidRDefault="007F7938" w:rsidP="007F7938">
      <w:r>
        <w:t>450269</w:t>
      </w:r>
      <w:r>
        <w:tab/>
        <w:t>Pravne storitve na področju zaščite otrok</w:t>
      </w:r>
    </w:p>
    <w:p w:rsidR="007F7938" w:rsidRDefault="007F7938" w:rsidP="007F7938">
      <w:r>
        <w:t>450271</w:t>
      </w:r>
      <w:r>
        <w:tab/>
        <w:t>Priprava pravnih dokumentov</w:t>
      </w:r>
    </w:p>
    <w:p w:rsidR="007F7938" w:rsidRDefault="007F7938" w:rsidP="007F7938">
      <w:r>
        <w:t>450273</w:t>
      </w:r>
      <w:r>
        <w:tab/>
        <w:t>Notarske storitve</w:t>
      </w:r>
    </w:p>
    <w:p w:rsidR="007F7938" w:rsidRDefault="007F7938" w:rsidP="007F7938">
      <w:r>
        <w:t>450274</w:t>
      </w:r>
      <w:r>
        <w:tab/>
        <w:t>Izposoja psov čuvajev</w:t>
      </w:r>
    </w:p>
    <w:p w:rsidR="007F7938" w:rsidRDefault="007F7938" w:rsidP="007F7938">
      <w:r>
        <w:t>450275</w:t>
      </w:r>
      <w:r>
        <w:tab/>
        <w:t>Izposoja rešilnih jopičev</w:t>
      </w:r>
    </w:p>
    <w:p w:rsidR="007F7938" w:rsidRDefault="007F7938" w:rsidP="007F7938">
      <w:r>
        <w:t>450276</w:t>
      </w:r>
      <w:r>
        <w:tab/>
        <w:t>Najem potapljaških oblek</w:t>
      </w:r>
    </w:p>
    <w:p w:rsidR="007F7938" w:rsidRDefault="007F7938" w:rsidP="007F7938">
      <w:r>
        <w:t>450277</w:t>
      </w:r>
      <w:r>
        <w:tab/>
        <w:t>Najem zaščitnih oblačil</w:t>
      </w:r>
    </w:p>
    <w:p w:rsidR="007F7938" w:rsidRDefault="007F7938" w:rsidP="007F7938">
      <w:r>
        <w:t>450278</w:t>
      </w:r>
      <w:r>
        <w:tab/>
        <w:t>Najem zaščitnih čelad</w:t>
      </w:r>
    </w:p>
    <w:p w:rsidR="001F500C" w:rsidRDefault="007F7938" w:rsidP="004C4E30">
      <w:pPr>
        <w:sectPr w:rsidR="001F500C" w:rsidSect="00E00425">
          <w:type w:val="continuous"/>
          <w:pgSz w:w="11907" w:h="16840" w:code="9"/>
          <w:pgMar w:top="1418" w:right="1418" w:bottom="1418" w:left="1418" w:header="720" w:footer="720" w:gutter="0"/>
          <w:cols w:num="2" w:space="720"/>
          <w:docGrid w:linePitch="360"/>
        </w:sectPr>
      </w:pPr>
      <w:r>
        <w:t>450279</w:t>
      </w:r>
      <w:r>
        <w:tab/>
        <w:t>Organiziranje osebne lastnine za druge</w:t>
      </w:r>
    </w:p>
    <w:p w:rsidR="008C77C7" w:rsidRDefault="008C77C7" w:rsidP="00CA36E9">
      <w:pPr>
        <w:ind w:left="0" w:firstLine="0"/>
      </w:pPr>
    </w:p>
    <w:sectPr w:rsidR="008C77C7" w:rsidSect="00E00425">
      <w:type w:val="continuous"/>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37CD" w:rsidRDefault="00D537CD" w:rsidP="00A45FBA">
      <w:pPr>
        <w:spacing w:after="0"/>
      </w:pPr>
      <w:r>
        <w:separator/>
      </w:r>
    </w:p>
  </w:endnote>
  <w:endnote w:type="continuationSeparator" w:id="0">
    <w:p w:rsidR="00D537CD" w:rsidRDefault="00D537CD" w:rsidP="00A45FB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7198603"/>
      <w:docPartObj>
        <w:docPartGallery w:val="Page Numbers (Bottom of Page)"/>
        <w:docPartUnique/>
      </w:docPartObj>
    </w:sdtPr>
    <w:sdtEndPr>
      <w:rPr>
        <w:rFonts w:ascii="Arial" w:hAnsi="Arial" w:cs="Arial"/>
        <w:sz w:val="18"/>
        <w:szCs w:val="18"/>
      </w:rPr>
    </w:sdtEndPr>
    <w:sdtContent>
      <w:p w:rsidR="008C16D9" w:rsidRPr="00AF234B" w:rsidRDefault="008C16D9" w:rsidP="00AF234B">
        <w:pPr>
          <w:pStyle w:val="Brezrazmikov"/>
          <w:pBdr>
            <w:top w:val="single" w:sz="4" w:space="4" w:color="auto"/>
          </w:pBdr>
          <w:jc w:val="center"/>
          <w:rPr>
            <w:rFonts w:ascii="Arial" w:hAnsi="Arial" w:cs="Arial"/>
            <w:sz w:val="18"/>
            <w:szCs w:val="18"/>
          </w:rPr>
        </w:pPr>
        <w:r w:rsidRPr="00AF234B">
          <w:rPr>
            <w:rFonts w:ascii="Arial" w:hAnsi="Arial" w:cs="Arial"/>
            <w:sz w:val="18"/>
            <w:szCs w:val="18"/>
          </w:rPr>
          <w:fldChar w:fldCharType="begin"/>
        </w:r>
        <w:r w:rsidRPr="00AF234B">
          <w:rPr>
            <w:rFonts w:ascii="Arial" w:hAnsi="Arial" w:cs="Arial"/>
            <w:sz w:val="18"/>
            <w:szCs w:val="18"/>
          </w:rPr>
          <w:instrText>PAGE   \* MERGEFORMAT</w:instrText>
        </w:r>
        <w:r w:rsidRPr="00AF234B">
          <w:rPr>
            <w:rFonts w:ascii="Arial" w:hAnsi="Arial" w:cs="Arial"/>
            <w:sz w:val="18"/>
            <w:szCs w:val="18"/>
          </w:rPr>
          <w:fldChar w:fldCharType="separate"/>
        </w:r>
        <w:r w:rsidRPr="00AF234B">
          <w:rPr>
            <w:rFonts w:ascii="Arial" w:hAnsi="Arial" w:cs="Arial"/>
            <w:sz w:val="18"/>
            <w:szCs w:val="18"/>
            <w:lang w:val="sl-SI"/>
          </w:rPr>
          <w:t>2</w:t>
        </w:r>
        <w:r w:rsidRPr="00AF234B">
          <w:rPr>
            <w:rFonts w:ascii="Arial" w:hAnsi="Arial" w:cs="Arial"/>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37CD" w:rsidRDefault="00D537CD" w:rsidP="00A45FBA">
      <w:pPr>
        <w:spacing w:after="0"/>
      </w:pPr>
      <w:r>
        <w:separator/>
      </w:r>
    </w:p>
  </w:footnote>
  <w:footnote w:type="continuationSeparator" w:id="0">
    <w:p w:rsidR="00D537CD" w:rsidRDefault="00D537CD" w:rsidP="00A45FB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16D9" w:rsidRPr="00F468AA" w:rsidRDefault="00FA78A1" w:rsidP="00A45FBA">
    <w:pPr>
      <w:pStyle w:val="Glava"/>
      <w:jc w:val="right"/>
      <w:rPr>
        <w:rFonts w:cs="Arial"/>
        <w:color w:val="A6A6A6" w:themeColor="background1" w:themeShade="A6"/>
        <w:szCs w:val="18"/>
      </w:rPr>
    </w:pPr>
    <w:sdt>
      <w:sdtPr>
        <w:rPr>
          <w:rFonts w:eastAsiaTheme="majorEastAsia" w:cs="Arial"/>
          <w:color w:val="A6A6A6" w:themeColor="background1" w:themeShade="A6"/>
          <w:szCs w:val="18"/>
        </w:rPr>
        <w:alias w:val="Title"/>
        <w:id w:val="78404852"/>
        <w:placeholder>
          <w:docPart w:val="07102A168AF445959A4339FD2850F406"/>
        </w:placeholder>
        <w:dataBinding w:prefixMappings="xmlns:ns0='http://schemas.openxmlformats.org/package/2006/metadata/core-properties' xmlns:ns1='http://purl.org/dc/elements/1.1/'" w:xpath="/ns0:coreProperties[1]/ns1:title[1]" w:storeItemID="{6C3C8BC8-F283-45AE-878A-BAB7291924A1}"/>
        <w:text/>
      </w:sdtPr>
      <w:sdtEndPr/>
      <w:sdtContent>
        <w:r w:rsidR="00F468AA" w:rsidRPr="00F468AA">
          <w:rPr>
            <w:rFonts w:eastAsiaTheme="majorEastAsia" w:cs="Arial"/>
            <w:color w:val="A6A6A6" w:themeColor="background1" w:themeShade="A6"/>
            <w:szCs w:val="18"/>
          </w:rPr>
          <w:t xml:space="preserve">Mednarodna klasifikacija proizvodov in storitev (Nicejska klasifikacija) - </w:t>
        </w:r>
        <w:proofErr w:type="gramStart"/>
        <w:r w:rsidR="00F468AA" w:rsidRPr="00F468AA">
          <w:rPr>
            <w:rFonts w:eastAsiaTheme="majorEastAsia" w:cs="Arial"/>
            <w:color w:val="A6A6A6" w:themeColor="background1" w:themeShade="A6"/>
            <w:szCs w:val="18"/>
          </w:rPr>
          <w:t>13.izdaja</w:t>
        </w:r>
        <w:proofErr w:type="gramEnd"/>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Oznaenseznam"/>
      <w:lvlText w:val=""/>
      <w:lvlJc w:val="left"/>
      <w:pPr>
        <w:tabs>
          <w:tab w:val="num" w:pos="360"/>
        </w:tabs>
        <w:ind w:left="360" w:hanging="360"/>
      </w:pPr>
      <w:rPr>
        <w:rFonts w:ascii="Symbol" w:hAnsi="Symbol" w:hint="default"/>
      </w:rPr>
    </w:lvl>
  </w:abstractNum>
  <w:abstractNum w:abstractNumId="6" w15:restartNumberingAfterBreak="0">
    <w:nsid w:val="00020365"/>
    <w:multiLevelType w:val="multilevel"/>
    <w:tmpl w:val="EFBE11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15A7694"/>
    <w:multiLevelType w:val="multilevel"/>
    <w:tmpl w:val="A7A862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1F83FA0"/>
    <w:multiLevelType w:val="multilevel"/>
    <w:tmpl w:val="509E18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2522DB0"/>
    <w:multiLevelType w:val="multilevel"/>
    <w:tmpl w:val="EE68B6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6A06311"/>
    <w:multiLevelType w:val="multilevel"/>
    <w:tmpl w:val="8634F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78E740E"/>
    <w:multiLevelType w:val="multilevel"/>
    <w:tmpl w:val="23362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8834551"/>
    <w:multiLevelType w:val="multilevel"/>
    <w:tmpl w:val="D85604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90369B5"/>
    <w:multiLevelType w:val="multilevel"/>
    <w:tmpl w:val="002E3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9D60235"/>
    <w:multiLevelType w:val="multilevel"/>
    <w:tmpl w:val="AF8040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A9471B6"/>
    <w:multiLevelType w:val="hybridMultilevel"/>
    <w:tmpl w:val="48040F3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0EC07D95"/>
    <w:multiLevelType w:val="multilevel"/>
    <w:tmpl w:val="34D09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EE93FEA"/>
    <w:multiLevelType w:val="multilevel"/>
    <w:tmpl w:val="862840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FA54DC1"/>
    <w:multiLevelType w:val="multilevel"/>
    <w:tmpl w:val="7A604C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FAA1E87"/>
    <w:multiLevelType w:val="multilevel"/>
    <w:tmpl w:val="B12C93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19C37F3"/>
    <w:multiLevelType w:val="multilevel"/>
    <w:tmpl w:val="56A697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3960C06"/>
    <w:multiLevelType w:val="multilevel"/>
    <w:tmpl w:val="E6F86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4426520"/>
    <w:multiLevelType w:val="multilevel"/>
    <w:tmpl w:val="986250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48D1D38"/>
    <w:multiLevelType w:val="multilevel"/>
    <w:tmpl w:val="6DCCCC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5F9336A"/>
    <w:multiLevelType w:val="hybridMultilevel"/>
    <w:tmpl w:val="87C4E7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16491CF3"/>
    <w:multiLevelType w:val="multilevel"/>
    <w:tmpl w:val="B4DE4F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A020758"/>
    <w:multiLevelType w:val="multilevel"/>
    <w:tmpl w:val="C49080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E74085D"/>
    <w:multiLevelType w:val="multilevel"/>
    <w:tmpl w:val="F1CE0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0215819"/>
    <w:multiLevelType w:val="multilevel"/>
    <w:tmpl w:val="129E89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0D1CA8"/>
    <w:multiLevelType w:val="hybridMultilevel"/>
    <w:tmpl w:val="235244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21404FC3"/>
    <w:multiLevelType w:val="multilevel"/>
    <w:tmpl w:val="597EC4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3C905AA"/>
    <w:multiLevelType w:val="multilevel"/>
    <w:tmpl w:val="F8F0B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40C207B"/>
    <w:multiLevelType w:val="multilevel"/>
    <w:tmpl w:val="825C8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43E0861"/>
    <w:multiLevelType w:val="multilevel"/>
    <w:tmpl w:val="652831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4841531"/>
    <w:multiLevelType w:val="multilevel"/>
    <w:tmpl w:val="431A8F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9B00F4"/>
    <w:multiLevelType w:val="multilevel"/>
    <w:tmpl w:val="7ACC6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9320B46"/>
    <w:multiLevelType w:val="hybridMultilevel"/>
    <w:tmpl w:val="53D2248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7" w15:restartNumberingAfterBreak="0">
    <w:nsid w:val="2C474AF8"/>
    <w:multiLevelType w:val="multilevel"/>
    <w:tmpl w:val="BE764F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D8452F8"/>
    <w:multiLevelType w:val="multilevel"/>
    <w:tmpl w:val="7B8C4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E2F0BB0"/>
    <w:multiLevelType w:val="multilevel"/>
    <w:tmpl w:val="184207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EB2265A"/>
    <w:multiLevelType w:val="multilevel"/>
    <w:tmpl w:val="10086C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301B36DB"/>
    <w:multiLevelType w:val="multilevel"/>
    <w:tmpl w:val="4C642D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4415B33"/>
    <w:multiLevelType w:val="hybridMultilevel"/>
    <w:tmpl w:val="D3F6FF7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34ED13B6"/>
    <w:multiLevelType w:val="multilevel"/>
    <w:tmpl w:val="AD8693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5931306"/>
    <w:multiLevelType w:val="multilevel"/>
    <w:tmpl w:val="F5569F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6092A81"/>
    <w:multiLevelType w:val="hybridMultilevel"/>
    <w:tmpl w:val="9522C51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3A580EF8"/>
    <w:multiLevelType w:val="multilevel"/>
    <w:tmpl w:val="EA8E10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C1E100B"/>
    <w:multiLevelType w:val="hybridMultilevel"/>
    <w:tmpl w:val="3BCA042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3D563CBB"/>
    <w:multiLevelType w:val="multilevel"/>
    <w:tmpl w:val="04AEC8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DC97B3E"/>
    <w:multiLevelType w:val="hybridMultilevel"/>
    <w:tmpl w:val="128616BE"/>
    <w:lvl w:ilvl="0" w:tplc="CD0603E4">
      <w:start w:val="1"/>
      <w:numFmt w:val="bullet"/>
      <w:pStyle w:val="opombapika"/>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3F887F3D"/>
    <w:multiLevelType w:val="multilevel"/>
    <w:tmpl w:val="1E8A17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40955D2B"/>
    <w:multiLevelType w:val="hybridMultilevel"/>
    <w:tmpl w:val="F368626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15:restartNumberingAfterBreak="0">
    <w:nsid w:val="419E0037"/>
    <w:multiLevelType w:val="multilevel"/>
    <w:tmpl w:val="D9727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42502FF5"/>
    <w:multiLevelType w:val="hybridMultilevel"/>
    <w:tmpl w:val="1F9E79B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15:restartNumberingAfterBreak="0">
    <w:nsid w:val="43376637"/>
    <w:multiLevelType w:val="multilevel"/>
    <w:tmpl w:val="2070B9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449267B0"/>
    <w:multiLevelType w:val="multilevel"/>
    <w:tmpl w:val="1A988C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44D279CF"/>
    <w:multiLevelType w:val="multilevel"/>
    <w:tmpl w:val="A7E0B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6D343C4"/>
    <w:multiLevelType w:val="multilevel"/>
    <w:tmpl w:val="FD264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8970C06"/>
    <w:multiLevelType w:val="multilevel"/>
    <w:tmpl w:val="CD561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9FD2B89"/>
    <w:multiLevelType w:val="multilevel"/>
    <w:tmpl w:val="A4D06D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AF14C64"/>
    <w:multiLevelType w:val="multilevel"/>
    <w:tmpl w:val="BFC8F7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D9D5241"/>
    <w:multiLevelType w:val="multilevel"/>
    <w:tmpl w:val="925EB7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50657DF8"/>
    <w:multiLevelType w:val="multilevel"/>
    <w:tmpl w:val="E06AB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50FA5D53"/>
    <w:multiLevelType w:val="multilevel"/>
    <w:tmpl w:val="F44E1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521777D3"/>
    <w:multiLevelType w:val="multilevel"/>
    <w:tmpl w:val="5AB426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52FB4023"/>
    <w:multiLevelType w:val="multilevel"/>
    <w:tmpl w:val="866ED5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564B4EF0"/>
    <w:multiLevelType w:val="multilevel"/>
    <w:tmpl w:val="03949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569C6869"/>
    <w:multiLevelType w:val="multilevel"/>
    <w:tmpl w:val="A2DC72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57216010"/>
    <w:multiLevelType w:val="multilevel"/>
    <w:tmpl w:val="359637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59B719AB"/>
    <w:multiLevelType w:val="multilevel"/>
    <w:tmpl w:val="C4488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A681DC6"/>
    <w:multiLevelType w:val="multilevel"/>
    <w:tmpl w:val="D5A6C3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5B702F26"/>
    <w:multiLevelType w:val="multilevel"/>
    <w:tmpl w:val="0FE2C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DFF4DCF"/>
    <w:multiLevelType w:val="multilevel"/>
    <w:tmpl w:val="907ED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601019B9"/>
    <w:multiLevelType w:val="multilevel"/>
    <w:tmpl w:val="10E0BD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61665C16"/>
    <w:multiLevelType w:val="multilevel"/>
    <w:tmpl w:val="1CFE99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649D29FB"/>
    <w:multiLevelType w:val="multilevel"/>
    <w:tmpl w:val="7EC60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66440D60"/>
    <w:multiLevelType w:val="hybridMultilevel"/>
    <w:tmpl w:val="4BCE940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7" w15:restartNumberingAfterBreak="0">
    <w:nsid w:val="673E07FA"/>
    <w:multiLevelType w:val="multilevel"/>
    <w:tmpl w:val="427878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68F55647"/>
    <w:multiLevelType w:val="multilevel"/>
    <w:tmpl w:val="524CB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6A2C6A3C"/>
    <w:multiLevelType w:val="multilevel"/>
    <w:tmpl w:val="C0C027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6AE47E65"/>
    <w:multiLevelType w:val="multilevel"/>
    <w:tmpl w:val="59CA02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6F9755AA"/>
    <w:multiLevelType w:val="multilevel"/>
    <w:tmpl w:val="3CC0EC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6FB2517F"/>
    <w:multiLevelType w:val="multilevel"/>
    <w:tmpl w:val="787A5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6FBC547B"/>
    <w:multiLevelType w:val="multilevel"/>
    <w:tmpl w:val="7586F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70594D9E"/>
    <w:multiLevelType w:val="hybridMultilevel"/>
    <w:tmpl w:val="FD88F8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5" w15:restartNumberingAfterBreak="0">
    <w:nsid w:val="706F20B6"/>
    <w:multiLevelType w:val="multilevel"/>
    <w:tmpl w:val="386270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708A2AB7"/>
    <w:multiLevelType w:val="multilevel"/>
    <w:tmpl w:val="CFCEA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732C2D86"/>
    <w:multiLevelType w:val="hybridMultilevel"/>
    <w:tmpl w:val="73B6A79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8" w15:restartNumberingAfterBreak="0">
    <w:nsid w:val="76BA0167"/>
    <w:multiLevelType w:val="multilevel"/>
    <w:tmpl w:val="E88C0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772351FD"/>
    <w:multiLevelType w:val="multilevel"/>
    <w:tmpl w:val="2BDCDD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792C530B"/>
    <w:multiLevelType w:val="multilevel"/>
    <w:tmpl w:val="085C3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7943498C"/>
    <w:multiLevelType w:val="multilevel"/>
    <w:tmpl w:val="85AEC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7B246533"/>
    <w:multiLevelType w:val="multilevel"/>
    <w:tmpl w:val="43BABC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7B967646"/>
    <w:multiLevelType w:val="multilevel"/>
    <w:tmpl w:val="40CE6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7CA04881"/>
    <w:multiLevelType w:val="multilevel"/>
    <w:tmpl w:val="8A380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7DF87501"/>
    <w:multiLevelType w:val="multilevel"/>
    <w:tmpl w:val="D830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7E776977"/>
    <w:multiLevelType w:val="multilevel"/>
    <w:tmpl w:val="8F0EA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10"/>
  </w:num>
  <w:num w:numId="8">
    <w:abstractNumId w:val="71"/>
  </w:num>
  <w:num w:numId="9">
    <w:abstractNumId w:val="69"/>
  </w:num>
  <w:num w:numId="10">
    <w:abstractNumId w:val="96"/>
  </w:num>
  <w:num w:numId="11">
    <w:abstractNumId w:val="11"/>
  </w:num>
  <w:num w:numId="12">
    <w:abstractNumId w:val="66"/>
  </w:num>
  <w:num w:numId="13">
    <w:abstractNumId w:val="56"/>
  </w:num>
  <w:num w:numId="14">
    <w:abstractNumId w:val="93"/>
  </w:num>
  <w:num w:numId="15">
    <w:abstractNumId w:val="95"/>
  </w:num>
  <w:num w:numId="16">
    <w:abstractNumId w:val="32"/>
  </w:num>
  <w:num w:numId="17">
    <w:abstractNumId w:val="27"/>
  </w:num>
  <w:num w:numId="18">
    <w:abstractNumId w:val="75"/>
  </w:num>
  <w:num w:numId="19">
    <w:abstractNumId w:val="94"/>
  </w:num>
  <w:num w:numId="20">
    <w:abstractNumId w:val="91"/>
  </w:num>
  <w:num w:numId="21">
    <w:abstractNumId w:val="35"/>
  </w:num>
  <w:num w:numId="22">
    <w:abstractNumId w:val="88"/>
  </w:num>
  <w:num w:numId="23">
    <w:abstractNumId w:val="52"/>
  </w:num>
  <w:num w:numId="24">
    <w:abstractNumId w:val="13"/>
  </w:num>
  <w:num w:numId="25">
    <w:abstractNumId w:val="78"/>
  </w:num>
  <w:num w:numId="26">
    <w:abstractNumId w:val="57"/>
  </w:num>
  <w:num w:numId="27">
    <w:abstractNumId w:val="21"/>
  </w:num>
  <w:num w:numId="28">
    <w:abstractNumId w:val="63"/>
  </w:num>
  <w:num w:numId="29">
    <w:abstractNumId w:val="29"/>
  </w:num>
  <w:num w:numId="30">
    <w:abstractNumId w:val="15"/>
  </w:num>
  <w:num w:numId="31">
    <w:abstractNumId w:val="45"/>
  </w:num>
  <w:num w:numId="32">
    <w:abstractNumId w:val="51"/>
  </w:num>
  <w:num w:numId="33">
    <w:abstractNumId w:val="24"/>
  </w:num>
  <w:num w:numId="34">
    <w:abstractNumId w:val="36"/>
  </w:num>
  <w:num w:numId="35">
    <w:abstractNumId w:val="87"/>
  </w:num>
  <w:num w:numId="36">
    <w:abstractNumId w:val="84"/>
  </w:num>
  <w:num w:numId="37">
    <w:abstractNumId w:val="76"/>
  </w:num>
  <w:num w:numId="38">
    <w:abstractNumId w:val="42"/>
  </w:num>
  <w:num w:numId="39">
    <w:abstractNumId w:val="47"/>
  </w:num>
  <w:num w:numId="40">
    <w:abstractNumId w:val="53"/>
  </w:num>
  <w:num w:numId="41">
    <w:abstractNumId w:val="16"/>
  </w:num>
  <w:num w:numId="42">
    <w:abstractNumId w:val="83"/>
  </w:num>
  <w:num w:numId="43">
    <w:abstractNumId w:val="38"/>
  </w:num>
  <w:num w:numId="44">
    <w:abstractNumId w:val="58"/>
  </w:num>
  <w:num w:numId="45">
    <w:abstractNumId w:val="72"/>
  </w:num>
  <w:num w:numId="46">
    <w:abstractNumId w:val="82"/>
  </w:num>
  <w:num w:numId="47">
    <w:abstractNumId w:val="31"/>
  </w:num>
  <w:num w:numId="48">
    <w:abstractNumId w:val="86"/>
  </w:num>
  <w:num w:numId="49">
    <w:abstractNumId w:val="90"/>
  </w:num>
  <w:num w:numId="50">
    <w:abstractNumId w:val="62"/>
  </w:num>
  <w:num w:numId="51">
    <w:abstractNumId w:val="68"/>
  </w:num>
  <w:num w:numId="52">
    <w:abstractNumId w:val="19"/>
  </w:num>
  <w:num w:numId="53">
    <w:abstractNumId w:val="67"/>
  </w:num>
  <w:num w:numId="54">
    <w:abstractNumId w:val="59"/>
  </w:num>
  <w:num w:numId="55">
    <w:abstractNumId w:val="44"/>
  </w:num>
  <w:num w:numId="56">
    <w:abstractNumId w:val="6"/>
  </w:num>
  <w:num w:numId="57">
    <w:abstractNumId w:val="22"/>
  </w:num>
  <w:num w:numId="58">
    <w:abstractNumId w:val="20"/>
  </w:num>
  <w:num w:numId="59">
    <w:abstractNumId w:val="65"/>
  </w:num>
  <w:num w:numId="60">
    <w:abstractNumId w:val="37"/>
  </w:num>
  <w:num w:numId="61">
    <w:abstractNumId w:val="55"/>
  </w:num>
  <w:num w:numId="62">
    <w:abstractNumId w:val="40"/>
  </w:num>
  <w:num w:numId="63">
    <w:abstractNumId w:val="61"/>
  </w:num>
  <w:num w:numId="64">
    <w:abstractNumId w:val="50"/>
  </w:num>
  <w:num w:numId="65">
    <w:abstractNumId w:val="23"/>
  </w:num>
  <w:num w:numId="66">
    <w:abstractNumId w:val="9"/>
  </w:num>
  <w:num w:numId="67">
    <w:abstractNumId w:val="12"/>
  </w:num>
  <w:num w:numId="68">
    <w:abstractNumId w:val="43"/>
  </w:num>
  <w:num w:numId="69">
    <w:abstractNumId w:val="30"/>
  </w:num>
  <w:num w:numId="70">
    <w:abstractNumId w:val="14"/>
  </w:num>
  <w:num w:numId="71">
    <w:abstractNumId w:val="25"/>
  </w:num>
  <w:num w:numId="72">
    <w:abstractNumId w:val="73"/>
  </w:num>
  <w:num w:numId="73">
    <w:abstractNumId w:val="77"/>
  </w:num>
  <w:num w:numId="74">
    <w:abstractNumId w:val="54"/>
  </w:num>
  <w:num w:numId="75">
    <w:abstractNumId w:val="17"/>
  </w:num>
  <w:num w:numId="76">
    <w:abstractNumId w:val="80"/>
  </w:num>
  <w:num w:numId="77">
    <w:abstractNumId w:val="85"/>
  </w:num>
  <w:num w:numId="78">
    <w:abstractNumId w:val="64"/>
  </w:num>
  <w:num w:numId="79">
    <w:abstractNumId w:val="60"/>
  </w:num>
  <w:num w:numId="80">
    <w:abstractNumId w:val="41"/>
  </w:num>
  <w:num w:numId="81">
    <w:abstractNumId w:val="7"/>
  </w:num>
  <w:num w:numId="82">
    <w:abstractNumId w:val="79"/>
  </w:num>
  <w:num w:numId="83">
    <w:abstractNumId w:val="48"/>
  </w:num>
  <w:num w:numId="84">
    <w:abstractNumId w:val="34"/>
  </w:num>
  <w:num w:numId="85">
    <w:abstractNumId w:val="26"/>
  </w:num>
  <w:num w:numId="86">
    <w:abstractNumId w:val="92"/>
  </w:num>
  <w:num w:numId="87">
    <w:abstractNumId w:val="74"/>
  </w:num>
  <w:num w:numId="88">
    <w:abstractNumId w:val="28"/>
  </w:num>
  <w:num w:numId="89">
    <w:abstractNumId w:val="81"/>
  </w:num>
  <w:num w:numId="90">
    <w:abstractNumId w:val="46"/>
  </w:num>
  <w:num w:numId="91">
    <w:abstractNumId w:val="39"/>
  </w:num>
  <w:num w:numId="92">
    <w:abstractNumId w:val="70"/>
  </w:num>
  <w:num w:numId="93">
    <w:abstractNumId w:val="33"/>
  </w:num>
  <w:num w:numId="94">
    <w:abstractNumId w:val="8"/>
  </w:num>
  <w:num w:numId="95">
    <w:abstractNumId w:val="18"/>
  </w:num>
  <w:num w:numId="96">
    <w:abstractNumId w:val="89"/>
  </w:num>
  <w:num w:numId="97">
    <w:abstractNumId w:val="49"/>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gutterAtTop/>
  <w:hideSpellingErrors/>
  <w:proofState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594"/>
    <w:rsid w:val="000248AF"/>
    <w:rsid w:val="00024920"/>
    <w:rsid w:val="00034616"/>
    <w:rsid w:val="0006063C"/>
    <w:rsid w:val="000701B5"/>
    <w:rsid w:val="000B6F09"/>
    <w:rsid w:val="00114ACC"/>
    <w:rsid w:val="001223C7"/>
    <w:rsid w:val="001350B7"/>
    <w:rsid w:val="00140B45"/>
    <w:rsid w:val="0015074B"/>
    <w:rsid w:val="001C05F7"/>
    <w:rsid w:val="001E0FD4"/>
    <w:rsid w:val="001F4EAB"/>
    <w:rsid w:val="001F500C"/>
    <w:rsid w:val="001F7CF4"/>
    <w:rsid w:val="002024F7"/>
    <w:rsid w:val="00237A00"/>
    <w:rsid w:val="002928C0"/>
    <w:rsid w:val="0029639D"/>
    <w:rsid w:val="002B5A0D"/>
    <w:rsid w:val="00326F90"/>
    <w:rsid w:val="00347264"/>
    <w:rsid w:val="0035353A"/>
    <w:rsid w:val="003701EC"/>
    <w:rsid w:val="003834FA"/>
    <w:rsid w:val="003835D5"/>
    <w:rsid w:val="003A4D34"/>
    <w:rsid w:val="003F7AFA"/>
    <w:rsid w:val="00431F3E"/>
    <w:rsid w:val="004337A0"/>
    <w:rsid w:val="00443271"/>
    <w:rsid w:val="00454578"/>
    <w:rsid w:val="004611C8"/>
    <w:rsid w:val="00486CA7"/>
    <w:rsid w:val="004C4E30"/>
    <w:rsid w:val="004C5352"/>
    <w:rsid w:val="005503A8"/>
    <w:rsid w:val="00581523"/>
    <w:rsid w:val="00632B98"/>
    <w:rsid w:val="00634B76"/>
    <w:rsid w:val="006715E9"/>
    <w:rsid w:val="00677C99"/>
    <w:rsid w:val="006A154E"/>
    <w:rsid w:val="006A4E53"/>
    <w:rsid w:val="006C7B1D"/>
    <w:rsid w:val="006D44F7"/>
    <w:rsid w:val="00721F54"/>
    <w:rsid w:val="00792010"/>
    <w:rsid w:val="007A63AA"/>
    <w:rsid w:val="007D1D0C"/>
    <w:rsid w:val="007F7938"/>
    <w:rsid w:val="00810FA9"/>
    <w:rsid w:val="008639CF"/>
    <w:rsid w:val="0087064C"/>
    <w:rsid w:val="008B1B72"/>
    <w:rsid w:val="008C16D9"/>
    <w:rsid w:val="008C77C7"/>
    <w:rsid w:val="008D3FBC"/>
    <w:rsid w:val="008F3332"/>
    <w:rsid w:val="009020C3"/>
    <w:rsid w:val="00993A45"/>
    <w:rsid w:val="009A524C"/>
    <w:rsid w:val="00A128C9"/>
    <w:rsid w:val="00A162B4"/>
    <w:rsid w:val="00A45FBA"/>
    <w:rsid w:val="00A56CF5"/>
    <w:rsid w:val="00A656D9"/>
    <w:rsid w:val="00A65971"/>
    <w:rsid w:val="00A92B12"/>
    <w:rsid w:val="00AA1D8D"/>
    <w:rsid w:val="00AE21C9"/>
    <w:rsid w:val="00AF044E"/>
    <w:rsid w:val="00AF234B"/>
    <w:rsid w:val="00AF2354"/>
    <w:rsid w:val="00B13099"/>
    <w:rsid w:val="00B15F7C"/>
    <w:rsid w:val="00B47730"/>
    <w:rsid w:val="00B53771"/>
    <w:rsid w:val="00B65E50"/>
    <w:rsid w:val="00BF7FFA"/>
    <w:rsid w:val="00CA36E9"/>
    <w:rsid w:val="00CB0664"/>
    <w:rsid w:val="00CB3EF9"/>
    <w:rsid w:val="00CF2B9C"/>
    <w:rsid w:val="00D10921"/>
    <w:rsid w:val="00D537CD"/>
    <w:rsid w:val="00DA6F54"/>
    <w:rsid w:val="00DF3E45"/>
    <w:rsid w:val="00DF5041"/>
    <w:rsid w:val="00E00425"/>
    <w:rsid w:val="00E01B93"/>
    <w:rsid w:val="00E409C7"/>
    <w:rsid w:val="00E42338"/>
    <w:rsid w:val="00E76194"/>
    <w:rsid w:val="00EA4E60"/>
    <w:rsid w:val="00EC008A"/>
    <w:rsid w:val="00EC6695"/>
    <w:rsid w:val="00EF4415"/>
    <w:rsid w:val="00F468AA"/>
    <w:rsid w:val="00F5283B"/>
    <w:rsid w:val="00F875A9"/>
    <w:rsid w:val="00FA78A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DD56FF4"/>
  <w14:defaultImageDpi w14:val="300"/>
  <w15:docId w15:val="{40E02C8C-28BF-4B04-8073-A5087A678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aliases w:val="razredi"/>
    <w:qFormat/>
    <w:rsid w:val="00CA36E9"/>
    <w:pPr>
      <w:tabs>
        <w:tab w:val="left" w:pos="907"/>
      </w:tabs>
      <w:spacing w:after="60" w:line="240" w:lineRule="auto"/>
      <w:ind w:left="907" w:hanging="907"/>
    </w:pPr>
    <w:rPr>
      <w:rFonts w:ascii="Arial" w:hAnsi="Arial"/>
      <w:sz w:val="18"/>
    </w:rPr>
  </w:style>
  <w:style w:type="paragraph" w:styleId="Naslov1">
    <w:name w:val="heading 1"/>
    <w:basedOn w:val="Navaden"/>
    <w:next w:val="Navaden"/>
    <w:link w:val="Naslov1Znak"/>
    <w:uiPriority w:val="9"/>
    <w:qFormat/>
    <w:rsid w:val="007F7938"/>
    <w:pPr>
      <w:keepNext/>
      <w:keepLines/>
      <w:pBdr>
        <w:top w:val="single" w:sz="4" w:space="10" w:color="auto"/>
      </w:pBdr>
      <w:spacing w:before="840"/>
      <w:outlineLvl w:val="0"/>
    </w:pPr>
    <w:rPr>
      <w:rFonts w:eastAsiaTheme="majorEastAsia" w:cstheme="majorBidi"/>
      <w:b/>
      <w:bCs/>
      <w:color w:val="000000" w:themeColor="text1"/>
      <w:sz w:val="22"/>
      <w:szCs w:val="28"/>
    </w:rPr>
  </w:style>
  <w:style w:type="paragraph" w:styleId="Naslov2">
    <w:name w:val="heading 2"/>
    <w:basedOn w:val="Navaden"/>
    <w:next w:val="Navaden"/>
    <w:link w:val="Naslov2Znak"/>
    <w:uiPriority w:val="9"/>
    <w:unhideWhenUsed/>
    <w:qFormat/>
    <w:rsid w:val="007F7938"/>
    <w:pPr>
      <w:keepNext/>
      <w:keepLines/>
      <w:spacing w:before="120" w:after="240" w:line="252" w:lineRule="auto"/>
      <w:ind w:left="0" w:firstLine="0"/>
      <w:jc w:val="both"/>
      <w:outlineLvl w:val="1"/>
    </w:pPr>
    <w:rPr>
      <w:rFonts w:eastAsiaTheme="majorEastAsia" w:cstheme="majorBidi"/>
      <w:b/>
      <w:bCs/>
      <w:color w:val="000000" w:themeColor="text1"/>
      <w:sz w:val="20"/>
      <w:szCs w:val="26"/>
    </w:rPr>
  </w:style>
  <w:style w:type="paragraph" w:styleId="Naslov3">
    <w:name w:val="heading 3"/>
    <w:basedOn w:val="Navaden"/>
    <w:next w:val="Navaden"/>
    <w:link w:val="Naslov3Znak"/>
    <w:uiPriority w:val="9"/>
    <w:unhideWhenUsed/>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slov9">
    <w:name w:val="heading 9"/>
    <w:basedOn w:val="Navaden"/>
    <w:next w:val="Navaden"/>
    <w:link w:val="Naslov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after="0"/>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after="0"/>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7F7938"/>
    <w:rPr>
      <w:rFonts w:ascii="Arial" w:eastAsiaTheme="majorEastAsia" w:hAnsi="Arial" w:cstheme="majorBidi"/>
      <w:b/>
      <w:bCs/>
      <w:color w:val="000000" w:themeColor="text1"/>
      <w:szCs w:val="28"/>
    </w:rPr>
  </w:style>
  <w:style w:type="character" w:customStyle="1" w:styleId="Naslov2Znak">
    <w:name w:val="Naslov 2 Znak"/>
    <w:basedOn w:val="Privzetapisavaodstavka"/>
    <w:link w:val="Naslov2"/>
    <w:uiPriority w:val="9"/>
    <w:rsid w:val="007F7938"/>
    <w:rPr>
      <w:rFonts w:ascii="Arial" w:eastAsiaTheme="majorEastAsia" w:hAnsi="Arial" w:cstheme="majorBidi"/>
      <w:b/>
      <w:bCs/>
      <w:color w:val="000000" w:themeColor="text1"/>
      <w:sz w:val="20"/>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ind w:left="907" w:hanging="907"/>
    </w:pPr>
    <w:rPr>
      <w:rFonts w:asciiTheme="majorHAnsi" w:eastAsiaTheme="majorEastAsia" w:hAnsiTheme="majorHAnsi" w:cstheme="majorBidi"/>
      <w:i/>
      <w:iCs/>
      <w:color w:val="4F81BD" w:themeColor="accent1"/>
      <w:spacing w:val="15"/>
      <w:sz w:val="24"/>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style>
  <w:style w:type="paragraph" w:styleId="Oznaenseznam2">
    <w:name w:val="List Bullet 2"/>
    <w:basedOn w:val="Navaden"/>
    <w:uiPriority w:val="99"/>
    <w:unhideWhenUsed/>
    <w:rsid w:val="00326F90"/>
    <w:pPr>
      <w:numPr>
        <w:numId w:val="2"/>
      </w:numPr>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4"/>
      </w:numPr>
      <w:contextualSpacing/>
    </w:pPr>
  </w:style>
  <w:style w:type="paragraph" w:styleId="Otevilenseznam2">
    <w:name w:val="List Number 2"/>
    <w:basedOn w:val="Navaden"/>
    <w:uiPriority w:val="99"/>
    <w:unhideWhenUsed/>
    <w:rsid w:val="0029639D"/>
    <w:pPr>
      <w:numPr>
        <w:numId w:val="5"/>
      </w:numPr>
      <w:contextualSpacing/>
    </w:pPr>
  </w:style>
  <w:style w:type="paragraph" w:styleId="Otevilenseznam3">
    <w:name w:val="List Number 3"/>
    <w:basedOn w:val="Navaden"/>
    <w:uiPriority w:val="99"/>
    <w:unhideWhenUsed/>
    <w:rsid w:val="0029639D"/>
    <w:pPr>
      <w:numPr>
        <w:numId w:val="6"/>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rPr>
      <w:b/>
      <w:bCs/>
      <w:color w:val="4F81BD" w:themeColor="accent1"/>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semiHidden/>
    <w:unhideWhenUsed/>
    <w:qFormat/>
    <w:rsid w:val="00FC693F"/>
    <w:pPr>
      <w:outlineLvl w:val="9"/>
    </w:pPr>
  </w:style>
  <w:style w:type="table" w:styleId="Tabelamrea">
    <w:name w:val="Table Grid"/>
    <w:basedOn w:val="Navadnatabela"/>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opomba">
    <w:name w:val="opomba"/>
    <w:basedOn w:val="Navaden"/>
    <w:link w:val="opombaChar"/>
    <w:qFormat/>
    <w:rsid w:val="00AF234B"/>
    <w:pPr>
      <w:widowControl w:val="0"/>
      <w:spacing w:before="60" w:after="120" w:line="252" w:lineRule="auto"/>
      <w:ind w:left="0" w:firstLine="0"/>
    </w:pPr>
    <w:rPr>
      <w:rFonts w:eastAsia="Times New Roman" w:cs="Arial"/>
      <w:bCs/>
      <w:i/>
      <w:sz w:val="20"/>
      <w:szCs w:val="20"/>
      <w:lang w:val="sl-SI" w:eastAsia="sl-SI"/>
    </w:rPr>
  </w:style>
  <w:style w:type="paragraph" w:customStyle="1" w:styleId="opombapika">
    <w:name w:val="opomba pika"/>
    <w:basedOn w:val="opomba"/>
    <w:link w:val="opombapikaChar"/>
    <w:autoRedefine/>
    <w:qFormat/>
    <w:rsid w:val="008C16D9"/>
    <w:pPr>
      <w:keepLines/>
      <w:widowControl/>
      <w:numPr>
        <w:numId w:val="97"/>
      </w:numPr>
      <w:spacing w:before="0" w:after="60"/>
      <w:ind w:left="227" w:hanging="227"/>
    </w:pPr>
    <w:rPr>
      <w:spacing w:val="-6"/>
    </w:rPr>
  </w:style>
  <w:style w:type="character" w:customStyle="1" w:styleId="opombaChar">
    <w:name w:val="opomba Char"/>
    <w:basedOn w:val="Privzetapisavaodstavka"/>
    <w:link w:val="opomba"/>
    <w:rsid w:val="00AF234B"/>
    <w:rPr>
      <w:rFonts w:ascii="Arial" w:eastAsia="Times New Roman" w:hAnsi="Arial" w:cs="Arial"/>
      <w:bCs/>
      <w:i/>
      <w:sz w:val="20"/>
      <w:szCs w:val="20"/>
      <w:lang w:val="sl-SI" w:eastAsia="sl-SI"/>
    </w:rPr>
  </w:style>
  <w:style w:type="character" w:customStyle="1" w:styleId="opombapikaChar">
    <w:name w:val="opomba pika Char"/>
    <w:basedOn w:val="opombaChar"/>
    <w:link w:val="opombapika"/>
    <w:rsid w:val="008C16D9"/>
    <w:rPr>
      <w:rFonts w:ascii="Arial" w:eastAsia="Times New Roman" w:hAnsi="Arial" w:cs="Arial"/>
      <w:bCs/>
      <w:i/>
      <w:spacing w:val="-6"/>
      <w:sz w:val="20"/>
      <w:szCs w:val="20"/>
      <w:lang w:val="sl-SI" w:eastAsia="sl-SI"/>
    </w:rPr>
  </w:style>
  <w:style w:type="paragraph" w:customStyle="1" w:styleId="NASLOV0">
    <w:name w:val="NASLOV"/>
    <w:link w:val="NASLOVChar"/>
    <w:qFormat/>
    <w:rsid w:val="00E00425"/>
    <w:pPr>
      <w:spacing w:before="1200" w:after="720" w:line="288" w:lineRule="auto"/>
      <w:jc w:val="center"/>
    </w:pPr>
    <w:rPr>
      <w:rFonts w:ascii="Arial" w:eastAsiaTheme="majorEastAsia" w:hAnsi="Arial" w:cstheme="majorBidi"/>
      <w:b/>
      <w:bCs/>
      <w:color w:val="000000" w:themeColor="text1"/>
      <w:sz w:val="32"/>
      <w:szCs w:val="28"/>
      <w:lang w:val="sl-SI"/>
    </w:rPr>
  </w:style>
  <w:style w:type="character" w:customStyle="1" w:styleId="NASLOVChar">
    <w:name w:val="NASLOV Char"/>
    <w:basedOn w:val="Privzetapisavaodstavka"/>
    <w:link w:val="NASLOV0"/>
    <w:rsid w:val="00E00425"/>
    <w:rPr>
      <w:rFonts w:ascii="Arial" w:eastAsiaTheme="majorEastAsia" w:hAnsi="Arial" w:cstheme="majorBidi"/>
      <w:b/>
      <w:bCs/>
      <w:color w:val="000000" w:themeColor="text1"/>
      <w:sz w:val="32"/>
      <w:szCs w:val="2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709088">
      <w:bodyDiv w:val="1"/>
      <w:marLeft w:val="0"/>
      <w:marRight w:val="0"/>
      <w:marTop w:val="0"/>
      <w:marBottom w:val="0"/>
      <w:divBdr>
        <w:top w:val="none" w:sz="0" w:space="0" w:color="auto"/>
        <w:left w:val="none" w:sz="0" w:space="0" w:color="auto"/>
        <w:bottom w:val="none" w:sz="0" w:space="0" w:color="auto"/>
        <w:right w:val="none" w:sz="0" w:space="0" w:color="auto"/>
      </w:divBdr>
    </w:div>
    <w:div w:id="229004677">
      <w:bodyDiv w:val="1"/>
      <w:marLeft w:val="0"/>
      <w:marRight w:val="0"/>
      <w:marTop w:val="0"/>
      <w:marBottom w:val="0"/>
      <w:divBdr>
        <w:top w:val="none" w:sz="0" w:space="0" w:color="auto"/>
        <w:left w:val="none" w:sz="0" w:space="0" w:color="auto"/>
        <w:bottom w:val="none" w:sz="0" w:space="0" w:color="auto"/>
        <w:right w:val="none" w:sz="0" w:space="0" w:color="auto"/>
      </w:divBdr>
    </w:div>
    <w:div w:id="389689006">
      <w:bodyDiv w:val="1"/>
      <w:marLeft w:val="0"/>
      <w:marRight w:val="0"/>
      <w:marTop w:val="0"/>
      <w:marBottom w:val="0"/>
      <w:divBdr>
        <w:top w:val="none" w:sz="0" w:space="0" w:color="auto"/>
        <w:left w:val="none" w:sz="0" w:space="0" w:color="auto"/>
        <w:bottom w:val="none" w:sz="0" w:space="0" w:color="auto"/>
        <w:right w:val="none" w:sz="0" w:space="0" w:color="auto"/>
      </w:divBdr>
    </w:div>
    <w:div w:id="583144695">
      <w:bodyDiv w:val="1"/>
      <w:marLeft w:val="0"/>
      <w:marRight w:val="0"/>
      <w:marTop w:val="0"/>
      <w:marBottom w:val="0"/>
      <w:divBdr>
        <w:top w:val="none" w:sz="0" w:space="0" w:color="auto"/>
        <w:left w:val="none" w:sz="0" w:space="0" w:color="auto"/>
        <w:bottom w:val="none" w:sz="0" w:space="0" w:color="auto"/>
        <w:right w:val="none" w:sz="0" w:space="0" w:color="auto"/>
      </w:divBdr>
    </w:div>
    <w:div w:id="847017532">
      <w:bodyDiv w:val="1"/>
      <w:marLeft w:val="0"/>
      <w:marRight w:val="0"/>
      <w:marTop w:val="0"/>
      <w:marBottom w:val="0"/>
      <w:divBdr>
        <w:top w:val="none" w:sz="0" w:space="0" w:color="auto"/>
        <w:left w:val="none" w:sz="0" w:space="0" w:color="auto"/>
        <w:bottom w:val="none" w:sz="0" w:space="0" w:color="auto"/>
        <w:right w:val="none" w:sz="0" w:space="0" w:color="auto"/>
      </w:divBdr>
    </w:div>
    <w:div w:id="868103703">
      <w:bodyDiv w:val="1"/>
      <w:marLeft w:val="0"/>
      <w:marRight w:val="0"/>
      <w:marTop w:val="0"/>
      <w:marBottom w:val="0"/>
      <w:divBdr>
        <w:top w:val="none" w:sz="0" w:space="0" w:color="auto"/>
        <w:left w:val="none" w:sz="0" w:space="0" w:color="auto"/>
        <w:bottom w:val="none" w:sz="0" w:space="0" w:color="auto"/>
        <w:right w:val="none" w:sz="0" w:space="0" w:color="auto"/>
      </w:divBdr>
    </w:div>
    <w:div w:id="870651775">
      <w:bodyDiv w:val="1"/>
      <w:marLeft w:val="0"/>
      <w:marRight w:val="0"/>
      <w:marTop w:val="0"/>
      <w:marBottom w:val="0"/>
      <w:divBdr>
        <w:top w:val="none" w:sz="0" w:space="0" w:color="auto"/>
        <w:left w:val="none" w:sz="0" w:space="0" w:color="auto"/>
        <w:bottom w:val="none" w:sz="0" w:space="0" w:color="auto"/>
        <w:right w:val="none" w:sz="0" w:space="0" w:color="auto"/>
      </w:divBdr>
    </w:div>
    <w:div w:id="930089318">
      <w:bodyDiv w:val="1"/>
      <w:marLeft w:val="0"/>
      <w:marRight w:val="0"/>
      <w:marTop w:val="0"/>
      <w:marBottom w:val="0"/>
      <w:divBdr>
        <w:top w:val="none" w:sz="0" w:space="0" w:color="auto"/>
        <w:left w:val="none" w:sz="0" w:space="0" w:color="auto"/>
        <w:bottom w:val="none" w:sz="0" w:space="0" w:color="auto"/>
        <w:right w:val="none" w:sz="0" w:space="0" w:color="auto"/>
      </w:divBdr>
    </w:div>
    <w:div w:id="1100219014">
      <w:bodyDiv w:val="1"/>
      <w:marLeft w:val="0"/>
      <w:marRight w:val="0"/>
      <w:marTop w:val="0"/>
      <w:marBottom w:val="0"/>
      <w:divBdr>
        <w:top w:val="none" w:sz="0" w:space="0" w:color="auto"/>
        <w:left w:val="none" w:sz="0" w:space="0" w:color="auto"/>
        <w:bottom w:val="none" w:sz="0" w:space="0" w:color="auto"/>
        <w:right w:val="none" w:sz="0" w:space="0" w:color="auto"/>
      </w:divBdr>
    </w:div>
    <w:div w:id="1119447725">
      <w:bodyDiv w:val="1"/>
      <w:marLeft w:val="0"/>
      <w:marRight w:val="0"/>
      <w:marTop w:val="0"/>
      <w:marBottom w:val="0"/>
      <w:divBdr>
        <w:top w:val="none" w:sz="0" w:space="0" w:color="auto"/>
        <w:left w:val="none" w:sz="0" w:space="0" w:color="auto"/>
        <w:bottom w:val="none" w:sz="0" w:space="0" w:color="auto"/>
        <w:right w:val="none" w:sz="0" w:space="0" w:color="auto"/>
      </w:divBdr>
    </w:div>
    <w:div w:id="1182234360">
      <w:bodyDiv w:val="1"/>
      <w:marLeft w:val="0"/>
      <w:marRight w:val="0"/>
      <w:marTop w:val="0"/>
      <w:marBottom w:val="0"/>
      <w:divBdr>
        <w:top w:val="none" w:sz="0" w:space="0" w:color="auto"/>
        <w:left w:val="none" w:sz="0" w:space="0" w:color="auto"/>
        <w:bottom w:val="none" w:sz="0" w:space="0" w:color="auto"/>
        <w:right w:val="none" w:sz="0" w:space="0" w:color="auto"/>
      </w:divBdr>
    </w:div>
    <w:div w:id="1234389978">
      <w:bodyDiv w:val="1"/>
      <w:marLeft w:val="0"/>
      <w:marRight w:val="0"/>
      <w:marTop w:val="0"/>
      <w:marBottom w:val="0"/>
      <w:divBdr>
        <w:top w:val="none" w:sz="0" w:space="0" w:color="auto"/>
        <w:left w:val="none" w:sz="0" w:space="0" w:color="auto"/>
        <w:bottom w:val="none" w:sz="0" w:space="0" w:color="auto"/>
        <w:right w:val="none" w:sz="0" w:space="0" w:color="auto"/>
      </w:divBdr>
    </w:div>
    <w:div w:id="1325939653">
      <w:bodyDiv w:val="1"/>
      <w:marLeft w:val="0"/>
      <w:marRight w:val="0"/>
      <w:marTop w:val="0"/>
      <w:marBottom w:val="0"/>
      <w:divBdr>
        <w:top w:val="none" w:sz="0" w:space="0" w:color="auto"/>
        <w:left w:val="none" w:sz="0" w:space="0" w:color="auto"/>
        <w:bottom w:val="none" w:sz="0" w:space="0" w:color="auto"/>
        <w:right w:val="none" w:sz="0" w:space="0" w:color="auto"/>
      </w:divBdr>
    </w:div>
    <w:div w:id="1387684849">
      <w:bodyDiv w:val="1"/>
      <w:marLeft w:val="0"/>
      <w:marRight w:val="0"/>
      <w:marTop w:val="0"/>
      <w:marBottom w:val="0"/>
      <w:divBdr>
        <w:top w:val="none" w:sz="0" w:space="0" w:color="auto"/>
        <w:left w:val="none" w:sz="0" w:space="0" w:color="auto"/>
        <w:bottom w:val="none" w:sz="0" w:space="0" w:color="auto"/>
        <w:right w:val="none" w:sz="0" w:space="0" w:color="auto"/>
      </w:divBdr>
    </w:div>
    <w:div w:id="1399790561">
      <w:bodyDiv w:val="1"/>
      <w:marLeft w:val="0"/>
      <w:marRight w:val="0"/>
      <w:marTop w:val="0"/>
      <w:marBottom w:val="0"/>
      <w:divBdr>
        <w:top w:val="none" w:sz="0" w:space="0" w:color="auto"/>
        <w:left w:val="none" w:sz="0" w:space="0" w:color="auto"/>
        <w:bottom w:val="none" w:sz="0" w:space="0" w:color="auto"/>
        <w:right w:val="none" w:sz="0" w:space="0" w:color="auto"/>
      </w:divBdr>
    </w:div>
    <w:div w:id="1413621091">
      <w:bodyDiv w:val="1"/>
      <w:marLeft w:val="0"/>
      <w:marRight w:val="0"/>
      <w:marTop w:val="0"/>
      <w:marBottom w:val="0"/>
      <w:divBdr>
        <w:top w:val="none" w:sz="0" w:space="0" w:color="auto"/>
        <w:left w:val="none" w:sz="0" w:space="0" w:color="auto"/>
        <w:bottom w:val="none" w:sz="0" w:space="0" w:color="auto"/>
        <w:right w:val="none" w:sz="0" w:space="0" w:color="auto"/>
      </w:divBdr>
    </w:div>
    <w:div w:id="1515724831">
      <w:bodyDiv w:val="1"/>
      <w:marLeft w:val="0"/>
      <w:marRight w:val="0"/>
      <w:marTop w:val="0"/>
      <w:marBottom w:val="0"/>
      <w:divBdr>
        <w:top w:val="none" w:sz="0" w:space="0" w:color="auto"/>
        <w:left w:val="none" w:sz="0" w:space="0" w:color="auto"/>
        <w:bottom w:val="none" w:sz="0" w:space="0" w:color="auto"/>
        <w:right w:val="none" w:sz="0" w:space="0" w:color="auto"/>
      </w:divBdr>
    </w:div>
    <w:div w:id="1632786011">
      <w:bodyDiv w:val="1"/>
      <w:marLeft w:val="0"/>
      <w:marRight w:val="0"/>
      <w:marTop w:val="0"/>
      <w:marBottom w:val="0"/>
      <w:divBdr>
        <w:top w:val="none" w:sz="0" w:space="0" w:color="auto"/>
        <w:left w:val="none" w:sz="0" w:space="0" w:color="auto"/>
        <w:bottom w:val="none" w:sz="0" w:space="0" w:color="auto"/>
        <w:right w:val="none" w:sz="0" w:space="0" w:color="auto"/>
      </w:divBdr>
    </w:div>
    <w:div w:id="1748842787">
      <w:bodyDiv w:val="1"/>
      <w:marLeft w:val="0"/>
      <w:marRight w:val="0"/>
      <w:marTop w:val="0"/>
      <w:marBottom w:val="0"/>
      <w:divBdr>
        <w:top w:val="none" w:sz="0" w:space="0" w:color="auto"/>
        <w:left w:val="none" w:sz="0" w:space="0" w:color="auto"/>
        <w:bottom w:val="none" w:sz="0" w:space="0" w:color="auto"/>
        <w:right w:val="none" w:sz="0" w:space="0" w:color="auto"/>
      </w:divBdr>
    </w:div>
    <w:div w:id="1840343463">
      <w:bodyDiv w:val="1"/>
      <w:marLeft w:val="0"/>
      <w:marRight w:val="0"/>
      <w:marTop w:val="0"/>
      <w:marBottom w:val="0"/>
      <w:divBdr>
        <w:top w:val="none" w:sz="0" w:space="0" w:color="auto"/>
        <w:left w:val="none" w:sz="0" w:space="0" w:color="auto"/>
        <w:bottom w:val="none" w:sz="0" w:space="0" w:color="auto"/>
        <w:right w:val="none" w:sz="0" w:space="0" w:color="auto"/>
      </w:divBdr>
    </w:div>
    <w:div w:id="1898517143">
      <w:bodyDiv w:val="1"/>
      <w:marLeft w:val="0"/>
      <w:marRight w:val="0"/>
      <w:marTop w:val="0"/>
      <w:marBottom w:val="0"/>
      <w:divBdr>
        <w:top w:val="none" w:sz="0" w:space="0" w:color="auto"/>
        <w:left w:val="none" w:sz="0" w:space="0" w:color="auto"/>
        <w:bottom w:val="none" w:sz="0" w:space="0" w:color="auto"/>
        <w:right w:val="none" w:sz="0" w:space="0" w:color="auto"/>
      </w:divBdr>
    </w:div>
    <w:div w:id="1975258115">
      <w:bodyDiv w:val="1"/>
      <w:marLeft w:val="0"/>
      <w:marRight w:val="0"/>
      <w:marTop w:val="0"/>
      <w:marBottom w:val="0"/>
      <w:divBdr>
        <w:top w:val="none" w:sz="0" w:space="0" w:color="auto"/>
        <w:left w:val="none" w:sz="0" w:space="0" w:color="auto"/>
        <w:bottom w:val="none" w:sz="0" w:space="0" w:color="auto"/>
        <w:right w:val="none" w:sz="0" w:space="0" w:color="auto"/>
      </w:divBdr>
    </w:div>
    <w:div w:id="20719991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7102A168AF445959A4339FD2850F406"/>
        <w:category>
          <w:name w:val="General"/>
          <w:gallery w:val="placeholder"/>
        </w:category>
        <w:types>
          <w:type w:val="bbPlcHdr"/>
        </w:types>
        <w:behaviors>
          <w:behavior w:val="content"/>
        </w:behaviors>
        <w:guid w:val="{3312293E-16AA-43E8-B146-9030BB2EFA1E}"/>
      </w:docPartPr>
      <w:docPartBody>
        <w:p w:rsidR="00E60F93" w:rsidRDefault="00E60F93" w:rsidP="00E60F93">
          <w:pPr>
            <w:pStyle w:val="07102A168AF445959A4339FD2850F406"/>
          </w:pPr>
          <w:r>
            <w:rPr>
              <w:rFonts w:asciiTheme="majorHAnsi" w:eastAsiaTheme="majorEastAsia" w:hAnsiTheme="majorHAnsi" w:cstheme="majorBidi"/>
              <w:color w:val="4472C4" w:themeColor="accent1"/>
              <w:sz w:val="27"/>
              <w:szCs w:val="27"/>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F93"/>
    <w:rsid w:val="00424508"/>
    <w:rsid w:val="00E60F9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l-SI" w:eastAsia="sl-SI"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07102A168AF445959A4339FD2850F406">
    <w:name w:val="07102A168AF445959A4339FD2850F406"/>
    <w:rsid w:val="00E60F93"/>
  </w:style>
  <w:style w:type="paragraph" w:customStyle="1" w:styleId="D1282260FCF946C69F1E2589CCEDF7EE">
    <w:name w:val="D1282260FCF946C69F1E2589CCEDF7EE"/>
    <w:rsid w:val="00E60F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0A6605-209F-40FC-84BF-332513BA3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133</Pages>
  <Words>58548</Words>
  <Characters>333724</Characters>
  <Application>Microsoft Office Word</Application>
  <DocSecurity>0</DocSecurity>
  <Lines>2781</Lines>
  <Paragraphs>782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Mednarodna klasifikacija proizvodov in storitev (Nicejska klasifikacija) - 13.izdaja</vt:lpstr>
      <vt:lpstr/>
    </vt:vector>
  </TitlesOfParts>
  <Manager/>
  <Company/>
  <LinksUpToDate>false</LinksUpToDate>
  <CharactersWithSpaces>391490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Mednarodna klasifikacija proizvodov in storitev (Nicejska klasifikacija) - 13.izdaja</dc:title>
  <dc:subject/>
  <dc:creator>python-docx</dc:creator>
  <cp:keywords/>
  <dc:description>generated by python-docx</dc:description>
  <cp:lastModifiedBy>Ana Otoničar</cp:lastModifiedBy>
  <cp:revision>2</cp:revision>
  <dcterms:created xsi:type="dcterms:W3CDTF">2026-10-29T16:03:00Z</dcterms:created>
  <dcterms:modified xsi:type="dcterms:W3CDTF">2026-10-29T16:03:00Z</dcterms:modified>
  <cp:category/>
</cp:coreProperties>
</file>