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AE992" w14:textId="77777777" w:rsidR="00D36DE6" w:rsidRPr="00384DF9" w:rsidRDefault="00D36DE6" w:rsidP="00D36DE6">
      <w:pPr>
        <w:pStyle w:val="Navaden2"/>
        <w:spacing w:before="0"/>
        <w:ind w:right="5669"/>
        <w:jc w:val="center"/>
        <w:rPr>
          <w:sz w:val="18"/>
          <w:szCs w:val="18"/>
        </w:rPr>
      </w:pPr>
      <w:r w:rsidRPr="00384DF9">
        <w:rPr>
          <w:sz w:val="18"/>
          <w:szCs w:val="18"/>
        </w:rPr>
        <w:t>REPUBLIKA</w:t>
      </w:r>
      <w:r w:rsidRPr="00384DF9">
        <w:rPr>
          <w:b/>
          <w:sz w:val="18"/>
          <w:szCs w:val="18"/>
        </w:rPr>
        <w:t xml:space="preserve"> </w:t>
      </w:r>
      <w:r w:rsidRPr="00384DF9">
        <w:rPr>
          <w:b/>
          <w:noProof/>
          <w:sz w:val="18"/>
          <w:szCs w:val="18"/>
        </w:rPr>
        <w:drawing>
          <wp:inline distT="0" distB="0" distL="0" distR="0" wp14:anchorId="15D70B71" wp14:editId="75DE9948">
            <wp:extent cx="241300" cy="285750"/>
            <wp:effectExtent l="0" t="0" r="635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DF9">
        <w:rPr>
          <w:sz w:val="18"/>
          <w:szCs w:val="18"/>
        </w:rPr>
        <w:t xml:space="preserve"> SLOVENIJA</w:t>
      </w:r>
    </w:p>
    <w:p w14:paraId="09FF4B5A" w14:textId="77777777" w:rsidR="00D36DE6" w:rsidRPr="00384DF9" w:rsidRDefault="00D36DE6" w:rsidP="00D36DE6">
      <w:pPr>
        <w:pStyle w:val="Navaden2"/>
        <w:spacing w:before="0"/>
        <w:ind w:right="5669"/>
        <w:jc w:val="center"/>
        <w:rPr>
          <w:b/>
          <w:sz w:val="18"/>
          <w:szCs w:val="18"/>
        </w:rPr>
      </w:pPr>
      <w:r w:rsidRPr="00384DF9">
        <w:rPr>
          <w:b/>
          <w:sz w:val="18"/>
          <w:szCs w:val="18"/>
        </w:rPr>
        <w:t>STROKOVNI SVET RS ZA</w:t>
      </w:r>
    </w:p>
    <w:p w14:paraId="21FA6FD9" w14:textId="77777777" w:rsidR="00D36DE6" w:rsidRPr="00384DF9" w:rsidRDefault="00D36DE6" w:rsidP="00D36DE6">
      <w:pPr>
        <w:pStyle w:val="Navaden2"/>
        <w:spacing w:before="0"/>
        <w:ind w:right="5669"/>
        <w:jc w:val="center"/>
        <w:rPr>
          <w:b/>
          <w:sz w:val="18"/>
          <w:szCs w:val="18"/>
        </w:rPr>
      </w:pPr>
      <w:r w:rsidRPr="00384DF9">
        <w:rPr>
          <w:b/>
          <w:sz w:val="18"/>
          <w:szCs w:val="18"/>
        </w:rPr>
        <w:t>IZOBRAŽEVANJE ODRASLIH</w:t>
      </w:r>
    </w:p>
    <w:p w14:paraId="1FA19B7F" w14:textId="77777777" w:rsidR="00D36DE6" w:rsidRPr="00384DF9" w:rsidRDefault="00D36DE6" w:rsidP="00D36DE6">
      <w:pPr>
        <w:pStyle w:val="Navaden2"/>
        <w:spacing w:before="0"/>
        <w:ind w:right="5669"/>
        <w:jc w:val="center"/>
        <w:rPr>
          <w:sz w:val="18"/>
          <w:szCs w:val="18"/>
        </w:rPr>
      </w:pPr>
      <w:r w:rsidRPr="00384DF9">
        <w:rPr>
          <w:sz w:val="18"/>
          <w:szCs w:val="18"/>
        </w:rPr>
        <w:t>1000 Ljubljana, Masarykova 16</w:t>
      </w:r>
    </w:p>
    <w:p w14:paraId="6A48ED2C" w14:textId="77777777" w:rsidR="00D36DE6" w:rsidRDefault="00D36DE6" w:rsidP="00D36DE6">
      <w:pPr>
        <w:spacing w:after="240"/>
        <w:jc w:val="center"/>
        <w:rPr>
          <w:b/>
          <w:color w:val="1F4E79"/>
          <w:sz w:val="30"/>
          <w:lang w:val="pl-PL"/>
        </w:rPr>
      </w:pPr>
    </w:p>
    <w:p w14:paraId="51F0D62C" w14:textId="5AB2F8F4" w:rsidR="00506E21" w:rsidRDefault="00000000" w:rsidP="00D36DE6">
      <w:pPr>
        <w:spacing w:after="240"/>
        <w:jc w:val="center"/>
        <w:rPr>
          <w:b/>
          <w:color w:val="1F4E79"/>
          <w:sz w:val="30"/>
          <w:lang w:val="pl-PL"/>
        </w:rPr>
      </w:pPr>
      <w:r w:rsidRPr="00D36DE6">
        <w:rPr>
          <w:b/>
          <w:color w:val="1F4E79"/>
          <w:sz w:val="30"/>
          <w:lang w:val="pl-PL"/>
        </w:rPr>
        <w:t>PREDVIDENI TERMINI SEJ IN ROKI ZA ODDAJO GRADIV</w:t>
      </w:r>
    </w:p>
    <w:p w14:paraId="37F21C59" w14:textId="77777777" w:rsidR="00D34823" w:rsidRPr="00BF6429" w:rsidRDefault="00D34823">
      <w:pPr>
        <w:spacing w:before="160" w:after="100"/>
        <w:rPr>
          <w:b/>
          <w:color w:val="1F4E79"/>
          <w:sz w:val="24"/>
          <w:lang w:val="pl-PL"/>
        </w:rPr>
      </w:pPr>
    </w:p>
    <w:p w14:paraId="1F5540E9" w14:textId="344E391F" w:rsidR="00506E21" w:rsidRDefault="00000000">
      <w:pPr>
        <w:spacing w:before="160" w:after="100"/>
      </w:pPr>
      <w:r>
        <w:rPr>
          <w:b/>
          <w:color w:val="1F4E79"/>
          <w:sz w:val="24"/>
        </w:rPr>
        <w:t xml:space="preserve">SEJE V LETU 2026 </w:t>
      </w:r>
      <w:r w:rsidR="00D36DE6">
        <w:rPr>
          <w:b/>
          <w:color w:val="1F4E79"/>
          <w:sz w:val="24"/>
        </w:rPr>
        <w:t xml:space="preserve"> </w:t>
      </w: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24"/>
        <w:gridCol w:w="3402"/>
        <w:gridCol w:w="4649"/>
      </w:tblGrid>
      <w:tr w:rsidR="00506E21" w:rsidRPr="00B768BF" w14:paraId="0E3E0F18" w14:textId="77777777">
        <w:trPr>
          <w:trHeight w:val="420"/>
          <w:tblHeader/>
          <w:jc w:val="center"/>
        </w:trPr>
        <w:tc>
          <w:tcPr>
            <w:tcW w:w="907" w:type="dxa"/>
            <w:shd w:val="clear" w:color="auto" w:fill="1F4E79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4A7E5D7" w14:textId="77777777" w:rsidR="00506E21" w:rsidRDefault="00000000">
            <w:pPr>
              <w:keepNext/>
              <w:jc w:val="center"/>
            </w:pPr>
            <w:r>
              <w:rPr>
                <w:b/>
                <w:color w:val="FFFFFF"/>
                <w:sz w:val="21"/>
              </w:rPr>
              <w:t>Št.</w:t>
            </w:r>
          </w:p>
        </w:tc>
        <w:tc>
          <w:tcPr>
            <w:tcW w:w="3402" w:type="dxa"/>
            <w:shd w:val="clear" w:color="auto" w:fill="1F4E79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8292F9D" w14:textId="2F159E93" w:rsidR="00506E21" w:rsidRDefault="00000000">
            <w:pPr>
              <w:keepNext/>
              <w:jc w:val="center"/>
            </w:pPr>
            <w:r>
              <w:rPr>
                <w:b/>
                <w:color w:val="FFFFFF"/>
                <w:sz w:val="21"/>
              </w:rPr>
              <w:t>Datum seje</w:t>
            </w:r>
            <w:r w:rsidR="00D36DE6">
              <w:rPr>
                <w:b/>
                <w:color w:val="FFFFFF"/>
                <w:sz w:val="21"/>
              </w:rPr>
              <w:t xml:space="preserve"> (SREDA)</w:t>
            </w:r>
          </w:p>
        </w:tc>
        <w:tc>
          <w:tcPr>
            <w:tcW w:w="4649" w:type="dxa"/>
            <w:shd w:val="clear" w:color="auto" w:fill="1F4E79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F1470F4" w14:textId="0CE573A9" w:rsidR="00506E21" w:rsidRPr="00D36DE6" w:rsidRDefault="00000000">
            <w:pPr>
              <w:keepNext/>
              <w:jc w:val="center"/>
              <w:rPr>
                <w:lang w:val="pl-PL"/>
              </w:rPr>
            </w:pPr>
            <w:r w:rsidRPr="00D36DE6">
              <w:rPr>
                <w:b/>
                <w:color w:val="FFFFFF"/>
                <w:sz w:val="21"/>
                <w:lang w:val="pl-PL"/>
              </w:rPr>
              <w:t>Rok za oddajo gradiv</w:t>
            </w:r>
            <w:r w:rsidR="00D36DE6" w:rsidRPr="00D36DE6">
              <w:rPr>
                <w:b/>
                <w:color w:val="FFFFFF"/>
                <w:sz w:val="21"/>
                <w:lang w:val="pl-PL"/>
              </w:rPr>
              <w:t xml:space="preserve"> (S</w:t>
            </w:r>
            <w:r w:rsidR="00D36DE6">
              <w:rPr>
                <w:b/>
                <w:color w:val="FFFFFF"/>
                <w:sz w:val="21"/>
                <w:lang w:val="pl-PL"/>
              </w:rPr>
              <w:t>REDA)</w:t>
            </w:r>
          </w:p>
        </w:tc>
      </w:tr>
      <w:tr w:rsidR="00506E21" w14:paraId="631269E6" w14:textId="77777777">
        <w:trPr>
          <w:trHeight w:val="420"/>
          <w:jc w:val="center"/>
        </w:trPr>
        <w:tc>
          <w:tcPr>
            <w:tcW w:w="3324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DD5C602" w14:textId="6D98BA90" w:rsidR="00506E21" w:rsidRDefault="00B768BF">
            <w:pPr>
              <w:keepNext/>
              <w:jc w:val="center"/>
            </w:pPr>
            <w:r>
              <w:rPr>
                <w:color w:val="000000"/>
                <w:sz w:val="21"/>
              </w:rPr>
              <w:t>Konstitutivna seja</w:t>
            </w:r>
          </w:p>
        </w:tc>
        <w:tc>
          <w:tcPr>
            <w:tcW w:w="3324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D1A4712" w14:textId="77777777" w:rsidR="00506E21" w:rsidRDefault="00000000">
            <w:pPr>
              <w:keepNext/>
              <w:jc w:val="center"/>
            </w:pPr>
            <w:r>
              <w:rPr>
                <w:color w:val="000000"/>
                <w:sz w:val="21"/>
              </w:rPr>
              <w:t>14. 10. 2026</w:t>
            </w:r>
          </w:p>
        </w:tc>
        <w:tc>
          <w:tcPr>
            <w:tcW w:w="3324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4253942" w14:textId="28161F0E" w:rsidR="00506E21" w:rsidRDefault="00B768BF">
            <w:pPr>
              <w:keepNext/>
              <w:jc w:val="center"/>
            </w:pPr>
            <w:r>
              <w:rPr>
                <w:color w:val="000000"/>
                <w:sz w:val="21"/>
              </w:rPr>
              <w:t xml:space="preserve"> </w:t>
            </w:r>
          </w:p>
        </w:tc>
      </w:tr>
      <w:tr w:rsidR="00506E21" w14:paraId="3472056B" w14:textId="77777777">
        <w:trPr>
          <w:trHeight w:val="420"/>
          <w:jc w:val="center"/>
        </w:trPr>
        <w:tc>
          <w:tcPr>
            <w:tcW w:w="3324" w:type="dxa"/>
            <w:shd w:val="clear" w:color="auto" w:fill="EAF2F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4757CFD" w14:textId="77777777" w:rsidR="00506E21" w:rsidRDefault="00000000">
            <w:pPr>
              <w:keepNext/>
              <w:jc w:val="center"/>
            </w:pPr>
            <w:r>
              <w:rPr>
                <w:color w:val="000000"/>
                <w:sz w:val="21"/>
              </w:rPr>
              <w:t>2</w:t>
            </w:r>
          </w:p>
        </w:tc>
        <w:tc>
          <w:tcPr>
            <w:tcW w:w="3324" w:type="dxa"/>
            <w:shd w:val="clear" w:color="auto" w:fill="EAF2F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A48C6FC" w14:textId="77777777" w:rsidR="00506E21" w:rsidRDefault="00000000">
            <w:pPr>
              <w:keepNext/>
              <w:jc w:val="center"/>
            </w:pPr>
            <w:r>
              <w:rPr>
                <w:color w:val="000000"/>
                <w:sz w:val="21"/>
              </w:rPr>
              <w:t>9. 12. 2026</w:t>
            </w:r>
          </w:p>
        </w:tc>
        <w:tc>
          <w:tcPr>
            <w:tcW w:w="3324" w:type="dxa"/>
            <w:shd w:val="clear" w:color="auto" w:fill="EAF2F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506798E" w14:textId="77777777" w:rsidR="00506E21" w:rsidRDefault="00000000">
            <w:pPr>
              <w:keepNext/>
              <w:jc w:val="center"/>
            </w:pPr>
            <w:r>
              <w:rPr>
                <w:color w:val="000000"/>
                <w:sz w:val="21"/>
              </w:rPr>
              <w:t>18. 11. 2026</w:t>
            </w:r>
          </w:p>
        </w:tc>
      </w:tr>
    </w:tbl>
    <w:p w14:paraId="1546A2A1" w14:textId="77777777" w:rsidR="00506E21" w:rsidRDefault="00506E21">
      <w:pPr>
        <w:spacing w:after="40"/>
      </w:pPr>
    </w:p>
    <w:p w14:paraId="51D9BC46" w14:textId="0C8BB4C2" w:rsidR="00506E21" w:rsidRDefault="00000000">
      <w:pPr>
        <w:spacing w:before="160" w:after="100"/>
      </w:pPr>
      <w:r>
        <w:rPr>
          <w:b/>
          <w:color w:val="1F4E79"/>
          <w:sz w:val="24"/>
        </w:rPr>
        <w:t xml:space="preserve">SEJE V LETU 2027 </w:t>
      </w:r>
    </w:p>
    <w:tbl>
      <w:tblPr>
        <w:tblStyle w:val="Tabelamrea"/>
        <w:tblW w:w="11375" w:type="dxa"/>
        <w:jc w:val="center"/>
        <w:tblLayout w:type="fixed"/>
        <w:tblLook w:val="04A0" w:firstRow="1" w:lastRow="0" w:firstColumn="1" w:lastColumn="0" w:noHBand="0" w:noVBand="1"/>
      </w:tblPr>
      <w:tblGrid>
        <w:gridCol w:w="3324"/>
        <w:gridCol w:w="3402"/>
        <w:gridCol w:w="4649"/>
      </w:tblGrid>
      <w:tr w:rsidR="00506E21" w:rsidRPr="00B768BF" w14:paraId="5C6A65D4" w14:textId="77777777" w:rsidTr="00D36DE6">
        <w:trPr>
          <w:trHeight w:val="420"/>
          <w:tblHeader/>
          <w:jc w:val="center"/>
        </w:trPr>
        <w:tc>
          <w:tcPr>
            <w:tcW w:w="3324" w:type="dxa"/>
            <w:shd w:val="clear" w:color="auto" w:fill="1F4E79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918B5B4" w14:textId="77777777" w:rsidR="00506E21" w:rsidRDefault="00000000">
            <w:pPr>
              <w:keepNext/>
              <w:jc w:val="center"/>
            </w:pPr>
            <w:r>
              <w:rPr>
                <w:b/>
                <w:color w:val="FFFFFF"/>
                <w:sz w:val="21"/>
              </w:rPr>
              <w:t>Št.</w:t>
            </w:r>
          </w:p>
        </w:tc>
        <w:tc>
          <w:tcPr>
            <w:tcW w:w="3402" w:type="dxa"/>
            <w:shd w:val="clear" w:color="auto" w:fill="1F4E79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3FF7FED" w14:textId="369BE855" w:rsidR="00506E21" w:rsidRDefault="00000000">
            <w:pPr>
              <w:keepNext/>
              <w:jc w:val="center"/>
            </w:pPr>
            <w:r>
              <w:rPr>
                <w:b/>
                <w:color w:val="FFFFFF"/>
                <w:sz w:val="21"/>
              </w:rPr>
              <w:t>Datum seje</w:t>
            </w:r>
            <w:r w:rsidR="00D36DE6">
              <w:rPr>
                <w:b/>
                <w:color w:val="FFFFFF"/>
                <w:sz w:val="21"/>
              </w:rPr>
              <w:t xml:space="preserve"> (TOREK)</w:t>
            </w:r>
          </w:p>
        </w:tc>
        <w:tc>
          <w:tcPr>
            <w:tcW w:w="4649" w:type="dxa"/>
            <w:shd w:val="clear" w:color="auto" w:fill="1F4E79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BDB7027" w14:textId="50EDEF16" w:rsidR="00506E21" w:rsidRPr="00D36DE6" w:rsidRDefault="00000000">
            <w:pPr>
              <w:keepNext/>
              <w:jc w:val="center"/>
              <w:rPr>
                <w:lang w:val="pl-PL"/>
              </w:rPr>
            </w:pPr>
            <w:r w:rsidRPr="00D36DE6">
              <w:rPr>
                <w:b/>
                <w:color w:val="FFFFFF"/>
                <w:sz w:val="21"/>
                <w:lang w:val="pl-PL"/>
              </w:rPr>
              <w:t>Rok za oddajo gradiv</w:t>
            </w:r>
            <w:r w:rsidR="00D36DE6" w:rsidRPr="00D36DE6">
              <w:rPr>
                <w:b/>
                <w:color w:val="FFFFFF"/>
                <w:sz w:val="21"/>
                <w:lang w:val="pl-PL"/>
              </w:rPr>
              <w:t xml:space="preserve"> (Č</w:t>
            </w:r>
            <w:r w:rsidR="00D36DE6">
              <w:rPr>
                <w:b/>
                <w:color w:val="FFFFFF"/>
                <w:sz w:val="21"/>
                <w:lang w:val="pl-PL"/>
              </w:rPr>
              <w:t>ETRTEK)</w:t>
            </w:r>
          </w:p>
        </w:tc>
      </w:tr>
      <w:tr w:rsidR="00506E21" w14:paraId="2A86684C" w14:textId="77777777" w:rsidTr="00D36DE6">
        <w:trPr>
          <w:trHeight w:val="420"/>
          <w:jc w:val="center"/>
        </w:trPr>
        <w:tc>
          <w:tcPr>
            <w:tcW w:w="3324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8D151F3" w14:textId="77777777" w:rsidR="00506E21" w:rsidRDefault="00000000">
            <w:pPr>
              <w:keepNext/>
              <w:jc w:val="center"/>
            </w:pPr>
            <w:r>
              <w:rPr>
                <w:color w:val="000000"/>
                <w:sz w:val="21"/>
              </w:rPr>
              <w:t>1</w:t>
            </w:r>
          </w:p>
        </w:tc>
        <w:tc>
          <w:tcPr>
            <w:tcW w:w="3402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141D29D" w14:textId="77777777" w:rsidR="00506E21" w:rsidRDefault="00000000">
            <w:pPr>
              <w:keepNext/>
              <w:jc w:val="center"/>
            </w:pPr>
            <w:r>
              <w:rPr>
                <w:color w:val="000000"/>
                <w:sz w:val="21"/>
              </w:rPr>
              <w:t>9. 2. 2027</w:t>
            </w:r>
          </w:p>
        </w:tc>
        <w:tc>
          <w:tcPr>
            <w:tcW w:w="4649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53983EA" w14:textId="77777777" w:rsidR="00506E21" w:rsidRDefault="00000000">
            <w:pPr>
              <w:keepNext/>
              <w:jc w:val="center"/>
            </w:pPr>
            <w:r>
              <w:rPr>
                <w:color w:val="000000"/>
                <w:sz w:val="21"/>
              </w:rPr>
              <w:t>21. 1. 2027</w:t>
            </w:r>
          </w:p>
        </w:tc>
      </w:tr>
      <w:tr w:rsidR="00506E21" w14:paraId="21C3CA7F" w14:textId="77777777" w:rsidTr="00D36DE6">
        <w:trPr>
          <w:trHeight w:val="420"/>
          <w:jc w:val="center"/>
        </w:trPr>
        <w:tc>
          <w:tcPr>
            <w:tcW w:w="3324" w:type="dxa"/>
            <w:shd w:val="clear" w:color="auto" w:fill="EAF2F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15BFF9C" w14:textId="77777777" w:rsidR="00506E21" w:rsidRDefault="00000000">
            <w:pPr>
              <w:keepNext/>
              <w:jc w:val="center"/>
            </w:pPr>
            <w:r>
              <w:rPr>
                <w:color w:val="000000"/>
                <w:sz w:val="21"/>
              </w:rPr>
              <w:t>2</w:t>
            </w:r>
          </w:p>
        </w:tc>
        <w:tc>
          <w:tcPr>
            <w:tcW w:w="3402" w:type="dxa"/>
            <w:shd w:val="clear" w:color="auto" w:fill="EAF2F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169A889" w14:textId="77777777" w:rsidR="00506E21" w:rsidRDefault="00000000">
            <w:pPr>
              <w:keepNext/>
              <w:jc w:val="center"/>
            </w:pPr>
            <w:r>
              <w:rPr>
                <w:color w:val="000000"/>
                <w:sz w:val="21"/>
              </w:rPr>
              <w:t>13. 4. 2027</w:t>
            </w:r>
          </w:p>
        </w:tc>
        <w:tc>
          <w:tcPr>
            <w:tcW w:w="4649" w:type="dxa"/>
            <w:shd w:val="clear" w:color="auto" w:fill="EAF2F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D7377B3" w14:textId="77777777" w:rsidR="00506E21" w:rsidRDefault="00000000">
            <w:pPr>
              <w:keepNext/>
              <w:jc w:val="center"/>
            </w:pPr>
            <w:r>
              <w:rPr>
                <w:color w:val="000000"/>
                <w:sz w:val="21"/>
              </w:rPr>
              <w:t>25. 3. 2027</w:t>
            </w:r>
          </w:p>
        </w:tc>
      </w:tr>
      <w:tr w:rsidR="00506E21" w14:paraId="1808043E" w14:textId="77777777" w:rsidTr="00D36DE6">
        <w:trPr>
          <w:trHeight w:val="420"/>
          <w:jc w:val="center"/>
        </w:trPr>
        <w:tc>
          <w:tcPr>
            <w:tcW w:w="3324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F3C3403" w14:textId="77777777" w:rsidR="00506E21" w:rsidRDefault="00000000">
            <w:pPr>
              <w:keepNext/>
              <w:jc w:val="center"/>
            </w:pPr>
            <w:r>
              <w:rPr>
                <w:color w:val="000000"/>
                <w:sz w:val="21"/>
              </w:rPr>
              <w:t>3</w:t>
            </w:r>
          </w:p>
        </w:tc>
        <w:tc>
          <w:tcPr>
            <w:tcW w:w="3402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3A45B09" w14:textId="77777777" w:rsidR="00506E21" w:rsidRDefault="00000000">
            <w:pPr>
              <w:keepNext/>
              <w:jc w:val="center"/>
            </w:pPr>
            <w:r>
              <w:rPr>
                <w:color w:val="000000"/>
                <w:sz w:val="21"/>
              </w:rPr>
              <w:t>8. 6. 2027</w:t>
            </w:r>
          </w:p>
        </w:tc>
        <w:tc>
          <w:tcPr>
            <w:tcW w:w="4649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3456388" w14:textId="77777777" w:rsidR="00506E21" w:rsidRDefault="00000000">
            <w:pPr>
              <w:keepNext/>
              <w:jc w:val="center"/>
            </w:pPr>
            <w:r>
              <w:rPr>
                <w:color w:val="000000"/>
                <w:sz w:val="21"/>
              </w:rPr>
              <w:t>20. 5. 2027</w:t>
            </w:r>
          </w:p>
        </w:tc>
      </w:tr>
      <w:tr w:rsidR="00506E21" w14:paraId="33491D14" w14:textId="77777777" w:rsidTr="00D36DE6">
        <w:trPr>
          <w:trHeight w:val="420"/>
          <w:jc w:val="center"/>
        </w:trPr>
        <w:tc>
          <w:tcPr>
            <w:tcW w:w="3324" w:type="dxa"/>
            <w:shd w:val="clear" w:color="auto" w:fill="EAF2F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6977BF9" w14:textId="77777777" w:rsidR="00506E21" w:rsidRDefault="00000000">
            <w:pPr>
              <w:keepNext/>
              <w:jc w:val="center"/>
            </w:pPr>
            <w:r>
              <w:rPr>
                <w:color w:val="000000"/>
                <w:sz w:val="21"/>
              </w:rPr>
              <w:t>4</w:t>
            </w:r>
          </w:p>
        </w:tc>
        <w:tc>
          <w:tcPr>
            <w:tcW w:w="3402" w:type="dxa"/>
            <w:shd w:val="clear" w:color="auto" w:fill="EAF2F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C7BA179" w14:textId="77777777" w:rsidR="00506E21" w:rsidRDefault="00000000">
            <w:pPr>
              <w:keepNext/>
              <w:jc w:val="center"/>
            </w:pPr>
            <w:r>
              <w:rPr>
                <w:color w:val="000000"/>
                <w:sz w:val="21"/>
              </w:rPr>
              <w:t>12. 10. 2027</w:t>
            </w:r>
          </w:p>
        </w:tc>
        <w:tc>
          <w:tcPr>
            <w:tcW w:w="4649" w:type="dxa"/>
            <w:shd w:val="clear" w:color="auto" w:fill="EAF2F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DEE8AA1" w14:textId="77777777" w:rsidR="00506E21" w:rsidRDefault="00000000">
            <w:pPr>
              <w:keepNext/>
              <w:jc w:val="center"/>
            </w:pPr>
            <w:r>
              <w:rPr>
                <w:color w:val="000000"/>
                <w:sz w:val="21"/>
              </w:rPr>
              <w:t>23. 9. 2027</w:t>
            </w:r>
          </w:p>
        </w:tc>
      </w:tr>
      <w:tr w:rsidR="00506E21" w14:paraId="4032A4F7" w14:textId="77777777" w:rsidTr="00D36DE6">
        <w:trPr>
          <w:trHeight w:val="420"/>
          <w:jc w:val="center"/>
        </w:trPr>
        <w:tc>
          <w:tcPr>
            <w:tcW w:w="3324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6ED52E6" w14:textId="77777777" w:rsidR="00506E21" w:rsidRDefault="00000000">
            <w:pPr>
              <w:keepNext/>
              <w:jc w:val="center"/>
            </w:pPr>
            <w:r>
              <w:rPr>
                <w:color w:val="000000"/>
                <w:sz w:val="21"/>
              </w:rPr>
              <w:t>5</w:t>
            </w:r>
          </w:p>
        </w:tc>
        <w:tc>
          <w:tcPr>
            <w:tcW w:w="3402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991F1BC" w14:textId="77777777" w:rsidR="00506E21" w:rsidRDefault="00000000">
            <w:pPr>
              <w:keepNext/>
              <w:jc w:val="center"/>
            </w:pPr>
            <w:r>
              <w:rPr>
                <w:color w:val="000000"/>
                <w:sz w:val="21"/>
              </w:rPr>
              <w:t>7. 12. 2027</w:t>
            </w:r>
          </w:p>
        </w:tc>
        <w:tc>
          <w:tcPr>
            <w:tcW w:w="4649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EF38B44" w14:textId="77777777" w:rsidR="00506E21" w:rsidRDefault="00000000">
            <w:pPr>
              <w:keepNext/>
              <w:jc w:val="center"/>
            </w:pPr>
            <w:r>
              <w:rPr>
                <w:color w:val="000000"/>
                <w:sz w:val="21"/>
              </w:rPr>
              <w:t>18. 11. 2027</w:t>
            </w:r>
          </w:p>
        </w:tc>
      </w:tr>
    </w:tbl>
    <w:p w14:paraId="6E5AE537" w14:textId="77777777" w:rsidR="00D34823" w:rsidRDefault="00D34823" w:rsidP="00D36DE6">
      <w:pPr>
        <w:spacing w:before="160" w:after="0"/>
        <w:rPr>
          <w:iCs/>
          <w:color w:val="595959"/>
          <w:sz w:val="20"/>
          <w:szCs w:val="20"/>
          <w:lang w:val="sl-SI"/>
        </w:rPr>
      </w:pPr>
    </w:p>
    <w:p w14:paraId="4040BA7A" w14:textId="58B3373C" w:rsidR="00D36DE6" w:rsidRPr="00D34823" w:rsidRDefault="00D36DE6" w:rsidP="00D36DE6">
      <w:pPr>
        <w:spacing w:before="160" w:after="0"/>
        <w:rPr>
          <w:iCs/>
          <w:color w:val="595959"/>
          <w:sz w:val="20"/>
          <w:szCs w:val="20"/>
          <w:lang w:val="sl-SI"/>
        </w:rPr>
      </w:pPr>
      <w:r w:rsidRPr="00D34823">
        <w:rPr>
          <w:iCs/>
          <w:color w:val="595959"/>
          <w:sz w:val="20"/>
          <w:szCs w:val="20"/>
          <w:lang w:val="sl-SI"/>
        </w:rPr>
        <w:t xml:space="preserve">Če bomo prejeli gradiva z nujno obravnavo v mesecih, ko seja ni predvidena, se bo v skladu s Poslovnikom o delovanju SSIO izvedlo aktivnosti in sejo strokovnega sveta. </w:t>
      </w:r>
    </w:p>
    <w:p w14:paraId="1AFFFC9B" w14:textId="67AB87F2" w:rsidR="00D36DE6" w:rsidRPr="00D34823" w:rsidRDefault="00D34823" w:rsidP="00D36DE6">
      <w:pPr>
        <w:spacing w:before="160" w:after="0"/>
        <w:jc w:val="center"/>
        <w:rPr>
          <w:b/>
          <w:iCs/>
          <w:color w:val="1F4E79"/>
          <w:sz w:val="20"/>
          <w:szCs w:val="20"/>
          <w:lang w:val="sl-SI"/>
        </w:rPr>
      </w:pPr>
      <w:r w:rsidRPr="00D34823">
        <w:rPr>
          <w:b/>
          <w:iCs/>
          <w:color w:val="1F4E79"/>
          <w:sz w:val="20"/>
          <w:szCs w:val="20"/>
          <w:lang w:val="sl-SI"/>
        </w:rPr>
        <w:t xml:space="preserve"> </w:t>
      </w:r>
    </w:p>
    <w:p w14:paraId="374476CE" w14:textId="2CC020A2" w:rsidR="00D34823" w:rsidRDefault="00D36DE6" w:rsidP="00D36DE6">
      <w:pPr>
        <w:spacing w:before="160" w:after="0"/>
        <w:rPr>
          <w:iCs/>
          <w:color w:val="595959"/>
          <w:sz w:val="20"/>
          <w:szCs w:val="20"/>
          <w:lang w:val="sl-SI"/>
        </w:rPr>
      </w:pPr>
      <w:r w:rsidRPr="00256601">
        <w:rPr>
          <w:iCs/>
          <w:color w:val="595959"/>
          <w:sz w:val="20"/>
          <w:szCs w:val="20"/>
          <w:lang w:val="sl-SI"/>
        </w:rPr>
        <w:t xml:space="preserve">Gradiva naj bodo </w:t>
      </w:r>
      <w:r w:rsidR="0097734A" w:rsidRPr="00256601">
        <w:rPr>
          <w:iCs/>
          <w:color w:val="595959"/>
          <w:sz w:val="20"/>
          <w:szCs w:val="20"/>
          <w:lang w:val="sl-SI"/>
        </w:rPr>
        <w:t xml:space="preserve">poslana posamično </w:t>
      </w:r>
      <w:r w:rsidRPr="00256601">
        <w:rPr>
          <w:iCs/>
          <w:color w:val="595959"/>
          <w:sz w:val="20"/>
          <w:szCs w:val="20"/>
          <w:lang w:val="sl-SI"/>
        </w:rPr>
        <w:t>v elektronski obliki na</w:t>
      </w:r>
      <w:r w:rsidR="00D34823" w:rsidRPr="00256601">
        <w:rPr>
          <w:iCs/>
          <w:color w:val="595959"/>
          <w:sz w:val="20"/>
          <w:szCs w:val="20"/>
          <w:lang w:val="sl-SI"/>
        </w:rPr>
        <w:t xml:space="preserve"> obrazcu »</w:t>
      </w:r>
      <w:proofErr w:type="spellStart"/>
      <w:r w:rsidR="00D34823" w:rsidRPr="00256601">
        <w:rPr>
          <w:iCs/>
          <w:color w:val="595959"/>
          <w:sz w:val="20"/>
          <w:szCs w:val="20"/>
          <w:lang w:val="sl-SI"/>
        </w:rPr>
        <w:t>O</w:t>
      </w:r>
      <w:r w:rsidR="00FA50F6">
        <w:rPr>
          <w:iCs/>
          <w:color w:val="595959"/>
          <w:sz w:val="20"/>
          <w:szCs w:val="20"/>
          <w:lang w:val="sl-SI"/>
        </w:rPr>
        <w:t>br</w:t>
      </w:r>
      <w:r w:rsidR="00D34823" w:rsidRPr="00256601">
        <w:rPr>
          <w:iCs/>
          <w:color w:val="595959"/>
          <w:sz w:val="20"/>
          <w:szCs w:val="20"/>
          <w:lang w:val="sl-SI"/>
        </w:rPr>
        <w:t>SSIO</w:t>
      </w:r>
      <w:proofErr w:type="spellEnd"/>
      <w:r w:rsidR="00D34823" w:rsidRPr="00256601">
        <w:rPr>
          <w:iCs/>
          <w:color w:val="595959"/>
          <w:sz w:val="20"/>
          <w:szCs w:val="20"/>
          <w:lang w:val="sl-SI"/>
        </w:rPr>
        <w:t>«</w:t>
      </w:r>
      <w:r w:rsidR="00FA50F6">
        <w:rPr>
          <w:iCs/>
          <w:color w:val="595959"/>
          <w:sz w:val="20"/>
          <w:szCs w:val="20"/>
          <w:lang w:val="sl-SI"/>
        </w:rPr>
        <w:t>.</w:t>
      </w:r>
    </w:p>
    <w:sectPr w:rsidR="00D34823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0953080">
    <w:abstractNumId w:val="8"/>
  </w:num>
  <w:num w:numId="2" w16cid:durableId="915166033">
    <w:abstractNumId w:val="6"/>
  </w:num>
  <w:num w:numId="3" w16cid:durableId="910039390">
    <w:abstractNumId w:val="5"/>
  </w:num>
  <w:num w:numId="4" w16cid:durableId="2055230231">
    <w:abstractNumId w:val="4"/>
  </w:num>
  <w:num w:numId="5" w16cid:durableId="1437672844">
    <w:abstractNumId w:val="7"/>
  </w:num>
  <w:num w:numId="6" w16cid:durableId="1751268167">
    <w:abstractNumId w:val="3"/>
  </w:num>
  <w:num w:numId="7" w16cid:durableId="1328484099">
    <w:abstractNumId w:val="2"/>
  </w:num>
  <w:num w:numId="8" w16cid:durableId="1467552714">
    <w:abstractNumId w:val="1"/>
  </w:num>
  <w:num w:numId="9" w16cid:durableId="630794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6601"/>
    <w:rsid w:val="0029639D"/>
    <w:rsid w:val="00326F90"/>
    <w:rsid w:val="00456D00"/>
    <w:rsid w:val="00506E21"/>
    <w:rsid w:val="0097734A"/>
    <w:rsid w:val="00AA1D8D"/>
    <w:rsid w:val="00B47730"/>
    <w:rsid w:val="00B768BF"/>
    <w:rsid w:val="00BF6429"/>
    <w:rsid w:val="00CB0664"/>
    <w:rsid w:val="00D34823"/>
    <w:rsid w:val="00D36DE6"/>
    <w:rsid w:val="00F0109B"/>
    <w:rsid w:val="00FA50F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B7057"/>
  <w14:defaultImageDpi w14:val="300"/>
  <w15:docId w15:val="{B553C345-B215-4DAD-B007-EB7DB33DB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693F"/>
    <w:rPr>
      <w:rFonts w:ascii="Arial" w:hAnsi="Arial"/>
    </w:rPr>
  </w:style>
  <w:style w:type="paragraph" w:styleId="Naslov1">
    <w:name w:val="heading 1"/>
    <w:basedOn w:val="Navaden"/>
    <w:next w:val="Navaden"/>
    <w:link w:val="Naslov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18BF"/>
  </w:style>
  <w:style w:type="paragraph" w:styleId="Noga">
    <w:name w:val="footer"/>
    <w:basedOn w:val="Navaden"/>
    <w:link w:val="Nog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8BF"/>
  </w:style>
  <w:style w:type="paragraph" w:styleId="Brezrazmikov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avaden"/>
    <w:next w:val="Navaden"/>
    <w:link w:val="Naslov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FC693F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AA1D8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AA1D8D"/>
  </w:style>
  <w:style w:type="paragraph" w:styleId="Telobesedila2">
    <w:name w:val="Body Text 2"/>
    <w:basedOn w:val="Navaden"/>
    <w:link w:val="Telobesedila2Znak"/>
    <w:uiPriority w:val="99"/>
    <w:unhideWhenUsed/>
    <w:rsid w:val="00AA1D8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AA1D8D"/>
  </w:style>
  <w:style w:type="paragraph" w:styleId="Telobesedila3">
    <w:name w:val="Body Text 3"/>
    <w:basedOn w:val="Navaden"/>
    <w:link w:val="Telobesedila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AA1D8D"/>
    <w:rPr>
      <w:sz w:val="16"/>
      <w:szCs w:val="16"/>
    </w:rPr>
  </w:style>
  <w:style w:type="paragraph" w:styleId="Seznam">
    <w:name w:val="List"/>
    <w:basedOn w:val="Navade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avade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avaden"/>
    <w:uiPriority w:val="99"/>
    <w:unhideWhenUsed/>
    <w:rsid w:val="00326F90"/>
    <w:pPr>
      <w:ind w:left="1080" w:hanging="360"/>
      <w:contextualSpacing/>
    </w:pPr>
  </w:style>
  <w:style w:type="paragraph" w:styleId="Oznaenseznam">
    <w:name w:val="List Bullet"/>
    <w:basedOn w:val="Navaden"/>
    <w:uiPriority w:val="99"/>
    <w:unhideWhenUsed/>
    <w:rsid w:val="00326F90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unhideWhenUsed/>
    <w:rsid w:val="00326F90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unhideWhenUsed/>
    <w:rsid w:val="00326F90"/>
    <w:pPr>
      <w:numPr>
        <w:numId w:val="3"/>
      </w:numPr>
      <w:contextualSpacing/>
    </w:pPr>
  </w:style>
  <w:style w:type="paragraph" w:styleId="Otevilenseznam">
    <w:name w:val="List Number"/>
    <w:basedOn w:val="Navaden"/>
    <w:uiPriority w:val="99"/>
    <w:unhideWhenUsed/>
    <w:rsid w:val="00326F90"/>
    <w:pPr>
      <w:numPr>
        <w:numId w:val="5"/>
      </w:numPr>
      <w:contextualSpacing/>
    </w:pPr>
  </w:style>
  <w:style w:type="paragraph" w:styleId="Otevilenseznam2">
    <w:name w:val="List Number 2"/>
    <w:basedOn w:val="Navaden"/>
    <w:uiPriority w:val="99"/>
    <w:unhideWhenUsed/>
    <w:rsid w:val="0029639D"/>
    <w:pPr>
      <w:numPr>
        <w:numId w:val="6"/>
      </w:numPr>
      <w:contextualSpacing/>
    </w:pPr>
  </w:style>
  <w:style w:type="paragraph" w:styleId="Otevilenseznam3">
    <w:name w:val="List Number 3"/>
    <w:basedOn w:val="Navaden"/>
    <w:uiPriority w:val="99"/>
    <w:unhideWhenUsed/>
    <w:rsid w:val="0029639D"/>
    <w:pPr>
      <w:numPr>
        <w:numId w:val="7"/>
      </w:numPr>
      <w:contextualSpacing/>
    </w:pPr>
  </w:style>
  <w:style w:type="paragraph" w:styleId="Seznam-nadaljevanje">
    <w:name w:val="List Continue"/>
    <w:basedOn w:val="Navaden"/>
    <w:uiPriority w:val="99"/>
    <w:unhideWhenUsed/>
    <w:rsid w:val="0029639D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unhideWhenUsed/>
    <w:rsid w:val="0029639D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unhideWhenUsed/>
    <w:rsid w:val="0029639D"/>
    <w:pPr>
      <w:spacing w:after="120"/>
      <w:ind w:left="1080"/>
      <w:contextualSpacing/>
    </w:pPr>
  </w:style>
  <w:style w:type="paragraph" w:styleId="Makrobesedilo">
    <w:name w:val="macro"/>
    <w:link w:val="Makrobesedilo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C693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repko">
    <w:name w:val="Strong"/>
    <w:basedOn w:val="Privzetapisavaodstavka"/>
    <w:uiPriority w:val="22"/>
    <w:qFormat/>
    <w:rsid w:val="00FC693F"/>
    <w:rPr>
      <w:b/>
      <w:bCs/>
    </w:rPr>
  </w:style>
  <w:style w:type="character" w:styleId="Poudarek">
    <w:name w:val="Emphasis"/>
    <w:basedOn w:val="Privzetapisavaodstavka"/>
    <w:uiPriority w:val="20"/>
    <w:qFormat/>
    <w:rsid w:val="00FC693F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693F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FC693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FC693F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FC693F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C693F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C693F"/>
    <w:pPr>
      <w:outlineLvl w:val="9"/>
    </w:pPr>
  </w:style>
  <w:style w:type="table" w:styleId="Tabelamrea">
    <w:name w:val="Table Grid"/>
    <w:basedOn w:val="Navadnatabe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avad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elseznam">
    <w:name w:val="Light List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3">
    <w:name w:val="Light List Accent 3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elseznampoudarek4">
    <w:name w:val="Light List Accent 4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mrea">
    <w:name w:val="Light Grid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mreapoudarek2">
    <w:name w:val="Light Grid Accent 2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mreapoudarek3">
    <w:name w:val="Light Grid Accent 3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mreapoudarek4">
    <w:name w:val="Light Grid Accent 4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mreapoudarek5">
    <w:name w:val="Light Grid Accent 5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mreapoudarek6">
    <w:name w:val="Light Grid Accent 6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seznam2">
    <w:name w:val="Medium Lis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mrea1">
    <w:name w:val="Medium Grid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mrea1poudarek2">
    <w:name w:val="Medium Grid 1 Accent 2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mrea1poudarek3">
    <w:name w:val="Medium Grid 1 Accent 3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mrea1poudarek4">
    <w:name w:val="Medium Grid 1 Accent 4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mrea1poudarek5">
    <w:name w:val="Medium Grid 1 Accent 5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mrea1poudarek6">
    <w:name w:val="Medium Grid 1 Accent 6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mrea2">
    <w:name w:val="Medium Grid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mrea3poudarek2">
    <w:name w:val="Medium Grid 3 Accent 2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mrea3poudarek3">
    <w:name w:val="Medium Grid 3 Accent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mrea3poudarek4">
    <w:name w:val="Medium Grid 3 Accent 4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mrea3poudarek5">
    <w:name w:val="Medium Grid 3 Accent 5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mrea3poudarek6">
    <w:name w:val="Medium Grid 3 Accent 6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emenseznam">
    <w:name w:val="Dark List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emenseznampoudarek2">
    <w:name w:val="Dark List Accent 2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emenseznampoudarek3">
    <w:name w:val="Dark List Accent 3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emenseznampoudarek4">
    <w:name w:val="Dark List Accent 4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emenseznampoudarek5">
    <w:name w:val="Dark List Accent 5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emenseznampoudarek6">
    <w:name w:val="Dark List Accent 6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vnosenenje">
    <w:name w:val="Colorful Shading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iseznam">
    <w:name w:val="Colorful List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vniseznampoudarek2">
    <w:name w:val="Colorful List Accent 2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venseznampoudarek3">
    <w:name w:val="Colorful List Accent 3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vniseznampoudarek4">
    <w:name w:val="Colorful List Accent 4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poudarek5">
    <w:name w:val="Colorful List Accent 5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vniseznampoudarek6">
    <w:name w:val="Colorful List Accent 6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namrea">
    <w:name w:val="Colorful Grid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vnamreapoudarek2">
    <w:name w:val="Colorful Grid Accent 2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vnamreapoudarek3">
    <w:name w:val="Colorful Grid Accent 3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amreapoudarek4">
    <w:name w:val="Colorful Grid Accent 4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vnamreapoudarek5">
    <w:name w:val="Colorful Grid Accent 5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vnamreapoudarek6">
    <w:name w:val="Colorful Grid Accent 6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avaden2">
    <w:name w:val="Navaden2"/>
    <w:rsid w:val="00D36DE6"/>
    <w:pPr>
      <w:spacing w:before="6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styleId="Hiperpovezava">
    <w:name w:val="Hyperlink"/>
    <w:basedOn w:val="Privzetapisavaodstavka"/>
    <w:uiPriority w:val="99"/>
    <w:unhideWhenUsed/>
    <w:rsid w:val="00D36DE6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D36D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Predvideni termini sej in roki za oddajo gradiv 2026–2027</vt:lpstr>
      <vt:lpstr/>
    </vt:vector>
  </TitlesOfParts>
  <Manager/>
  <Company/>
  <LinksUpToDate>false</LinksUpToDate>
  <CharactersWithSpaces>739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Predvideni termini sej in roki za oddajo gradiv 2026–2027</dc:title>
  <dc:subject>Preglednica terminov sej</dc:subject>
  <dc:creator/>
  <cp:keywords/>
  <dc:description>generated by python-docx</dc:description>
  <cp:lastModifiedBy>Mojca Miklavčič</cp:lastModifiedBy>
  <cp:revision>6</cp:revision>
  <dcterms:created xsi:type="dcterms:W3CDTF">2013-12-23T23:15:00Z</dcterms:created>
  <dcterms:modified xsi:type="dcterms:W3CDTF">2026-08-31T11:32:00Z</dcterms:modified>
  <cp:category/>
</cp:coreProperties>
</file>