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69632" w14:textId="77777777" w:rsidR="000D0654" w:rsidRDefault="000D0654" w:rsidP="00B736F1">
      <w:pPr>
        <w:spacing w:after="0" w:line="240" w:lineRule="auto"/>
      </w:pPr>
    </w:p>
    <w:p w14:paraId="077385C8" w14:textId="77777777" w:rsidR="000D0654" w:rsidRPr="000D0654" w:rsidRDefault="000D0654" w:rsidP="00B736F1">
      <w:pPr>
        <w:spacing w:after="0" w:line="240" w:lineRule="auto"/>
      </w:pPr>
    </w:p>
    <w:p w14:paraId="54F482A4" w14:textId="731BE254" w:rsidR="000D0654" w:rsidRPr="00B736F1" w:rsidRDefault="000D0654" w:rsidP="00C43BBB">
      <w:pPr>
        <w:spacing w:after="0"/>
        <w:rPr>
          <w:rFonts w:ascii="Arial" w:hAnsi="Arial" w:cs="Arial"/>
          <w:b/>
          <w:bCs/>
          <w:lang w:val="pl-PL"/>
        </w:rPr>
      </w:pPr>
      <w:r w:rsidRPr="00B736F1">
        <w:rPr>
          <w:rFonts w:ascii="Arial" w:hAnsi="Arial" w:cs="Arial"/>
          <w:b/>
          <w:bCs/>
          <w:lang w:val="pl-PL"/>
        </w:rPr>
        <w:t>Prijavitelj: Dobrodelno društvo Pomagajmo odprtih src</w:t>
      </w:r>
    </w:p>
    <w:p w14:paraId="12F8C0C7" w14:textId="77777777" w:rsidR="000D0654" w:rsidRPr="000D0654" w:rsidRDefault="000D0654" w:rsidP="00C43BBB">
      <w:pPr>
        <w:pStyle w:val="Glava"/>
        <w:spacing w:line="276" w:lineRule="auto"/>
        <w:jc w:val="both"/>
        <w:rPr>
          <w:rFonts w:ascii="Arial" w:hAnsi="Arial" w:cs="Arial"/>
          <w:b/>
          <w:bCs/>
          <w:lang w:val="pl-PL"/>
        </w:rPr>
      </w:pPr>
    </w:p>
    <w:p w14:paraId="3DE134D1" w14:textId="2ACAEBFE" w:rsidR="00D14DD0" w:rsidRPr="000D0654" w:rsidRDefault="000D0654" w:rsidP="00C43BBB">
      <w:pPr>
        <w:spacing w:after="0"/>
        <w:jc w:val="both"/>
        <w:rPr>
          <w:rFonts w:ascii="Arial" w:hAnsi="Arial" w:cs="Arial"/>
          <w:lang w:val="pl-PL"/>
        </w:rPr>
      </w:pPr>
      <w:r w:rsidRPr="000D0654">
        <w:rPr>
          <w:rFonts w:ascii="Arial" w:hAnsi="Arial" w:cs="Arial"/>
          <w:b/>
          <w:bCs/>
          <w:lang w:val="pl-PL"/>
        </w:rPr>
        <w:t>Naslov projekta</w:t>
      </w:r>
      <w:r w:rsidRPr="000D0654">
        <w:rPr>
          <w:rFonts w:ascii="Arial" w:hAnsi="Arial" w:cs="Arial"/>
          <w:b/>
          <w:bCs/>
          <w:i/>
          <w:iCs/>
          <w:lang w:val="pl-PL"/>
        </w:rPr>
        <w:t xml:space="preserve">: </w:t>
      </w:r>
      <w:r w:rsidRPr="000D0654">
        <w:rPr>
          <w:rFonts w:ascii="Arial" w:eastAsia="Times New Roman" w:hAnsi="Arial" w:cs="Arial"/>
          <w:b/>
          <w:bCs/>
          <w:i/>
          <w:iCs/>
          <w:color w:val="000000"/>
          <w:lang w:val="pl-PL" w:eastAsia="sl-SI"/>
        </w:rPr>
        <w:t>Opolnomočene romske ženske – glas, znanje, moč</w:t>
      </w:r>
    </w:p>
    <w:p w14:paraId="179F8341" w14:textId="77777777" w:rsidR="000D0654" w:rsidRDefault="000D0654" w:rsidP="00C43BBB">
      <w:pPr>
        <w:spacing w:after="0"/>
        <w:jc w:val="both"/>
        <w:rPr>
          <w:rFonts w:ascii="Arial" w:hAnsi="Arial" w:cs="Arial"/>
          <w:lang w:val="pl-PL"/>
        </w:rPr>
      </w:pPr>
    </w:p>
    <w:p w14:paraId="463D2BA7" w14:textId="6C085B32" w:rsidR="00624C90" w:rsidRPr="000D0654" w:rsidRDefault="008D72E4" w:rsidP="00C43BBB">
      <w:pPr>
        <w:spacing w:after="0"/>
        <w:jc w:val="both"/>
        <w:rPr>
          <w:rFonts w:ascii="Arial" w:hAnsi="Arial" w:cs="Arial"/>
          <w:lang w:val="pl-PL"/>
        </w:rPr>
      </w:pPr>
      <w:r w:rsidRPr="000D0654">
        <w:rPr>
          <w:rFonts w:ascii="Arial" w:hAnsi="Arial" w:cs="Arial"/>
          <w:lang w:val="pl-PL"/>
        </w:rPr>
        <w:t>Projekt »</w:t>
      </w:r>
      <w:r w:rsidRPr="00B736F1">
        <w:rPr>
          <w:rFonts w:ascii="Arial" w:hAnsi="Arial" w:cs="Arial"/>
          <w:i/>
          <w:iCs/>
          <w:lang w:val="pl-PL"/>
        </w:rPr>
        <w:t>Opolnomočene romske ženske – glas, znanje, moč</w:t>
      </w:r>
      <w:r w:rsidRPr="000D0654">
        <w:rPr>
          <w:rFonts w:ascii="Arial" w:hAnsi="Arial" w:cs="Arial"/>
          <w:lang w:val="pl-PL"/>
        </w:rPr>
        <w:t>« je namenjen krepitvi socialnega in ekonomskega položaja romskih žensk, ki sodijo med najbolj ranljive skupine na področju enakosti spolov. Projekt naslavlja večplastno diskriminacijo, s katero se romske ženske pogosto soočajo zaradi kombinacije spolne, etnične in socialne neenakosti, ter spodbuja njihovo aktivnejše vključevanje v družbo.</w:t>
      </w:r>
      <w:r w:rsidRPr="000D0654">
        <w:rPr>
          <w:rFonts w:ascii="Arial" w:hAnsi="Arial" w:cs="Arial"/>
          <w:lang w:val="pl-PL"/>
        </w:rPr>
        <w:br/>
      </w:r>
      <w:r w:rsidRPr="000D0654">
        <w:rPr>
          <w:rFonts w:ascii="Arial" w:hAnsi="Arial" w:cs="Arial"/>
          <w:lang w:val="pl-PL"/>
        </w:rPr>
        <w:br/>
        <w:t>Skozi niz delavnic, individualnega mentorstva in terenskega dela bodo udeleženke pridobile znanja o pravicah žensk, enakosti spolov, finančni pismenosti in zaposlitvenih kompetencah. Projekt bo poseben poudarek namenil krepitvi samozavesti, komunikacijskih veščin in socialne vključenosti romskih žensk ter podpori pri vključevanju v izobraževalne, zaposlitvene in skupnostne aktivnosti.</w:t>
      </w:r>
      <w:r w:rsidRPr="000D0654">
        <w:rPr>
          <w:rFonts w:ascii="Arial" w:hAnsi="Arial" w:cs="Arial"/>
          <w:lang w:val="pl-PL"/>
        </w:rPr>
        <w:br/>
      </w:r>
      <w:r w:rsidRPr="000D0654">
        <w:rPr>
          <w:rFonts w:ascii="Arial" w:hAnsi="Arial" w:cs="Arial"/>
          <w:lang w:val="pl-PL"/>
        </w:rPr>
        <w:br/>
        <w:t>Aktivnosti bodo izvajane na vključujoč in kulturno senzibilen način, prilagojen potrebam ciljne skupine. Poleg neposrednega dela z udeleženkami projekt vključuje tudi ozaveščevalne aktivnosti za širšo javnost, katerih namen je zmanjševanje stereotipov in predsodkov ter spodbujanje enakih možnosti žensk in moških.</w:t>
      </w:r>
      <w:r w:rsidRPr="000D0654">
        <w:rPr>
          <w:rFonts w:ascii="Arial" w:hAnsi="Arial" w:cs="Arial"/>
          <w:lang w:val="pl-PL"/>
        </w:rPr>
        <w:br/>
      </w:r>
      <w:r w:rsidRPr="000D0654">
        <w:rPr>
          <w:rFonts w:ascii="Arial" w:hAnsi="Arial" w:cs="Arial"/>
          <w:lang w:val="pl-PL"/>
        </w:rPr>
        <w:br/>
        <w:t>Projekt prispeva k zmanjševanju socialne izključenosti romskih žensk, izboljšanju njihove informiranosti in povečanju možnosti za večjo samostojnost ter aktivno participacijo v lokalnem okolju. Z vzpostavljanjem podporne mreže, individualnim pristopom in prenosom pridobljenih znanj projekt ustvarja pogoje za trajnejše pozitivne spremembe tako za udeleženke kot za širšo skupnost.</w:t>
      </w:r>
    </w:p>
    <w:sectPr w:rsidR="00624C90" w:rsidRPr="000D0654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3A230" w14:textId="77777777" w:rsidR="00A161CB" w:rsidRDefault="00A161CB" w:rsidP="000D0654">
      <w:pPr>
        <w:spacing w:after="0" w:line="240" w:lineRule="auto"/>
      </w:pPr>
      <w:r>
        <w:separator/>
      </w:r>
    </w:p>
  </w:endnote>
  <w:endnote w:type="continuationSeparator" w:id="0">
    <w:p w14:paraId="1C662F26" w14:textId="77777777" w:rsidR="00A161CB" w:rsidRDefault="00A161CB" w:rsidP="000D0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74D2" w14:textId="77777777" w:rsidR="000D0654" w:rsidRPr="000D0654" w:rsidRDefault="000D0654" w:rsidP="000D0654">
    <w:pPr>
      <w:pStyle w:val="Noga"/>
      <w:rPr>
        <w:lang w:val="pl-PL"/>
      </w:rPr>
    </w:pPr>
    <w:r w:rsidRPr="000D0654">
      <w:rPr>
        <w:i/>
        <w:iCs/>
        <w:sz w:val="18"/>
        <w:szCs w:val="18"/>
        <w:lang w:val="pl-PL"/>
      </w:rPr>
      <w:t xml:space="preserve">Povzetek </w:t>
    </w:r>
    <w:r w:rsidRPr="000D0654">
      <w:rPr>
        <w:i/>
        <w:iCs/>
        <w:sz w:val="18"/>
        <w:szCs w:val="18"/>
        <w:lang w:val="pl-PL"/>
      </w:rPr>
      <w:t>projekta je avtorsko delo prijavitelja.</w:t>
    </w:r>
  </w:p>
  <w:p w14:paraId="3D504AB5" w14:textId="77777777" w:rsidR="000D0654" w:rsidRPr="000D0654" w:rsidRDefault="000D0654">
    <w:pPr>
      <w:pStyle w:val="Nog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196A4" w14:textId="77777777" w:rsidR="00A161CB" w:rsidRDefault="00A161CB" w:rsidP="000D0654">
      <w:pPr>
        <w:spacing w:after="0" w:line="240" w:lineRule="auto"/>
      </w:pPr>
      <w:r>
        <w:separator/>
      </w:r>
    </w:p>
  </w:footnote>
  <w:footnote w:type="continuationSeparator" w:id="0">
    <w:p w14:paraId="6000EBD5" w14:textId="77777777" w:rsidR="00A161CB" w:rsidRDefault="00A161CB" w:rsidP="000D0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D6EB" w14:textId="77777777" w:rsidR="000D0654" w:rsidRPr="000D0654" w:rsidRDefault="000D0654" w:rsidP="000D0654">
    <w:pPr>
      <w:pStyle w:val="Glava"/>
      <w:jc w:val="center"/>
      <w:rPr>
        <w:rFonts w:ascii="Arial" w:hAnsi="Arial" w:cs="Arial"/>
        <w:i/>
        <w:iCs/>
        <w:spacing w:val="4"/>
        <w:sz w:val="18"/>
        <w:szCs w:val="18"/>
        <w:lang w:val="pl-PL"/>
      </w:rPr>
    </w:pPr>
    <w:r w:rsidRPr="000D0654">
      <w:rPr>
        <w:rFonts w:ascii="Arial" w:hAnsi="Arial" w:cs="Arial"/>
        <w:i/>
        <w:iCs/>
        <w:spacing w:val="4"/>
        <w:sz w:val="18"/>
        <w:szCs w:val="18"/>
        <w:lang w:val="pl-PL"/>
      </w:rPr>
      <w:t xml:space="preserve">Javni razpis za sofinanciranje projektov nevladnih organizacij </w:t>
    </w:r>
  </w:p>
  <w:p w14:paraId="561FDA4C" w14:textId="77777777" w:rsidR="000D0654" w:rsidRPr="000D0654" w:rsidRDefault="000D0654" w:rsidP="000D0654">
    <w:pPr>
      <w:pStyle w:val="Glava"/>
      <w:jc w:val="center"/>
      <w:rPr>
        <w:i/>
        <w:iCs/>
        <w:sz w:val="18"/>
        <w:szCs w:val="18"/>
        <w:lang w:val="pl-PL"/>
      </w:rPr>
    </w:pPr>
    <w:r w:rsidRPr="000D0654">
      <w:rPr>
        <w:rFonts w:ascii="Arial" w:hAnsi="Arial" w:cs="Arial"/>
        <w:i/>
        <w:iCs/>
        <w:spacing w:val="4"/>
        <w:sz w:val="18"/>
        <w:szCs w:val="18"/>
        <w:lang w:val="pl-PL"/>
      </w:rPr>
      <w:t>s področja enakosti žensk in moških za leto 2026</w:t>
    </w:r>
  </w:p>
  <w:p w14:paraId="7C686B50" w14:textId="77777777" w:rsidR="000D0654" w:rsidRDefault="000D0654">
    <w:pPr>
      <w:pStyle w:val="Glava"/>
      <w:rPr>
        <w:lang w:val="pl-PL"/>
      </w:rPr>
    </w:pPr>
  </w:p>
  <w:p w14:paraId="7BB4BB0E" w14:textId="77777777" w:rsidR="000D0654" w:rsidRPr="000D0654" w:rsidRDefault="000D0654">
    <w:pPr>
      <w:pStyle w:val="Glava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2336669">
    <w:abstractNumId w:val="8"/>
  </w:num>
  <w:num w:numId="2" w16cid:durableId="1591699104">
    <w:abstractNumId w:val="6"/>
  </w:num>
  <w:num w:numId="3" w16cid:durableId="861283331">
    <w:abstractNumId w:val="5"/>
  </w:num>
  <w:num w:numId="4" w16cid:durableId="1705862784">
    <w:abstractNumId w:val="4"/>
  </w:num>
  <w:num w:numId="5" w16cid:durableId="667439150">
    <w:abstractNumId w:val="7"/>
  </w:num>
  <w:num w:numId="6" w16cid:durableId="580914682">
    <w:abstractNumId w:val="3"/>
  </w:num>
  <w:num w:numId="7" w16cid:durableId="954751897">
    <w:abstractNumId w:val="2"/>
  </w:num>
  <w:num w:numId="8" w16cid:durableId="535970823">
    <w:abstractNumId w:val="1"/>
  </w:num>
  <w:num w:numId="9" w16cid:durableId="36467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0654"/>
    <w:rsid w:val="0015074B"/>
    <w:rsid w:val="0029639D"/>
    <w:rsid w:val="00326F90"/>
    <w:rsid w:val="00624C90"/>
    <w:rsid w:val="0072233C"/>
    <w:rsid w:val="008D72E4"/>
    <w:rsid w:val="00A161CB"/>
    <w:rsid w:val="00A76330"/>
    <w:rsid w:val="00AA1D8D"/>
    <w:rsid w:val="00B47730"/>
    <w:rsid w:val="00B736F1"/>
    <w:rsid w:val="00C03180"/>
    <w:rsid w:val="00C43BBB"/>
    <w:rsid w:val="00CB0664"/>
    <w:rsid w:val="00D14D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53810B"/>
  <w14:defaultImageDpi w14:val="300"/>
  <w15:docId w15:val="{2A4120AC-D19C-4947-A573-17944E32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SEM</cp:lastModifiedBy>
  <cp:revision>5</cp:revision>
  <dcterms:created xsi:type="dcterms:W3CDTF">2026-05-12T08:13:00Z</dcterms:created>
  <dcterms:modified xsi:type="dcterms:W3CDTF">2026-07-30T13:30:00Z</dcterms:modified>
  <cp:category/>
</cp:coreProperties>
</file>